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80BFB" w14:textId="77777777" w:rsidR="00182F9F" w:rsidRPr="00D179C8" w:rsidRDefault="001E2FDD">
      <w:pPr>
        <w:shd w:val="clear" w:color="auto" w:fill="0788B0"/>
        <w:spacing w:after="240"/>
        <w:rPr>
          <w:lang w:val="ru-RU"/>
        </w:rPr>
      </w:pPr>
      <w:r w:rsidRPr="00D179C8">
        <w:rPr>
          <w:lang w:val="ru-RU"/>
        </w:rPr>
        <w:t xml:space="preserve"> </w:t>
      </w:r>
    </w:p>
    <w:p w14:paraId="0353AFC7" w14:textId="0FFDF237" w:rsidR="00182F9F" w:rsidRPr="00D179C8" w:rsidRDefault="00D179C8">
      <w:pPr>
        <w:spacing w:after="6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6EECF20C" wp14:editId="130EA93A">
            <wp:extent cx="1600200" cy="915160"/>
            <wp:effectExtent l="0" t="0" r="0" b="0"/>
            <wp:docPr id="14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123B52"/>
          <w:sz w:val="46"/>
          <w:lang w:val="ru-RU"/>
        </w:rPr>
        <w:br/>
      </w:r>
      <w:r w:rsidR="001E2FDD" w:rsidRPr="00D179C8">
        <w:rPr>
          <w:b/>
          <w:color w:val="123B52"/>
          <w:sz w:val="46"/>
          <w:lang w:val="ru-RU"/>
        </w:rPr>
        <w:t>ПОЛОМОЕЧНАЯ МАШИНА</w:t>
      </w:r>
    </w:p>
    <w:p w14:paraId="3C8B1672" w14:textId="77777777" w:rsidR="00182F9F" w:rsidRPr="00D179C8" w:rsidRDefault="001E2FDD">
      <w:pPr>
        <w:spacing w:after="80"/>
        <w:jc w:val="center"/>
        <w:rPr>
          <w:lang w:val="ru-RU"/>
        </w:rPr>
      </w:pPr>
      <w:r>
        <w:rPr>
          <w:b/>
          <w:color w:val="0788B0"/>
          <w:sz w:val="76"/>
        </w:rPr>
        <w:t>JH</w:t>
      </w:r>
      <w:r w:rsidRPr="00D179C8">
        <w:rPr>
          <w:b/>
          <w:color w:val="0788B0"/>
          <w:sz w:val="76"/>
          <w:lang w:val="ru-RU"/>
        </w:rPr>
        <w:t>-400</w:t>
      </w:r>
    </w:p>
    <w:p w14:paraId="3EE8F340" w14:textId="77777777" w:rsidR="00182F9F" w:rsidRPr="00D179C8" w:rsidRDefault="001E2FDD">
      <w:pPr>
        <w:spacing w:after="80"/>
        <w:jc w:val="center"/>
        <w:rPr>
          <w:lang w:val="ru-RU"/>
        </w:rPr>
      </w:pPr>
      <w:r w:rsidRPr="00D179C8">
        <w:rPr>
          <w:b/>
          <w:color w:val="687783"/>
          <w:sz w:val="23"/>
          <w:lang w:val="ru-RU"/>
        </w:rPr>
        <w:t>Руководство по эксплуатации и каталог запчастей</w:t>
      </w:r>
    </w:p>
    <w:p w14:paraId="09C8B4F2" w14:textId="77777777" w:rsidR="00182F9F" w:rsidRDefault="001E2FDD">
      <w:pPr>
        <w:spacing w:after="20"/>
        <w:jc w:val="center"/>
      </w:pPr>
      <w:r>
        <w:rPr>
          <w:noProof/>
        </w:rPr>
        <w:drawing>
          <wp:inline distT="0" distB="0" distL="0" distR="0" wp14:anchorId="53F152B3" wp14:editId="6BFE8ADF">
            <wp:extent cx="4206240" cy="4702361"/>
            <wp:effectExtent l="0" t="0" r="0" b="0"/>
            <wp:docPr id="1" name="Фирменная аккумуляторная поломоечная машина TOR JH-400" descr="Фирменная аккумуляторная поломоечная машина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70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48FE9" w14:textId="77777777" w:rsidR="00182F9F" w:rsidRDefault="001E2FDD">
      <w:r>
        <w:br w:type="page"/>
      </w:r>
    </w:p>
    <w:p w14:paraId="30E1DAA0" w14:textId="77777777" w:rsidR="00182F9F" w:rsidRPr="00F70D8A" w:rsidRDefault="001E2FDD">
      <w:pPr>
        <w:keepNext/>
        <w:spacing w:after="40"/>
        <w:rPr>
          <w:lang w:val="ru-RU"/>
        </w:rPr>
      </w:pPr>
      <w:r w:rsidRPr="00F70D8A">
        <w:rPr>
          <w:b/>
          <w:color w:val="0788B0"/>
          <w:sz w:val="17"/>
          <w:lang w:val="ru-RU"/>
        </w:rPr>
        <w:lastRenderedPageBreak/>
        <w:t xml:space="preserve">РАЗДЕЛ 01   •   РУКОВОДСТВО </w:t>
      </w:r>
      <w:r>
        <w:rPr>
          <w:b/>
          <w:color w:val="0788B0"/>
          <w:sz w:val="17"/>
        </w:rPr>
        <w:t>TOR</w:t>
      </w:r>
    </w:p>
    <w:p w14:paraId="638D0510" w14:textId="77777777" w:rsidR="00182F9F" w:rsidRPr="00F70D8A" w:rsidRDefault="001E2FDD">
      <w:pPr>
        <w:pStyle w:val="1"/>
        <w:rPr>
          <w:lang w:val="ru-RU"/>
        </w:rPr>
      </w:pPr>
      <w:r w:rsidRPr="00F70D8A">
        <w:rPr>
          <w:lang w:val="ru-RU"/>
        </w:rPr>
        <w:t>Назначение и навигация</w:t>
      </w:r>
    </w:p>
    <w:p w14:paraId="340827F5" w14:textId="77777777" w:rsidR="00182F9F" w:rsidRPr="00D179C8" w:rsidRDefault="001E2FDD">
      <w:pPr>
        <w:rPr>
          <w:lang w:val="ru-RU"/>
        </w:rPr>
      </w:pPr>
      <w:r>
        <w:t>TOR</w:t>
      </w:r>
      <w:r w:rsidRPr="00D179C8">
        <w:rPr>
          <w:lang w:val="ru-RU"/>
        </w:rPr>
        <w:t xml:space="preserve"> </w:t>
      </w:r>
      <w:r>
        <w:t>JH</w:t>
      </w:r>
      <w:r w:rsidRPr="00D179C8">
        <w:rPr>
          <w:lang w:val="ru-RU"/>
        </w:rPr>
        <w:t>-400 — компактная аккумуляторная поломоечная машина со складной регулируемой рукояткой, дисковой щеткой и системой сбора отработанного раствора. Инструкция объединяет правила эксплуатации и оригинальный каталог деталей.</w:t>
      </w:r>
    </w:p>
    <w:p w14:paraId="37F1A01F" w14:textId="77777777" w:rsidR="00182F9F" w:rsidRPr="00D179C8" w:rsidRDefault="001E2FDD">
      <w:pPr>
        <w:pStyle w:val="2"/>
        <w:rPr>
          <w:lang w:val="ru-RU"/>
        </w:rPr>
      </w:pPr>
      <w:r w:rsidRPr="00D179C8">
        <w:rPr>
          <w:lang w:val="ru-RU"/>
        </w:rPr>
        <w:t>Группы оригинальной взрыв-схемы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5110"/>
        <w:gridCol w:w="4090"/>
      </w:tblGrid>
      <w:tr w:rsidR="00182F9F" w14:paraId="21CB4B84" w14:textId="77777777">
        <w:trPr>
          <w:cantSplit/>
          <w:tblHeader/>
        </w:trPr>
        <w:tc>
          <w:tcPr>
            <w:tcW w:w="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88EF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Группа</w:t>
            </w:r>
            <w:proofErr w:type="spellEnd"/>
          </w:p>
        </w:tc>
        <w:tc>
          <w:tcPr>
            <w:tcW w:w="51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B275EC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40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2BBCB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помогает найти</w:t>
            </w:r>
          </w:p>
        </w:tc>
      </w:tr>
      <w:tr w:rsidR="00182F9F" w:rsidRPr="00F70D8A" w14:paraId="56B05646" w14:textId="77777777">
        <w:trPr>
          <w:cantSplit/>
        </w:trPr>
        <w:tc>
          <w:tcPr>
            <w:tcW w:w="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1CC8A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01</w:t>
            </w:r>
          </w:p>
        </w:tc>
        <w:tc>
          <w:tcPr>
            <w:tcW w:w="5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4B070F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Рукоятка, панель и регулируемая стойка</w:t>
            </w:r>
          </w:p>
        </w:tc>
        <w:tc>
          <w:tcPr>
            <w:tcW w:w="4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5ABA77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Блок управления, рычаг и стойка</w:t>
            </w:r>
          </w:p>
        </w:tc>
      </w:tr>
      <w:tr w:rsidR="00182F9F" w:rsidRPr="00F70D8A" w14:paraId="060E623A" w14:textId="77777777">
        <w:trPr>
          <w:cantSplit/>
        </w:trPr>
        <w:tc>
          <w:tcPr>
            <w:tcW w:w="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A9CC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02</w:t>
            </w:r>
          </w:p>
        </w:tc>
        <w:tc>
          <w:tcPr>
            <w:tcW w:w="5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CBCC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Бак-утилизатор и всасывающие шланги</w:t>
            </w:r>
          </w:p>
        </w:tc>
        <w:tc>
          <w:tcPr>
            <w:tcW w:w="4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40E1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Грязный бак, слив и шланг всасывания</w:t>
            </w:r>
          </w:p>
        </w:tc>
      </w:tr>
      <w:tr w:rsidR="00182F9F" w:rsidRPr="00F70D8A" w14:paraId="7BE4031D" w14:textId="77777777">
        <w:trPr>
          <w:cantSplit/>
        </w:trPr>
        <w:tc>
          <w:tcPr>
            <w:tcW w:w="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DB0FED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03</w:t>
            </w:r>
          </w:p>
        </w:tc>
        <w:tc>
          <w:tcPr>
            <w:tcW w:w="5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EF48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Бак чистого раствора</w:t>
            </w:r>
          </w:p>
        </w:tc>
        <w:tc>
          <w:tcPr>
            <w:tcW w:w="4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7BB9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Бак чистой воды и заливная крышка</w:t>
            </w:r>
          </w:p>
        </w:tc>
      </w:tr>
      <w:tr w:rsidR="00182F9F" w14:paraId="67BEC89F" w14:textId="77777777">
        <w:trPr>
          <w:cantSplit/>
        </w:trPr>
        <w:tc>
          <w:tcPr>
            <w:tcW w:w="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8746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04</w:t>
            </w:r>
          </w:p>
        </w:tc>
        <w:tc>
          <w:tcPr>
            <w:tcW w:w="5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75AF63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Щеточная головка и привод 380 Вт</w:t>
            </w:r>
          </w:p>
        </w:tc>
        <w:tc>
          <w:tcPr>
            <w:tcW w:w="4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65670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двигатель</w:t>
            </w:r>
            <w:proofErr w:type="spellEnd"/>
            <w:r>
              <w:rPr>
                <w:sz w:val="16"/>
              </w:rPr>
              <w:t xml:space="preserve"> 380 </w:t>
            </w:r>
            <w:proofErr w:type="spellStart"/>
            <w:r>
              <w:rPr>
                <w:sz w:val="16"/>
              </w:rPr>
              <w:t>Вт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кожух</w:t>
            </w:r>
            <w:proofErr w:type="spellEnd"/>
          </w:p>
        </w:tc>
      </w:tr>
      <w:tr w:rsidR="00182F9F" w14:paraId="59738F47" w14:textId="77777777">
        <w:trPr>
          <w:cantSplit/>
        </w:trPr>
        <w:tc>
          <w:tcPr>
            <w:tcW w:w="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375F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05</w:t>
            </w:r>
          </w:p>
        </w:tc>
        <w:tc>
          <w:tcPr>
            <w:tcW w:w="5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718EBF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Рама, контроллер и двигатель всасывания</w:t>
            </w:r>
          </w:p>
        </w:tc>
        <w:tc>
          <w:tcPr>
            <w:tcW w:w="4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7E258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Рама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контроллер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вакуумный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мотор</w:t>
            </w:r>
            <w:proofErr w:type="spellEnd"/>
          </w:p>
        </w:tc>
      </w:tr>
      <w:tr w:rsidR="00182F9F" w:rsidRPr="00F70D8A" w14:paraId="4D555F30" w14:textId="77777777">
        <w:trPr>
          <w:cantSplit/>
        </w:trPr>
        <w:tc>
          <w:tcPr>
            <w:tcW w:w="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C76B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06</w:t>
            </w:r>
          </w:p>
        </w:tc>
        <w:tc>
          <w:tcPr>
            <w:tcW w:w="5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729E0D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Водосборная балка, скребки и ролики</w:t>
            </w:r>
          </w:p>
        </w:tc>
        <w:tc>
          <w:tcPr>
            <w:tcW w:w="4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261737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Скребки, кронштейны и ролики балки</w:t>
            </w:r>
          </w:p>
        </w:tc>
      </w:tr>
    </w:tbl>
    <w:p w14:paraId="5F3195D8" w14:textId="77777777" w:rsidR="00182F9F" w:rsidRDefault="001E2FDD">
      <w:pPr>
        <w:pStyle w:val="2"/>
      </w:pPr>
      <w:proofErr w:type="spellStart"/>
      <w:r>
        <w:t>Как</w:t>
      </w:r>
      <w:proofErr w:type="spellEnd"/>
      <w:r>
        <w:t xml:space="preserve"> </w:t>
      </w:r>
      <w:proofErr w:type="spellStart"/>
      <w:r>
        <w:t>заказать</w:t>
      </w:r>
      <w:proofErr w:type="spellEnd"/>
      <w:r>
        <w:t xml:space="preserve"> </w:t>
      </w:r>
      <w:proofErr w:type="spellStart"/>
      <w:r>
        <w:t>запасную</w:t>
      </w:r>
      <w:proofErr w:type="spellEnd"/>
      <w:r>
        <w:t xml:space="preserve"> </w:t>
      </w:r>
      <w:proofErr w:type="spellStart"/>
      <w:r>
        <w:t>часть</w:t>
      </w:r>
      <w:proofErr w:type="spellEnd"/>
    </w:p>
    <w:p w14:paraId="0C4E5E68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 xml:space="preserve">Укажите марку </w:t>
      </w:r>
      <w:r>
        <w:rPr>
          <w:sz w:val="20"/>
        </w:rPr>
        <w:t>TOR</w:t>
      </w:r>
      <w:r w:rsidRPr="00D179C8">
        <w:rPr>
          <w:sz w:val="20"/>
          <w:lang w:val="ru-RU"/>
        </w:rPr>
        <w:t xml:space="preserve">, модель </w:t>
      </w:r>
      <w:r>
        <w:rPr>
          <w:sz w:val="20"/>
        </w:rPr>
        <w:t>JH</w:t>
      </w:r>
      <w:r w:rsidRPr="00D179C8">
        <w:rPr>
          <w:sz w:val="20"/>
          <w:lang w:val="ru-RU"/>
        </w:rPr>
        <w:t>-400 и серийный номер аппарата.</w:t>
      </w:r>
    </w:p>
    <w:p w14:paraId="35887494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Найдите номер сборочной группы и позицию детали на изображении.</w:t>
      </w:r>
    </w:p>
    <w:p w14:paraId="4EED1F77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 xml:space="preserve">Перепишите точный артикул из русскоязычной таблицы: например, схема 04, поз. 5, артикул </w:t>
      </w:r>
      <w:r>
        <w:rPr>
          <w:sz w:val="20"/>
        </w:rPr>
        <w:t>E</w:t>
      </w:r>
      <w:r w:rsidRPr="00D179C8">
        <w:rPr>
          <w:sz w:val="20"/>
          <w:lang w:val="ru-RU"/>
        </w:rPr>
        <w:t>010198.</w:t>
      </w:r>
    </w:p>
    <w:p w14:paraId="79DCFFEE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Если написано «Не указан», артикул отсутствует в исходном каталоге; запросите его у поставщика.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49566CDB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E533649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ОСОБЕННОСТЬ </w:t>
            </w: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КОМПЛЕКТАЦИИ  </w:t>
            </w:r>
            <w:r w:rsidRPr="00D179C8">
              <w:rPr>
                <w:sz w:val="19"/>
                <w:lang w:val="ru-RU"/>
              </w:rPr>
              <w:t>В</w:t>
            </w:r>
            <w:proofErr w:type="gramEnd"/>
            <w:r w:rsidRPr="00D179C8">
              <w:rPr>
                <w:sz w:val="19"/>
                <w:lang w:val="ru-RU"/>
              </w:rPr>
              <w:t xml:space="preserve"> базовой инструкции указаны две АКБ по 40 </w:t>
            </w:r>
            <w:proofErr w:type="spellStart"/>
            <w:r w:rsidRPr="00D179C8">
              <w:rPr>
                <w:sz w:val="19"/>
                <w:lang w:val="ru-RU"/>
              </w:rPr>
              <w:t>А·ч</w:t>
            </w:r>
            <w:proofErr w:type="spellEnd"/>
            <w:r w:rsidRPr="00D179C8">
              <w:rPr>
                <w:sz w:val="19"/>
                <w:lang w:val="ru-RU"/>
              </w:rPr>
              <w:t xml:space="preserve">, а на присланном фото изображена АКБ 12 В / 52 </w:t>
            </w:r>
            <w:proofErr w:type="spellStart"/>
            <w:r w:rsidRPr="00D179C8">
              <w:rPr>
                <w:sz w:val="19"/>
                <w:lang w:val="ru-RU"/>
              </w:rPr>
              <w:t>А·ч</w:t>
            </w:r>
            <w:proofErr w:type="spellEnd"/>
            <w:r w:rsidRPr="00D179C8">
              <w:rPr>
                <w:sz w:val="19"/>
                <w:lang w:val="ru-RU"/>
              </w:rPr>
              <w:t>. Сверяйте фактическую комплектацию по маркировке батарей.</w:t>
            </w:r>
          </w:p>
        </w:tc>
      </w:tr>
    </w:tbl>
    <w:p w14:paraId="139ADB56" w14:textId="77777777" w:rsidR="00182F9F" w:rsidRPr="00D179C8" w:rsidRDefault="00182F9F">
      <w:pPr>
        <w:spacing w:after="0"/>
        <w:rPr>
          <w:lang w:val="ru-RU"/>
        </w:rPr>
      </w:pPr>
    </w:p>
    <w:p w14:paraId="601BF190" w14:textId="65C0D25D" w:rsidR="00182F9F" w:rsidRPr="00D179C8" w:rsidRDefault="001E2FDD" w:rsidP="00F70D8A">
      <w:pPr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02   •   ОБЯЗАТЕЛЬНО</w:t>
      </w:r>
    </w:p>
    <w:p w14:paraId="2B0EFFF3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Требования безопасности</w:t>
      </w:r>
    </w:p>
    <w:p w14:paraId="797DD08F" w14:textId="77777777" w:rsidR="00182F9F" w:rsidRPr="00D179C8" w:rsidRDefault="001E2FDD">
      <w:pPr>
        <w:pStyle w:val="2"/>
        <w:rPr>
          <w:lang w:val="ru-RU"/>
        </w:rPr>
      </w:pPr>
      <w:r w:rsidRPr="00D179C8">
        <w:rPr>
          <w:lang w:val="ru-RU"/>
        </w:rPr>
        <w:t>Рабочая зона и моющие средства</w:t>
      </w:r>
    </w:p>
    <w:p w14:paraId="6AB7027F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Используйте машину только на ровных твердых покрытиях: плитка, бетон, окрашенный пол, эпоксидное покрытие и аналогичные влагостойкие поверхности.</w:t>
      </w:r>
    </w:p>
    <w:p w14:paraId="09E7A86B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применяйте аппарат на коврах, ковролине, ступенях, уклонах, во взрывоопасной среде и рядом с источниками открытого огня.</w:t>
      </w:r>
    </w:p>
    <w:p w14:paraId="1734C207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собирайте горючие жидкости и не смешивайте разные моющие средства: возможна опасная химическая реакция.</w:t>
      </w:r>
    </w:p>
    <w:p w14:paraId="5E044003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 xml:space="preserve">Не используйте кислоты, агрессивные растворители и сильно пенящиеся составы; дозируйте только </w:t>
      </w:r>
      <w:proofErr w:type="spellStart"/>
      <w:r w:rsidRPr="00D179C8">
        <w:rPr>
          <w:sz w:val="20"/>
          <w:lang w:val="ru-RU"/>
        </w:rPr>
        <w:t>низкопенное</w:t>
      </w:r>
      <w:proofErr w:type="spellEnd"/>
      <w:r w:rsidRPr="00D179C8">
        <w:rPr>
          <w:sz w:val="20"/>
          <w:lang w:val="ru-RU"/>
        </w:rPr>
        <w:t xml:space="preserve"> средство.</w:t>
      </w:r>
    </w:p>
    <w:p w14:paraId="64189924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Удалите провода и крупный мусор, предупредите окружающих и установите знак «Осторожно, мокрый пол».</w:t>
      </w:r>
    </w:p>
    <w:p w14:paraId="1EB7E30E" w14:textId="77777777" w:rsidR="00182F9F" w:rsidRDefault="001E2FDD">
      <w:pPr>
        <w:pStyle w:val="2"/>
      </w:pPr>
      <w:proofErr w:type="spellStart"/>
      <w:r>
        <w:t>Электробезопасность</w:t>
      </w:r>
      <w:proofErr w:type="spellEnd"/>
      <w:r>
        <w:t xml:space="preserve"> и </w:t>
      </w:r>
      <w:proofErr w:type="spellStart"/>
      <w:r>
        <w:t>батарея</w:t>
      </w:r>
      <w:proofErr w:type="spellEnd"/>
    </w:p>
    <w:p w14:paraId="0F8E55EC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Перед обслуживанием выключите машину, извлеките ключ при наличии и отсоедините контактный разъем аккумуляторной системы.</w:t>
      </w:r>
    </w:p>
    <w:p w14:paraId="6282FD4C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мойте аппарат водой под давлением и не допускайте попадания жидкости на панель, контроллер, клеммы и зарядное устройство.</w:t>
      </w:r>
    </w:p>
    <w:p w14:paraId="563C4026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используйте поврежденный зарядный кабель. Заряжайте батарею только совместимым устройством в сухом проветриваемом помещении.</w:t>
      </w:r>
    </w:p>
    <w:p w14:paraId="6075CF17" w14:textId="77777777" w:rsidR="00182F9F" w:rsidRDefault="001E2FDD">
      <w:pPr>
        <w:numPr>
          <w:ilvl w:val="0"/>
          <w:numId w:val="1"/>
        </w:numPr>
        <w:spacing w:after="60"/>
        <w:ind w:left="0"/>
      </w:pPr>
      <w:r w:rsidRPr="00D179C8">
        <w:rPr>
          <w:sz w:val="20"/>
          <w:lang w:val="ru-RU"/>
        </w:rPr>
        <w:t xml:space="preserve">Оберегайте батареи от короткого замыкания, искр, нагрева и открытого огня. </w:t>
      </w:r>
      <w:proofErr w:type="spellStart"/>
      <w:r>
        <w:rPr>
          <w:sz w:val="20"/>
        </w:rPr>
        <w:t>При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аварии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прекратите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работу</w:t>
      </w:r>
      <w:proofErr w:type="spellEnd"/>
      <w:r>
        <w:rPr>
          <w:sz w:val="20"/>
        </w:rPr>
        <w:t xml:space="preserve"> и обратитесь в сервис.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036C4966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29684AB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ВОЗГОРАНИЕ  </w:t>
            </w:r>
            <w:r w:rsidRPr="00D179C8">
              <w:rPr>
                <w:sz w:val="19"/>
                <w:lang w:val="ru-RU"/>
              </w:rPr>
              <w:t>Используйте</w:t>
            </w:r>
            <w:proofErr w:type="gramEnd"/>
            <w:r w:rsidRPr="00D179C8">
              <w:rPr>
                <w:sz w:val="19"/>
                <w:lang w:val="ru-RU"/>
              </w:rPr>
              <w:t xml:space="preserve"> подходящий порошковый огнетушитель. Не тушите электрооборудование или аккумуляторную систему водой.</w:t>
            </w:r>
          </w:p>
        </w:tc>
      </w:tr>
    </w:tbl>
    <w:p w14:paraId="6C488726" w14:textId="77777777" w:rsidR="00182F9F" w:rsidRPr="00D179C8" w:rsidRDefault="00182F9F">
      <w:pPr>
        <w:spacing w:after="0"/>
        <w:rPr>
          <w:lang w:val="ru-RU"/>
        </w:rPr>
      </w:pPr>
    </w:p>
    <w:p w14:paraId="7D7CAE87" w14:textId="43F0FC99" w:rsidR="00182F9F" w:rsidRPr="00F70D8A" w:rsidRDefault="001E2FDD" w:rsidP="00F70D8A">
      <w:pPr>
        <w:rPr>
          <w:lang w:val="ru-RU"/>
        </w:rPr>
      </w:pPr>
      <w:r>
        <w:rPr>
          <w:b/>
          <w:color w:val="0788B0"/>
          <w:sz w:val="17"/>
        </w:rPr>
        <w:t>РАЗДЕЛ 03   •   TOR JH-400</w:t>
      </w:r>
    </w:p>
    <w:p w14:paraId="33406256" w14:textId="77777777" w:rsidR="00182F9F" w:rsidRDefault="001E2FDD">
      <w:pPr>
        <w:pStyle w:val="1"/>
      </w:pPr>
      <w:r>
        <w:t>Технические характеристики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5330"/>
      </w:tblGrid>
      <w:tr w:rsidR="00182F9F" w14:paraId="6983517A" w14:textId="77777777">
        <w:trPr>
          <w:cantSplit/>
          <w:tblHeader/>
        </w:trPr>
        <w:tc>
          <w:tcPr>
            <w:tcW w:w="48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09494B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53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DAA19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182F9F" w:rsidRPr="00F70D8A" w14:paraId="65BAE8BC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9B1B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Модель / тип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830DF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>
              <w:rPr>
                <w:sz w:val="16"/>
              </w:rPr>
              <w:t>TOR</w:t>
            </w:r>
            <w:r w:rsidRPr="00D179C8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JH</w:t>
            </w:r>
            <w:r w:rsidRPr="00D179C8">
              <w:rPr>
                <w:sz w:val="16"/>
                <w:lang w:val="ru-RU"/>
              </w:rPr>
              <w:t>-400 / аккумуляторная поломоечная машина</w:t>
            </w:r>
          </w:p>
        </w:tc>
      </w:tr>
      <w:tr w:rsidR="00182F9F" w14:paraId="6F386608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7F5CBF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Номинальное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питание</w:t>
            </w:r>
            <w:proofErr w:type="spellEnd"/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15ED2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24 В постоянного тока</w:t>
            </w:r>
          </w:p>
        </w:tc>
      </w:tr>
      <w:tr w:rsidR="00182F9F" w14:paraId="2B4AD609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AF31D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Общая мощность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173B4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880 Вт</w:t>
            </w:r>
          </w:p>
        </w:tc>
      </w:tr>
      <w:tr w:rsidR="00182F9F" w14:paraId="32975262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1E1A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Ток по исходной таблице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3B6B7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30 А</w:t>
            </w:r>
          </w:p>
        </w:tc>
      </w:tr>
      <w:tr w:rsidR="00182F9F" w14:paraId="123D4F3E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0477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Диаметр щетки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01FC6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400 мм</w:t>
            </w:r>
          </w:p>
        </w:tc>
      </w:tr>
      <w:tr w:rsidR="00182F9F" w14:paraId="0EACFFFF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5C41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Ширина водосборной балки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11DB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580 мм</w:t>
            </w:r>
          </w:p>
        </w:tc>
      </w:tr>
      <w:tr w:rsidR="00182F9F" w14:paraId="7C497725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E5944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Двигатель щетки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7756C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24 В / 380 Вт</w:t>
            </w:r>
          </w:p>
        </w:tc>
      </w:tr>
      <w:tr w:rsidR="00182F9F" w14:paraId="0B8FFBE0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CB8A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Двигатель всасывания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3F1C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24 В / 500 Вт</w:t>
            </w:r>
          </w:p>
        </w:tc>
      </w:tr>
      <w:tr w:rsidR="00182F9F" w:rsidRPr="00F70D8A" w14:paraId="1F642842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E6EE8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Частота вращения в исходной таблице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18C66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2000 об/мин — см. примечание ниже</w:t>
            </w:r>
          </w:p>
        </w:tc>
      </w:tr>
      <w:tr w:rsidR="00182F9F" w14:paraId="6FD677E3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9218C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Бак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чистого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раствора</w:t>
            </w:r>
            <w:proofErr w:type="spellEnd"/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8F33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25 л</w:t>
            </w:r>
          </w:p>
        </w:tc>
      </w:tr>
      <w:tr w:rsidR="00182F9F" w14:paraId="11CE94C7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23E8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Бак-утилизатор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636B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30 л</w:t>
            </w:r>
          </w:p>
        </w:tc>
      </w:tr>
      <w:tr w:rsidR="00182F9F" w14:paraId="682E8EB7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E5EE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Производительность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FB77C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до 1600 м²/ч</w:t>
            </w:r>
          </w:p>
        </w:tc>
      </w:tr>
      <w:tr w:rsidR="00182F9F" w:rsidRPr="00F70D8A" w14:paraId="68EE9FFF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5EDA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Батареи по исходному руководству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A0997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2 × 12 В / 40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  <w:r w:rsidRPr="00D179C8">
              <w:rPr>
                <w:sz w:val="16"/>
                <w:lang w:val="ru-RU"/>
              </w:rPr>
              <w:t xml:space="preserve">; система 24 В / 40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</w:p>
        </w:tc>
      </w:tr>
      <w:tr w:rsidR="00182F9F" w:rsidRPr="00F70D8A" w14:paraId="4D37844E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CF80B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Батарея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предоставленном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фото</w:t>
            </w:r>
            <w:proofErr w:type="spellEnd"/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481E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12 В / 52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  <w:r w:rsidRPr="00D179C8">
              <w:rPr>
                <w:sz w:val="16"/>
                <w:lang w:val="ru-RU"/>
              </w:rPr>
              <w:t xml:space="preserve">; при двух таких АКБ: 24 В / 52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</w:p>
        </w:tc>
      </w:tr>
      <w:tr w:rsidR="00182F9F" w14:paraId="7714DF4A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B8FE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Продолжительность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работы</w:t>
            </w:r>
            <w:proofErr w:type="spellEnd"/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D975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2–2,5 ч по исходной инструкции</w:t>
            </w:r>
          </w:p>
        </w:tc>
      </w:tr>
      <w:tr w:rsidR="00182F9F" w14:paraId="107DA171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71A8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Время зарядки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1CEF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6–8 ч по исходной инструкции</w:t>
            </w:r>
          </w:p>
        </w:tc>
      </w:tr>
      <w:tr w:rsidR="00182F9F" w14:paraId="181DFC63" w14:textId="77777777">
        <w:trPr>
          <w:cantSplit/>
        </w:trPr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7190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Масса нетто / брутто</w:t>
            </w:r>
          </w:p>
        </w:tc>
        <w:tc>
          <w:tcPr>
            <w:tcW w:w="53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773AF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50 / 76 кг</w:t>
            </w:r>
          </w:p>
        </w:tc>
      </w:tr>
      <w:tr w:rsidR="00182F9F" w14:paraId="333C8C20" w14:textId="77777777">
        <w:trPr>
          <w:cantSplit/>
        </w:trPr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80F9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Размер упаковки</w:t>
            </w:r>
          </w:p>
        </w:tc>
        <w:tc>
          <w:tcPr>
            <w:tcW w:w="53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B2BD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910 × 510 × 800 мм</w:t>
            </w:r>
          </w:p>
        </w:tc>
      </w:tr>
      <w:tr w:rsidR="00182F9F" w14:paraId="708CA82B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4D87EFE" w14:textId="77777777" w:rsidR="00182F9F" w:rsidRDefault="001E2FDD">
            <w:pPr>
              <w:spacing w:after="0" w:line="269" w:lineRule="auto"/>
            </w:pPr>
            <w:proofErr w:type="gramStart"/>
            <w:r w:rsidRPr="00D179C8">
              <w:rPr>
                <w:b/>
                <w:color w:val="D79600"/>
                <w:sz w:val="19"/>
                <w:lang w:val="ru-RU"/>
              </w:rPr>
              <w:t xml:space="preserve">ПРИМЕЧАНИЕ  </w:t>
            </w:r>
            <w:r w:rsidRPr="00D179C8">
              <w:rPr>
                <w:sz w:val="19"/>
                <w:lang w:val="ru-RU"/>
              </w:rPr>
              <w:t>Показатель</w:t>
            </w:r>
            <w:proofErr w:type="gramEnd"/>
            <w:r w:rsidRPr="00D179C8">
              <w:rPr>
                <w:sz w:val="19"/>
                <w:lang w:val="ru-RU"/>
              </w:rPr>
              <w:t xml:space="preserve"> 2000 об/мин указан в исходной таблице без уточнения, относится ли он к двигателю или щетке. </w:t>
            </w:r>
            <w:proofErr w:type="spellStart"/>
            <w:r>
              <w:rPr>
                <w:sz w:val="19"/>
              </w:rPr>
              <w:t>Время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работы</w:t>
            </w:r>
            <w:proofErr w:type="spellEnd"/>
            <w:r>
              <w:rPr>
                <w:sz w:val="19"/>
              </w:rPr>
              <w:t xml:space="preserve"> и </w:t>
            </w:r>
            <w:proofErr w:type="spellStart"/>
            <w:r>
              <w:rPr>
                <w:sz w:val="19"/>
              </w:rPr>
              <w:t>зарядки</w:t>
            </w:r>
            <w:proofErr w:type="spellEnd"/>
            <w:r>
              <w:rPr>
                <w:sz w:val="19"/>
              </w:rPr>
              <w:t xml:space="preserve"> зависит от фактически установленной батареи.</w:t>
            </w:r>
          </w:p>
        </w:tc>
      </w:tr>
    </w:tbl>
    <w:p w14:paraId="5F1C67EA" w14:textId="77777777" w:rsidR="00182F9F" w:rsidRDefault="00182F9F">
      <w:pPr>
        <w:spacing w:after="0"/>
      </w:pPr>
    </w:p>
    <w:p w14:paraId="5FCB643B" w14:textId="77777777" w:rsidR="00182F9F" w:rsidRDefault="001E2FDD">
      <w:r>
        <w:br w:type="page"/>
      </w:r>
    </w:p>
    <w:p w14:paraId="18D11EAD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04   •   ФОТОГРАФИИ TOR</w:t>
      </w:r>
    </w:p>
    <w:p w14:paraId="29929443" w14:textId="77777777" w:rsidR="00182F9F" w:rsidRDefault="001E2FDD">
      <w:pPr>
        <w:pStyle w:val="1"/>
      </w:pPr>
      <w:r>
        <w:t>Общий вид и конструкция</w:t>
      </w:r>
    </w:p>
    <w:p w14:paraId="774E97C4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F2271CB" wp14:editId="07743810">
            <wp:extent cx="6336792" cy="4268997"/>
            <wp:effectExtent l="0" t="0" r="0" b="0"/>
            <wp:docPr id="2" name="Качественные фотографии брендированной TOR JH-400 в закрытом виде и с открытым аккумуляторным отсеком" descr="Качественные фотографии брендированной TOR JH-400 в закрытом виде и с открытым аккумуляторным отсе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6792" cy="426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3AB5" w14:textId="77777777" w:rsidR="00182F9F" w:rsidRPr="00D179C8" w:rsidRDefault="001E2FDD">
      <w:pPr>
        <w:pStyle w:val="FigureCaption"/>
        <w:keepLines/>
        <w:rPr>
          <w:lang w:val="ru-RU"/>
        </w:rPr>
      </w:pPr>
      <w:r>
        <w:t>TOR</w:t>
      </w:r>
      <w:r w:rsidRPr="00D179C8">
        <w:rPr>
          <w:lang w:val="ru-RU"/>
        </w:rPr>
        <w:t xml:space="preserve"> </w:t>
      </w:r>
      <w:r>
        <w:t>JH</w:t>
      </w:r>
      <w:r w:rsidRPr="00D179C8">
        <w:rPr>
          <w:lang w:val="ru-RU"/>
        </w:rPr>
        <w:t>-400: машина в сборе и доступ к батарейному отсеку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6280"/>
        <w:gridCol w:w="1130"/>
      </w:tblGrid>
      <w:tr w:rsidR="00182F9F" w14:paraId="25C48349" w14:textId="77777777">
        <w:trPr>
          <w:cantSplit/>
          <w:tblHeader/>
        </w:trPr>
        <w:tc>
          <w:tcPr>
            <w:tcW w:w="27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5F903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62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EB7F7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11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A44A55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Группа</w:t>
            </w:r>
          </w:p>
        </w:tc>
      </w:tr>
      <w:tr w:rsidR="00182F9F" w14:paraId="5BE943C3" w14:textId="77777777">
        <w:trPr>
          <w:cantSplit/>
        </w:trPr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ED4A4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Рукоятка и панель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77FE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Настройка положения, включение функций</w:t>
            </w:r>
          </w:p>
        </w:tc>
        <w:tc>
          <w:tcPr>
            <w:tcW w:w="1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0383F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01</w:t>
            </w:r>
          </w:p>
        </w:tc>
      </w:tr>
      <w:tr w:rsidR="00182F9F" w14:paraId="7576DB40" w14:textId="77777777">
        <w:trPr>
          <w:cantSplit/>
        </w:trPr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964D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Два бака</w:t>
            </w:r>
          </w:p>
        </w:tc>
        <w:tc>
          <w:tcPr>
            <w:tcW w:w="62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D494B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Подача чистого раствора и сбор грязной воды</w:t>
            </w:r>
          </w:p>
        </w:tc>
        <w:tc>
          <w:tcPr>
            <w:tcW w:w="11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191E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02 / 03</w:t>
            </w:r>
          </w:p>
        </w:tc>
      </w:tr>
      <w:tr w:rsidR="00182F9F" w14:paraId="27935BDC" w14:textId="77777777">
        <w:trPr>
          <w:cantSplit/>
        </w:trPr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6170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Щетка 400 мм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DDC8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Механическая очистка напольного покрытия</w:t>
            </w:r>
          </w:p>
        </w:tc>
        <w:tc>
          <w:tcPr>
            <w:tcW w:w="1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20C6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04</w:t>
            </w:r>
          </w:p>
        </w:tc>
      </w:tr>
      <w:tr w:rsidR="00182F9F" w14:paraId="01ECFDD4" w14:textId="77777777">
        <w:trPr>
          <w:cantSplit/>
        </w:trPr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37CB7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Рама и батареи</w:t>
            </w:r>
          </w:p>
        </w:tc>
        <w:tc>
          <w:tcPr>
            <w:tcW w:w="62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860F3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Питание 24 В, контроллер и вакуумный мотор</w:t>
            </w:r>
          </w:p>
        </w:tc>
        <w:tc>
          <w:tcPr>
            <w:tcW w:w="11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3840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05</w:t>
            </w:r>
          </w:p>
        </w:tc>
      </w:tr>
      <w:tr w:rsidR="00182F9F" w14:paraId="6E734C68" w14:textId="77777777">
        <w:trPr>
          <w:cantSplit/>
        </w:trPr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2561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Водосборная балка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E041B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Сбор воды с полосы шириной 580 мм</w:t>
            </w:r>
          </w:p>
        </w:tc>
        <w:tc>
          <w:tcPr>
            <w:tcW w:w="1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0568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06</w:t>
            </w:r>
          </w:p>
        </w:tc>
      </w:tr>
      <w:tr w:rsidR="00182F9F" w:rsidRPr="00F70D8A" w14:paraId="3B758367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8471ECD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БРЕНД </w:t>
            </w:r>
            <w:proofErr w:type="gramStart"/>
            <w:r>
              <w:rPr>
                <w:b/>
                <w:color w:val="0788B0"/>
                <w:sz w:val="19"/>
              </w:rPr>
              <w:t>TOR</w:t>
            </w:r>
            <w:r w:rsidRPr="00D179C8">
              <w:rPr>
                <w:b/>
                <w:color w:val="0788B0"/>
                <w:sz w:val="19"/>
                <w:lang w:val="ru-RU"/>
              </w:rPr>
              <w:t xml:space="preserve">  </w:t>
            </w:r>
            <w:r w:rsidRPr="00D179C8">
              <w:rPr>
                <w:sz w:val="19"/>
                <w:lang w:val="ru-RU"/>
              </w:rPr>
              <w:t>Фирменная</w:t>
            </w:r>
            <w:proofErr w:type="gramEnd"/>
            <w:r w:rsidRPr="00D179C8">
              <w:rPr>
                <w:sz w:val="19"/>
                <w:lang w:val="ru-RU"/>
              </w:rPr>
              <w:t xml:space="preserve"> эмблема нанесена на лицевую часть корпуса. При обслуживании используйте модель </w:t>
            </w:r>
            <w:r>
              <w:rPr>
                <w:sz w:val="19"/>
              </w:rPr>
              <w:t>JH</w:t>
            </w:r>
            <w:r w:rsidRPr="00D179C8">
              <w:rPr>
                <w:sz w:val="19"/>
                <w:lang w:val="ru-RU"/>
              </w:rPr>
              <w:t>-400 и точные артикулы оригинального каталога.</w:t>
            </w:r>
          </w:p>
        </w:tc>
      </w:tr>
    </w:tbl>
    <w:p w14:paraId="263ED399" w14:textId="77777777" w:rsidR="00182F9F" w:rsidRPr="00D179C8" w:rsidRDefault="00182F9F">
      <w:pPr>
        <w:spacing w:after="0"/>
        <w:rPr>
          <w:lang w:val="ru-RU"/>
        </w:rPr>
      </w:pPr>
    </w:p>
    <w:p w14:paraId="53484B81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1785732D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05   •   КЛЮЧ, ИНДИКАЦИЯ И ТУМБЛЕРЫ</w:t>
      </w:r>
    </w:p>
    <w:p w14:paraId="75A03A9E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Панель управления</w:t>
      </w:r>
    </w:p>
    <w:p w14:paraId="1EF5C539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09783F3" wp14:editId="1FADB55B">
            <wp:extent cx="6327648" cy="4296140"/>
            <wp:effectExtent l="0" t="0" r="0" b="0"/>
            <wp:docPr id="3" name="Высококачественная фотография панели JH-400 с четырьмя пронумерованными элементами управления" descr="Высококачественная фотография панели JH-400 с четырьмя пронумерованными элементами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7648" cy="429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DF11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 xml:space="preserve">Фактическая панель управления </w:t>
      </w:r>
      <w:r>
        <w:t>TOR</w:t>
      </w:r>
      <w:r w:rsidRPr="00D179C8">
        <w:rPr>
          <w:lang w:val="ru-RU"/>
        </w:rPr>
        <w:t xml:space="preserve"> </w:t>
      </w:r>
      <w:r>
        <w:t>JH</w:t>
      </w:r>
      <w:r w:rsidRPr="00D179C8">
        <w:rPr>
          <w:lang w:val="ru-RU"/>
        </w:rPr>
        <w:t>-400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840"/>
        <w:gridCol w:w="5640"/>
      </w:tblGrid>
      <w:tr w:rsidR="00182F9F" w14:paraId="1776B74C" w14:textId="77777777">
        <w:trPr>
          <w:cantSplit/>
          <w:tblHeader/>
        </w:trPr>
        <w:tc>
          <w:tcPr>
            <w:tcW w:w="6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C97454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8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09C98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56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46A81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182F9F" w:rsidRPr="00F70D8A" w14:paraId="24695654" w14:textId="77777777">
        <w:trPr>
          <w:cantSplit/>
        </w:trPr>
        <w:tc>
          <w:tcPr>
            <w:tcW w:w="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62AFC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1</w:t>
            </w:r>
          </w:p>
        </w:tc>
        <w:tc>
          <w:tcPr>
            <w:tcW w:w="38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D747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Ключ / главное питание</w:t>
            </w:r>
          </w:p>
        </w:tc>
        <w:tc>
          <w:tcPr>
            <w:tcW w:w="5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694AD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Включает и выключает электрическую систему машины.</w:t>
            </w:r>
          </w:p>
        </w:tc>
      </w:tr>
      <w:tr w:rsidR="00182F9F" w:rsidRPr="00F70D8A" w14:paraId="3A603080" w14:textId="77777777">
        <w:trPr>
          <w:cantSplit/>
        </w:trPr>
        <w:tc>
          <w:tcPr>
            <w:tcW w:w="6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2192C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</w:t>
            </w:r>
          </w:p>
        </w:tc>
        <w:tc>
          <w:tcPr>
            <w:tcW w:w="38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08DA5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Дисплей батареи</w:t>
            </w:r>
          </w:p>
        </w:tc>
        <w:tc>
          <w:tcPr>
            <w:tcW w:w="56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AC69B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Отображает информацию об уровне заряда АКБ.</w:t>
            </w:r>
          </w:p>
        </w:tc>
      </w:tr>
      <w:tr w:rsidR="00182F9F" w14:paraId="044581FC" w14:textId="77777777">
        <w:trPr>
          <w:cantSplit/>
        </w:trPr>
        <w:tc>
          <w:tcPr>
            <w:tcW w:w="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17FF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3</w:t>
            </w:r>
          </w:p>
        </w:tc>
        <w:tc>
          <w:tcPr>
            <w:tcW w:w="38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7A61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Левый тумблер — щетка</w:t>
            </w:r>
          </w:p>
        </w:tc>
        <w:tc>
          <w:tcPr>
            <w:tcW w:w="56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7B750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Управляет двигателем дисковой щетки.</w:t>
            </w:r>
          </w:p>
        </w:tc>
      </w:tr>
      <w:tr w:rsidR="00182F9F" w:rsidRPr="00F70D8A" w14:paraId="0E7F2BD9" w14:textId="77777777">
        <w:trPr>
          <w:cantSplit/>
        </w:trPr>
        <w:tc>
          <w:tcPr>
            <w:tcW w:w="6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985E8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4</w:t>
            </w:r>
          </w:p>
        </w:tc>
        <w:tc>
          <w:tcPr>
            <w:tcW w:w="38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6EA9B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Правый тумблер — всасывание</w:t>
            </w:r>
          </w:p>
        </w:tc>
        <w:tc>
          <w:tcPr>
            <w:tcW w:w="56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72DC6D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Управляет двигателем сбора отработанной воды.</w:t>
            </w:r>
          </w:p>
        </w:tc>
      </w:tr>
      <w:tr w:rsidR="00182F9F" w14:paraId="0DAF5DDF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FC1ED0A" w14:textId="77777777" w:rsidR="00182F9F" w:rsidRDefault="001E2FDD">
            <w:pPr>
              <w:spacing w:after="0" w:line="269" w:lineRule="auto"/>
            </w:pPr>
            <w:r w:rsidRPr="00D179C8">
              <w:rPr>
                <w:b/>
                <w:color w:val="D79600"/>
                <w:sz w:val="19"/>
                <w:lang w:val="ru-RU"/>
              </w:rPr>
              <w:t xml:space="preserve">ФУНКЦИЯ </w:t>
            </w:r>
            <w:proofErr w:type="gramStart"/>
            <w:r>
              <w:rPr>
                <w:b/>
                <w:color w:val="D79600"/>
                <w:sz w:val="19"/>
              </w:rPr>
              <w:t>ECO</w:t>
            </w:r>
            <w:r w:rsidRPr="00D179C8">
              <w:rPr>
                <w:b/>
                <w:color w:val="D79600"/>
                <w:sz w:val="19"/>
                <w:lang w:val="ru-RU"/>
              </w:rPr>
              <w:t xml:space="preserve">  </w:t>
            </w:r>
            <w:r w:rsidRPr="00D179C8">
              <w:rPr>
                <w:sz w:val="19"/>
                <w:lang w:val="ru-RU"/>
              </w:rPr>
              <w:t>Исходное</w:t>
            </w:r>
            <w:proofErr w:type="gramEnd"/>
            <w:r w:rsidRPr="00D179C8">
              <w:rPr>
                <w:sz w:val="19"/>
                <w:lang w:val="ru-RU"/>
              </w:rPr>
              <w:t xml:space="preserve"> руководство описывает удержание управления всасыванием 3 секунды для режима </w:t>
            </w:r>
            <w:r>
              <w:rPr>
                <w:sz w:val="19"/>
              </w:rPr>
              <w:t>ECO</w:t>
            </w:r>
            <w:r w:rsidRPr="00D179C8">
              <w:rPr>
                <w:sz w:val="19"/>
                <w:lang w:val="ru-RU"/>
              </w:rPr>
              <w:t xml:space="preserve">, однако на представленной панели отдельная кнопка или индикация </w:t>
            </w:r>
            <w:r>
              <w:rPr>
                <w:sz w:val="19"/>
              </w:rPr>
              <w:t>ECO</w:t>
            </w:r>
            <w:r w:rsidRPr="00D179C8">
              <w:rPr>
                <w:sz w:val="19"/>
                <w:lang w:val="ru-RU"/>
              </w:rPr>
              <w:t xml:space="preserve"> не показана. </w:t>
            </w:r>
            <w:r>
              <w:rPr>
                <w:sz w:val="19"/>
              </w:rPr>
              <w:t>Уточняйте наличие функции по фактическому исполнению.</w:t>
            </w:r>
          </w:p>
        </w:tc>
      </w:tr>
    </w:tbl>
    <w:p w14:paraId="1BB0E132" w14:textId="77777777" w:rsidR="00182F9F" w:rsidRDefault="00182F9F">
      <w:pPr>
        <w:spacing w:after="0"/>
      </w:pPr>
    </w:p>
    <w:p w14:paraId="6BBC02F1" w14:textId="77777777" w:rsidR="00182F9F" w:rsidRDefault="001E2FDD">
      <w:r>
        <w:br w:type="page"/>
      </w:r>
    </w:p>
    <w:p w14:paraId="26C9D834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01   •   ВЗРЫВ-СХЕМА 01</w:t>
      </w:r>
    </w:p>
    <w:p w14:paraId="28781816" w14:textId="77777777" w:rsidR="00182F9F" w:rsidRDefault="001E2FDD">
      <w:pPr>
        <w:pStyle w:val="1"/>
      </w:pPr>
      <w:r>
        <w:t>Рукоятка, панель и регулируемая стойка</w:t>
      </w:r>
    </w:p>
    <w:p w14:paraId="2240CBA0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2AD0857B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61320C0" wp14:editId="06DC448A">
            <wp:extent cx="3703320" cy="5082618"/>
            <wp:effectExtent l="0" t="0" r="0" b="0"/>
            <wp:docPr id="4" name="Восстановленная взрыв-схема 01 узла «Рукоятка, панель и регулируемая стойка» поломоечной машины TOR JH-400" descr="Восстановленная взрыв-схема 01 узла «Рукоятка, панель и регулируемая стойка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508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D76AF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Схема 01. Рукоятка, панель и регулируемая стойка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75560D90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FDED77D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2FDADEE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9063CEE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F5C5C84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46F60181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15356C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53602A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A010070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41107D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Прижимная пластина рычага управления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C662DC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26CD16AA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6A49B2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3E06F6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A010071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41F56AD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Рычаг управления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14D1FE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3609B53E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4EB5160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29D8CA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B010225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129555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Корпус блока управления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9BB6B2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3D611F6A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D7AE6B6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EF1B02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C010153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8FEBDE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Алюминиевая стойка 400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FC9021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074F7176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1FF0C2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08254E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C010154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2FF7A0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Алюминиевая соединительная тяга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DFA5302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6CE41F2A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DC0678E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951621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C010155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22CEC5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Алюминиевая опора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073933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182F9F" w14:paraId="565F635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68C7B35" w14:textId="77777777" w:rsidR="00182F9F" w:rsidRDefault="001E2FDD">
            <w:pPr>
              <w:spacing w:after="0" w:line="269" w:lineRule="auto"/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Проверьте</w:t>
            </w:r>
            <w:proofErr w:type="gramEnd"/>
            <w:r w:rsidRPr="00D179C8">
              <w:rPr>
                <w:sz w:val="19"/>
                <w:lang w:val="ru-RU"/>
              </w:rPr>
              <w:t xml:space="preserve"> положение регулируемой стойки, крепление рычага и обеих опор.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прилагайте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чрезмерное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усилие</w:t>
            </w:r>
            <w:proofErr w:type="spellEnd"/>
            <w:r>
              <w:rPr>
                <w:sz w:val="19"/>
              </w:rPr>
              <w:t xml:space="preserve"> к рукоятке или переключателям.</w:t>
            </w:r>
          </w:p>
        </w:tc>
      </w:tr>
    </w:tbl>
    <w:p w14:paraId="2471E3B5" w14:textId="77777777" w:rsidR="00182F9F" w:rsidRDefault="00182F9F">
      <w:pPr>
        <w:spacing w:after="0"/>
      </w:pPr>
    </w:p>
    <w:p w14:paraId="403962F5" w14:textId="77777777" w:rsidR="00182F9F" w:rsidRDefault="001E2FDD">
      <w:r>
        <w:br w:type="page"/>
      </w:r>
    </w:p>
    <w:p w14:paraId="7496206D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06   •   ПЕРЕД НАЧАЛОМ РАБОТЫ</w:t>
      </w:r>
    </w:p>
    <w:p w14:paraId="3E66E41E" w14:textId="77777777" w:rsidR="00182F9F" w:rsidRDefault="001E2FDD">
      <w:pPr>
        <w:pStyle w:val="1"/>
      </w:pPr>
      <w:r>
        <w:t>Подготовка и первый запуск</w:t>
      </w:r>
    </w:p>
    <w:p w14:paraId="0C4A29BE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Распакуйте аппарат, установите его на ровную твердую поверхность и убедитесь, что питание выключено.</w:t>
      </w:r>
    </w:p>
    <w:p w14:paraId="14302582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Поднимите и отрегулируйте рукоятку в удобное положение; исходное руководство ориентирует на угол около 90–120°.</w:t>
      </w:r>
    </w:p>
    <w:p w14:paraId="161BAAA5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Проверьте, что аккумуляторная система подключена правильно: красный провод — к плюсу, черный — к минусу; проверку соединительной перемычки доверяйте подготовленному специалисту.</w:t>
      </w:r>
    </w:p>
    <w:p w14:paraId="3E6E3B2E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Установите щетку или совместимый </w:t>
      </w:r>
      <w:proofErr w:type="spellStart"/>
      <w:r w:rsidRPr="00D179C8">
        <w:rPr>
          <w:sz w:val="20"/>
          <w:lang w:val="ru-RU"/>
        </w:rPr>
        <w:t>падодержатель</w:t>
      </w:r>
      <w:proofErr w:type="spellEnd"/>
      <w:r w:rsidRPr="00D179C8">
        <w:rPr>
          <w:sz w:val="20"/>
          <w:lang w:val="ru-RU"/>
        </w:rPr>
        <w:t xml:space="preserve"> диаметром 400 мм, проверьте крепление и защитный кожух: схема 04.</w:t>
      </w:r>
    </w:p>
    <w:p w14:paraId="25E1393E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Установите бак-утилизатор, подключите всасывающий и сливной шланги: схема 02, поз. 2 и 3.</w:t>
      </w:r>
    </w:p>
    <w:p w14:paraId="4C5DB7B8" w14:textId="77777777" w:rsidR="00182F9F" w:rsidRDefault="001E2FDD">
      <w:pPr>
        <w:numPr>
          <w:ilvl w:val="0"/>
          <w:numId w:val="1"/>
        </w:numPr>
        <w:spacing w:after="80"/>
      </w:pPr>
      <w:r w:rsidRPr="00D179C8">
        <w:rPr>
          <w:sz w:val="20"/>
          <w:lang w:val="ru-RU"/>
        </w:rPr>
        <w:t xml:space="preserve">Заполните бак чистой воды </w:t>
      </w:r>
      <w:proofErr w:type="spellStart"/>
      <w:r w:rsidRPr="00D179C8">
        <w:rPr>
          <w:sz w:val="20"/>
          <w:lang w:val="ru-RU"/>
        </w:rPr>
        <w:t>низкопенным</w:t>
      </w:r>
      <w:proofErr w:type="spellEnd"/>
      <w:r w:rsidRPr="00D179C8">
        <w:rPr>
          <w:sz w:val="20"/>
          <w:lang w:val="ru-RU"/>
        </w:rPr>
        <w:t xml:space="preserve"> моющим раствором: схема 03. </w:t>
      </w:r>
      <w:proofErr w:type="spellStart"/>
      <w:r>
        <w:rPr>
          <w:sz w:val="20"/>
        </w:rPr>
        <w:t>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заливайте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раствор</w:t>
      </w:r>
      <w:proofErr w:type="spellEnd"/>
      <w:r>
        <w:rPr>
          <w:sz w:val="20"/>
        </w:rPr>
        <w:t xml:space="preserve"> в бак-утилизатор.</w:t>
      </w:r>
    </w:p>
    <w:p w14:paraId="425DF086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Проверьте водосборную балку шириной 580 мм, рабочие кромки и опорные ролики: схема 06.</w:t>
      </w:r>
    </w:p>
    <w:p w14:paraId="28E126FD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Возьмитесь за рукоятку обеими руками, убедитесь в отсутствии людей рядом и включите главный ключ питания.</w:t>
      </w:r>
    </w:p>
    <w:p w14:paraId="60A1775F" w14:textId="77777777" w:rsidR="00182F9F" w:rsidRDefault="001E2FDD">
      <w:pPr>
        <w:pStyle w:val="2"/>
      </w:pPr>
      <w:proofErr w:type="spellStart"/>
      <w:r>
        <w:t>Контрольный</w:t>
      </w:r>
      <w:proofErr w:type="spellEnd"/>
      <w:r>
        <w:t xml:space="preserve"> </w:t>
      </w:r>
      <w:proofErr w:type="spellStart"/>
      <w:r>
        <w:t>список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090"/>
        <w:gridCol w:w="8050"/>
      </w:tblGrid>
      <w:tr w:rsidR="00182F9F" w14:paraId="0B84CCFB" w14:textId="77777777">
        <w:trPr>
          <w:cantSplit/>
          <w:tblHeader/>
        </w:trPr>
        <w:tc>
          <w:tcPr>
            <w:tcW w:w="20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6D71F2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Проверить</w:t>
            </w:r>
          </w:p>
        </w:tc>
        <w:tc>
          <w:tcPr>
            <w:tcW w:w="80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B9231C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Какое состояние требуется</w:t>
            </w:r>
          </w:p>
        </w:tc>
      </w:tr>
      <w:tr w:rsidR="00182F9F" w:rsidRPr="00F70D8A" w14:paraId="5E3E0DA0" w14:textId="77777777">
        <w:trPr>
          <w:cantSplit/>
        </w:trPr>
        <w:tc>
          <w:tcPr>
            <w:tcW w:w="2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86A91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Батарея</w:t>
            </w:r>
          </w:p>
        </w:tc>
        <w:tc>
          <w:tcPr>
            <w:tcW w:w="8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CE4B0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Система 24 В подключена; дисплей показывает достаточный заряд.</w:t>
            </w:r>
          </w:p>
        </w:tc>
      </w:tr>
      <w:tr w:rsidR="00182F9F" w:rsidRPr="00F70D8A" w14:paraId="38A8A15B" w14:textId="77777777">
        <w:trPr>
          <w:cantSplit/>
        </w:trPr>
        <w:tc>
          <w:tcPr>
            <w:tcW w:w="2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9DA8B1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Щетка</w:t>
            </w:r>
            <w:proofErr w:type="spellEnd"/>
          </w:p>
        </w:tc>
        <w:tc>
          <w:tcPr>
            <w:tcW w:w="80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5D418D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Установлена, свободно вращается, нет намотанного мусора.</w:t>
            </w:r>
          </w:p>
        </w:tc>
      </w:tr>
      <w:tr w:rsidR="00182F9F" w:rsidRPr="00F70D8A" w14:paraId="44B1F6F2" w14:textId="77777777">
        <w:trPr>
          <w:cantSplit/>
        </w:trPr>
        <w:tc>
          <w:tcPr>
            <w:tcW w:w="2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42DF86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Шланги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баки</w:t>
            </w:r>
            <w:proofErr w:type="spellEnd"/>
          </w:p>
        </w:tc>
        <w:tc>
          <w:tcPr>
            <w:tcW w:w="8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5EBBF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Соединения плотные, крышки закрыты, сливной шланг заглушен.</w:t>
            </w:r>
          </w:p>
        </w:tc>
      </w:tr>
      <w:tr w:rsidR="00182F9F" w:rsidRPr="00F70D8A" w14:paraId="44E0A1C2" w14:textId="77777777">
        <w:trPr>
          <w:cantSplit/>
        </w:trPr>
        <w:tc>
          <w:tcPr>
            <w:tcW w:w="2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5B85CA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Балка</w:t>
            </w:r>
            <w:proofErr w:type="spellEnd"/>
          </w:p>
        </w:tc>
        <w:tc>
          <w:tcPr>
            <w:tcW w:w="80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89B7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Скребки целые; ролики и крепление исправны.</w:t>
            </w:r>
          </w:p>
        </w:tc>
      </w:tr>
      <w:tr w:rsidR="00182F9F" w:rsidRPr="00F70D8A" w14:paraId="3C9FB9B6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8AA698A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ВАЖНО  </w:t>
            </w:r>
            <w:r w:rsidRPr="00D179C8">
              <w:rPr>
                <w:sz w:val="19"/>
                <w:lang w:val="ru-RU"/>
              </w:rPr>
              <w:t>Не</w:t>
            </w:r>
            <w:proofErr w:type="gramEnd"/>
            <w:r w:rsidRPr="00D179C8">
              <w:rPr>
                <w:sz w:val="19"/>
                <w:lang w:val="ru-RU"/>
              </w:rPr>
              <w:t xml:space="preserve"> включайте щетку до установки аппарата в рабочее положение и не прикасайтесь к вращающемуся диску.</w:t>
            </w:r>
          </w:p>
        </w:tc>
      </w:tr>
    </w:tbl>
    <w:p w14:paraId="56A44838" w14:textId="77777777" w:rsidR="00182F9F" w:rsidRPr="00D179C8" w:rsidRDefault="00182F9F">
      <w:pPr>
        <w:spacing w:after="0"/>
        <w:rPr>
          <w:lang w:val="ru-RU"/>
        </w:rPr>
      </w:pPr>
    </w:p>
    <w:p w14:paraId="777362A8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209CD0D4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07   •   ЧИСТЫЙ 25 Л / ГРЯЗНЫЙ 30 Л</w:t>
      </w:r>
    </w:p>
    <w:p w14:paraId="3B0409FE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Баки и моющий раствор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20"/>
        <w:gridCol w:w="940"/>
        <w:gridCol w:w="4390"/>
        <w:gridCol w:w="2490"/>
      </w:tblGrid>
      <w:tr w:rsidR="00182F9F" w14:paraId="61F593C8" w14:textId="77777777">
        <w:trPr>
          <w:cantSplit/>
          <w:tblHeader/>
        </w:trPr>
        <w:tc>
          <w:tcPr>
            <w:tcW w:w="23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0018DC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Бак</w:t>
            </w:r>
            <w:proofErr w:type="spellEnd"/>
          </w:p>
        </w:tc>
        <w:tc>
          <w:tcPr>
            <w:tcW w:w="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6839F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Объем</w:t>
            </w:r>
          </w:p>
        </w:tc>
        <w:tc>
          <w:tcPr>
            <w:tcW w:w="43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B41A1E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24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5AC2F3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Оригинальный артикул</w:t>
            </w:r>
          </w:p>
        </w:tc>
      </w:tr>
      <w:tr w:rsidR="00182F9F" w14:paraId="122D54A4" w14:textId="77777777">
        <w:trPr>
          <w:cantSplit/>
        </w:trPr>
        <w:tc>
          <w:tcPr>
            <w:tcW w:w="2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33FA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Чистого раствора</w:t>
            </w:r>
          </w:p>
        </w:tc>
        <w:tc>
          <w:tcPr>
            <w:tcW w:w="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1D443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25 л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E5FA0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Вода и </w:t>
            </w:r>
            <w:proofErr w:type="spellStart"/>
            <w:r w:rsidRPr="00D179C8">
              <w:rPr>
                <w:sz w:val="16"/>
                <w:lang w:val="ru-RU"/>
              </w:rPr>
              <w:t>низкопенное</w:t>
            </w:r>
            <w:proofErr w:type="spellEnd"/>
            <w:r w:rsidRPr="00D179C8">
              <w:rPr>
                <w:sz w:val="16"/>
                <w:lang w:val="ru-RU"/>
              </w:rPr>
              <w:t xml:space="preserve"> моющее средство</w:t>
            </w:r>
          </w:p>
        </w:tc>
        <w:tc>
          <w:tcPr>
            <w:tcW w:w="2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3743B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B010113</w:t>
            </w:r>
          </w:p>
        </w:tc>
      </w:tr>
      <w:tr w:rsidR="00182F9F" w14:paraId="240505EA" w14:textId="77777777">
        <w:trPr>
          <w:cantSplit/>
        </w:trPr>
        <w:tc>
          <w:tcPr>
            <w:tcW w:w="2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14E1F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Бак-утилизатор</w:t>
            </w:r>
          </w:p>
        </w:tc>
        <w:tc>
          <w:tcPr>
            <w:tcW w:w="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E422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30 л</w:t>
            </w:r>
          </w:p>
        </w:tc>
        <w:tc>
          <w:tcPr>
            <w:tcW w:w="4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DE36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Отработанная вода и загрязнения</w:t>
            </w:r>
          </w:p>
        </w:tc>
        <w:tc>
          <w:tcPr>
            <w:tcW w:w="2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A00F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B010114</w:t>
            </w:r>
          </w:p>
        </w:tc>
      </w:tr>
    </w:tbl>
    <w:p w14:paraId="6FC09C39" w14:textId="77777777" w:rsidR="00182F9F" w:rsidRDefault="001E2FDD">
      <w:pPr>
        <w:pStyle w:val="2"/>
      </w:pPr>
      <w:r>
        <w:t>Подготовка моющего раствора</w:t>
      </w:r>
    </w:p>
    <w:p w14:paraId="4B363C14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Выключите машину и откройте заливную крышку бака чистой воды — схема 03, поз. 2, артикул </w:t>
      </w:r>
      <w:r>
        <w:rPr>
          <w:sz w:val="20"/>
        </w:rPr>
        <w:t>B</w:t>
      </w:r>
      <w:r w:rsidRPr="00D179C8">
        <w:rPr>
          <w:sz w:val="20"/>
          <w:lang w:val="ru-RU"/>
        </w:rPr>
        <w:t>010147.</w:t>
      </w:r>
    </w:p>
    <w:p w14:paraId="7AABB164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Приготовьте </w:t>
      </w:r>
      <w:proofErr w:type="spellStart"/>
      <w:r w:rsidRPr="00D179C8">
        <w:rPr>
          <w:sz w:val="20"/>
          <w:lang w:val="ru-RU"/>
        </w:rPr>
        <w:t>низкопенный</w:t>
      </w:r>
      <w:proofErr w:type="spellEnd"/>
      <w:r w:rsidRPr="00D179C8">
        <w:rPr>
          <w:sz w:val="20"/>
          <w:lang w:val="ru-RU"/>
        </w:rPr>
        <w:t xml:space="preserve"> раствор по инструкции его производителя и заполните бак без перелива.</w:t>
      </w:r>
    </w:p>
    <w:p w14:paraId="27C13946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Закройте крышку; проверьте плотность соединений и отсутствие течи.</w:t>
      </w:r>
    </w:p>
    <w:p w14:paraId="3ABEF44B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Установите бак-утилизатор и подключите всасывающий шланг Ø30 × 780 мм — схема 02, поз. 3.</w:t>
      </w:r>
    </w:p>
    <w:p w14:paraId="4AAEAE1F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Убедитесь, что сливной шланг Ø30 × 300 мм закрыт — схема 02, поз. 2.</w:t>
      </w:r>
    </w:p>
    <w:p w14:paraId="2A5AC30A" w14:textId="77777777" w:rsidR="00182F9F" w:rsidRPr="00D179C8" w:rsidRDefault="001E2FDD">
      <w:pPr>
        <w:pStyle w:val="2"/>
        <w:rPr>
          <w:lang w:val="ru-RU"/>
        </w:rPr>
      </w:pPr>
      <w:r w:rsidRPr="00D179C8">
        <w:rPr>
          <w:lang w:val="ru-RU"/>
        </w:rPr>
        <w:t>Признаки заполнения грязного бака</w:t>
      </w:r>
    </w:p>
    <w:p w14:paraId="76F9200F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t>Снижение всасывания, появление воды за водосборной балкой или изменение звука вакуумного двигателя требуют остановки. Проверьте заполнение бака-утилизатора, крышку, поплавковый узел при его наличии, всасывающий шланг и образование пены.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14:paraId="694F5AE5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E4FDFF3" w14:textId="77777777" w:rsidR="00182F9F" w:rsidRDefault="001E2FDD">
            <w:pPr>
              <w:spacing w:after="0" w:line="269" w:lineRule="auto"/>
            </w:pPr>
            <w:r w:rsidRPr="00D179C8">
              <w:rPr>
                <w:b/>
                <w:color w:val="D79600"/>
                <w:sz w:val="19"/>
                <w:lang w:val="ru-RU"/>
              </w:rPr>
              <w:t xml:space="preserve">ИСПРАВЛЕНИЕ ИСХОДНОГО </w:t>
            </w:r>
            <w:proofErr w:type="gramStart"/>
            <w:r w:rsidRPr="00D179C8">
              <w:rPr>
                <w:b/>
                <w:color w:val="D79600"/>
                <w:sz w:val="19"/>
                <w:lang w:val="ru-RU"/>
              </w:rPr>
              <w:t xml:space="preserve">ТЕКСТА  </w:t>
            </w:r>
            <w:r w:rsidRPr="00D179C8">
              <w:rPr>
                <w:sz w:val="19"/>
                <w:lang w:val="ru-RU"/>
              </w:rPr>
              <w:t>В</w:t>
            </w:r>
            <w:proofErr w:type="gramEnd"/>
            <w:r w:rsidRPr="00D179C8">
              <w:rPr>
                <w:sz w:val="19"/>
                <w:lang w:val="ru-RU"/>
              </w:rPr>
              <w:t xml:space="preserve"> старой инструкции присутствует неточная формулировка о добавлении средства в бак-утилизатор. </w:t>
            </w:r>
            <w:proofErr w:type="spellStart"/>
            <w:r>
              <w:rPr>
                <w:sz w:val="19"/>
              </w:rPr>
              <w:t>Рабочий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раствор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необходимо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заливать</w:t>
            </w:r>
            <w:proofErr w:type="spellEnd"/>
            <w:r>
              <w:rPr>
                <w:sz w:val="19"/>
              </w:rPr>
              <w:t xml:space="preserve"> только в бак чистой воды.</w:t>
            </w:r>
          </w:p>
        </w:tc>
      </w:tr>
    </w:tbl>
    <w:p w14:paraId="245EF96E" w14:textId="77777777" w:rsidR="00182F9F" w:rsidRDefault="00182F9F">
      <w:pPr>
        <w:spacing w:after="0"/>
      </w:pPr>
    </w:p>
    <w:p w14:paraId="6A93BC90" w14:textId="77777777" w:rsidR="00182F9F" w:rsidRDefault="001E2FDD">
      <w:r>
        <w:br w:type="page"/>
      </w:r>
    </w:p>
    <w:p w14:paraId="40B5C4B7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02   •   ВЗРЫВ-СХЕМА 02</w:t>
      </w:r>
    </w:p>
    <w:p w14:paraId="1848899C" w14:textId="77777777" w:rsidR="00182F9F" w:rsidRDefault="001E2FDD">
      <w:pPr>
        <w:pStyle w:val="1"/>
      </w:pPr>
      <w:r>
        <w:t>Бак-утилизатор и всасывающие шланги</w:t>
      </w:r>
    </w:p>
    <w:p w14:paraId="31D3D314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265582F4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B3E0CFE" wp14:editId="26854238">
            <wp:extent cx="4050791" cy="4670228"/>
            <wp:effectExtent l="0" t="0" r="0" b="0"/>
            <wp:docPr id="5" name="Восстановленная взрыв-схема 02 узла «Бак-утилизатор и всасывающие шланги» поломоечной машины TOR JH-400" descr="Восстановленная взрыв-схема 02 узла «Бак-утилизатор и всасывающие шланги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0791" cy="467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D9891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Схема 02. Бак-утилизатор и всасывающие шланги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395E00C1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822C8EC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982BBD5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76CB9C3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11F5072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28003A50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64FAFB2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A1439B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B010114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4F743E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Бак-утилизатор JH-400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CF5AD24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405B323A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BC9C8D5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72A6EF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B010232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1EEEC0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Сливной шланг Ø30 × 300 мм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5E22967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17C61A26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5A2C4C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06484E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B010231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B4B4DA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Всасывающий шланг Ø30 × 780 мм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2EE372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11C36E3D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5E5F4E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1F023C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B010115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4981F3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Крышка бака-утилизатора JH-400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AF2701B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7E0D07B8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168D701" w14:textId="77777777" w:rsidR="00182F9F" w:rsidRDefault="001E2FDD">
            <w:pPr>
              <w:spacing w:after="0" w:line="269" w:lineRule="auto"/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После</w:t>
            </w:r>
            <w:proofErr w:type="gramEnd"/>
            <w:r w:rsidRPr="00D179C8">
              <w:rPr>
                <w:sz w:val="19"/>
                <w:lang w:val="ru-RU"/>
              </w:rPr>
              <w:t xml:space="preserve"> каждой смены опорожняйте и промывайте бак, сливной шланг и всасывающий шланг. </w:t>
            </w:r>
            <w:proofErr w:type="spellStart"/>
            <w:r>
              <w:rPr>
                <w:sz w:val="19"/>
              </w:rPr>
              <w:t>Проверьте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плотное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закрывание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крышки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54EE0D30" w14:textId="77777777" w:rsidR="00182F9F" w:rsidRDefault="00182F9F">
      <w:pPr>
        <w:spacing w:after="0"/>
      </w:pPr>
    </w:p>
    <w:p w14:paraId="4B7CC147" w14:textId="77777777" w:rsidR="00182F9F" w:rsidRDefault="001E2FDD">
      <w:r>
        <w:br w:type="page"/>
      </w:r>
    </w:p>
    <w:p w14:paraId="0C0FAEA4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03   •   ВЗРЫВ-СХЕМА 03</w:t>
      </w:r>
    </w:p>
    <w:p w14:paraId="50AB87FE" w14:textId="77777777" w:rsidR="00182F9F" w:rsidRDefault="001E2FDD">
      <w:pPr>
        <w:pStyle w:val="1"/>
      </w:pPr>
      <w:r>
        <w:t>Бак чистого раствора</w:t>
      </w:r>
    </w:p>
    <w:p w14:paraId="5F8D00E0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3F6776E7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14A1EEE" wp14:editId="73918053">
            <wp:extent cx="5074920" cy="4556396"/>
            <wp:effectExtent l="0" t="0" r="0" b="0"/>
            <wp:docPr id="6" name="Восстановленная взрыв-схема 03 узла «Бак чистого раствора» поломоечной машины TOR JH-400" descr="Восстановленная взрыв-схема 03 узла «Бак чистого раствора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455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5A79" w14:textId="77777777" w:rsidR="00182F9F" w:rsidRDefault="001E2FDD">
      <w:pPr>
        <w:pStyle w:val="FigureCaption"/>
        <w:keepLines/>
      </w:pPr>
      <w:r>
        <w:t>Схема 03. Бак чистого раствора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6F8D98EA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C20DD00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3CB2B61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44C1509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5CFCA37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089ABACC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630294B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0ACE57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B010113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3EB90B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Бак чистой воды JH-400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F1BCD2B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7F96C750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2FCE53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AF28FA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B010147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67CD7C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Крышка заливной горловины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E6DA66E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1F5F71F4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66943EB" w14:textId="77777777" w:rsidR="00182F9F" w:rsidRDefault="001E2FDD">
            <w:pPr>
              <w:spacing w:after="0" w:line="269" w:lineRule="auto"/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Заполняйте</w:t>
            </w:r>
            <w:proofErr w:type="gramEnd"/>
            <w:r w:rsidRPr="00D179C8">
              <w:rPr>
                <w:sz w:val="19"/>
                <w:lang w:val="ru-RU"/>
              </w:rPr>
              <w:t xml:space="preserve"> только бак чистой воды (поз. 1), используя </w:t>
            </w:r>
            <w:proofErr w:type="spellStart"/>
            <w:r w:rsidRPr="00D179C8">
              <w:rPr>
                <w:sz w:val="19"/>
                <w:lang w:val="ru-RU"/>
              </w:rPr>
              <w:t>низкопенный</w:t>
            </w:r>
            <w:proofErr w:type="spellEnd"/>
            <w:r w:rsidRPr="00D179C8">
              <w:rPr>
                <w:sz w:val="19"/>
                <w:lang w:val="ru-RU"/>
              </w:rPr>
              <w:t xml:space="preserve"> раствор.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заливайте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моющее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средство</w:t>
            </w:r>
            <w:proofErr w:type="spellEnd"/>
            <w:r>
              <w:rPr>
                <w:sz w:val="19"/>
              </w:rPr>
              <w:t xml:space="preserve"> в бак-утилизатор.</w:t>
            </w:r>
          </w:p>
        </w:tc>
      </w:tr>
    </w:tbl>
    <w:p w14:paraId="2BA3607A" w14:textId="77777777" w:rsidR="00182F9F" w:rsidRDefault="00182F9F">
      <w:pPr>
        <w:spacing w:after="0"/>
      </w:pPr>
    </w:p>
    <w:p w14:paraId="35B9030F" w14:textId="77777777" w:rsidR="00182F9F" w:rsidRDefault="001E2FDD">
      <w:r>
        <w:br w:type="page"/>
      </w:r>
    </w:p>
    <w:p w14:paraId="15B72F04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08   •   12 В × 2 = 24 В</w:t>
      </w:r>
    </w:p>
    <w:p w14:paraId="2F937AC1" w14:textId="77777777" w:rsidR="00182F9F" w:rsidRDefault="001E2FDD">
      <w:pPr>
        <w:pStyle w:val="1"/>
      </w:pPr>
      <w:r>
        <w:t>Аккумуляторная система</w:t>
      </w:r>
    </w:p>
    <w:p w14:paraId="47D910D5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FF4F7A0" wp14:editId="63CC782F">
            <wp:extent cx="5623560" cy="4258539"/>
            <wp:effectExtent l="0" t="0" r="0" b="0"/>
            <wp:docPr id="7" name="Фотография батареи TIANNENG TNE12-52 с читаемой маркировкой 12 В 52 А·ч AGM GEL" descr="Фотография батареи TIANNENG TNE12-52 с читаемой маркировкой 12 В 52 А·ч AGM 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25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A999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 xml:space="preserve">Предоставленный аккумулятор </w:t>
      </w:r>
      <w:r>
        <w:t>TNE</w:t>
      </w:r>
      <w:r w:rsidRPr="00D179C8">
        <w:rPr>
          <w:lang w:val="ru-RU"/>
        </w:rPr>
        <w:t xml:space="preserve">12-52: 12 В / 52 </w:t>
      </w:r>
      <w:proofErr w:type="spellStart"/>
      <w:r w:rsidRPr="00D179C8">
        <w:rPr>
          <w:lang w:val="ru-RU"/>
        </w:rPr>
        <w:t>А·ч</w:t>
      </w:r>
      <w:proofErr w:type="spellEnd"/>
      <w:r w:rsidRPr="00D179C8">
        <w:rPr>
          <w:lang w:val="ru-RU"/>
        </w:rPr>
        <w:t xml:space="preserve">, </w:t>
      </w:r>
      <w:r>
        <w:t>AGM</w:t>
      </w:r>
      <w:r w:rsidRPr="00D179C8">
        <w:rPr>
          <w:lang w:val="ru-RU"/>
        </w:rPr>
        <w:t xml:space="preserve"> </w:t>
      </w:r>
      <w:r>
        <w:t>GEL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2940"/>
        <w:gridCol w:w="4240"/>
      </w:tblGrid>
      <w:tr w:rsidR="00182F9F" w14:paraId="09605192" w14:textId="77777777">
        <w:trPr>
          <w:cantSplit/>
          <w:tblHeader/>
        </w:trPr>
        <w:tc>
          <w:tcPr>
            <w:tcW w:w="29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E233D7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Источник</w:t>
            </w:r>
            <w:proofErr w:type="spellEnd"/>
          </w:p>
        </w:tc>
        <w:tc>
          <w:tcPr>
            <w:tcW w:w="2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B9041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Одна батарея</w:t>
            </w:r>
          </w:p>
        </w:tc>
        <w:tc>
          <w:tcPr>
            <w:tcW w:w="42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09DC97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Две батареи последовательно</w:t>
            </w:r>
          </w:p>
        </w:tc>
      </w:tr>
      <w:tr w:rsidR="00182F9F" w:rsidRPr="00F70D8A" w14:paraId="236C861D" w14:textId="77777777">
        <w:trPr>
          <w:cantSplit/>
        </w:trPr>
        <w:tc>
          <w:tcPr>
            <w:tcW w:w="29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25F0C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Исходное руководство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93F37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12 В / 40 А·ч</w:t>
            </w:r>
          </w:p>
        </w:tc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FF3E6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24 В / 40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  <w:r w:rsidRPr="00D179C8">
              <w:rPr>
                <w:sz w:val="16"/>
                <w:lang w:val="ru-RU"/>
              </w:rPr>
              <w:t xml:space="preserve">; около 960 </w:t>
            </w:r>
            <w:proofErr w:type="spellStart"/>
            <w:r w:rsidRPr="00D179C8">
              <w:rPr>
                <w:sz w:val="16"/>
                <w:lang w:val="ru-RU"/>
              </w:rPr>
              <w:t>Вт·ч</w:t>
            </w:r>
            <w:proofErr w:type="spellEnd"/>
          </w:p>
        </w:tc>
      </w:tr>
      <w:tr w:rsidR="00182F9F" w:rsidRPr="00F70D8A" w14:paraId="2320161F" w14:textId="77777777">
        <w:trPr>
          <w:cantSplit/>
        </w:trPr>
        <w:tc>
          <w:tcPr>
            <w:tcW w:w="29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1CBEC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Предоставленная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фотография</w:t>
            </w:r>
            <w:proofErr w:type="spellEnd"/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D8D7D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12 В / 52 А·ч</w:t>
            </w:r>
          </w:p>
        </w:tc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DAC1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24 В / 52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  <w:r w:rsidRPr="00D179C8">
              <w:rPr>
                <w:sz w:val="16"/>
                <w:lang w:val="ru-RU"/>
              </w:rPr>
              <w:t xml:space="preserve">; около 1248 </w:t>
            </w:r>
            <w:proofErr w:type="spellStart"/>
            <w:r w:rsidRPr="00D179C8">
              <w:rPr>
                <w:sz w:val="16"/>
                <w:lang w:val="ru-RU"/>
              </w:rPr>
              <w:t>Вт·ч</w:t>
            </w:r>
            <w:proofErr w:type="spellEnd"/>
          </w:p>
        </w:tc>
      </w:tr>
      <w:tr w:rsidR="00182F9F" w:rsidRPr="00F70D8A" w14:paraId="35F1D46C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0FD7157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КЛЮЧЕВОЕ ПРАВИЛО  </w:t>
            </w:r>
            <w:r w:rsidRPr="00D179C8">
              <w:rPr>
                <w:sz w:val="19"/>
                <w:lang w:val="ru-RU"/>
              </w:rPr>
              <w:t xml:space="preserve">При последовательном соединении двух одинаковых батарей напряжение складывается: 12 + 12 = 24 В. Емкость в </w:t>
            </w:r>
            <w:proofErr w:type="spellStart"/>
            <w:r w:rsidRPr="00D179C8">
              <w:rPr>
                <w:sz w:val="19"/>
                <w:lang w:val="ru-RU"/>
              </w:rPr>
              <w:t>А·ч</w:t>
            </w:r>
            <w:proofErr w:type="spellEnd"/>
            <w:r w:rsidRPr="00D179C8">
              <w:rPr>
                <w:sz w:val="19"/>
                <w:lang w:val="ru-RU"/>
              </w:rPr>
              <w:t xml:space="preserve"> сохраняется: 52 + 52 не превращается в 104 </w:t>
            </w:r>
            <w:proofErr w:type="spellStart"/>
            <w:r w:rsidRPr="00D179C8">
              <w:rPr>
                <w:sz w:val="19"/>
                <w:lang w:val="ru-RU"/>
              </w:rPr>
              <w:t>А·ч</w:t>
            </w:r>
            <w:proofErr w:type="spellEnd"/>
            <w:r w:rsidRPr="00D179C8">
              <w:rPr>
                <w:sz w:val="19"/>
                <w:lang w:val="ru-RU"/>
              </w:rPr>
              <w:t>.</w:t>
            </w:r>
          </w:p>
        </w:tc>
      </w:tr>
    </w:tbl>
    <w:p w14:paraId="196F0775" w14:textId="77777777" w:rsidR="00182F9F" w:rsidRPr="00D179C8" w:rsidRDefault="00182F9F">
      <w:pPr>
        <w:spacing w:after="0"/>
        <w:rPr>
          <w:lang w:val="ru-RU"/>
        </w:rPr>
      </w:pPr>
    </w:p>
    <w:p w14:paraId="537DCD46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1C38D1FF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09   •   ПОЛЯРНОСТЬ И ЕМКОСТЬ</w:t>
      </w:r>
    </w:p>
    <w:p w14:paraId="4ADCD5C3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Подключение батарей</w:t>
      </w:r>
    </w:p>
    <w:p w14:paraId="1501878A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62B92B8" wp14:editId="40A8690C">
            <wp:extent cx="6291072" cy="2044598"/>
            <wp:effectExtent l="0" t="0" r="0" b="0"/>
            <wp:docPr id="8" name="Схема последовательного подключения двух аккумуляторов: итоговое напряжение 24 В, емкость остается 40 или 52 А·ч" descr="Схема последовательного подключения двух аккумуляторов: итоговое напряжение 24 В, емкость остается 40 или 52 А·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_explainer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204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699C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Последовательное соединение двух одинаковых 12-вольтовых батарей</w:t>
      </w:r>
    </w:p>
    <w:p w14:paraId="42157384" w14:textId="77777777" w:rsidR="00182F9F" w:rsidRDefault="001E2FDD">
      <w:pPr>
        <w:pStyle w:val="2"/>
      </w:pPr>
      <w:proofErr w:type="spellStart"/>
      <w:r>
        <w:t>Последовательность</w:t>
      </w:r>
      <w:proofErr w:type="spellEnd"/>
      <w:r>
        <w:t xml:space="preserve"> </w:t>
      </w:r>
      <w:proofErr w:type="spellStart"/>
      <w:r>
        <w:t>безопасной</w:t>
      </w:r>
      <w:proofErr w:type="spellEnd"/>
      <w:r>
        <w:t xml:space="preserve"> </w:t>
      </w:r>
      <w:proofErr w:type="spellStart"/>
      <w:r>
        <w:t>проверки</w:t>
      </w:r>
      <w:proofErr w:type="spellEnd"/>
    </w:p>
    <w:p w14:paraId="4BFD73E2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Полностью выключите машину и отсоедините зарядное устройство от сети.</w:t>
      </w:r>
    </w:p>
    <w:p w14:paraId="55537247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Откройте доступ к батарейному отсеку и сверяйте характеристики обеих батарей: тип, напряжение и емкость должны совпадать.</w:t>
      </w:r>
    </w:p>
    <w:p w14:paraId="7D53EB13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Проверьте отсутствие трещин, потеков, вздутия, коррозии и поврежденной изоляции.</w:t>
      </w:r>
    </w:p>
    <w:p w14:paraId="176E3D94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Убедитесь, что красный вывод подключен к положительному полюсу, черный — к отрицательному, а </w:t>
      </w:r>
      <w:proofErr w:type="spellStart"/>
      <w:r w:rsidRPr="00D179C8">
        <w:rPr>
          <w:sz w:val="20"/>
          <w:lang w:val="ru-RU"/>
        </w:rPr>
        <w:t>межбатарейная</w:t>
      </w:r>
      <w:proofErr w:type="spellEnd"/>
      <w:r w:rsidRPr="00D179C8">
        <w:rPr>
          <w:sz w:val="20"/>
          <w:lang w:val="ru-RU"/>
        </w:rPr>
        <w:t xml:space="preserve"> перемычка формирует систему 24 В.</w:t>
      </w:r>
    </w:p>
    <w:p w14:paraId="7B3D0C09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Проверьте фиксацию клемм; не допускайте одновременного касания обоих полюсов инструментом.</w:t>
      </w:r>
    </w:p>
    <w:p w14:paraId="7003BB17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Закройте защитные элементы и восстановите подключение машины.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16A6237F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A2D4B14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C5362C"/>
                <w:sz w:val="19"/>
                <w:lang w:val="ru-RU"/>
              </w:rPr>
              <w:t xml:space="preserve">ТОЛЬКО ДЛЯ ПЕРСОНАЛА С </w:t>
            </w: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ДОПУСКОМ  </w:t>
            </w:r>
            <w:r w:rsidRPr="00D179C8">
              <w:rPr>
                <w:sz w:val="19"/>
                <w:lang w:val="ru-RU"/>
              </w:rPr>
              <w:t>Переключение</w:t>
            </w:r>
            <w:proofErr w:type="gramEnd"/>
            <w:r w:rsidRPr="00D179C8">
              <w:rPr>
                <w:sz w:val="19"/>
                <w:lang w:val="ru-RU"/>
              </w:rPr>
              <w:t xml:space="preserve"> клемм, диагностику 24-вольтовой системы и настройку зарядных параметров выполняет обученный специалист с использованием изолированного инструмента.</w:t>
            </w:r>
          </w:p>
        </w:tc>
      </w:tr>
    </w:tbl>
    <w:p w14:paraId="7EAC81D2" w14:textId="77777777" w:rsidR="00182F9F" w:rsidRPr="00D179C8" w:rsidRDefault="00182F9F">
      <w:pPr>
        <w:spacing w:after="0"/>
        <w:rPr>
          <w:lang w:val="ru-RU"/>
        </w:rPr>
      </w:pPr>
    </w:p>
    <w:p w14:paraId="3AFD4874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21D16B06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10   •   ФОТО МАШИНЫ</w:t>
      </w:r>
    </w:p>
    <w:p w14:paraId="7A0399B2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Доступ к батарейному отсеку</w:t>
      </w:r>
    </w:p>
    <w:p w14:paraId="772C3DAB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7D2C0C9" wp14:editId="0B3AA72E">
            <wp:extent cx="4681728" cy="5882318"/>
            <wp:effectExtent l="0" t="0" r="0" b="0"/>
            <wp:docPr id="9" name="Качественная фотография открытой TOR JH-400 с двумя аккумуляторами, проводами и снятым верхним баком" descr="Качественная фотография открытой TOR JH-400 с двумя аккумуляторами, проводами и снятым верхним ба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ed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588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6BAA2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 xml:space="preserve">Внутренняя компоновка </w:t>
      </w:r>
      <w:r>
        <w:t>JH</w:t>
      </w:r>
      <w:r w:rsidRPr="00D179C8">
        <w:rPr>
          <w:lang w:val="ru-RU"/>
        </w:rPr>
        <w:t>-400 и две установленные батареи</w:t>
      </w:r>
    </w:p>
    <w:p w14:paraId="6F72E03F" w14:textId="77777777" w:rsidR="00182F9F" w:rsidRDefault="001E2FDD">
      <w:pPr>
        <w:pStyle w:val="2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видно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фотографии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720"/>
        <w:gridCol w:w="6420"/>
      </w:tblGrid>
      <w:tr w:rsidR="00182F9F" w14:paraId="766FC619" w14:textId="77777777">
        <w:trPr>
          <w:cantSplit/>
          <w:tblHeader/>
        </w:trPr>
        <w:tc>
          <w:tcPr>
            <w:tcW w:w="37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1B36B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CE451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проверять</w:t>
            </w:r>
          </w:p>
        </w:tc>
      </w:tr>
      <w:tr w:rsidR="00182F9F" w:rsidRPr="00F70D8A" w14:paraId="417DA396" w14:textId="77777777">
        <w:trPr>
          <w:cantSplit/>
        </w:trPr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0FA2A5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Две аккумуляторные батареи</w:t>
            </w:r>
          </w:p>
        </w:tc>
        <w:tc>
          <w:tcPr>
            <w:tcW w:w="6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F6DA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Одинаковый тип, напряжение и емкость; надежная фиксация.</w:t>
            </w:r>
          </w:p>
        </w:tc>
      </w:tr>
      <w:tr w:rsidR="00182F9F" w:rsidRPr="00F70D8A" w14:paraId="62A6B83D" w14:textId="77777777">
        <w:trPr>
          <w:cantSplit/>
        </w:trPr>
        <w:tc>
          <w:tcPr>
            <w:tcW w:w="37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99321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Красный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черный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провода</w:t>
            </w:r>
            <w:proofErr w:type="spellEnd"/>
          </w:p>
        </w:tc>
        <w:tc>
          <w:tcPr>
            <w:tcW w:w="6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E001B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Правильная полярность, целая изоляция и отсутствие нагрева.</w:t>
            </w:r>
          </w:p>
        </w:tc>
      </w:tr>
      <w:tr w:rsidR="00182F9F" w:rsidRPr="00F70D8A" w14:paraId="69BD592D" w14:textId="77777777">
        <w:trPr>
          <w:cantSplit/>
        </w:trPr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6F15A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Верхний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съемный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бак</w:t>
            </w:r>
            <w:proofErr w:type="spellEnd"/>
          </w:p>
        </w:tc>
        <w:tc>
          <w:tcPr>
            <w:tcW w:w="6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5CBEF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Правильная установка и отсутствие давления на кабели.</w:t>
            </w:r>
          </w:p>
        </w:tc>
      </w:tr>
      <w:tr w:rsidR="00182F9F" w:rsidRPr="00F70D8A" w14:paraId="1AF62F50" w14:textId="77777777">
        <w:trPr>
          <w:cantSplit/>
        </w:trPr>
        <w:tc>
          <w:tcPr>
            <w:tcW w:w="37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30CE2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Контроллер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двигатель</w:t>
            </w:r>
            <w:proofErr w:type="spellEnd"/>
          </w:p>
        </w:tc>
        <w:tc>
          <w:tcPr>
            <w:tcW w:w="6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E20568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Только внешний осмотр; разборку выполняет сервис.</w:t>
            </w:r>
          </w:p>
        </w:tc>
      </w:tr>
      <w:tr w:rsidR="00182F9F" w:rsidRPr="00F70D8A" w14:paraId="1EFA1FF9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181E34E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D79600"/>
                <w:sz w:val="19"/>
                <w:lang w:val="ru-RU"/>
              </w:rPr>
              <w:t xml:space="preserve">ПЕРЕД </w:t>
            </w:r>
            <w:proofErr w:type="gramStart"/>
            <w:r w:rsidRPr="00D179C8">
              <w:rPr>
                <w:b/>
                <w:color w:val="D79600"/>
                <w:sz w:val="19"/>
                <w:lang w:val="ru-RU"/>
              </w:rPr>
              <w:t xml:space="preserve">ОТКРЫТИЕМ  </w:t>
            </w:r>
            <w:r w:rsidRPr="00D179C8">
              <w:rPr>
                <w:sz w:val="19"/>
                <w:lang w:val="ru-RU"/>
              </w:rPr>
              <w:t>Выключите</w:t>
            </w:r>
            <w:proofErr w:type="gramEnd"/>
            <w:r w:rsidRPr="00D179C8">
              <w:rPr>
                <w:sz w:val="19"/>
                <w:lang w:val="ru-RU"/>
              </w:rPr>
              <w:t xml:space="preserve"> ключ питания, отключите зарядное устройство и исключите короткое замыкание клемм.</w:t>
            </w:r>
          </w:p>
        </w:tc>
      </w:tr>
    </w:tbl>
    <w:p w14:paraId="7CA95803" w14:textId="77777777" w:rsidR="00182F9F" w:rsidRPr="00D179C8" w:rsidRDefault="00182F9F">
      <w:pPr>
        <w:spacing w:after="0"/>
        <w:rPr>
          <w:lang w:val="ru-RU"/>
        </w:rPr>
      </w:pPr>
    </w:p>
    <w:p w14:paraId="07A27303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7E2300BE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 xml:space="preserve">РАЗДЕЛ 11   •   </w:t>
      </w:r>
      <w:r>
        <w:rPr>
          <w:b/>
          <w:color w:val="0788B0"/>
          <w:sz w:val="17"/>
        </w:rPr>
        <w:t>GEL</w:t>
      </w:r>
      <w:r w:rsidRPr="00D179C8">
        <w:rPr>
          <w:b/>
          <w:color w:val="0788B0"/>
          <w:sz w:val="17"/>
          <w:lang w:val="ru-RU"/>
        </w:rPr>
        <w:t xml:space="preserve"> / 24 В / 10 А</w:t>
      </w:r>
    </w:p>
    <w:p w14:paraId="1FE0843E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Зарядное устройство</w:t>
      </w:r>
    </w:p>
    <w:p w14:paraId="033E04E3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42C401D" wp14:editId="10A47F6A">
            <wp:extent cx="3730752" cy="5513761"/>
            <wp:effectExtent l="0" t="0" r="0" b="0"/>
            <wp:docPr id="10" name="Фотография штатного зарядного устройства JH-400 с отмеченным вариантом 24 В 10 А и красным разъемом" descr="Фотография штатного зарядного устройства JH-400 с отмеченным вариантом 24 В 10 А и красным разъем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r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0752" cy="551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E1B14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 xml:space="preserve">Предоставленное зарядное устройство для </w:t>
      </w:r>
      <w:r>
        <w:t>GEL</w:t>
      </w:r>
      <w:r w:rsidRPr="00D179C8">
        <w:rPr>
          <w:lang w:val="ru-RU"/>
        </w:rPr>
        <w:t>-батарей</w:t>
      </w:r>
    </w:p>
    <w:p w14:paraId="3871CB53" w14:textId="77777777" w:rsidR="00182F9F" w:rsidRDefault="001E2FDD">
      <w:pPr>
        <w:pStyle w:val="2"/>
      </w:pPr>
      <w:r>
        <w:t>Порядок зарядки</w:t>
      </w:r>
    </w:p>
    <w:p w14:paraId="0091FFB4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>Установите выключенную машину в сухом проветриваемом помещении.</w:t>
      </w:r>
    </w:p>
    <w:p w14:paraId="7C0B59FA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 xml:space="preserve">Сверьте тип батареи </w:t>
      </w:r>
      <w:r>
        <w:rPr>
          <w:sz w:val="20"/>
        </w:rPr>
        <w:t>AGM</w:t>
      </w:r>
      <w:r w:rsidRPr="00D179C8">
        <w:rPr>
          <w:sz w:val="20"/>
          <w:lang w:val="ru-RU"/>
        </w:rPr>
        <w:t>/</w:t>
      </w:r>
      <w:r>
        <w:rPr>
          <w:sz w:val="20"/>
        </w:rPr>
        <w:t>GEL</w:t>
      </w:r>
      <w:r w:rsidRPr="00D179C8">
        <w:rPr>
          <w:sz w:val="20"/>
          <w:lang w:val="ru-RU"/>
        </w:rPr>
        <w:t xml:space="preserve"> и параметры ЗУ: на предоставленном устройстве отмечено исполнение 24 В / 10 А.</w:t>
      </w:r>
    </w:p>
    <w:p w14:paraId="5A87D7DC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>Подключите красный батарейный разъем зарядного устройства к совместимому разъему машины.</w:t>
      </w:r>
    </w:p>
    <w:p w14:paraId="28710B09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>Подключите сетевую вилку к исправной розетке с напряжением, указанным на маркировке зарядного устройства.</w:t>
      </w:r>
    </w:p>
    <w:p w14:paraId="13C11244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>Дождитесь завершения цикла; ориентир исходной инструкции — 6–8 часов для штатной комплектации.</w:t>
      </w:r>
    </w:p>
    <w:p w14:paraId="70E684CE" w14:textId="77777777" w:rsidR="00182F9F" w:rsidRPr="00D179C8" w:rsidRDefault="001E2FDD">
      <w:pPr>
        <w:numPr>
          <w:ilvl w:val="0"/>
          <w:numId w:val="1"/>
        </w:numPr>
        <w:spacing w:after="50" w:line="257" w:lineRule="auto"/>
        <w:rPr>
          <w:lang w:val="ru-RU"/>
        </w:rPr>
      </w:pPr>
      <w:r w:rsidRPr="00D179C8">
        <w:rPr>
          <w:sz w:val="20"/>
          <w:lang w:val="ru-RU"/>
        </w:rPr>
        <w:t>Сначала отключите вилку от розетки, затем отсоедините батарейный разъем.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14:paraId="4B7BEFF9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681C553" w14:textId="77777777" w:rsidR="00182F9F" w:rsidRDefault="001E2FDD">
            <w:pPr>
              <w:spacing w:after="0" w:line="269" w:lineRule="auto"/>
            </w:pPr>
            <w:proofErr w:type="gramStart"/>
            <w:r w:rsidRPr="00D179C8">
              <w:rPr>
                <w:b/>
                <w:color w:val="D79600"/>
                <w:sz w:val="19"/>
                <w:lang w:val="ru-RU"/>
              </w:rPr>
              <w:t xml:space="preserve">ВЕНТИЛЯЦИЯ  </w:t>
            </w:r>
            <w:r w:rsidRPr="00D179C8">
              <w:rPr>
                <w:sz w:val="19"/>
                <w:lang w:val="ru-RU"/>
              </w:rPr>
              <w:t>Не</w:t>
            </w:r>
            <w:proofErr w:type="gramEnd"/>
            <w:r w:rsidRPr="00D179C8">
              <w:rPr>
                <w:sz w:val="19"/>
                <w:lang w:val="ru-RU"/>
              </w:rPr>
              <w:t xml:space="preserve"> накрывайте зарядное устройство и не перекрывайте его вентилятор.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включайте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машину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во</w:t>
            </w:r>
            <w:proofErr w:type="spellEnd"/>
            <w:r>
              <w:rPr>
                <w:sz w:val="19"/>
              </w:rPr>
              <w:t xml:space="preserve"> время зарядки.</w:t>
            </w:r>
          </w:p>
        </w:tc>
      </w:tr>
    </w:tbl>
    <w:p w14:paraId="6CB1EFBB" w14:textId="77777777" w:rsidR="00182F9F" w:rsidRDefault="00182F9F">
      <w:pPr>
        <w:spacing w:after="0"/>
      </w:pPr>
    </w:p>
    <w:p w14:paraId="0146D5B1" w14:textId="77777777" w:rsidR="00182F9F" w:rsidRDefault="001E2FDD">
      <w:r>
        <w:br w:type="page"/>
      </w:r>
    </w:p>
    <w:p w14:paraId="1580AB6A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12   •   AGM / GEL</w:t>
      </w:r>
    </w:p>
    <w:p w14:paraId="043CB942" w14:textId="77777777" w:rsidR="00182F9F" w:rsidRDefault="001E2FDD">
      <w:pPr>
        <w:pStyle w:val="1"/>
      </w:pPr>
      <w:r>
        <w:t>Уход за аккумуляторами</w:t>
      </w:r>
    </w:p>
    <w:p w14:paraId="289BDD5A" w14:textId="77777777" w:rsidR="00182F9F" w:rsidRDefault="001E2FDD">
      <w:pPr>
        <w:pStyle w:val="2"/>
      </w:pPr>
      <w:r>
        <w:t>Маркировка батареи TNE12-52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2360"/>
        <w:gridCol w:w="4890"/>
      </w:tblGrid>
      <w:tr w:rsidR="00182F9F" w:rsidRPr="00F70D8A" w14:paraId="75FAEAEA" w14:textId="77777777">
        <w:trPr>
          <w:cantSplit/>
          <w:tblHeader/>
        </w:trPr>
        <w:tc>
          <w:tcPr>
            <w:tcW w:w="28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782A5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 по наклейке</w:t>
            </w:r>
          </w:p>
        </w:tc>
        <w:tc>
          <w:tcPr>
            <w:tcW w:w="23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BFE4C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Одна батарея 12 В</w:t>
            </w:r>
          </w:p>
        </w:tc>
        <w:tc>
          <w:tcPr>
            <w:tcW w:w="48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77FB3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b/>
                <w:color w:val="FFFFFF"/>
                <w:sz w:val="18"/>
                <w:lang w:val="ru-RU"/>
              </w:rPr>
              <w:t>Эквивалент для двух АКБ последовательно</w:t>
            </w:r>
          </w:p>
        </w:tc>
      </w:tr>
      <w:tr w:rsidR="00182F9F" w:rsidRPr="00F70D8A" w14:paraId="5D907309" w14:textId="77777777">
        <w:trPr>
          <w:cantSplit/>
        </w:trPr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2FAA2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Номинальная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емкость</w:t>
            </w:r>
            <w:proofErr w:type="spellEnd"/>
          </w:p>
        </w:tc>
        <w:tc>
          <w:tcPr>
            <w:tcW w:w="2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5FAC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52 А·ч</w:t>
            </w:r>
          </w:p>
        </w:tc>
        <w:tc>
          <w:tcPr>
            <w:tcW w:w="4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2B401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 xml:space="preserve">52 </w:t>
            </w:r>
            <w:proofErr w:type="spellStart"/>
            <w:r w:rsidRPr="00D179C8">
              <w:rPr>
                <w:sz w:val="16"/>
                <w:lang w:val="ru-RU"/>
              </w:rPr>
              <w:t>А·ч</w:t>
            </w:r>
            <w:proofErr w:type="spellEnd"/>
            <w:r w:rsidRPr="00D179C8">
              <w:rPr>
                <w:sz w:val="16"/>
                <w:lang w:val="ru-RU"/>
              </w:rPr>
              <w:t xml:space="preserve"> при напряжении 24 В</w:t>
            </w:r>
          </w:p>
        </w:tc>
      </w:tr>
      <w:tr w:rsidR="00182F9F" w14:paraId="3FB9EC7D" w14:textId="77777777">
        <w:trPr>
          <w:cantSplit/>
        </w:trPr>
        <w:tc>
          <w:tcPr>
            <w:tcW w:w="2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A1709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Режим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поддержания</w:t>
            </w:r>
            <w:proofErr w:type="spellEnd"/>
          </w:p>
        </w:tc>
        <w:tc>
          <w:tcPr>
            <w:tcW w:w="2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7263E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13,6–13,8 В</w:t>
            </w:r>
          </w:p>
        </w:tc>
        <w:tc>
          <w:tcPr>
            <w:tcW w:w="4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7042A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27,2–27,6 В</w:t>
            </w:r>
          </w:p>
        </w:tc>
      </w:tr>
      <w:tr w:rsidR="00182F9F" w14:paraId="69503997" w14:textId="77777777">
        <w:trPr>
          <w:cantSplit/>
        </w:trPr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B25FE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Циклический заряд</w:t>
            </w:r>
          </w:p>
        </w:tc>
        <w:tc>
          <w:tcPr>
            <w:tcW w:w="2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173C9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14,6–14,8 В</w:t>
            </w:r>
          </w:p>
        </w:tc>
        <w:tc>
          <w:tcPr>
            <w:tcW w:w="4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BAAB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29,2–29,6 В</w:t>
            </w:r>
          </w:p>
        </w:tc>
      </w:tr>
      <w:tr w:rsidR="00182F9F" w:rsidRPr="00F70D8A" w14:paraId="29A3FC96" w14:textId="77777777">
        <w:trPr>
          <w:cantSplit/>
        </w:trPr>
        <w:tc>
          <w:tcPr>
            <w:tcW w:w="2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BE484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Начальный ток</w:t>
            </w:r>
          </w:p>
        </w:tc>
        <w:tc>
          <w:tcPr>
            <w:tcW w:w="2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766E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не более 15,6 А</w:t>
            </w:r>
          </w:p>
        </w:tc>
        <w:tc>
          <w:tcPr>
            <w:tcW w:w="4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6415C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не более допуска изготовителя батарей</w:t>
            </w:r>
          </w:p>
        </w:tc>
      </w:tr>
      <w:tr w:rsidR="00182F9F" w:rsidRPr="00F70D8A" w14:paraId="4A5793DC" w14:textId="77777777">
        <w:trPr>
          <w:cantSplit/>
        </w:trPr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DCE0D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Тип</w:t>
            </w:r>
            <w:proofErr w:type="spellEnd"/>
          </w:p>
        </w:tc>
        <w:tc>
          <w:tcPr>
            <w:tcW w:w="2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68E1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герметичная AGM GEL</w:t>
            </w:r>
          </w:p>
        </w:tc>
        <w:tc>
          <w:tcPr>
            <w:tcW w:w="4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6834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две одинаковые батареи одного типа</w:t>
            </w:r>
          </w:p>
        </w:tc>
      </w:tr>
      <w:tr w:rsidR="00182F9F" w:rsidRPr="00F70D8A" w14:paraId="7C57B469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CD040EE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D79600"/>
                <w:sz w:val="19"/>
                <w:lang w:val="ru-RU"/>
              </w:rPr>
              <w:t xml:space="preserve">ДЛЯ </w:t>
            </w:r>
            <w:proofErr w:type="gramStart"/>
            <w:r w:rsidRPr="00D179C8">
              <w:rPr>
                <w:b/>
                <w:color w:val="D79600"/>
                <w:sz w:val="19"/>
                <w:lang w:val="ru-RU"/>
              </w:rPr>
              <w:t xml:space="preserve">ИНФОРМАЦИИ  </w:t>
            </w:r>
            <w:r w:rsidRPr="00D179C8">
              <w:rPr>
                <w:sz w:val="19"/>
                <w:lang w:val="ru-RU"/>
              </w:rPr>
              <w:t>Значения</w:t>
            </w:r>
            <w:proofErr w:type="gramEnd"/>
            <w:r w:rsidRPr="00D179C8">
              <w:rPr>
                <w:sz w:val="19"/>
                <w:lang w:val="ru-RU"/>
              </w:rPr>
              <w:t xml:space="preserve"> напряжения приведены по фотографии конкретной АКБ </w:t>
            </w:r>
            <w:r>
              <w:rPr>
                <w:sz w:val="19"/>
              </w:rPr>
              <w:t>TNE</w:t>
            </w:r>
            <w:r w:rsidRPr="00D179C8">
              <w:rPr>
                <w:sz w:val="19"/>
                <w:lang w:val="ru-RU"/>
              </w:rPr>
              <w:t>12-52. Не перенастраивайте зарядное устройство самостоятельно; для другой батареи действуют параметры на ее собственной маркировке.</w:t>
            </w:r>
          </w:p>
        </w:tc>
      </w:tr>
    </w:tbl>
    <w:p w14:paraId="4BB12B10" w14:textId="77777777" w:rsidR="00182F9F" w:rsidRPr="00D179C8" w:rsidRDefault="00182F9F">
      <w:pPr>
        <w:spacing w:after="0"/>
        <w:rPr>
          <w:lang w:val="ru-RU"/>
        </w:rPr>
      </w:pPr>
    </w:p>
    <w:p w14:paraId="66CDD5A8" w14:textId="77777777" w:rsidR="00182F9F" w:rsidRDefault="001E2FDD">
      <w:pPr>
        <w:pStyle w:val="2"/>
      </w:pPr>
      <w:proofErr w:type="spellStart"/>
      <w:r>
        <w:t>Правила</w:t>
      </w:r>
      <w:proofErr w:type="spellEnd"/>
      <w:r>
        <w:t xml:space="preserve"> </w:t>
      </w:r>
      <w:proofErr w:type="spellStart"/>
      <w:r>
        <w:t>эксплуатации</w:t>
      </w:r>
      <w:proofErr w:type="spellEnd"/>
    </w:p>
    <w:p w14:paraId="018A8DDD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Заряжайте аккумуляторы своевременно после работы; не храните их длительно в разряженном состоянии.</w:t>
      </w:r>
    </w:p>
    <w:p w14:paraId="3B71061E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Используйте сухое проветриваемое помещение; оптимальная температура хранения и работы для длительного ресурса — около 20–25 °</w:t>
      </w:r>
      <w:r>
        <w:rPr>
          <w:sz w:val="20"/>
        </w:rPr>
        <w:t>C</w:t>
      </w:r>
      <w:r w:rsidRPr="00D179C8">
        <w:rPr>
          <w:sz w:val="20"/>
          <w:lang w:val="ru-RU"/>
        </w:rPr>
        <w:t>.</w:t>
      </w:r>
    </w:p>
    <w:p w14:paraId="7A047487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закрывайте батареи в герметичном непроветриваемом отсеке и не размещайте рядом с источниками тепла.</w:t>
      </w:r>
    </w:p>
    <w:p w14:paraId="17F75D3A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Очищайте поверхность слегка влажной тканью. Не применяйте растворители, кислоты, щелочи, бензин и дизельное топливо.</w:t>
      </w:r>
    </w:p>
    <w:p w14:paraId="07C0290E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 xml:space="preserve">При длительном хранении периодически контролируйте заряд по требованиям изготовителя; для герметичной АКБ </w:t>
      </w:r>
      <w:proofErr w:type="gramStart"/>
      <w:r w:rsidRPr="00D179C8">
        <w:rPr>
          <w:sz w:val="20"/>
          <w:lang w:val="ru-RU"/>
        </w:rPr>
        <w:t>не требуется</w:t>
      </w:r>
      <w:proofErr w:type="gramEnd"/>
      <w:r w:rsidRPr="00D179C8">
        <w:rPr>
          <w:sz w:val="20"/>
          <w:lang w:val="ru-RU"/>
        </w:rPr>
        <w:t xml:space="preserve"> долив воды.</w:t>
      </w:r>
    </w:p>
    <w:p w14:paraId="71F3AD4A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При трещине корпуса, утечке, вздутии, перегреве или сильном окислении прекратите использование и обратитесь в сервис.</w:t>
      </w:r>
    </w:p>
    <w:p w14:paraId="2C4BDA5C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7504B33E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13   •   МОЙКА И СБОР ВОДЫ</w:t>
      </w:r>
    </w:p>
    <w:p w14:paraId="505D37BA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Порядок эксплуатации</w:t>
      </w:r>
    </w:p>
    <w:p w14:paraId="232FAB1F" w14:textId="77777777" w:rsidR="00182F9F" w:rsidRDefault="001E2FDD">
      <w:pPr>
        <w:pStyle w:val="2"/>
      </w:pPr>
      <w:proofErr w:type="spellStart"/>
      <w:r>
        <w:t>Рабочий</w:t>
      </w:r>
      <w:proofErr w:type="spellEnd"/>
      <w:r>
        <w:t xml:space="preserve"> </w:t>
      </w:r>
      <w:proofErr w:type="spellStart"/>
      <w:r>
        <w:t>цикл</w:t>
      </w:r>
      <w:proofErr w:type="spellEnd"/>
    </w:p>
    <w:p w14:paraId="76C481DA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Проверьте уровень заряда, правильность установки обоих баков, щетки и водосборной балки.</w:t>
      </w:r>
    </w:p>
    <w:p w14:paraId="6BB66DDF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Отрегулируйте положение рукоятки и убедитесь, что маршрут уборки свободен.</w:t>
      </w:r>
    </w:p>
    <w:p w14:paraId="50A1F095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Включите питание машины ключом и проверьте индикацию батареи.</w:t>
      </w:r>
    </w:p>
    <w:p w14:paraId="6F97659C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Включите левый тумблер привода щетки и правый тумблер всасывания согласно пиктограммам панели.</w:t>
      </w:r>
    </w:p>
    <w:p w14:paraId="1E21F794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Откройте подачу раствора штатным органом управления конкретного исполнения.</w:t>
      </w:r>
    </w:p>
    <w:p w14:paraId="18239D71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Направляйте машину равномерно, перекрывая предыдущий проход; контролируйте отсутствие воды за скребком.</w:t>
      </w:r>
    </w:p>
    <w:p w14:paraId="295BC621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При заполнении грязного бака, низком заряде, сильной пене или постороннем шуме остановитесь и устраните причину.</w:t>
      </w:r>
    </w:p>
    <w:p w14:paraId="40CC9DCE" w14:textId="77777777" w:rsidR="00182F9F" w:rsidRDefault="001E2FDD">
      <w:pPr>
        <w:pStyle w:val="2"/>
      </w:pPr>
      <w:proofErr w:type="spellStart"/>
      <w:r>
        <w:t>Практические</w:t>
      </w:r>
      <w:proofErr w:type="spellEnd"/>
      <w:r>
        <w:t xml:space="preserve"> </w:t>
      </w:r>
      <w:proofErr w:type="spellStart"/>
      <w:r>
        <w:t>рекомендации</w:t>
      </w:r>
      <w:proofErr w:type="spellEnd"/>
    </w:p>
    <w:p w14:paraId="04CEBC0F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удерживайте вращающуюся щетку длительно на одном месте.</w:t>
      </w:r>
    </w:p>
    <w:p w14:paraId="0A114539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Снижайте скорость у дверей, стен, мебели и оборудования.</w:t>
      </w:r>
    </w:p>
    <w:p w14:paraId="539950E8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Не переезжайте провода, крупные твердые предметы и пороги, не предназначенные для прохода машины.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100DEF44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BC1ACC6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РЕЖИМ </w:t>
            </w:r>
            <w:proofErr w:type="gramStart"/>
            <w:r>
              <w:rPr>
                <w:b/>
                <w:color w:val="0788B0"/>
                <w:sz w:val="19"/>
              </w:rPr>
              <w:t>ECO</w:t>
            </w:r>
            <w:r w:rsidRPr="00D179C8">
              <w:rPr>
                <w:b/>
                <w:color w:val="0788B0"/>
                <w:sz w:val="19"/>
                <w:lang w:val="ru-RU"/>
              </w:rPr>
              <w:t xml:space="preserve">  </w:t>
            </w:r>
            <w:r w:rsidRPr="00D179C8">
              <w:rPr>
                <w:sz w:val="19"/>
                <w:lang w:val="ru-RU"/>
              </w:rPr>
              <w:t>Удержание</w:t>
            </w:r>
            <w:proofErr w:type="gramEnd"/>
            <w:r w:rsidRPr="00D179C8">
              <w:rPr>
                <w:sz w:val="19"/>
                <w:lang w:val="ru-RU"/>
              </w:rPr>
              <w:t xml:space="preserve"> управления всасыванием около 3 секунд упоминается в исходной инструкции, но поддержка функции зависит от конкретной панели и контроллера.</w:t>
            </w:r>
          </w:p>
        </w:tc>
      </w:tr>
    </w:tbl>
    <w:p w14:paraId="01A0B430" w14:textId="77777777" w:rsidR="00182F9F" w:rsidRPr="00D179C8" w:rsidRDefault="00182F9F">
      <w:pPr>
        <w:spacing w:after="0"/>
        <w:rPr>
          <w:lang w:val="ru-RU"/>
        </w:rPr>
      </w:pPr>
    </w:p>
    <w:p w14:paraId="0D2D368F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1A92CA5E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14   •   ПОСЛЕ КАЖДОЙ СМЕНЫ</w:t>
      </w:r>
    </w:p>
    <w:p w14:paraId="0C6A42E5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Остановка и ежедневный уход</w:t>
      </w:r>
    </w:p>
    <w:p w14:paraId="6394F2A4" w14:textId="77777777" w:rsidR="00182F9F" w:rsidRDefault="001E2FDD">
      <w:pPr>
        <w:numPr>
          <w:ilvl w:val="0"/>
          <w:numId w:val="1"/>
        </w:numPr>
        <w:spacing w:after="80"/>
      </w:pPr>
      <w:proofErr w:type="spellStart"/>
      <w:r>
        <w:rPr>
          <w:sz w:val="20"/>
        </w:rPr>
        <w:t>Закройте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подачу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моющего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раствора</w:t>
      </w:r>
      <w:proofErr w:type="spellEnd"/>
      <w:r>
        <w:rPr>
          <w:sz w:val="20"/>
        </w:rPr>
        <w:t>.</w:t>
      </w:r>
    </w:p>
    <w:p w14:paraId="642D5C8C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Выключите привод щетки и кратко оставьте включенным всасывание для сбора остаточной воды.</w:t>
      </w:r>
    </w:p>
    <w:p w14:paraId="3B445CA6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Выключите двигатель всасывания и затем главное питание ключом.</w:t>
      </w:r>
    </w:p>
    <w:p w14:paraId="48A31476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Отведите машину в место обслуживания; опорожните бак-утилизатор через сливной шланг </w:t>
      </w:r>
      <w:r>
        <w:rPr>
          <w:sz w:val="20"/>
        </w:rPr>
        <w:t>B</w:t>
      </w:r>
      <w:r w:rsidRPr="00D179C8">
        <w:rPr>
          <w:sz w:val="20"/>
          <w:lang w:val="ru-RU"/>
        </w:rPr>
        <w:t>010232.</w:t>
      </w:r>
    </w:p>
    <w:p w14:paraId="3354C9A3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При необходимости слейте остаток чистого раствора; промойте оба бака и всасывающий шланг </w:t>
      </w:r>
      <w:r>
        <w:rPr>
          <w:sz w:val="20"/>
        </w:rPr>
        <w:t>B</w:t>
      </w:r>
      <w:r w:rsidRPr="00D179C8">
        <w:rPr>
          <w:sz w:val="20"/>
          <w:lang w:val="ru-RU"/>
        </w:rPr>
        <w:t>010231.</w:t>
      </w:r>
    </w:p>
    <w:p w14:paraId="56C832BA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Очистите щетку, водосборную балку и оба резиновых скребка; протрите их.</w:t>
      </w:r>
    </w:p>
    <w:p w14:paraId="594EF278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Осмотрите зарядный кабель и батарейные соединения; при необходимости зарядите систему.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4830"/>
        <w:gridCol w:w="2940"/>
      </w:tblGrid>
      <w:tr w:rsidR="00182F9F" w14:paraId="75244F96" w14:textId="77777777">
        <w:trPr>
          <w:cantSplit/>
          <w:tblHeader/>
        </w:trPr>
        <w:tc>
          <w:tcPr>
            <w:tcW w:w="23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B8CAD2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48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9C358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очищать / проверять</w:t>
            </w:r>
          </w:p>
        </w:tc>
        <w:tc>
          <w:tcPr>
            <w:tcW w:w="2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D7AD69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</w:tr>
      <w:tr w:rsidR="00182F9F" w14:paraId="777C5FCB" w14:textId="77777777">
        <w:trPr>
          <w:cantSplit/>
        </w:trPr>
        <w:tc>
          <w:tcPr>
            <w:tcW w:w="23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0E2FC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Грязный бак</w:t>
            </w:r>
          </w:p>
        </w:tc>
        <w:tc>
          <w:tcPr>
            <w:tcW w:w="4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C53C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Опорожнить, промыть, дать просохнуть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74C7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B010114</w:t>
            </w:r>
          </w:p>
        </w:tc>
      </w:tr>
      <w:tr w:rsidR="00182F9F" w14:paraId="41D0E779" w14:textId="77777777">
        <w:trPr>
          <w:cantSplit/>
        </w:trPr>
        <w:tc>
          <w:tcPr>
            <w:tcW w:w="23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3D94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Сливной шланг</w:t>
            </w:r>
          </w:p>
        </w:tc>
        <w:tc>
          <w:tcPr>
            <w:tcW w:w="48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3F779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Проверить свободный проход и заглушку</w:t>
            </w:r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19C61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B010232</w:t>
            </w:r>
          </w:p>
        </w:tc>
      </w:tr>
      <w:tr w:rsidR="00182F9F" w14:paraId="042E2827" w14:textId="77777777">
        <w:trPr>
          <w:cantSplit/>
        </w:trPr>
        <w:tc>
          <w:tcPr>
            <w:tcW w:w="23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CF09E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Всасывающий шланг</w:t>
            </w:r>
          </w:p>
        </w:tc>
        <w:tc>
          <w:tcPr>
            <w:tcW w:w="4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B780D7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Промыть, исключить перегибы и засоры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68EB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B010231</w:t>
            </w:r>
          </w:p>
        </w:tc>
      </w:tr>
      <w:tr w:rsidR="00182F9F" w14:paraId="14806CF1" w14:textId="77777777">
        <w:trPr>
          <w:cantSplit/>
        </w:trPr>
        <w:tc>
          <w:tcPr>
            <w:tcW w:w="23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C7049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Резиновые скребки</w:t>
            </w:r>
          </w:p>
        </w:tc>
        <w:tc>
          <w:tcPr>
            <w:tcW w:w="48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7AC9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Очистить, проверить рабочую кромку</w:t>
            </w:r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75A67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B010229 / B010228</w:t>
            </w:r>
          </w:p>
        </w:tc>
      </w:tr>
      <w:tr w:rsidR="00182F9F" w14:paraId="5EEC324D" w14:textId="77777777">
        <w:trPr>
          <w:cantSplit/>
        </w:trPr>
        <w:tc>
          <w:tcPr>
            <w:tcW w:w="23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E00C21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Батареи и ЗУ</w:t>
            </w:r>
          </w:p>
        </w:tc>
        <w:tc>
          <w:tcPr>
            <w:tcW w:w="4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E18C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Сухие клеммы, достаточный заряд, целый кабель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48FBA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фактической</w:t>
            </w:r>
            <w:proofErr w:type="spellEnd"/>
            <w:r>
              <w:rPr>
                <w:sz w:val="16"/>
              </w:rPr>
              <w:t xml:space="preserve"> АКБ</w:t>
            </w:r>
          </w:p>
        </w:tc>
      </w:tr>
      <w:tr w:rsidR="00182F9F" w:rsidRPr="00F70D8A" w14:paraId="4C50059B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652A9FD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C5362C"/>
                <w:sz w:val="19"/>
                <w:lang w:val="ru-RU"/>
              </w:rPr>
              <w:t xml:space="preserve">НЕ ИСПОЛЬЗУЙТЕ МОЙКУ ВЫСОКОГО </w:t>
            </w: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ДАВЛЕНИЯ  </w:t>
            </w:r>
            <w:r w:rsidRPr="00D179C8">
              <w:rPr>
                <w:sz w:val="19"/>
                <w:lang w:val="ru-RU"/>
              </w:rPr>
              <w:t>Очищайте</w:t>
            </w:r>
            <w:proofErr w:type="gramEnd"/>
            <w:r w:rsidRPr="00D179C8">
              <w:rPr>
                <w:sz w:val="19"/>
                <w:lang w:val="ru-RU"/>
              </w:rPr>
              <w:t xml:space="preserve"> корпус мягкой влажной салфеткой. Попадание воды на контроллер, разъемы и батареи может привести к короткому замыканию.</w:t>
            </w:r>
          </w:p>
        </w:tc>
      </w:tr>
    </w:tbl>
    <w:p w14:paraId="34F3FC14" w14:textId="77777777" w:rsidR="00182F9F" w:rsidRPr="00D179C8" w:rsidRDefault="00182F9F">
      <w:pPr>
        <w:spacing w:after="0"/>
        <w:rPr>
          <w:lang w:val="ru-RU"/>
        </w:rPr>
      </w:pPr>
    </w:p>
    <w:p w14:paraId="0F1A4CE8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7F051840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15   •   400 ММ / 380 ВТ</w:t>
      </w:r>
    </w:p>
    <w:p w14:paraId="01804365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Щетка и щеточный привод</w:t>
      </w:r>
    </w:p>
    <w:p w14:paraId="30A61BC9" w14:textId="77777777" w:rsidR="00182F9F" w:rsidRDefault="001E2FDD">
      <w:pPr>
        <w:pStyle w:val="2"/>
      </w:pPr>
      <w:proofErr w:type="spellStart"/>
      <w:r>
        <w:t>Проверка</w:t>
      </w:r>
      <w:proofErr w:type="spellEnd"/>
      <w:r>
        <w:t xml:space="preserve"> и </w:t>
      </w:r>
      <w:proofErr w:type="spellStart"/>
      <w:r>
        <w:t>замена</w:t>
      </w:r>
      <w:proofErr w:type="spellEnd"/>
      <w:r>
        <w:t xml:space="preserve"> </w:t>
      </w:r>
      <w:proofErr w:type="spellStart"/>
      <w:r>
        <w:t>щетки</w:t>
      </w:r>
      <w:proofErr w:type="spellEnd"/>
    </w:p>
    <w:p w14:paraId="6F84BA4C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Выключите машину и отсоедините разъем аккумуляторной системы.</w:t>
      </w:r>
    </w:p>
    <w:p w14:paraId="51EBD781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Получите доступ к щеточному диску, не подставляя руки под незафиксированный аппарат.</w:t>
      </w:r>
    </w:p>
    <w:p w14:paraId="5FB742A8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Осмотрите щетку диаметром 400 мм — схема 04, поз. 3 — и удалите волосы, пленку и мусор.</w:t>
      </w:r>
    </w:p>
    <w:p w14:paraId="14851C39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Проверьте защитный кожух </w:t>
      </w:r>
      <w:r>
        <w:rPr>
          <w:sz w:val="20"/>
        </w:rPr>
        <w:t>B</w:t>
      </w:r>
      <w:r w:rsidRPr="00D179C8">
        <w:rPr>
          <w:sz w:val="20"/>
          <w:lang w:val="ru-RU"/>
        </w:rPr>
        <w:t xml:space="preserve">010230, штифт фиксации </w:t>
      </w:r>
      <w:r>
        <w:rPr>
          <w:sz w:val="20"/>
        </w:rPr>
        <w:t>C</w:t>
      </w:r>
      <w:r w:rsidRPr="00D179C8">
        <w:rPr>
          <w:sz w:val="20"/>
          <w:lang w:val="ru-RU"/>
        </w:rPr>
        <w:t>010134 и посадочное место щетки.</w:t>
      </w:r>
    </w:p>
    <w:p w14:paraId="51986D7B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Установите совместимую новую щетку или </w:t>
      </w:r>
      <w:proofErr w:type="spellStart"/>
      <w:r w:rsidRPr="00D179C8">
        <w:rPr>
          <w:sz w:val="20"/>
          <w:lang w:val="ru-RU"/>
        </w:rPr>
        <w:t>падодержатель</w:t>
      </w:r>
      <w:proofErr w:type="spellEnd"/>
      <w:r w:rsidRPr="00D179C8">
        <w:rPr>
          <w:sz w:val="20"/>
          <w:lang w:val="ru-RU"/>
        </w:rPr>
        <w:t xml:space="preserve"> и убедитесь в надежной фиксации.</w:t>
      </w:r>
    </w:p>
    <w:p w14:paraId="5FACD90E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После восстановления подключения выполните короткий пробный проход.</w:t>
      </w:r>
    </w:p>
    <w:p w14:paraId="050FD1F8" w14:textId="77777777" w:rsidR="00182F9F" w:rsidRDefault="001E2FDD">
      <w:pPr>
        <w:pStyle w:val="2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оригинальные</w:t>
      </w:r>
      <w:proofErr w:type="spellEnd"/>
      <w:r>
        <w:t xml:space="preserve"> </w:t>
      </w:r>
      <w:proofErr w:type="spellStart"/>
      <w:r>
        <w:t>детали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30"/>
        <w:gridCol w:w="4710"/>
      </w:tblGrid>
      <w:tr w:rsidR="00182F9F" w14:paraId="3FF79DC8" w14:textId="77777777">
        <w:trPr>
          <w:cantSplit/>
          <w:tblHeader/>
        </w:trPr>
        <w:tc>
          <w:tcPr>
            <w:tcW w:w="3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6CF71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Деталь</w:t>
            </w:r>
          </w:p>
        </w:tc>
        <w:tc>
          <w:tcPr>
            <w:tcW w:w="18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0EC4D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47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64666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Примечание</w:t>
            </w:r>
          </w:p>
        </w:tc>
      </w:tr>
      <w:tr w:rsidR="00182F9F" w:rsidRPr="00F70D8A" w14:paraId="6FEE701F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6CDC9F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Двигатель щетки</w:t>
            </w:r>
          </w:p>
        </w:tc>
        <w:tc>
          <w:tcPr>
            <w:tcW w:w="1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886DF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E010198</w:t>
            </w:r>
          </w:p>
        </w:tc>
        <w:tc>
          <w:tcPr>
            <w:tcW w:w="4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ADAF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24 В / 380 Вт; диаметр вала Ø18</w:t>
            </w:r>
          </w:p>
        </w:tc>
      </w:tr>
      <w:tr w:rsidR="00182F9F" w14:paraId="59CE7C62" w14:textId="77777777">
        <w:trPr>
          <w:cantSplit/>
        </w:trPr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0474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Крепежная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пластина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двигателя</w:t>
            </w:r>
            <w:proofErr w:type="spellEnd"/>
          </w:p>
        </w:tc>
        <w:tc>
          <w:tcPr>
            <w:tcW w:w="18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CC4080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A010073</w:t>
            </w:r>
          </w:p>
        </w:tc>
        <w:tc>
          <w:tcPr>
            <w:tcW w:w="47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314B7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Для щеточной головки JH-400</w:t>
            </w:r>
          </w:p>
        </w:tc>
      </w:tr>
      <w:tr w:rsidR="00182F9F" w14:paraId="5DFDBF03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69584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Защитный кожух щетки</w:t>
            </w:r>
          </w:p>
        </w:tc>
        <w:tc>
          <w:tcPr>
            <w:tcW w:w="1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2C199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B010230</w:t>
            </w:r>
          </w:p>
        </w:tc>
        <w:tc>
          <w:tcPr>
            <w:tcW w:w="4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69B97C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Размер узла 400</w:t>
            </w:r>
          </w:p>
        </w:tc>
      </w:tr>
      <w:tr w:rsidR="00182F9F" w14:paraId="732C29D8" w14:textId="77777777">
        <w:trPr>
          <w:cantSplit/>
        </w:trPr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95B552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Штифт фиксации диска</w:t>
            </w:r>
          </w:p>
        </w:tc>
        <w:tc>
          <w:tcPr>
            <w:tcW w:w="18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A05D3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C010134</w:t>
            </w:r>
          </w:p>
        </w:tc>
        <w:tc>
          <w:tcPr>
            <w:tcW w:w="47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E2CDE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Крепление щеточного диска</w:t>
            </w:r>
          </w:p>
        </w:tc>
      </w:tr>
      <w:tr w:rsidR="00182F9F" w14:paraId="693128AB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E4493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Щеточный диск / щетка</w:t>
            </w:r>
          </w:p>
        </w:tc>
        <w:tc>
          <w:tcPr>
            <w:tcW w:w="18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96DAE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Не указан</w:t>
            </w:r>
          </w:p>
        </w:tc>
        <w:tc>
          <w:tcPr>
            <w:tcW w:w="4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E1817B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Запросите артикул у поставщика</w:t>
            </w:r>
          </w:p>
        </w:tc>
      </w:tr>
      <w:tr w:rsidR="00182F9F" w:rsidRPr="00F70D8A" w14:paraId="6AA6507E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DF211EC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C5362C"/>
                <w:sz w:val="19"/>
                <w:lang w:val="ru-RU"/>
              </w:rPr>
              <w:t xml:space="preserve">НЕИСПРАВНОСТЬ </w:t>
            </w: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ПРИВОДА  </w:t>
            </w:r>
            <w:r w:rsidRPr="00D179C8">
              <w:rPr>
                <w:sz w:val="19"/>
                <w:lang w:val="ru-RU"/>
              </w:rPr>
              <w:t>При</w:t>
            </w:r>
            <w:proofErr w:type="gramEnd"/>
            <w:r w:rsidRPr="00D179C8">
              <w:rPr>
                <w:sz w:val="19"/>
                <w:lang w:val="ru-RU"/>
              </w:rPr>
              <w:t xml:space="preserve"> вибрации, сильном шуме, перегреве, запахе гари или отсутствии вращения не разбирайте двигатель самостоятельно — обратитесь в сервис.</w:t>
            </w:r>
          </w:p>
        </w:tc>
      </w:tr>
    </w:tbl>
    <w:p w14:paraId="096ACFBD" w14:textId="77777777" w:rsidR="00182F9F" w:rsidRPr="00D179C8" w:rsidRDefault="00182F9F">
      <w:pPr>
        <w:spacing w:after="0"/>
        <w:rPr>
          <w:lang w:val="ru-RU"/>
        </w:rPr>
      </w:pPr>
    </w:p>
    <w:p w14:paraId="61B03098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3F451421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04   •   ВЗРЫВ-СХЕМА 04</w:t>
      </w:r>
    </w:p>
    <w:p w14:paraId="582218D1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Щеточная головка и привод 380 Вт</w:t>
      </w:r>
    </w:p>
    <w:p w14:paraId="2F1EFA2B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52702135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1B8C80C" wp14:editId="78DF3339">
            <wp:extent cx="3904487" cy="4737578"/>
            <wp:effectExtent l="0" t="0" r="0" b="0"/>
            <wp:docPr id="11" name="Восстановленная взрыв-схема 04 узла «Щеточная головка и привод 380 Вт» поломоечной машины TOR JH-400" descr="Восстановленная взрыв-схема 04 узла «Щеточная головка и привод 380 Вт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04487" cy="473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6C313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Схема 04. Щеточная головка и привод 380 Вт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3114305D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8667B0F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E8BA90A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EE0E67C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4F6F4A5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34FB6D35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E90322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CE00DB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A010088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A7B8E9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Соединительная пластина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119C730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32E4F21B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C994BE5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001482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A010074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C3A410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Соединительная тяга щеточной головки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1DDBE94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75ABA515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428D47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D6AF3B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Не указан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B14158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Щеточный диск / щетка 400 мм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C8A034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119F4B4C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4E919F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D9675B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A010073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02DFA64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Пластина крепления двигателя щетки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EEBA82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0BD34452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71855A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B9A1C7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E010198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241E6C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Двигатель щетки 24 В, 380 Вт, Ø18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54038E4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057D62B9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2F0A7D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5631FA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B010230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6C2D10A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Защитный кожух щетки JH-400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ADA586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55A85EB8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64112B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979046C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C010134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2AB97AD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Штифт фиксации щеточного диска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BE685C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:rsidRPr="00F70D8A" w14:paraId="2931185A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74690E3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Щетка</w:t>
            </w:r>
            <w:proofErr w:type="gramEnd"/>
            <w:r w:rsidRPr="00D179C8">
              <w:rPr>
                <w:sz w:val="19"/>
                <w:lang w:val="ru-RU"/>
              </w:rPr>
              <w:t xml:space="preserve"> (поз. 3) является расходной деталью. Ее артикул в исходном каталоге отсутствует — уточняйте его у поставщика.</w:t>
            </w:r>
          </w:p>
        </w:tc>
      </w:tr>
    </w:tbl>
    <w:p w14:paraId="5B7FFDE6" w14:textId="77777777" w:rsidR="00182F9F" w:rsidRPr="00D179C8" w:rsidRDefault="00182F9F">
      <w:pPr>
        <w:spacing w:after="0"/>
        <w:rPr>
          <w:lang w:val="ru-RU"/>
        </w:rPr>
      </w:pPr>
    </w:p>
    <w:p w14:paraId="583C4C27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1C4247B7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16   •   СЕРВИСНЫЕ УЗЛЫ</w:t>
      </w:r>
    </w:p>
    <w:p w14:paraId="35C5FF43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Рама, вакуум и электроника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950"/>
        <w:gridCol w:w="1730"/>
        <w:gridCol w:w="5460"/>
      </w:tblGrid>
      <w:tr w:rsidR="00182F9F" w14:paraId="7DD5B0C9" w14:textId="77777777">
        <w:trPr>
          <w:cantSplit/>
          <w:tblHeader/>
        </w:trPr>
        <w:tc>
          <w:tcPr>
            <w:tcW w:w="29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DE87A2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17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6009A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54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22156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проверять</w:t>
            </w:r>
          </w:p>
        </w:tc>
      </w:tr>
      <w:tr w:rsidR="00182F9F" w:rsidRPr="00F70D8A" w14:paraId="45742EDE" w14:textId="77777777">
        <w:trPr>
          <w:cantSplit/>
        </w:trPr>
        <w:tc>
          <w:tcPr>
            <w:tcW w:w="2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C1957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Несущая рама</w:t>
            </w:r>
          </w:p>
        </w:tc>
        <w:tc>
          <w:tcPr>
            <w:tcW w:w="1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94DE12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A010072</w:t>
            </w:r>
          </w:p>
        </w:tc>
        <w:tc>
          <w:tcPr>
            <w:tcW w:w="5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182C9D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Отсутствие трещин, деформации и ослабленного крепежа.</w:t>
            </w:r>
          </w:p>
        </w:tc>
      </w:tr>
      <w:tr w:rsidR="00182F9F" w:rsidRPr="00F70D8A" w14:paraId="4BEDB529" w14:textId="77777777">
        <w:trPr>
          <w:cantSplit/>
        </w:trPr>
        <w:tc>
          <w:tcPr>
            <w:tcW w:w="2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6DE75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Кронштейны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бака</w:t>
            </w:r>
            <w:proofErr w:type="spellEnd"/>
          </w:p>
        </w:tc>
        <w:tc>
          <w:tcPr>
            <w:tcW w:w="1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00DFE1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A010075</w:t>
            </w:r>
          </w:p>
        </w:tc>
        <w:tc>
          <w:tcPr>
            <w:tcW w:w="54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99AF7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Четыре точки крепления бака чистой воды.</w:t>
            </w:r>
          </w:p>
        </w:tc>
      </w:tr>
      <w:tr w:rsidR="00182F9F" w:rsidRPr="00F70D8A" w14:paraId="52EB940A" w14:textId="77777777">
        <w:trPr>
          <w:cantSplit/>
        </w:trPr>
        <w:tc>
          <w:tcPr>
            <w:tcW w:w="2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BB790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Контроллер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управления</w:t>
            </w:r>
            <w:proofErr w:type="spellEnd"/>
          </w:p>
        </w:tc>
        <w:tc>
          <w:tcPr>
            <w:tcW w:w="1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E0F10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E010214</w:t>
            </w:r>
          </w:p>
        </w:tc>
        <w:tc>
          <w:tcPr>
            <w:tcW w:w="5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4CD7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Целостность кожуха и отсутствие влаги; внутренний ремонт — сервис.</w:t>
            </w:r>
          </w:p>
        </w:tc>
      </w:tr>
      <w:tr w:rsidR="00182F9F" w:rsidRPr="00F70D8A" w14:paraId="7A0B8E1D" w14:textId="77777777">
        <w:trPr>
          <w:cantSplit/>
        </w:trPr>
        <w:tc>
          <w:tcPr>
            <w:tcW w:w="2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B31DA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Кожух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контроллера</w:t>
            </w:r>
            <w:proofErr w:type="spellEnd"/>
          </w:p>
        </w:tc>
        <w:tc>
          <w:tcPr>
            <w:tcW w:w="1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45975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A010060</w:t>
            </w:r>
          </w:p>
        </w:tc>
        <w:tc>
          <w:tcPr>
            <w:tcW w:w="54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788824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Правильная установка и защита электрических соединений.</w:t>
            </w:r>
          </w:p>
        </w:tc>
      </w:tr>
      <w:tr w:rsidR="00182F9F" w:rsidRPr="00F70D8A" w14:paraId="2B30144F" w14:textId="77777777">
        <w:trPr>
          <w:cantSplit/>
        </w:trPr>
        <w:tc>
          <w:tcPr>
            <w:tcW w:w="2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57E1DA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Прижим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двигателя</w:t>
            </w:r>
            <w:proofErr w:type="spellEnd"/>
          </w:p>
        </w:tc>
        <w:tc>
          <w:tcPr>
            <w:tcW w:w="1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030A7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A010079</w:t>
            </w:r>
          </w:p>
        </w:tc>
        <w:tc>
          <w:tcPr>
            <w:tcW w:w="5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742F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Фиксация двигателя всасывания без люфта.</w:t>
            </w:r>
          </w:p>
        </w:tc>
      </w:tr>
      <w:tr w:rsidR="00182F9F" w:rsidRPr="00F70D8A" w14:paraId="7BE2873C" w14:textId="77777777">
        <w:trPr>
          <w:cantSplit/>
        </w:trPr>
        <w:tc>
          <w:tcPr>
            <w:tcW w:w="2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7DEBB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7"/>
              </w:rPr>
              <w:t>Всасывающий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двигатель</w:t>
            </w:r>
            <w:proofErr w:type="spellEnd"/>
          </w:p>
        </w:tc>
        <w:tc>
          <w:tcPr>
            <w:tcW w:w="1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8A970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E010199</w:t>
            </w:r>
          </w:p>
        </w:tc>
        <w:tc>
          <w:tcPr>
            <w:tcW w:w="54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09111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7"/>
                <w:lang w:val="ru-RU"/>
              </w:rPr>
              <w:t>24 В / 500 Вт; не допускать попадания воды или пены.</w:t>
            </w:r>
          </w:p>
        </w:tc>
      </w:tr>
    </w:tbl>
    <w:p w14:paraId="3C6AF2BF" w14:textId="77777777" w:rsidR="00182F9F" w:rsidRPr="00D179C8" w:rsidRDefault="001E2FDD">
      <w:pPr>
        <w:pStyle w:val="2"/>
        <w:rPr>
          <w:lang w:val="ru-RU"/>
        </w:rPr>
      </w:pPr>
      <w:r w:rsidRPr="00D179C8">
        <w:rPr>
          <w:lang w:val="ru-RU"/>
        </w:rPr>
        <w:t>Если двигатель всасывания работает, но воды нет</w:t>
      </w:r>
    </w:p>
    <w:p w14:paraId="6DEF5D3B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t xml:space="preserve">Сначала исключите причины, доступные оператору: переполненный бак, неплотную крышку, пережатый или засоренный всасывающий шланг </w:t>
      </w:r>
      <w:r>
        <w:t>B</w:t>
      </w:r>
      <w:r w:rsidRPr="00D179C8">
        <w:rPr>
          <w:lang w:val="ru-RU"/>
        </w:rPr>
        <w:t xml:space="preserve">010231, загрязнение скребков и ослабленное соединение водосборной балки. После этого обращайтесь к специалисту для проверки двигателя </w:t>
      </w:r>
      <w:r>
        <w:t>E</w:t>
      </w:r>
      <w:r w:rsidRPr="00D179C8">
        <w:rPr>
          <w:lang w:val="ru-RU"/>
        </w:rPr>
        <w:t xml:space="preserve">010199 и контроллера </w:t>
      </w:r>
      <w:r>
        <w:t>E</w:t>
      </w:r>
      <w:r w:rsidRPr="00D179C8">
        <w:rPr>
          <w:lang w:val="ru-RU"/>
        </w:rPr>
        <w:t>010214.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17503050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2D88417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C5362C"/>
                <w:sz w:val="19"/>
                <w:lang w:val="ru-RU"/>
              </w:rPr>
              <w:t xml:space="preserve">НЕ ВСКРЫВАЙТЕ </w:t>
            </w: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КОНТРОЛЛЕР  </w:t>
            </w:r>
            <w:r w:rsidRPr="00D179C8">
              <w:rPr>
                <w:sz w:val="19"/>
                <w:lang w:val="ru-RU"/>
              </w:rPr>
              <w:t>Замена</w:t>
            </w:r>
            <w:proofErr w:type="gramEnd"/>
            <w:r w:rsidRPr="00D179C8">
              <w:rPr>
                <w:sz w:val="19"/>
                <w:lang w:val="ru-RU"/>
              </w:rPr>
              <w:t xml:space="preserve"> электронного блока, ремонт двигателя и диагностика силовой цепи выполняются только при отключенной батарее квалифицированным персоналом.</w:t>
            </w:r>
          </w:p>
        </w:tc>
      </w:tr>
    </w:tbl>
    <w:p w14:paraId="7A5A2B40" w14:textId="77777777" w:rsidR="00182F9F" w:rsidRPr="00D179C8" w:rsidRDefault="00182F9F">
      <w:pPr>
        <w:spacing w:after="0"/>
        <w:rPr>
          <w:lang w:val="ru-RU"/>
        </w:rPr>
      </w:pPr>
    </w:p>
    <w:p w14:paraId="703A2D4F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02E921AB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05   •   ВЗРЫВ-СХЕМА 05</w:t>
      </w:r>
    </w:p>
    <w:p w14:paraId="44BD5B3D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Рама, контроллер и двигатель всасывания</w:t>
      </w:r>
    </w:p>
    <w:p w14:paraId="2F61FCE5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5D2F9D7A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5BCFAC2" wp14:editId="5DECB16D">
            <wp:extent cx="5614416" cy="4378028"/>
            <wp:effectExtent l="0" t="0" r="0" b="0"/>
            <wp:docPr id="12" name="Восстановленная взрыв-схема 05 узла «Рама, контроллер и двигатель всасывания» поломоечной машины TOR JH-400" descr="Восстановленная взрыв-схема 05 узла «Рама, контроллер и двигатель всасывания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437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4BAF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Схема 05. Рама, контроллер и двигатель всасывания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0EB6735C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D991D71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60B399D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37AE1367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C2B2851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46F5AE30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874524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7185876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Не указан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AA8157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Поворотное колесо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D4C661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4484276A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A2850D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7B2F790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A010072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7D041E2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Несущая рама JH-400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B7C242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4F6B7F3B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CE8E447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D8A384F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A010075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A9EF13D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6"/>
                <w:lang w:val="ru-RU"/>
              </w:rPr>
              <w:t>Кронштейн крепления бака чистой воды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E997007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</w:tr>
      <w:tr w:rsidR="00182F9F" w14:paraId="1B9363A5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9FCC73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174299B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E010214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06CECDD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Контроллер управления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DC78DA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1C42DD80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06273B5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5BFD9429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A010060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A29C595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Защитный кожух контроллера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F8DC171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2058F390" w14:textId="77777777">
        <w:trPr>
          <w:cantSplit/>
        </w:trPr>
        <w:tc>
          <w:tcPr>
            <w:tcW w:w="6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C383BF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74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24620D23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A010079</w:t>
            </w:r>
          </w:p>
        </w:tc>
        <w:tc>
          <w:tcPr>
            <w:tcW w:w="675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09EC257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Прижимная планка двигателя всасывания</w:t>
            </w:r>
          </w:p>
        </w:tc>
        <w:tc>
          <w:tcPr>
            <w:tcW w:w="1010" w:type="dxa"/>
            <w:shd w:val="clear" w:color="auto" w:fill="F3F6F8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4592808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14:paraId="4936F089" w14:textId="77777777">
        <w:trPr>
          <w:cantSplit/>
        </w:trPr>
        <w:tc>
          <w:tcPr>
            <w:tcW w:w="6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F84AA37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74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6F82BDB8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E010199</w:t>
            </w:r>
          </w:p>
        </w:tc>
        <w:tc>
          <w:tcPr>
            <w:tcW w:w="675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05B52F76" w14:textId="77777777" w:rsidR="00182F9F" w:rsidRDefault="001E2FDD">
            <w:pPr>
              <w:spacing w:after="0" w:line="254" w:lineRule="auto"/>
            </w:pPr>
            <w:r>
              <w:rPr>
                <w:sz w:val="16"/>
              </w:rPr>
              <w:t>Двигатель всасывания 24 В, 500 Вт</w:t>
            </w:r>
          </w:p>
        </w:tc>
        <w:tc>
          <w:tcPr>
            <w:tcW w:w="1010" w:type="dxa"/>
            <w:tcMar>
              <w:top w:w="78" w:type="dxa"/>
              <w:left w:w="95" w:type="dxa"/>
              <w:bottom w:w="78" w:type="dxa"/>
              <w:right w:w="95" w:type="dxa"/>
            </w:tcMar>
            <w:vAlign w:val="center"/>
          </w:tcPr>
          <w:p w14:paraId="12EA7FD6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182F9F" w:rsidRPr="00F70D8A" w14:paraId="05B222B6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BB68FA9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Электронный</w:t>
            </w:r>
            <w:proofErr w:type="gramEnd"/>
            <w:r w:rsidRPr="00D179C8">
              <w:rPr>
                <w:sz w:val="19"/>
                <w:lang w:val="ru-RU"/>
              </w:rPr>
              <w:t xml:space="preserve"> контроллер (поз. 4) и двигатель всасывания (поз. 7) диагностирует квалифицированный сервисный специалист.</w:t>
            </w:r>
          </w:p>
        </w:tc>
      </w:tr>
    </w:tbl>
    <w:p w14:paraId="1DEA4B34" w14:textId="77777777" w:rsidR="00182F9F" w:rsidRPr="00D179C8" w:rsidRDefault="00182F9F">
      <w:pPr>
        <w:spacing w:after="0"/>
        <w:rPr>
          <w:lang w:val="ru-RU"/>
        </w:rPr>
      </w:pPr>
    </w:p>
    <w:p w14:paraId="4053CE60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6A211376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17   •   580 ММ / РАСХОДНЫЕ ЭЛЕМЕНТЫ</w:t>
      </w:r>
    </w:p>
    <w:p w14:paraId="11F486DD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Водосборная балка</w:t>
      </w:r>
    </w:p>
    <w:p w14:paraId="6CE67C76" w14:textId="77777777" w:rsidR="00182F9F" w:rsidRDefault="001E2FDD">
      <w:pPr>
        <w:pStyle w:val="2"/>
      </w:pPr>
      <w:proofErr w:type="spellStart"/>
      <w:r>
        <w:t>Осмотр</w:t>
      </w:r>
      <w:proofErr w:type="spellEnd"/>
      <w:r>
        <w:t xml:space="preserve"> и </w:t>
      </w:r>
      <w:proofErr w:type="spellStart"/>
      <w:r>
        <w:t>замена</w:t>
      </w:r>
      <w:proofErr w:type="spellEnd"/>
      <w:r>
        <w:t xml:space="preserve"> </w:t>
      </w:r>
      <w:proofErr w:type="spellStart"/>
      <w:r>
        <w:t>резиновых</w:t>
      </w:r>
      <w:proofErr w:type="spellEnd"/>
      <w:r>
        <w:t xml:space="preserve"> скребков</w:t>
      </w:r>
    </w:p>
    <w:p w14:paraId="6141B333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Отключите питание, установите машину устойчиво и очистите балку от песка и волос.</w:t>
      </w:r>
    </w:p>
    <w:p w14:paraId="3084A0F1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Осмотрите задний резиновый скребок </w:t>
      </w:r>
      <w:r>
        <w:rPr>
          <w:sz w:val="20"/>
        </w:rPr>
        <w:t>B</w:t>
      </w:r>
      <w:r w:rsidRPr="00D179C8">
        <w:rPr>
          <w:sz w:val="20"/>
          <w:lang w:val="ru-RU"/>
        </w:rPr>
        <w:t xml:space="preserve">010229 и передний резиновый скребок </w:t>
      </w:r>
      <w:r>
        <w:rPr>
          <w:sz w:val="20"/>
        </w:rPr>
        <w:t>B</w:t>
      </w:r>
      <w:r w:rsidRPr="00D179C8">
        <w:rPr>
          <w:sz w:val="20"/>
          <w:lang w:val="ru-RU"/>
        </w:rPr>
        <w:t>010228.</w:t>
      </w:r>
    </w:p>
    <w:p w14:paraId="6B1F093A" w14:textId="77777777" w:rsidR="00182F9F" w:rsidRDefault="001E2FDD">
      <w:pPr>
        <w:numPr>
          <w:ilvl w:val="0"/>
          <w:numId w:val="1"/>
        </w:numPr>
        <w:spacing w:after="80"/>
      </w:pPr>
      <w:r w:rsidRPr="00D179C8">
        <w:rPr>
          <w:sz w:val="20"/>
          <w:lang w:val="ru-RU"/>
        </w:rPr>
        <w:t xml:space="preserve">Проверьте прижимную планку </w:t>
      </w:r>
      <w:r>
        <w:rPr>
          <w:sz w:val="20"/>
        </w:rPr>
        <w:t>A</w:t>
      </w:r>
      <w:r w:rsidRPr="00D179C8">
        <w:rPr>
          <w:sz w:val="20"/>
          <w:lang w:val="ru-RU"/>
        </w:rPr>
        <w:t xml:space="preserve">010076, фиксирующую пластину </w:t>
      </w:r>
      <w:r>
        <w:rPr>
          <w:sz w:val="20"/>
        </w:rPr>
        <w:t>A</w:t>
      </w:r>
      <w:r w:rsidRPr="00D179C8">
        <w:rPr>
          <w:sz w:val="20"/>
          <w:lang w:val="ru-RU"/>
        </w:rPr>
        <w:t xml:space="preserve">010080 и заднюю </w:t>
      </w:r>
      <w:proofErr w:type="spellStart"/>
      <w:r>
        <w:rPr>
          <w:sz w:val="20"/>
        </w:rPr>
        <w:t>стальную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планку</w:t>
      </w:r>
      <w:proofErr w:type="spellEnd"/>
      <w:r>
        <w:rPr>
          <w:sz w:val="20"/>
        </w:rPr>
        <w:t xml:space="preserve"> A010082.</w:t>
      </w:r>
    </w:p>
    <w:p w14:paraId="20B1E172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 xml:space="preserve">Проверьте опорные ролики </w:t>
      </w:r>
      <w:r>
        <w:rPr>
          <w:sz w:val="20"/>
        </w:rPr>
        <w:t>B</w:t>
      </w:r>
      <w:r w:rsidRPr="00D179C8">
        <w:rPr>
          <w:sz w:val="20"/>
          <w:lang w:val="ru-RU"/>
        </w:rPr>
        <w:t xml:space="preserve">010234 и </w:t>
      </w:r>
      <w:r>
        <w:rPr>
          <w:sz w:val="20"/>
        </w:rPr>
        <w:t>B</w:t>
      </w:r>
      <w:r w:rsidRPr="00D179C8">
        <w:rPr>
          <w:sz w:val="20"/>
          <w:lang w:val="ru-RU"/>
        </w:rPr>
        <w:t xml:space="preserve">010235, а также левый и правый кронштейны </w:t>
      </w:r>
      <w:r>
        <w:rPr>
          <w:sz w:val="20"/>
        </w:rPr>
        <w:t>A</w:t>
      </w:r>
      <w:r w:rsidRPr="00D179C8">
        <w:rPr>
          <w:sz w:val="20"/>
          <w:lang w:val="ru-RU"/>
        </w:rPr>
        <w:t xml:space="preserve">010084 / </w:t>
      </w:r>
      <w:r>
        <w:rPr>
          <w:sz w:val="20"/>
        </w:rPr>
        <w:t>A</w:t>
      </w:r>
      <w:r w:rsidRPr="00D179C8">
        <w:rPr>
          <w:sz w:val="20"/>
          <w:lang w:val="ru-RU"/>
        </w:rPr>
        <w:t>010085.</w:t>
      </w:r>
    </w:p>
    <w:p w14:paraId="63229121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При порезах, деформации или потере эластичности установите соответствующую новую резиновую деталь.</w:t>
      </w:r>
    </w:p>
    <w:p w14:paraId="40267A1A" w14:textId="77777777" w:rsidR="00182F9F" w:rsidRPr="00D179C8" w:rsidRDefault="001E2FDD">
      <w:pPr>
        <w:numPr>
          <w:ilvl w:val="0"/>
          <w:numId w:val="1"/>
        </w:numPr>
        <w:spacing w:after="80"/>
        <w:rPr>
          <w:lang w:val="ru-RU"/>
        </w:rPr>
      </w:pPr>
      <w:r w:rsidRPr="00D179C8">
        <w:rPr>
          <w:sz w:val="20"/>
          <w:lang w:val="ru-RU"/>
        </w:rPr>
        <w:t>Соберите узел без перекоса и выполните контрольный проход: пол за балкой должен оставаться равномерно сухим.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2380"/>
        <w:gridCol w:w="2760"/>
      </w:tblGrid>
      <w:tr w:rsidR="00182F9F" w14:paraId="4F888D0C" w14:textId="77777777">
        <w:trPr>
          <w:cantSplit/>
          <w:tblHeader/>
        </w:trPr>
        <w:tc>
          <w:tcPr>
            <w:tcW w:w="5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70C7E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Расходный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элемент</w:t>
            </w:r>
            <w:proofErr w:type="spellEnd"/>
          </w:p>
        </w:tc>
        <w:tc>
          <w:tcPr>
            <w:tcW w:w="23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6F778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2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208B30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Количество на машине</w:t>
            </w:r>
          </w:p>
        </w:tc>
      </w:tr>
      <w:tr w:rsidR="00182F9F" w14:paraId="080EE452" w14:textId="77777777">
        <w:trPr>
          <w:cantSplit/>
        </w:trPr>
        <w:tc>
          <w:tcPr>
            <w:tcW w:w="5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7F2AE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Задний резиновый скребок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45D794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B010229</w:t>
            </w:r>
          </w:p>
        </w:tc>
        <w:tc>
          <w:tcPr>
            <w:tcW w:w="2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6BFE7D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</w:tr>
      <w:tr w:rsidR="00182F9F" w14:paraId="58B1D998" w14:textId="77777777">
        <w:trPr>
          <w:cantSplit/>
        </w:trPr>
        <w:tc>
          <w:tcPr>
            <w:tcW w:w="5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9C846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Передний резиновый скребок</w:t>
            </w:r>
          </w:p>
        </w:tc>
        <w:tc>
          <w:tcPr>
            <w:tcW w:w="2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4FEE6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B010228</w:t>
            </w:r>
          </w:p>
        </w:tc>
        <w:tc>
          <w:tcPr>
            <w:tcW w:w="2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936C62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</w:tr>
      <w:tr w:rsidR="00182F9F" w14:paraId="05894537" w14:textId="77777777">
        <w:trPr>
          <w:cantSplit/>
        </w:trPr>
        <w:tc>
          <w:tcPr>
            <w:tcW w:w="5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F58EEF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Поворотный ролик 1,5″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794430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B010234</w:t>
            </w:r>
          </w:p>
        </w:tc>
        <w:tc>
          <w:tcPr>
            <w:tcW w:w="2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39A559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2</w:t>
            </w:r>
          </w:p>
        </w:tc>
      </w:tr>
      <w:tr w:rsidR="00182F9F" w14:paraId="215B7FDA" w14:textId="77777777">
        <w:trPr>
          <w:cantSplit/>
        </w:trPr>
        <w:tc>
          <w:tcPr>
            <w:tcW w:w="5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10872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Поворотный ролик 1″</w:t>
            </w:r>
          </w:p>
        </w:tc>
        <w:tc>
          <w:tcPr>
            <w:tcW w:w="2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1E09D5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B010235</w:t>
            </w:r>
          </w:p>
        </w:tc>
        <w:tc>
          <w:tcPr>
            <w:tcW w:w="2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6BF324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</w:tr>
      <w:tr w:rsidR="00182F9F" w:rsidRPr="00F70D8A" w14:paraId="359CB03E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E448485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ЕСЛИ ОСТАЮТСЯ </w:t>
            </w: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ПОЛОСЫ  </w:t>
            </w:r>
            <w:r w:rsidRPr="00D179C8">
              <w:rPr>
                <w:sz w:val="19"/>
                <w:lang w:val="ru-RU"/>
              </w:rPr>
              <w:t>Проверьте</w:t>
            </w:r>
            <w:proofErr w:type="gramEnd"/>
            <w:r w:rsidRPr="00D179C8">
              <w:rPr>
                <w:sz w:val="19"/>
                <w:lang w:val="ru-RU"/>
              </w:rPr>
              <w:t xml:space="preserve"> чистоту и равномерное прилегание обоих скребков, состояние роликов, плотность подключения и проходимость всасывающего шланга </w:t>
            </w:r>
            <w:r>
              <w:rPr>
                <w:sz w:val="19"/>
              </w:rPr>
              <w:t>B</w:t>
            </w:r>
            <w:r w:rsidRPr="00D179C8">
              <w:rPr>
                <w:sz w:val="19"/>
                <w:lang w:val="ru-RU"/>
              </w:rPr>
              <w:t>010231.</w:t>
            </w:r>
          </w:p>
        </w:tc>
      </w:tr>
    </w:tbl>
    <w:p w14:paraId="572210C4" w14:textId="77777777" w:rsidR="00182F9F" w:rsidRPr="00D179C8" w:rsidRDefault="00182F9F">
      <w:pPr>
        <w:spacing w:after="0"/>
        <w:rPr>
          <w:lang w:val="ru-RU"/>
        </w:rPr>
      </w:pPr>
    </w:p>
    <w:p w14:paraId="50EA0BAA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3DCE5824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06   •   ВЗРЫВ-СХЕМА 06</w:t>
      </w:r>
    </w:p>
    <w:p w14:paraId="30183FAF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Водосборная балка, скребки и ролики</w:t>
      </w:r>
    </w:p>
    <w:p w14:paraId="2D4FF7EA" w14:textId="77777777" w:rsidR="00182F9F" w:rsidRPr="00D179C8" w:rsidRDefault="001E2FDD">
      <w:pPr>
        <w:rPr>
          <w:lang w:val="ru-RU"/>
        </w:rPr>
      </w:pPr>
      <w:r w:rsidRPr="00D179C8">
        <w:rPr>
          <w:sz w:val="18"/>
          <w:lang w:val="ru-RU"/>
        </w:rPr>
        <w:t>Оригинальная сборочная схема; позиции и артикулы поставщика приведены в русскоязычной таблице.</w:t>
      </w:r>
    </w:p>
    <w:p w14:paraId="6FE68F97" w14:textId="77777777" w:rsidR="00182F9F" w:rsidRDefault="001E2FDD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C5F9157" wp14:editId="5957A247">
            <wp:extent cx="3703320" cy="3921162"/>
            <wp:effectExtent l="0" t="0" r="0" b="0"/>
            <wp:docPr id="13" name="Восстановленная взрыв-схема 06 узла «Водосборная балка, скребки и ролики» поломоечной машины TOR JH-400" descr="Восстановленная взрыв-схема 06 узла «Водосборная балка, скребки и ролики» поломоечной машины TOR JH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392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8DE9" w14:textId="77777777" w:rsidR="00182F9F" w:rsidRPr="00D179C8" w:rsidRDefault="001E2FDD">
      <w:pPr>
        <w:pStyle w:val="FigureCaption"/>
        <w:keepLines/>
        <w:rPr>
          <w:lang w:val="ru-RU"/>
        </w:rPr>
      </w:pPr>
      <w:r w:rsidRPr="00D179C8">
        <w:rPr>
          <w:lang w:val="ru-RU"/>
        </w:rPr>
        <w:t>Схема 06. Водосборная балка, скребки и ролики</w:t>
      </w:r>
    </w:p>
    <w:tbl>
      <w:tblPr>
        <w:tblW w:w="10140" w:type="dxa"/>
        <w:tblInd w:w="9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740"/>
        <w:gridCol w:w="6750"/>
        <w:gridCol w:w="1010"/>
      </w:tblGrid>
      <w:tr w:rsidR="00182F9F" w14:paraId="54B0C422" w14:textId="77777777">
        <w:trPr>
          <w:cantSplit/>
          <w:tblHeader/>
        </w:trPr>
        <w:tc>
          <w:tcPr>
            <w:tcW w:w="640" w:type="dxa"/>
            <w:shd w:val="clear" w:color="auto" w:fill="123B52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4941FCE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1740" w:type="dxa"/>
            <w:shd w:val="clear" w:color="auto" w:fill="123B52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194D490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6750" w:type="dxa"/>
            <w:shd w:val="clear" w:color="auto" w:fill="123B52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5AB7108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  <w:tc>
          <w:tcPr>
            <w:tcW w:w="1010" w:type="dxa"/>
            <w:shd w:val="clear" w:color="auto" w:fill="123B52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D1BF5C8" w14:textId="77777777" w:rsidR="00182F9F" w:rsidRDefault="001E2FDD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182F9F" w14:paraId="25CF71C3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C613B5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92D9300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A010087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46D5B83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Нижний кронштейн водосборной балки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25C9BBD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6A3550AA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24BFFFD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8A83E96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A010086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975EABE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Верхний кронштейн водосборной балки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BBB443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3CE43F8A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A6483AB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D1BFEE8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B010234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60EBE35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Поворотный ролик 1,5″, M8 × 20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EA3CC60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182F9F" w14:paraId="2B12A9DC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B66619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1BB544B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C010159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A9DAB0B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Соединительная тяга балки JH-400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DB7B11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20C770C8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60B2E3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5F8F740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B010229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B325B71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Задний резиновый скребок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5EAEE5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6D56CEC1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E3E59F6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90DF9C6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B010228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833FEBE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Передний резиновый скребок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DC08262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0DA1A7B2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646A432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F15E329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A010083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5B8834C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Кронштейн поворотного ролика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291C78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1A7EFCC8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DAB1CFA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88356F8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A010082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1AC521E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Задняя стальная планка балки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AD723A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1438FE8F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4B452F6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4DF53B9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A010076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69BCE6D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Прижимная планка водосборной балки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24B0CDC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7A4EED97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98A74FD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FB6F1DC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A010080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86990F7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Пластина фиксации резинового скребка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4EB19EF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3CBAC33D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0FDBF27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19B1A66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A010078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650B617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Опорная пластина водосборной балки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1664D93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101F4C21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3E0D5E5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37AB11F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A010085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4E9C090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Правый кронштейн поворотного ролика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68D270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06ABEB76" w14:textId="77777777">
        <w:trPr>
          <w:cantSplit/>
        </w:trPr>
        <w:tc>
          <w:tcPr>
            <w:tcW w:w="6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BB848E2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4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7D0D71A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A010084</w:t>
            </w:r>
          </w:p>
        </w:tc>
        <w:tc>
          <w:tcPr>
            <w:tcW w:w="675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1D8C17B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Левый кронштейн поворотного ролика</w:t>
            </w:r>
          </w:p>
        </w:tc>
        <w:tc>
          <w:tcPr>
            <w:tcW w:w="1010" w:type="dxa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3837F00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14:paraId="2CB849C1" w14:textId="77777777">
        <w:trPr>
          <w:cantSplit/>
        </w:trPr>
        <w:tc>
          <w:tcPr>
            <w:tcW w:w="6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C74B3C9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4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421D60C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B010235</w:t>
            </w:r>
          </w:p>
        </w:tc>
        <w:tc>
          <w:tcPr>
            <w:tcW w:w="675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11D74C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Поворотный ролик с плоским основанием 1″</w:t>
            </w:r>
          </w:p>
        </w:tc>
        <w:tc>
          <w:tcPr>
            <w:tcW w:w="1010" w:type="dxa"/>
            <w:shd w:val="clear" w:color="auto" w:fill="F3F6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2150D9E" w14:textId="77777777" w:rsidR="00182F9F" w:rsidRDefault="001E2FDD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182F9F" w:rsidRPr="00F70D8A" w14:paraId="4D634DA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4F2458F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D179C8">
              <w:rPr>
                <w:sz w:val="19"/>
                <w:lang w:val="ru-RU"/>
              </w:rPr>
              <w:t>Регулярно</w:t>
            </w:r>
            <w:proofErr w:type="gramEnd"/>
            <w:r w:rsidRPr="00D179C8">
              <w:rPr>
                <w:sz w:val="19"/>
                <w:lang w:val="ru-RU"/>
              </w:rPr>
              <w:t xml:space="preserve"> очищайте и проверяйте скребки </w:t>
            </w:r>
            <w:r>
              <w:rPr>
                <w:sz w:val="19"/>
              </w:rPr>
              <w:t>B</w:t>
            </w:r>
            <w:r w:rsidRPr="00D179C8">
              <w:rPr>
                <w:sz w:val="19"/>
                <w:lang w:val="ru-RU"/>
              </w:rPr>
              <w:t xml:space="preserve">010229 / </w:t>
            </w:r>
            <w:r>
              <w:rPr>
                <w:sz w:val="19"/>
              </w:rPr>
              <w:t>B</w:t>
            </w:r>
            <w:r w:rsidRPr="00D179C8">
              <w:rPr>
                <w:sz w:val="19"/>
                <w:lang w:val="ru-RU"/>
              </w:rPr>
              <w:t xml:space="preserve">010228, ролики </w:t>
            </w:r>
            <w:r>
              <w:rPr>
                <w:sz w:val="19"/>
              </w:rPr>
              <w:t>B</w:t>
            </w:r>
            <w:r w:rsidRPr="00D179C8">
              <w:rPr>
                <w:sz w:val="19"/>
                <w:lang w:val="ru-RU"/>
              </w:rPr>
              <w:t xml:space="preserve">010234 / </w:t>
            </w:r>
            <w:r>
              <w:rPr>
                <w:sz w:val="19"/>
              </w:rPr>
              <w:t>B</w:t>
            </w:r>
            <w:r w:rsidRPr="00D179C8">
              <w:rPr>
                <w:sz w:val="19"/>
                <w:lang w:val="ru-RU"/>
              </w:rPr>
              <w:t>010235 и прижимные планки.</w:t>
            </w:r>
          </w:p>
        </w:tc>
      </w:tr>
    </w:tbl>
    <w:p w14:paraId="75A5C252" w14:textId="77777777" w:rsidR="00182F9F" w:rsidRPr="00D179C8" w:rsidRDefault="00182F9F">
      <w:pPr>
        <w:spacing w:after="0"/>
        <w:rPr>
          <w:lang w:val="ru-RU"/>
        </w:rPr>
      </w:pPr>
    </w:p>
    <w:p w14:paraId="731CC3C4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318F1956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18   •   ПЕРИОДИЧЕСКИЙ КОНТРОЛЬ</w:t>
      </w:r>
    </w:p>
    <w:p w14:paraId="59CBB7B5" w14:textId="77777777" w:rsidR="00182F9F" w:rsidRDefault="001E2FDD">
      <w:pPr>
        <w:pStyle w:val="1"/>
      </w:pPr>
      <w:r>
        <w:t>Регламент обслуживания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120"/>
        <w:gridCol w:w="5080"/>
        <w:gridCol w:w="2940"/>
      </w:tblGrid>
      <w:tr w:rsidR="00182F9F" w14:paraId="193C02D4" w14:textId="77777777">
        <w:trPr>
          <w:cantSplit/>
          <w:tblHeader/>
        </w:trPr>
        <w:tc>
          <w:tcPr>
            <w:tcW w:w="21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536ED2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Когда</w:t>
            </w:r>
          </w:p>
        </w:tc>
        <w:tc>
          <w:tcPr>
            <w:tcW w:w="50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CF66D9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w="2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976B5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 / артикул</w:t>
            </w:r>
          </w:p>
        </w:tc>
      </w:tr>
      <w:tr w:rsidR="00182F9F" w14:paraId="3D72E5B4" w14:textId="77777777">
        <w:trPr>
          <w:cantSplit/>
        </w:trPr>
        <w:tc>
          <w:tcPr>
            <w:tcW w:w="2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454945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Перед каждой сменой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8B62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Проверить заряд АКБ, положение рукоятки и исправность панели.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0FF690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Система</w:t>
            </w:r>
            <w:proofErr w:type="spellEnd"/>
            <w:r>
              <w:rPr>
                <w:sz w:val="15"/>
              </w:rPr>
              <w:t xml:space="preserve"> 24 В; </w:t>
            </w:r>
            <w:proofErr w:type="spellStart"/>
            <w:r>
              <w:rPr>
                <w:sz w:val="15"/>
              </w:rPr>
              <w:t>схема</w:t>
            </w:r>
            <w:proofErr w:type="spellEnd"/>
            <w:r>
              <w:rPr>
                <w:sz w:val="15"/>
              </w:rPr>
              <w:t xml:space="preserve"> 01</w:t>
            </w:r>
          </w:p>
        </w:tc>
      </w:tr>
      <w:tr w:rsidR="00182F9F" w14:paraId="0FD54C1C" w14:textId="77777777">
        <w:trPr>
          <w:cantSplit/>
        </w:trPr>
        <w:tc>
          <w:tcPr>
            <w:tcW w:w="2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E2F9BD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Перед каждой сменой</w:t>
            </w:r>
          </w:p>
        </w:tc>
        <w:tc>
          <w:tcPr>
            <w:tcW w:w="50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3AF36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Осмотреть щетку, кожух, скребки, ролики и соединения шлангов.</w:t>
            </w:r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585A8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Схемы</w:t>
            </w:r>
            <w:proofErr w:type="spellEnd"/>
            <w:r>
              <w:rPr>
                <w:sz w:val="15"/>
              </w:rPr>
              <w:t xml:space="preserve"> 02, 04 и 06</w:t>
            </w:r>
          </w:p>
        </w:tc>
      </w:tr>
      <w:tr w:rsidR="00182F9F" w14:paraId="2697AFD3" w14:textId="77777777">
        <w:trPr>
          <w:cantSplit/>
        </w:trPr>
        <w:tc>
          <w:tcPr>
            <w:tcW w:w="2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58BFE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После каждой смены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83D2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Опорожнить, промыть и просушить баки и всасывающий тракт.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FDFB1F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B010113, B010114, B010231</w:t>
            </w:r>
          </w:p>
        </w:tc>
      </w:tr>
      <w:tr w:rsidR="00182F9F" w14:paraId="01E9417E" w14:textId="77777777">
        <w:trPr>
          <w:cantSplit/>
        </w:trPr>
        <w:tc>
          <w:tcPr>
            <w:tcW w:w="2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410A25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После каждой смены</w:t>
            </w:r>
          </w:p>
        </w:tc>
        <w:tc>
          <w:tcPr>
            <w:tcW w:w="50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EF4C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Очистить скребки, щетку и сливной шланг; проверить заряд.</w:t>
            </w:r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126C6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B010228, B010229, B010232</w:t>
            </w:r>
          </w:p>
        </w:tc>
      </w:tr>
      <w:tr w:rsidR="00182F9F" w14:paraId="15CB27CB" w14:textId="77777777">
        <w:trPr>
          <w:cantSplit/>
        </w:trPr>
        <w:tc>
          <w:tcPr>
            <w:tcW w:w="2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21DCB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По мере загрязнения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DD63B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Очистить крышки, поплавковый узел, колеса и внешние части корпуса.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D06BFA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 xml:space="preserve">B010115, B010147; </w:t>
            </w:r>
            <w:proofErr w:type="spellStart"/>
            <w:r>
              <w:rPr>
                <w:sz w:val="15"/>
              </w:rPr>
              <w:t>схема</w:t>
            </w:r>
            <w:proofErr w:type="spellEnd"/>
            <w:r>
              <w:rPr>
                <w:sz w:val="15"/>
              </w:rPr>
              <w:t xml:space="preserve"> 05</w:t>
            </w:r>
          </w:p>
        </w:tc>
      </w:tr>
      <w:tr w:rsidR="00182F9F" w14:paraId="150AE0EE" w14:textId="77777777">
        <w:trPr>
          <w:cantSplit/>
        </w:trPr>
        <w:tc>
          <w:tcPr>
            <w:tcW w:w="2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C265A6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По мере износа</w:t>
            </w:r>
          </w:p>
        </w:tc>
        <w:tc>
          <w:tcPr>
            <w:tcW w:w="50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24F0C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Заменить скребки, ролики, щетку и поврежденные шланги.</w:t>
            </w:r>
          </w:p>
        </w:tc>
        <w:tc>
          <w:tcPr>
            <w:tcW w:w="2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5F4C9C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Схемы</w:t>
            </w:r>
            <w:proofErr w:type="spellEnd"/>
            <w:r>
              <w:rPr>
                <w:sz w:val="15"/>
              </w:rPr>
              <w:t xml:space="preserve"> 02, 04 и 06</w:t>
            </w:r>
          </w:p>
        </w:tc>
      </w:tr>
      <w:tr w:rsidR="00182F9F" w14:paraId="1DB114F1" w14:textId="77777777">
        <w:trPr>
          <w:cantSplit/>
        </w:trPr>
        <w:tc>
          <w:tcPr>
            <w:tcW w:w="2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63BF49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При неисправности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AE2F88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Проверить контроллер, двигатель щетки, вакуумный мотор и ЗУ.</w:t>
            </w:r>
          </w:p>
        </w:tc>
        <w:tc>
          <w:tcPr>
            <w:tcW w:w="2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25057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E010214, E010198, E010199</w:t>
            </w:r>
          </w:p>
        </w:tc>
      </w:tr>
    </w:tbl>
    <w:p w14:paraId="2D7D146E" w14:textId="77777777" w:rsidR="00182F9F" w:rsidRDefault="001E2FDD">
      <w:pPr>
        <w:pStyle w:val="2"/>
      </w:pPr>
      <w:r>
        <w:t>Границы обслуживания оператором</w:t>
      </w:r>
    </w:p>
    <w:p w14:paraId="32858040" w14:textId="77777777" w:rsidR="00182F9F" w:rsidRPr="00D179C8" w:rsidRDefault="001E2FDD">
      <w:pPr>
        <w:rPr>
          <w:lang w:val="ru-RU"/>
        </w:rPr>
      </w:pPr>
      <w:r w:rsidRPr="00D179C8">
        <w:rPr>
          <w:sz w:val="19"/>
          <w:lang w:val="ru-RU"/>
        </w:rPr>
        <w:t>Оператор выполняет очистку баков, проверку внешних соединений, замену совместимых скребков и щеток, визуальный осмотр батареи и зарядку штатным устройством. Работы с клеммами, контроллером, двигателями и электрической цепью поручаются обученному персоналу.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82F9F" w:rsidRPr="00F70D8A" w14:paraId="006E9B1E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695EB3F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0788B0"/>
                <w:sz w:val="19"/>
                <w:lang w:val="ru-RU"/>
              </w:rPr>
              <w:t xml:space="preserve">ПРИ ЗАКАЗЕ </w:t>
            </w: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ДЕТАЛЕЙ  </w:t>
            </w:r>
            <w:r w:rsidRPr="00D179C8">
              <w:rPr>
                <w:sz w:val="19"/>
                <w:lang w:val="ru-RU"/>
              </w:rPr>
              <w:t>Сообщайте</w:t>
            </w:r>
            <w:proofErr w:type="gramEnd"/>
            <w:r w:rsidRPr="00D179C8">
              <w:rPr>
                <w:sz w:val="19"/>
                <w:lang w:val="ru-RU"/>
              </w:rPr>
              <w:t xml:space="preserve"> модель </w:t>
            </w:r>
            <w:r>
              <w:rPr>
                <w:sz w:val="19"/>
              </w:rPr>
              <w:t>TOR</w:t>
            </w:r>
            <w:r w:rsidRPr="00D179C8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JH</w:t>
            </w:r>
            <w:r w:rsidRPr="00D179C8">
              <w:rPr>
                <w:sz w:val="19"/>
                <w:lang w:val="ru-RU"/>
              </w:rPr>
              <w:t>-400, серийный номер, номер схемы, позицию, точный артикул и требуемое количество.</w:t>
            </w:r>
          </w:p>
        </w:tc>
      </w:tr>
    </w:tbl>
    <w:p w14:paraId="2E418F76" w14:textId="77777777" w:rsidR="00182F9F" w:rsidRPr="00D179C8" w:rsidRDefault="00182F9F">
      <w:pPr>
        <w:spacing w:after="0"/>
        <w:rPr>
          <w:lang w:val="ru-RU"/>
        </w:rPr>
      </w:pPr>
    </w:p>
    <w:p w14:paraId="2429793D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661CD031" w14:textId="77777777" w:rsidR="00182F9F" w:rsidRDefault="001E2FDD">
      <w:pPr>
        <w:keepNext/>
        <w:spacing w:after="40"/>
      </w:pPr>
      <w:r>
        <w:rPr>
          <w:b/>
          <w:color w:val="0788B0"/>
          <w:sz w:val="17"/>
        </w:rPr>
        <w:t>РАЗДЕЛ 19   •   ПЕРВИЧНАЯ ДИАГНОСТИКА</w:t>
      </w:r>
    </w:p>
    <w:p w14:paraId="7A6BE4BE" w14:textId="77777777" w:rsidR="00182F9F" w:rsidRDefault="001E2FDD">
      <w:pPr>
        <w:pStyle w:val="1"/>
      </w:pPr>
      <w:r>
        <w:t>Устранение неисправностей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3490"/>
        <w:gridCol w:w="4180"/>
      </w:tblGrid>
      <w:tr w:rsidR="00182F9F" w14:paraId="336A5E03" w14:textId="77777777">
        <w:trPr>
          <w:cantSplit/>
          <w:tblHeader/>
        </w:trPr>
        <w:tc>
          <w:tcPr>
            <w:tcW w:w="24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335A0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34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D047A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41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C1B5DB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сделать</w:t>
            </w:r>
          </w:p>
        </w:tc>
      </w:tr>
      <w:tr w:rsidR="00182F9F" w:rsidRPr="00F70D8A" w14:paraId="42F25120" w14:textId="77777777">
        <w:trPr>
          <w:cantSplit/>
        </w:trPr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56F8F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Машина не включается</w:t>
            </w:r>
          </w:p>
        </w:tc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58BF3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Разряжена батарея; выключен ключ; контакт нарушен.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6E2A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Проверить дисплей, заряд 24 В, ключ и внешнее соединение батареи.</w:t>
            </w:r>
          </w:p>
        </w:tc>
      </w:tr>
      <w:tr w:rsidR="00182F9F" w:rsidRPr="00F70D8A" w14:paraId="5338A764" w14:textId="77777777">
        <w:trPr>
          <w:cantSplit/>
        </w:trPr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1F0965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Щетка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вращается</w:t>
            </w:r>
            <w:proofErr w:type="spellEnd"/>
          </w:p>
        </w:tc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B8608C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Тумблер выключен; диск заблокирован; неисправен привод.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CDA8A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Отключить АКБ, удалить мусор; сервис проверяет </w:t>
            </w:r>
            <w:r>
              <w:rPr>
                <w:sz w:val="15"/>
              </w:rPr>
              <w:t>E</w:t>
            </w:r>
            <w:r w:rsidRPr="00D179C8">
              <w:rPr>
                <w:sz w:val="15"/>
                <w:lang w:val="ru-RU"/>
              </w:rPr>
              <w:t xml:space="preserve">010198 и </w:t>
            </w:r>
            <w:r>
              <w:rPr>
                <w:sz w:val="15"/>
              </w:rPr>
              <w:t>C</w:t>
            </w:r>
            <w:r w:rsidRPr="00D179C8">
              <w:rPr>
                <w:sz w:val="15"/>
                <w:lang w:val="ru-RU"/>
              </w:rPr>
              <w:t>010134.</w:t>
            </w:r>
          </w:p>
        </w:tc>
      </w:tr>
      <w:tr w:rsidR="00182F9F" w:rsidRPr="00F70D8A" w14:paraId="0C46AE7A" w14:textId="77777777">
        <w:trPr>
          <w:cantSplit/>
        </w:trPr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A7734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Мотор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запускается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медленно</w:t>
            </w:r>
            <w:proofErr w:type="spellEnd"/>
          </w:p>
        </w:tc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BD17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Износ щеток электродвигателя или плохой контакт.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0B32E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Не разбирать двигатель самостоятельно; передать в сервис.</w:t>
            </w:r>
          </w:p>
        </w:tc>
      </w:tr>
      <w:tr w:rsidR="00182F9F" w:rsidRPr="00F70D8A" w14:paraId="56343429" w14:textId="77777777">
        <w:trPr>
          <w:cantSplit/>
        </w:trPr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A02BBB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всасывается</w:t>
            </w:r>
            <w:proofErr w:type="spellEnd"/>
          </w:p>
        </w:tc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A5B4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Заполнен бак; засорен или отсоединен шланг.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BC0E7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Проверить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 xml:space="preserve">010114,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 xml:space="preserve">010231, крышку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>010115 и скребки.</w:t>
            </w:r>
          </w:p>
        </w:tc>
      </w:tr>
      <w:tr w:rsidR="00182F9F" w:rsidRPr="00F70D8A" w14:paraId="4E7C805E" w14:textId="77777777">
        <w:trPr>
          <w:cantSplit/>
        </w:trPr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1E55C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Остаются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полосы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88B371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Изношены скребки; балка перекошена; ролик заклинил.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8D8A8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Проверить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 xml:space="preserve">010229,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 xml:space="preserve">010228,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 xml:space="preserve">010234 и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>010235.</w:t>
            </w:r>
          </w:p>
        </w:tc>
      </w:tr>
      <w:tr w:rsidR="00182F9F" w:rsidRPr="00F70D8A" w14:paraId="02F46F24" w14:textId="77777777">
        <w:trPr>
          <w:cantSplit/>
        </w:trPr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55801A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Раствор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подается</w:t>
            </w:r>
            <w:proofErr w:type="spellEnd"/>
          </w:p>
        </w:tc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012C8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Пустой бак; засорено выпускное отверстие; неисправен клапан.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D3202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Заполнить </w:t>
            </w:r>
            <w:r>
              <w:rPr>
                <w:sz w:val="15"/>
              </w:rPr>
              <w:t>B</w:t>
            </w:r>
            <w:r w:rsidRPr="00D179C8">
              <w:rPr>
                <w:sz w:val="15"/>
                <w:lang w:val="ru-RU"/>
              </w:rPr>
              <w:t>010113; проверить подачу. Ремонт клапана — сервис.</w:t>
            </w:r>
          </w:p>
        </w:tc>
      </w:tr>
      <w:tr w:rsidR="00182F9F" w:rsidRPr="00F70D8A" w14:paraId="55DA49DB" w14:textId="77777777">
        <w:trPr>
          <w:cantSplit/>
        </w:trPr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5875F7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Рукоятка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регулируется</w:t>
            </w:r>
            <w:proofErr w:type="spellEnd"/>
          </w:p>
        </w:tc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B28649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Загрязнен или поврежден шарнир / фиксатор.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66B2B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Очистить, проверить </w:t>
            </w:r>
            <w:r>
              <w:rPr>
                <w:sz w:val="15"/>
              </w:rPr>
              <w:t>C</w:t>
            </w:r>
            <w:r w:rsidRPr="00D179C8">
              <w:rPr>
                <w:sz w:val="15"/>
                <w:lang w:val="ru-RU"/>
              </w:rPr>
              <w:t>010153–</w:t>
            </w:r>
            <w:r>
              <w:rPr>
                <w:sz w:val="15"/>
              </w:rPr>
              <w:t>C</w:t>
            </w:r>
            <w:r w:rsidRPr="00D179C8">
              <w:rPr>
                <w:sz w:val="15"/>
                <w:lang w:val="ru-RU"/>
              </w:rPr>
              <w:t>010155; при заедании обратиться в сервис.</w:t>
            </w:r>
          </w:p>
        </w:tc>
      </w:tr>
      <w:tr w:rsidR="00182F9F" w:rsidRPr="00F70D8A" w14:paraId="781F930C" w14:textId="77777777">
        <w:trPr>
          <w:cantSplit/>
        </w:trPr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502C81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 xml:space="preserve">АКБ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заряжается</w:t>
            </w:r>
            <w:proofErr w:type="spellEnd"/>
          </w:p>
        </w:tc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81174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>Поврежден кабель; несовместимо ЗУ; разъем не подключен.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258A5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Проверить сухие соединения и совместимость 24 В </w:t>
            </w:r>
            <w:r>
              <w:rPr>
                <w:sz w:val="15"/>
              </w:rPr>
              <w:t>AGM</w:t>
            </w:r>
            <w:r w:rsidRPr="00D179C8">
              <w:rPr>
                <w:sz w:val="15"/>
                <w:lang w:val="ru-RU"/>
              </w:rPr>
              <w:t>/</w:t>
            </w:r>
            <w:r>
              <w:rPr>
                <w:sz w:val="15"/>
              </w:rPr>
              <w:t>GEL</w:t>
            </w:r>
            <w:r w:rsidRPr="00D179C8">
              <w:rPr>
                <w:sz w:val="15"/>
                <w:lang w:val="ru-RU"/>
              </w:rPr>
              <w:t>.</w:t>
            </w:r>
          </w:p>
        </w:tc>
      </w:tr>
      <w:tr w:rsidR="00182F9F" w:rsidRPr="00F70D8A" w14:paraId="718DC99B" w14:textId="77777777">
        <w:trPr>
          <w:cantSplit/>
        </w:trPr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91CC8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sz w:val="15"/>
              </w:rPr>
              <w:t>Пена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всасывании</w:t>
            </w:r>
            <w:proofErr w:type="spellEnd"/>
          </w:p>
        </w:tc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2145F" w14:textId="77777777" w:rsidR="00182F9F" w:rsidRDefault="001E2FDD">
            <w:pPr>
              <w:spacing w:after="0" w:line="254" w:lineRule="auto"/>
            </w:pPr>
            <w:r>
              <w:rPr>
                <w:sz w:val="15"/>
              </w:rPr>
              <w:t>Применено неподходящее моющее средство.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C47A1F" w14:textId="77777777" w:rsidR="00182F9F" w:rsidRPr="00D179C8" w:rsidRDefault="001E2FDD">
            <w:pPr>
              <w:spacing w:after="0" w:line="254" w:lineRule="auto"/>
              <w:rPr>
                <w:lang w:val="ru-RU"/>
              </w:rPr>
            </w:pPr>
            <w:r w:rsidRPr="00D179C8">
              <w:rPr>
                <w:sz w:val="15"/>
                <w:lang w:val="ru-RU"/>
              </w:rPr>
              <w:t xml:space="preserve">Остановить аппарат, промыть бак и использовать </w:t>
            </w:r>
            <w:proofErr w:type="spellStart"/>
            <w:r w:rsidRPr="00D179C8">
              <w:rPr>
                <w:sz w:val="15"/>
                <w:lang w:val="ru-RU"/>
              </w:rPr>
              <w:t>низкопенный</w:t>
            </w:r>
            <w:proofErr w:type="spellEnd"/>
            <w:r w:rsidRPr="00D179C8">
              <w:rPr>
                <w:sz w:val="15"/>
                <w:lang w:val="ru-RU"/>
              </w:rPr>
              <w:t xml:space="preserve"> состав.</w:t>
            </w:r>
          </w:p>
        </w:tc>
      </w:tr>
      <w:tr w:rsidR="00182F9F" w:rsidRPr="00F70D8A" w14:paraId="22728F60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77C310C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r w:rsidRPr="00D179C8">
              <w:rPr>
                <w:b/>
                <w:color w:val="C5362C"/>
                <w:sz w:val="19"/>
                <w:lang w:val="ru-RU"/>
              </w:rPr>
              <w:t xml:space="preserve">НЕМЕДЛЕННО </w:t>
            </w:r>
            <w:proofErr w:type="gramStart"/>
            <w:r w:rsidRPr="00D179C8">
              <w:rPr>
                <w:b/>
                <w:color w:val="C5362C"/>
                <w:sz w:val="19"/>
                <w:lang w:val="ru-RU"/>
              </w:rPr>
              <w:t xml:space="preserve">ОТКЛЮЧИТЬ  </w:t>
            </w:r>
            <w:r w:rsidRPr="00D179C8">
              <w:rPr>
                <w:sz w:val="19"/>
                <w:lang w:val="ru-RU"/>
              </w:rPr>
              <w:t>При</w:t>
            </w:r>
            <w:proofErr w:type="gramEnd"/>
            <w:r w:rsidRPr="00D179C8">
              <w:rPr>
                <w:sz w:val="19"/>
                <w:lang w:val="ru-RU"/>
              </w:rPr>
              <w:t xml:space="preserve"> запахе гари, перегреве батареи, искрении, утечке электролита, повреждении изоляции или попадании воды в электрический отсек остановите работу и вызовите сервис.</w:t>
            </w:r>
          </w:p>
        </w:tc>
      </w:tr>
    </w:tbl>
    <w:p w14:paraId="1FF30C93" w14:textId="77777777" w:rsidR="00182F9F" w:rsidRPr="00D179C8" w:rsidRDefault="00182F9F">
      <w:pPr>
        <w:spacing w:after="0"/>
        <w:rPr>
          <w:lang w:val="ru-RU"/>
        </w:rPr>
      </w:pPr>
    </w:p>
    <w:p w14:paraId="4A362DCE" w14:textId="77777777" w:rsidR="00182F9F" w:rsidRPr="00D179C8" w:rsidRDefault="001E2FDD">
      <w:pPr>
        <w:rPr>
          <w:lang w:val="ru-RU"/>
        </w:rPr>
      </w:pPr>
      <w:r w:rsidRPr="00D179C8">
        <w:rPr>
          <w:lang w:val="ru-RU"/>
        </w:rPr>
        <w:br w:type="page"/>
      </w:r>
    </w:p>
    <w:p w14:paraId="1B881FD7" w14:textId="77777777" w:rsidR="00182F9F" w:rsidRPr="00D179C8" w:rsidRDefault="001E2FDD">
      <w:pPr>
        <w:keepNext/>
        <w:spacing w:after="40"/>
        <w:rPr>
          <w:lang w:val="ru-RU"/>
        </w:rPr>
      </w:pPr>
      <w:r w:rsidRPr="00D179C8">
        <w:rPr>
          <w:b/>
          <w:color w:val="0788B0"/>
          <w:sz w:val="17"/>
          <w:lang w:val="ru-RU"/>
        </w:rPr>
        <w:t>РАЗДЕЛ 20   •   ИНФОРМАЦИЯ ВЛАДЕЛЬЦА</w:t>
      </w:r>
    </w:p>
    <w:p w14:paraId="503A3314" w14:textId="77777777" w:rsidR="00182F9F" w:rsidRPr="00D179C8" w:rsidRDefault="001E2FDD">
      <w:pPr>
        <w:pStyle w:val="1"/>
        <w:rPr>
          <w:lang w:val="ru-RU"/>
        </w:rPr>
      </w:pPr>
      <w:r w:rsidRPr="00D179C8">
        <w:rPr>
          <w:lang w:val="ru-RU"/>
        </w:rPr>
        <w:t>Хранение и сервисные данные</w:t>
      </w:r>
    </w:p>
    <w:p w14:paraId="63C6540A" w14:textId="77777777" w:rsidR="00182F9F" w:rsidRDefault="001E2FDD">
      <w:pPr>
        <w:pStyle w:val="2"/>
      </w:pPr>
      <w:proofErr w:type="spellStart"/>
      <w:r>
        <w:t>Хранение</w:t>
      </w:r>
      <w:proofErr w:type="spellEnd"/>
      <w:r>
        <w:t xml:space="preserve"> и </w:t>
      </w:r>
      <w:proofErr w:type="spellStart"/>
      <w:r>
        <w:t>транспортировка</w:t>
      </w:r>
      <w:proofErr w:type="spellEnd"/>
    </w:p>
    <w:p w14:paraId="4A92F24D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Выключите машину, слейте жидкость, промойте баки и просушите рабочие элементы.</w:t>
      </w:r>
    </w:p>
    <w:p w14:paraId="026658AE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Храните аппарат на ровной поверхности внутри сухого помещения, вдали от мороза, влаги и источников нагрева.</w:t>
      </w:r>
    </w:p>
    <w:p w14:paraId="2B64C37C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Перед длительным хранением зарядите батареи и далее проверяйте их состояние по требованиям изготовителя конкретной АКБ.</w:t>
      </w:r>
    </w:p>
    <w:p w14:paraId="53AC2F55" w14:textId="77777777" w:rsidR="00182F9F" w:rsidRPr="00D179C8" w:rsidRDefault="001E2FDD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D179C8">
        <w:rPr>
          <w:sz w:val="20"/>
          <w:lang w:val="ru-RU"/>
        </w:rPr>
        <w:t>При транспортировке закрепите машину и рукоятку; не поднимайте аппарат за шланги, крышки баков или зарядный провод.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020"/>
        <w:gridCol w:w="6120"/>
      </w:tblGrid>
      <w:tr w:rsidR="00182F9F" w14:paraId="2AF3A070" w14:textId="77777777">
        <w:trPr>
          <w:cantSplit/>
          <w:tblHeader/>
        </w:trPr>
        <w:tc>
          <w:tcPr>
            <w:tcW w:w="40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A0C512" w14:textId="77777777" w:rsidR="00182F9F" w:rsidRDefault="001E2FDD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Поле</w:t>
            </w:r>
            <w:proofErr w:type="spellEnd"/>
          </w:p>
        </w:tc>
        <w:tc>
          <w:tcPr>
            <w:tcW w:w="61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B4FA50" w14:textId="77777777" w:rsidR="00182F9F" w:rsidRDefault="001E2FDD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Заполняется владельцем</w:t>
            </w:r>
          </w:p>
        </w:tc>
      </w:tr>
      <w:tr w:rsidR="00182F9F" w14:paraId="1E999934" w14:textId="77777777">
        <w:trPr>
          <w:cantSplit/>
        </w:trPr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5EA634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Модель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1AF799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TOR JH-400</w:t>
            </w:r>
          </w:p>
        </w:tc>
      </w:tr>
      <w:tr w:rsidR="00182F9F" w14:paraId="56B46559" w14:textId="77777777">
        <w:trPr>
          <w:cantSplit/>
        </w:trPr>
        <w:tc>
          <w:tcPr>
            <w:tcW w:w="4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71398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Серийный номер</w:t>
            </w:r>
          </w:p>
        </w:tc>
        <w:tc>
          <w:tcPr>
            <w:tcW w:w="6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D76E70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14:paraId="5D88B3BF" w14:textId="77777777">
        <w:trPr>
          <w:cantSplit/>
        </w:trPr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A0FD0B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Дата приобретения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18768B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14:paraId="3F705DD3" w14:textId="77777777">
        <w:trPr>
          <w:cantSplit/>
        </w:trPr>
        <w:tc>
          <w:tcPr>
            <w:tcW w:w="4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48CF6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Дата ввода в эксплуатацию</w:t>
            </w:r>
          </w:p>
        </w:tc>
        <w:tc>
          <w:tcPr>
            <w:tcW w:w="6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0ACC3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14:paraId="5DE5B0CB" w14:textId="77777777">
        <w:trPr>
          <w:cantSplit/>
        </w:trPr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C4F34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Установленные батареи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0758C7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2 × 12 В / __________ А·ч</w:t>
            </w:r>
          </w:p>
        </w:tc>
      </w:tr>
      <w:tr w:rsidR="00182F9F" w14:paraId="214AF289" w14:textId="77777777">
        <w:trPr>
          <w:cantSplit/>
        </w:trPr>
        <w:tc>
          <w:tcPr>
            <w:tcW w:w="4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C482B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Модель зарядного устройства</w:t>
            </w:r>
          </w:p>
        </w:tc>
        <w:tc>
          <w:tcPr>
            <w:tcW w:w="6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296D18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14:paraId="0AF889AC" w14:textId="77777777">
        <w:trPr>
          <w:cantSplit/>
        </w:trPr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4729D1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Сервисная организация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C0BAB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14:paraId="2250798E" w14:textId="77777777">
        <w:trPr>
          <w:cantSplit/>
        </w:trPr>
        <w:tc>
          <w:tcPr>
            <w:tcW w:w="4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64A59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Телефон сервиса</w:t>
            </w:r>
          </w:p>
        </w:tc>
        <w:tc>
          <w:tcPr>
            <w:tcW w:w="61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F2163" w14:textId="77777777" w:rsidR="00182F9F" w:rsidRDefault="001E2FDD">
            <w:pPr>
              <w:spacing w:after="0" w:line="254" w:lineRule="auto"/>
            </w:pPr>
            <w:r>
              <w:rPr>
                <w:sz w:val="17"/>
              </w:rPr>
              <w:t>_________________________________________</w:t>
            </w:r>
          </w:p>
        </w:tc>
      </w:tr>
      <w:tr w:rsidR="00182F9F" w:rsidRPr="00F70D8A" w14:paraId="264F6EE8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45404F9" w14:textId="77777777" w:rsidR="00182F9F" w:rsidRPr="00D179C8" w:rsidRDefault="001E2FDD">
            <w:pPr>
              <w:spacing w:after="0" w:line="269" w:lineRule="auto"/>
              <w:rPr>
                <w:lang w:val="ru-RU"/>
              </w:rPr>
            </w:pPr>
            <w:proofErr w:type="gramStart"/>
            <w:r w:rsidRPr="00D179C8">
              <w:rPr>
                <w:b/>
                <w:color w:val="0788B0"/>
                <w:sz w:val="19"/>
                <w:lang w:val="ru-RU"/>
              </w:rPr>
              <w:t xml:space="preserve">УТИЛИЗАЦИЯ  </w:t>
            </w:r>
            <w:r w:rsidRPr="00D179C8">
              <w:rPr>
                <w:sz w:val="19"/>
                <w:lang w:val="ru-RU"/>
              </w:rPr>
              <w:t>Свинцово</w:t>
            </w:r>
            <w:proofErr w:type="gramEnd"/>
            <w:r w:rsidRPr="00D179C8">
              <w:rPr>
                <w:sz w:val="19"/>
                <w:lang w:val="ru-RU"/>
              </w:rPr>
              <w:t xml:space="preserve">-кислотные </w:t>
            </w:r>
            <w:r>
              <w:rPr>
                <w:sz w:val="19"/>
              </w:rPr>
              <w:t>AGM</w:t>
            </w:r>
            <w:r w:rsidRPr="00D179C8">
              <w:rPr>
                <w:sz w:val="19"/>
                <w:lang w:val="ru-RU"/>
              </w:rPr>
              <w:t>/</w:t>
            </w:r>
            <w:r>
              <w:rPr>
                <w:sz w:val="19"/>
              </w:rPr>
              <w:t>GEL</w:t>
            </w:r>
            <w:r w:rsidRPr="00D179C8">
              <w:rPr>
                <w:sz w:val="19"/>
                <w:lang w:val="ru-RU"/>
              </w:rPr>
              <w:t>-аккумуляторы, электронику, зарядное устройство, пластик и металл сдавайте в специализированные пункты приема; не выбрасывайте батареи вместе с бытовыми отходами.</w:t>
            </w:r>
          </w:p>
        </w:tc>
      </w:tr>
    </w:tbl>
    <w:p w14:paraId="505E7D14" w14:textId="77777777" w:rsidR="00182F9F" w:rsidRPr="00D179C8" w:rsidRDefault="00182F9F">
      <w:pPr>
        <w:spacing w:after="0"/>
        <w:rPr>
          <w:lang w:val="ru-RU"/>
        </w:rPr>
      </w:pPr>
    </w:p>
    <w:sectPr w:rsidR="00182F9F" w:rsidRPr="00D179C8" w:rsidSect="00034616">
      <w:headerReference w:type="default" r:id="rId22"/>
      <w:footerReference w:type="default" r:id="rId23"/>
      <w:pgSz w:w="11906" w:h="16838"/>
      <w:pgMar w:top="879" w:right="879" w:bottom="879" w:left="879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C3EF2" w14:textId="77777777" w:rsidR="00F5523C" w:rsidRDefault="00F5523C">
      <w:pPr>
        <w:spacing w:after="0" w:line="240" w:lineRule="auto"/>
      </w:pPr>
      <w:r>
        <w:separator/>
      </w:r>
    </w:p>
  </w:endnote>
  <w:endnote w:type="continuationSeparator" w:id="0">
    <w:p w14:paraId="288DDBD8" w14:textId="77777777" w:rsidR="00F5523C" w:rsidRDefault="00F5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2665" w14:textId="77777777" w:rsidR="00182F9F" w:rsidRDefault="001E2FDD">
    <w:pPr>
      <w:pStyle w:val="a6"/>
      <w:jc w:val="center"/>
    </w:pPr>
    <w:r>
      <w:rPr>
        <w:color w:val="687783"/>
        <w:sz w:val="16"/>
      </w:rPr>
      <w:t xml:space="preserve">TOR  •  JH-400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AA902" w14:textId="77777777" w:rsidR="00F5523C" w:rsidRDefault="00F5523C">
      <w:pPr>
        <w:spacing w:after="0" w:line="240" w:lineRule="auto"/>
      </w:pPr>
      <w:r>
        <w:separator/>
      </w:r>
    </w:p>
  </w:footnote>
  <w:footnote w:type="continuationSeparator" w:id="0">
    <w:p w14:paraId="3B65879D" w14:textId="77777777" w:rsidR="00F5523C" w:rsidRDefault="00F55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CD10" w14:textId="77777777" w:rsidR="00182F9F" w:rsidRDefault="001E2FDD">
    <w:pPr>
      <w:pStyle w:val="a4"/>
      <w:tabs>
        <w:tab w:val="right" w:pos="9808"/>
      </w:tabs>
    </w:pPr>
    <w:r>
      <w:rPr>
        <w:b/>
        <w:color w:val="0788B0"/>
        <w:sz w:val="16"/>
      </w:rPr>
      <w:t>TOR • JH-400</w:t>
    </w:r>
    <w:r>
      <w:rPr>
        <w:b/>
        <w:color w:val="687783"/>
        <w:sz w:val="16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144077"/>
    <w:multiLevelType w:val="singleLevel"/>
    <w:tmpl w:val="A5485D3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0" w15:restartNumberingAfterBreak="0">
    <w:nsid w:val="037A0577"/>
    <w:multiLevelType w:val="singleLevel"/>
    <w:tmpl w:val="A2F4E846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1" w15:restartNumberingAfterBreak="0">
    <w:nsid w:val="039C1669"/>
    <w:multiLevelType w:val="singleLevel"/>
    <w:tmpl w:val="DE6EE62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2" w15:restartNumberingAfterBreak="0">
    <w:nsid w:val="18BB642D"/>
    <w:multiLevelType w:val="singleLevel"/>
    <w:tmpl w:val="A8985C7A"/>
    <w:lvl w:ilvl="0">
      <w:start w:val="1"/>
      <w:numFmt w:val="decimal"/>
      <w:pStyle w:val="a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3" w15:restartNumberingAfterBreak="0">
    <w:nsid w:val="252960FA"/>
    <w:multiLevelType w:val="singleLevel"/>
    <w:tmpl w:val="59D6B90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4" w15:restartNumberingAfterBreak="0">
    <w:nsid w:val="370A4C01"/>
    <w:multiLevelType w:val="singleLevel"/>
    <w:tmpl w:val="32369D0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5" w15:restartNumberingAfterBreak="0">
    <w:nsid w:val="49045436"/>
    <w:multiLevelType w:val="singleLevel"/>
    <w:tmpl w:val="BC32702E"/>
    <w:lvl w:ilvl="0">
      <w:start w:val="1"/>
      <w:numFmt w:val="bullet"/>
      <w:lvlText w:val="•"/>
      <w:lvlJc w:val="left"/>
      <w:pPr>
        <w:tabs>
          <w:tab w:val="num" w:pos="420"/>
        </w:tabs>
        <w:ind w:left="420" w:hanging="220"/>
      </w:pPr>
      <w:rPr>
        <w:rFonts w:ascii="Calibri" w:hAnsi="Calibri"/>
        <w:color w:val="0788B0"/>
      </w:rPr>
    </w:lvl>
  </w:abstractNum>
  <w:abstractNum w:abstractNumId="16" w15:restartNumberingAfterBreak="0">
    <w:nsid w:val="546442C5"/>
    <w:multiLevelType w:val="singleLevel"/>
    <w:tmpl w:val="A942BDA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7" w15:restartNumberingAfterBreak="0">
    <w:nsid w:val="784E2CED"/>
    <w:multiLevelType w:val="singleLevel"/>
    <w:tmpl w:val="5590EA76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num w:numId="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F9F"/>
    <w:rsid w:val="001E2FDD"/>
    <w:rsid w:val="0029639D"/>
    <w:rsid w:val="00326F90"/>
    <w:rsid w:val="00AA1D8D"/>
    <w:rsid w:val="00B47730"/>
    <w:rsid w:val="00CB0664"/>
    <w:rsid w:val="00D179C8"/>
    <w:rsid w:val="00F5523C"/>
    <w:rsid w:val="00F70D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34CB7"/>
  <w14:defaultImageDpi w14:val="300"/>
  <w15:docId w15:val="{371DE96C-4FB2-467B-8149-2EEA8E74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3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60"/>
      <w:outlineLvl w:val="0"/>
    </w:pPr>
    <w:rPr>
      <w:rFonts w:asciiTheme="majorHAnsi" w:eastAsiaTheme="majorEastAsia" w:hAnsiTheme="majorHAnsi" w:cstheme="majorBidi"/>
      <w:b/>
      <w:bCs/>
      <w:color w:val="123B52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56A87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40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6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3725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JH-400 — руководство по эксплуатации и каталог запчастей</dc:title>
  <dc:subject>Аккумуляторная поломоечная машина JH-400: инструкция, аккумуляторы и шесть взрыв-схем с артикулами</dc:subject>
  <dc:creator>TOR</dc:creator>
  <cp:keywords>TOR, JH-400, 24 В, 40 А·ч, 52 А·ч, аккумулятор, взрыв-схема, оригинальные артикулы</cp:keywords>
  <dc:description>Фирменное русскоязычное руководство с оригинальными артикулами деталей</dc:description>
  <cp:lastModifiedBy>Александр Анненков</cp:lastModifiedBy>
  <cp:revision>3</cp:revision>
  <dcterms:created xsi:type="dcterms:W3CDTF">2013-12-23T23:15:00Z</dcterms:created>
  <dcterms:modified xsi:type="dcterms:W3CDTF">2026-08-24T13:11:00Z</dcterms:modified>
  <cp:category/>
</cp:coreProperties>
</file>