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15E5E" w14:textId="77777777" w:rsidR="00743395" w:rsidRDefault="00AC55A8">
      <w:pPr>
        <w:shd w:val="clear" w:color="auto" w:fill="0788B0"/>
        <w:spacing w:after="240"/>
      </w:pPr>
      <w:r>
        <w:t xml:space="preserve"> </w:t>
      </w:r>
    </w:p>
    <w:p w14:paraId="7D3E031A" w14:textId="77777777" w:rsidR="00743395" w:rsidRDefault="00AC55A8">
      <w:pPr>
        <w:spacing w:after="80"/>
        <w:jc w:val="center"/>
      </w:pPr>
      <w:r>
        <w:rPr>
          <w:noProof/>
        </w:rPr>
        <w:drawing>
          <wp:inline distT="0" distB="0" distL="0" distR="0" wp14:anchorId="7905BCB9" wp14:editId="6C25FDFD">
            <wp:extent cx="1600200" cy="915160"/>
            <wp:effectExtent l="0" t="0" r="0" b="0"/>
            <wp:docPr id="1" name="Фирменный красно-черный логотип TOR на главной странице руководства" descr="Фирменный красно-черный логотип TOR на главной странице руководст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_to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1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9FD2C" w14:textId="77777777" w:rsidR="00743395" w:rsidRPr="00265018" w:rsidRDefault="00AC55A8">
      <w:pPr>
        <w:spacing w:after="40"/>
        <w:jc w:val="center"/>
        <w:rPr>
          <w:lang w:val="ru-RU"/>
        </w:rPr>
      </w:pPr>
      <w:r w:rsidRPr="00265018">
        <w:rPr>
          <w:b/>
          <w:color w:val="123B52"/>
          <w:sz w:val="46"/>
          <w:lang w:val="ru-RU"/>
        </w:rPr>
        <w:t xml:space="preserve">ПОЛОМОЕЧНАЯ МАШИНА </w:t>
      </w:r>
      <w:r>
        <w:rPr>
          <w:b/>
          <w:color w:val="123B52"/>
          <w:sz w:val="46"/>
        </w:rPr>
        <w:t>TOR</w:t>
      </w:r>
    </w:p>
    <w:p w14:paraId="4D425D38" w14:textId="77777777" w:rsidR="00743395" w:rsidRPr="00265018" w:rsidRDefault="00AC55A8">
      <w:pPr>
        <w:jc w:val="center"/>
        <w:rPr>
          <w:lang w:val="ru-RU"/>
        </w:rPr>
      </w:pPr>
      <w:r>
        <w:rPr>
          <w:b/>
          <w:color w:val="0788B0"/>
          <w:sz w:val="68"/>
        </w:rPr>
        <w:t>JH</w:t>
      </w:r>
      <w:r w:rsidRPr="00265018">
        <w:rPr>
          <w:b/>
          <w:color w:val="0788B0"/>
          <w:sz w:val="68"/>
          <w:lang w:val="ru-RU"/>
        </w:rPr>
        <w:t>-410</w:t>
      </w:r>
    </w:p>
    <w:p w14:paraId="05FF1E31" w14:textId="77777777" w:rsidR="00743395" w:rsidRPr="00265018" w:rsidRDefault="00AC55A8">
      <w:pPr>
        <w:spacing w:after="20"/>
        <w:jc w:val="center"/>
        <w:rPr>
          <w:lang w:val="ru-RU"/>
        </w:rPr>
      </w:pPr>
      <w:r w:rsidRPr="00265018">
        <w:rPr>
          <w:color w:val="687783"/>
          <w:sz w:val="24"/>
          <w:lang w:val="ru-RU"/>
        </w:rPr>
        <w:t>Единое руководство по эксплуатации</w:t>
      </w:r>
    </w:p>
    <w:p w14:paraId="2735E00B" w14:textId="77777777" w:rsidR="00743395" w:rsidRDefault="00AC55A8">
      <w:pPr>
        <w:jc w:val="center"/>
      </w:pPr>
      <w:proofErr w:type="spellStart"/>
      <w:r>
        <w:rPr>
          <w:color w:val="687783"/>
        </w:rPr>
        <w:t>Сетевая</w:t>
      </w:r>
      <w:proofErr w:type="spellEnd"/>
      <w:r>
        <w:rPr>
          <w:color w:val="687783"/>
        </w:rPr>
        <w:t xml:space="preserve"> </w:t>
      </w:r>
      <w:proofErr w:type="spellStart"/>
      <w:r>
        <w:rPr>
          <w:color w:val="687783"/>
        </w:rPr>
        <w:t>версия</w:t>
      </w:r>
      <w:proofErr w:type="spellEnd"/>
      <w:r>
        <w:rPr>
          <w:color w:val="687783"/>
        </w:rPr>
        <w:t xml:space="preserve"> </w:t>
      </w:r>
      <w:proofErr w:type="gramStart"/>
      <w:r>
        <w:rPr>
          <w:color w:val="687783"/>
        </w:rPr>
        <w:t>3099  •</w:t>
      </w:r>
      <w:proofErr w:type="gramEnd"/>
      <w:r>
        <w:rPr>
          <w:color w:val="687783"/>
        </w:rPr>
        <w:t xml:space="preserve">  Аккумуляторная версия 3100</w:t>
      </w:r>
    </w:p>
    <w:p w14:paraId="58E0E035" w14:textId="77777777" w:rsidR="00743395" w:rsidRDefault="00AC55A8">
      <w:pPr>
        <w:spacing w:before="60" w:after="0"/>
        <w:jc w:val="center"/>
      </w:pPr>
      <w:r>
        <w:rPr>
          <w:noProof/>
        </w:rPr>
        <w:drawing>
          <wp:inline distT="0" distB="0" distL="0" distR="0" wp14:anchorId="088DCBA0" wp14:editId="42C95E37">
            <wp:extent cx="4251960" cy="5827436"/>
            <wp:effectExtent l="0" t="0" r="0" b="0"/>
            <wp:docPr id="2" name="Цветная фотография поломоечной машины TOR JH-410 с фирменным логотипом на корпусе" descr="Цветная фотография поломоечной машины TOR JH-410 с фирменным логотипом на корпус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r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5827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645C4" w14:textId="77777777" w:rsidR="00743395" w:rsidRDefault="00AC55A8">
      <w:r>
        <w:br w:type="page"/>
      </w:r>
    </w:p>
    <w:p w14:paraId="79AF5B59" w14:textId="77777777" w:rsidR="00743395" w:rsidRPr="00265018" w:rsidRDefault="00AC55A8">
      <w:pPr>
        <w:keepNext/>
        <w:spacing w:after="40"/>
        <w:rPr>
          <w:lang w:val="ru-RU"/>
        </w:rPr>
      </w:pPr>
      <w:r w:rsidRPr="00265018">
        <w:rPr>
          <w:b/>
          <w:color w:val="0788B0"/>
          <w:sz w:val="17"/>
          <w:lang w:val="ru-RU"/>
        </w:rPr>
        <w:lastRenderedPageBreak/>
        <w:t>РАЗДЕЛ 01   •   3099 / 3100</w:t>
      </w:r>
    </w:p>
    <w:p w14:paraId="57505BCB" w14:textId="77777777" w:rsidR="00743395" w:rsidRPr="00265018" w:rsidRDefault="00AC55A8">
      <w:pPr>
        <w:pStyle w:val="1"/>
        <w:rPr>
          <w:lang w:val="ru-RU"/>
        </w:rPr>
      </w:pPr>
      <w:r w:rsidRPr="00265018">
        <w:rPr>
          <w:lang w:val="ru-RU"/>
        </w:rPr>
        <w:t>Как пользоваться руководством</w:t>
      </w:r>
    </w:p>
    <w:p w14:paraId="40DE5B54" w14:textId="77777777" w:rsidR="00743395" w:rsidRPr="00265018" w:rsidRDefault="00AC55A8">
      <w:pPr>
        <w:rPr>
          <w:lang w:val="ru-RU"/>
        </w:rPr>
      </w:pPr>
      <w:r w:rsidRPr="00265018">
        <w:rPr>
          <w:lang w:val="ru-RU"/>
        </w:rPr>
        <w:t xml:space="preserve">Руководство объединяет две модификации </w:t>
      </w:r>
      <w:r>
        <w:t>TOR</w:t>
      </w:r>
      <w:r w:rsidRPr="00265018">
        <w:rPr>
          <w:lang w:val="ru-RU"/>
        </w:rPr>
        <w:t xml:space="preserve"> </w:t>
      </w:r>
      <w:r>
        <w:t>JH</w:t>
      </w:r>
      <w:r w:rsidRPr="00265018">
        <w:rPr>
          <w:lang w:val="ru-RU"/>
        </w:rPr>
        <w:t>-410. Общие операции одинаковы, а действия по питанию, зарядке и электрической безопасности разделены по типу машины.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1850"/>
        <w:gridCol w:w="2410"/>
        <w:gridCol w:w="5880"/>
      </w:tblGrid>
      <w:tr w:rsidR="00743395" w14:paraId="4C2B6E5E" w14:textId="77777777">
        <w:trPr>
          <w:cantSplit/>
          <w:tblHeader/>
        </w:trPr>
        <w:tc>
          <w:tcPr>
            <w:tcW w:w="185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628487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18"/>
              </w:rPr>
              <w:t>Версия</w:t>
            </w:r>
            <w:proofErr w:type="spellEnd"/>
          </w:p>
        </w:tc>
        <w:tc>
          <w:tcPr>
            <w:tcW w:w="241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82EECF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Источник питания</w:t>
            </w:r>
          </w:p>
        </w:tc>
        <w:tc>
          <w:tcPr>
            <w:tcW w:w="588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1044C8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 что обратить внимание</w:t>
            </w:r>
          </w:p>
        </w:tc>
      </w:tr>
      <w:tr w:rsidR="00743395" w:rsidRPr="006E145E" w14:paraId="740B5090" w14:textId="77777777">
        <w:trPr>
          <w:cantSplit/>
        </w:trPr>
        <w:tc>
          <w:tcPr>
            <w:tcW w:w="18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35F174" w14:textId="77777777" w:rsidR="00743395" w:rsidRDefault="00AC55A8">
            <w:pPr>
              <w:spacing w:after="0" w:line="254" w:lineRule="auto"/>
            </w:pPr>
            <w:r>
              <w:rPr>
                <w:sz w:val="17"/>
              </w:rPr>
              <w:t>3099 • СЕТЬ</w:t>
            </w:r>
          </w:p>
        </w:tc>
        <w:tc>
          <w:tcPr>
            <w:tcW w:w="24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7CB8CB" w14:textId="77777777" w:rsidR="00743395" w:rsidRDefault="00AC55A8">
            <w:pPr>
              <w:spacing w:after="0" w:line="254" w:lineRule="auto"/>
            </w:pPr>
            <w:r>
              <w:rPr>
                <w:sz w:val="17"/>
              </w:rPr>
              <w:t>220 В переменного тока</w:t>
            </w:r>
          </w:p>
        </w:tc>
        <w:tc>
          <w:tcPr>
            <w:tcW w:w="58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CA32C9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7"/>
                <w:lang w:val="ru-RU"/>
              </w:rPr>
              <w:t>Кабель питания, заземление, защита сети; схема приведена в разделе электрики.</w:t>
            </w:r>
          </w:p>
        </w:tc>
      </w:tr>
      <w:tr w:rsidR="00743395" w:rsidRPr="006E145E" w14:paraId="7EC9115B" w14:textId="77777777">
        <w:trPr>
          <w:cantSplit/>
        </w:trPr>
        <w:tc>
          <w:tcPr>
            <w:tcW w:w="18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1E94C7" w14:textId="77777777" w:rsidR="00743395" w:rsidRDefault="00AC55A8">
            <w:pPr>
              <w:spacing w:after="0" w:line="254" w:lineRule="auto"/>
            </w:pPr>
            <w:r>
              <w:rPr>
                <w:sz w:val="17"/>
              </w:rPr>
              <w:t>3100 • АКБ</w:t>
            </w:r>
          </w:p>
        </w:tc>
        <w:tc>
          <w:tcPr>
            <w:tcW w:w="24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3E88DC" w14:textId="77777777" w:rsidR="00743395" w:rsidRDefault="00AC55A8">
            <w:pPr>
              <w:spacing w:after="0" w:line="254" w:lineRule="auto"/>
            </w:pPr>
            <w:r>
              <w:rPr>
                <w:sz w:val="17"/>
              </w:rPr>
              <w:t>24 В постоянного тока</w:t>
            </w:r>
          </w:p>
        </w:tc>
        <w:tc>
          <w:tcPr>
            <w:tcW w:w="58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152F6C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7"/>
                <w:lang w:val="ru-RU"/>
              </w:rPr>
              <w:t xml:space="preserve">Две батареи 12 В / 80 </w:t>
            </w:r>
            <w:proofErr w:type="spellStart"/>
            <w:r w:rsidRPr="00265018">
              <w:rPr>
                <w:sz w:val="17"/>
                <w:lang w:val="ru-RU"/>
              </w:rPr>
              <w:t>А·ч</w:t>
            </w:r>
            <w:proofErr w:type="spellEnd"/>
            <w:r w:rsidRPr="00265018">
              <w:rPr>
                <w:sz w:val="17"/>
                <w:lang w:val="ru-RU"/>
              </w:rPr>
              <w:t>, зарядное устройство и полярность соединений.</w:t>
            </w:r>
          </w:p>
        </w:tc>
      </w:tr>
    </w:tbl>
    <w:p w14:paraId="02ABC912" w14:textId="77777777" w:rsidR="00743395" w:rsidRDefault="00AC55A8">
      <w:pPr>
        <w:pStyle w:val="2"/>
      </w:pPr>
      <w:proofErr w:type="spellStart"/>
      <w:r>
        <w:t>Как</w:t>
      </w:r>
      <w:proofErr w:type="spellEnd"/>
      <w:r>
        <w:t xml:space="preserve"> </w:t>
      </w:r>
      <w:proofErr w:type="spellStart"/>
      <w:r>
        <w:t>определить</w:t>
      </w:r>
      <w:proofErr w:type="spellEnd"/>
      <w:r>
        <w:t xml:space="preserve"> </w:t>
      </w:r>
      <w:proofErr w:type="spellStart"/>
      <w:r>
        <w:t>исполнение</w:t>
      </w:r>
      <w:proofErr w:type="spellEnd"/>
    </w:p>
    <w:p w14:paraId="134D7881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Найдите модель и серийный номер на паспортной табличке машины.</w:t>
      </w:r>
    </w:p>
    <w:p w14:paraId="1E14B2DA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Проверьте, оборудован ли аппарат постоянным сетевым кабелем либо двумя аккумуляторами и зарядным разъемом.</w:t>
      </w:r>
    </w:p>
    <w:p w14:paraId="1B1E1257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При заказе запчастей сверяйте позицию на схеме, оригинальный артикул и фактическую конструкцию своей версии.</w:t>
      </w:r>
    </w:p>
    <w:p w14:paraId="6BB24F79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Паспортная табличка конкретного аппарата имеет приоритет над обобщенной таблицей старой инструкции.</w:t>
      </w:r>
    </w:p>
    <w:tbl>
      <w:tblPr>
        <w:tblW w:w="10140" w:type="dxa"/>
        <w:tblInd w:w="170" w:type="dxa"/>
        <w:tblBorders>
          <w:top w:val="single" w:sz="9" w:space="0" w:color="D79600"/>
          <w:left w:val="single" w:sz="9" w:space="0" w:color="D79600"/>
          <w:bottom w:val="single" w:sz="9" w:space="0" w:color="D79600"/>
          <w:right w:val="single" w:sz="9" w:space="0" w:color="D796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743395" w14:paraId="33C23144" w14:textId="77777777">
        <w:trPr>
          <w:cantSplit/>
          <w:tblHeader/>
        </w:trPr>
        <w:tc>
          <w:tcPr>
            <w:tcW w:w="10140" w:type="dxa"/>
            <w:shd w:val="clear" w:color="auto" w:fill="FFF7DF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329FB3D1" w14:textId="77777777" w:rsidR="00743395" w:rsidRDefault="00AC55A8">
            <w:pPr>
              <w:spacing w:after="0" w:line="269" w:lineRule="auto"/>
            </w:pPr>
            <w:proofErr w:type="gramStart"/>
            <w:r w:rsidRPr="00265018">
              <w:rPr>
                <w:b/>
                <w:color w:val="D79600"/>
                <w:sz w:val="19"/>
                <w:lang w:val="ru-RU"/>
              </w:rPr>
              <w:t xml:space="preserve">ВАЖНО  </w:t>
            </w:r>
            <w:r w:rsidRPr="00265018">
              <w:rPr>
                <w:sz w:val="19"/>
                <w:lang w:val="ru-RU"/>
              </w:rPr>
              <w:t>Электрическая</w:t>
            </w:r>
            <w:proofErr w:type="gramEnd"/>
            <w:r w:rsidRPr="00265018">
              <w:rPr>
                <w:sz w:val="19"/>
                <w:lang w:val="ru-RU"/>
              </w:rPr>
              <w:t xml:space="preserve"> схема в приложении относится только к сетевой модификации 3099; подключать по ней аккумуляторную версию </w:t>
            </w:r>
            <w:r>
              <w:rPr>
                <w:sz w:val="19"/>
              </w:rPr>
              <w:t xml:space="preserve">3100 </w:t>
            </w:r>
            <w:proofErr w:type="spellStart"/>
            <w:r>
              <w:rPr>
                <w:sz w:val="19"/>
              </w:rPr>
              <w:t>запрещено</w:t>
            </w:r>
            <w:proofErr w:type="spellEnd"/>
            <w:r>
              <w:rPr>
                <w:sz w:val="19"/>
              </w:rPr>
              <w:t>.</w:t>
            </w:r>
          </w:p>
        </w:tc>
      </w:tr>
    </w:tbl>
    <w:p w14:paraId="3BE8DD76" w14:textId="77777777" w:rsidR="00743395" w:rsidRDefault="00743395">
      <w:pPr>
        <w:spacing w:after="20"/>
      </w:pPr>
    </w:p>
    <w:p w14:paraId="5637155F" w14:textId="0EBB8A25" w:rsidR="00743395" w:rsidRDefault="00AC55A8" w:rsidP="006E145E">
      <w:r>
        <w:rPr>
          <w:b/>
          <w:color w:val="0788B0"/>
          <w:sz w:val="17"/>
        </w:rPr>
        <w:t>РАЗДЕЛ 02   •   ОБЕ ВЕРСИИ</w:t>
      </w:r>
    </w:p>
    <w:p w14:paraId="1A3BC956" w14:textId="77777777" w:rsidR="00743395" w:rsidRDefault="00AC55A8">
      <w:pPr>
        <w:pStyle w:val="1"/>
      </w:pPr>
      <w:r>
        <w:t>Общие требования безопасности</w:t>
      </w:r>
    </w:p>
    <w:p w14:paraId="02A7AA55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К работе допускаются обученные сотрудники, изучившие руководство и проверившие исправность машины.</w:t>
      </w:r>
    </w:p>
    <w:p w14:paraId="753E3A4B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Машина предназначена для твердых полов внутри помещений; не применяйте ее во взрывоопасной среде.</w:t>
      </w:r>
    </w:p>
    <w:p w14:paraId="6F4F5106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Не собирайте бензин, растворители, горящую золу, реакционноспособные металлы и другие опасные вещества.</w:t>
      </w:r>
    </w:p>
    <w:p w14:paraId="50E434D0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Работайте в нескользящей обуви, снижайте скорость на поворотах и скользких участках.</w:t>
      </w:r>
    </w:p>
    <w:p w14:paraId="5DCADD1D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Не превышайте уклон 5 % (около 3°) и не допускайте детей в рабочую зону.</w:t>
      </w:r>
    </w:p>
    <w:p w14:paraId="4A917B4D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Перед обслуживанием установите машину на ровную поверхность, выключите питание и извлеките ключ.</w:t>
      </w:r>
    </w:p>
    <w:p w14:paraId="4A3403AD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Не направляйте воду под давлением на корпус, панель управления, двигатели, кабели и соединения.</w:t>
      </w:r>
    </w:p>
    <w:p w14:paraId="487DE15C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 xml:space="preserve">Используйте только совместимые </w:t>
      </w:r>
      <w:proofErr w:type="spellStart"/>
      <w:r w:rsidRPr="00265018">
        <w:rPr>
          <w:sz w:val="20"/>
          <w:lang w:val="ru-RU"/>
        </w:rPr>
        <w:t>низкопенные</w:t>
      </w:r>
      <w:proofErr w:type="spellEnd"/>
      <w:r w:rsidRPr="00265018">
        <w:rPr>
          <w:sz w:val="20"/>
          <w:lang w:val="ru-RU"/>
        </w:rPr>
        <w:t xml:space="preserve"> моющие средства, оригинальные расходные материалы и исправные узлы.</w:t>
      </w:r>
    </w:p>
    <w:tbl>
      <w:tblPr>
        <w:tblW w:w="10140" w:type="dxa"/>
        <w:tblInd w:w="170" w:type="dxa"/>
        <w:tblBorders>
          <w:top w:val="single" w:sz="9" w:space="0" w:color="C5362C"/>
          <w:left w:val="single" w:sz="9" w:space="0" w:color="C5362C"/>
          <w:bottom w:val="single" w:sz="9" w:space="0" w:color="C5362C"/>
          <w:right w:val="single" w:sz="9" w:space="0" w:color="C5362C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743395" w14:paraId="1F1CD0B5" w14:textId="77777777">
        <w:trPr>
          <w:cantSplit/>
          <w:tblHeader/>
        </w:trPr>
        <w:tc>
          <w:tcPr>
            <w:tcW w:w="10140" w:type="dxa"/>
            <w:shd w:val="clear" w:color="auto" w:fill="FDECEB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203B5446" w14:textId="77777777" w:rsidR="00743395" w:rsidRDefault="00AC55A8">
            <w:pPr>
              <w:spacing w:after="0" w:line="269" w:lineRule="auto"/>
            </w:pPr>
            <w:proofErr w:type="gramStart"/>
            <w:r w:rsidRPr="00265018">
              <w:rPr>
                <w:b/>
                <w:color w:val="C5362C"/>
                <w:sz w:val="19"/>
                <w:lang w:val="ru-RU"/>
              </w:rPr>
              <w:t xml:space="preserve">ОПАСНОСТЬ  </w:t>
            </w:r>
            <w:r w:rsidRPr="00265018">
              <w:rPr>
                <w:sz w:val="19"/>
                <w:lang w:val="ru-RU"/>
              </w:rPr>
              <w:t>Вращающаяся</w:t>
            </w:r>
            <w:proofErr w:type="gramEnd"/>
            <w:r w:rsidRPr="00265018">
              <w:rPr>
                <w:sz w:val="19"/>
                <w:lang w:val="ru-RU"/>
              </w:rPr>
              <w:t xml:space="preserve"> щетка, электрические цепи и влажная поверхность могут вызвать травму, поражение током или падение. </w:t>
            </w:r>
            <w:proofErr w:type="spellStart"/>
            <w:r>
              <w:rPr>
                <w:sz w:val="19"/>
              </w:rPr>
              <w:t>Отключайте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соответствующий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источник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питания</w:t>
            </w:r>
            <w:proofErr w:type="spellEnd"/>
            <w:r>
              <w:rPr>
                <w:sz w:val="19"/>
              </w:rPr>
              <w:t xml:space="preserve"> до осмотра.</w:t>
            </w:r>
          </w:p>
        </w:tc>
      </w:tr>
    </w:tbl>
    <w:p w14:paraId="2F7F69F9" w14:textId="77777777" w:rsidR="00743395" w:rsidRDefault="00743395">
      <w:pPr>
        <w:spacing w:after="20"/>
      </w:pPr>
    </w:p>
    <w:p w14:paraId="46115477" w14:textId="77777777" w:rsidR="00743395" w:rsidRDefault="00AC55A8">
      <w:r>
        <w:br w:type="page"/>
      </w:r>
    </w:p>
    <w:p w14:paraId="21E23F5C" w14:textId="77777777" w:rsidR="00743395" w:rsidRDefault="00AC55A8">
      <w:pPr>
        <w:keepNext/>
        <w:spacing w:after="40"/>
      </w:pPr>
      <w:r>
        <w:rPr>
          <w:b/>
          <w:color w:val="0788B0"/>
          <w:sz w:val="17"/>
        </w:rPr>
        <w:t>РАЗДЕЛ 03   •   СЕТЬ И АККУМУЛЯТОР</w:t>
      </w:r>
    </w:p>
    <w:p w14:paraId="7FA575FF" w14:textId="77777777" w:rsidR="00743395" w:rsidRDefault="00AC55A8">
      <w:pPr>
        <w:pStyle w:val="1"/>
      </w:pPr>
      <w:r>
        <w:t>Безопасность питания</w:t>
      </w:r>
    </w:p>
    <w:p w14:paraId="09ACC614" w14:textId="77777777" w:rsidR="00743395" w:rsidRDefault="00AC55A8">
      <w:pPr>
        <w:pStyle w:val="2"/>
      </w:pPr>
      <w:r>
        <w:t>3099 • работа от электрической сети</w:t>
      </w:r>
    </w:p>
    <w:p w14:paraId="4437AC48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Подключайте машину только к исправной заземленной сети с параметрами, указанными на шильдике.</w:t>
      </w:r>
    </w:p>
    <w:p w14:paraId="26D916C8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Используйте защитное отключение и кабель, подходящий по сечению, нагрузке и условиям влажной уборки.</w:t>
      </w:r>
    </w:p>
    <w:p w14:paraId="714BBB37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Ведите провод позади машины; не переезжайте его щеткой и не допускайте контакта соединений с водой.</w:t>
      </w:r>
    </w:p>
    <w:p w14:paraId="015A0E8B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При повреждении изоляции немедленно отключите вилку и запретите дальнейшую эксплуатацию.</w:t>
      </w:r>
    </w:p>
    <w:p w14:paraId="76EC8ACA" w14:textId="77777777" w:rsidR="00743395" w:rsidRDefault="00AC55A8">
      <w:pPr>
        <w:pStyle w:val="2"/>
      </w:pPr>
      <w:r>
        <w:t xml:space="preserve">3100 • </w:t>
      </w:r>
      <w:proofErr w:type="spellStart"/>
      <w:r>
        <w:t>работа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аккумуляторов</w:t>
      </w:r>
      <w:proofErr w:type="spellEnd"/>
    </w:p>
    <w:p w14:paraId="6B954C3C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Исключите короткое замыкание батарей и касание клемм металлическим инструментом.</w:t>
      </w:r>
    </w:p>
    <w:p w14:paraId="599A91E8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Заряжайте только в проветриваемом помещении, вдали от искр и открытого огня.</w:t>
      </w:r>
    </w:p>
    <w:p w14:paraId="19DC51B7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Применяйте только совместимое зарядное устройство 24 В для фактического типа батарей.</w:t>
      </w:r>
    </w:p>
    <w:p w14:paraId="3437AA8E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Перед работой с силовой проводкой отсоединяйте аккумуляторный разъем.</w:t>
      </w:r>
    </w:p>
    <w:tbl>
      <w:tblPr>
        <w:tblW w:w="10140" w:type="dxa"/>
        <w:tblInd w:w="170" w:type="dxa"/>
        <w:tblBorders>
          <w:top w:val="single" w:sz="9" w:space="0" w:color="D79600"/>
          <w:left w:val="single" w:sz="9" w:space="0" w:color="D79600"/>
          <w:bottom w:val="single" w:sz="9" w:space="0" w:color="D79600"/>
          <w:right w:val="single" w:sz="9" w:space="0" w:color="D796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743395" w:rsidRPr="006E145E" w14:paraId="72F37D0C" w14:textId="77777777">
        <w:trPr>
          <w:cantSplit/>
          <w:tblHeader/>
        </w:trPr>
        <w:tc>
          <w:tcPr>
            <w:tcW w:w="10140" w:type="dxa"/>
            <w:shd w:val="clear" w:color="auto" w:fill="FFF7DF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5696D197" w14:textId="77777777" w:rsidR="00743395" w:rsidRPr="00265018" w:rsidRDefault="00AC55A8">
            <w:pPr>
              <w:spacing w:after="0" w:line="269" w:lineRule="auto"/>
              <w:rPr>
                <w:lang w:val="ru-RU"/>
              </w:rPr>
            </w:pPr>
            <w:r w:rsidRPr="00265018">
              <w:rPr>
                <w:b/>
                <w:color w:val="D79600"/>
                <w:sz w:val="19"/>
                <w:lang w:val="ru-RU"/>
              </w:rPr>
              <w:t xml:space="preserve">НЕ </w:t>
            </w:r>
            <w:proofErr w:type="gramStart"/>
            <w:r w:rsidRPr="00265018">
              <w:rPr>
                <w:b/>
                <w:color w:val="D79600"/>
                <w:sz w:val="19"/>
                <w:lang w:val="ru-RU"/>
              </w:rPr>
              <w:t xml:space="preserve">ПЕРЕПУТАЙТЕ  </w:t>
            </w:r>
            <w:r w:rsidRPr="00265018">
              <w:rPr>
                <w:sz w:val="19"/>
                <w:lang w:val="ru-RU"/>
              </w:rPr>
              <w:t>Вилка</w:t>
            </w:r>
            <w:proofErr w:type="gramEnd"/>
            <w:r w:rsidRPr="00265018">
              <w:rPr>
                <w:sz w:val="19"/>
                <w:lang w:val="ru-RU"/>
              </w:rPr>
              <w:t xml:space="preserve"> сетевой версии питает саму машину; у аккумуляторной версии сеть используется только для совместимого зарядного устройства.</w:t>
            </w:r>
          </w:p>
        </w:tc>
      </w:tr>
    </w:tbl>
    <w:p w14:paraId="0211247B" w14:textId="77777777" w:rsidR="00743395" w:rsidRPr="00265018" w:rsidRDefault="00743395">
      <w:pPr>
        <w:spacing w:after="20"/>
        <w:rPr>
          <w:lang w:val="ru-RU"/>
        </w:rPr>
      </w:pPr>
    </w:p>
    <w:p w14:paraId="399F7BBD" w14:textId="011BF84A" w:rsidR="00743395" w:rsidRPr="00265018" w:rsidRDefault="00AC55A8" w:rsidP="006E145E">
      <w:pPr>
        <w:rPr>
          <w:lang w:val="ru-RU"/>
        </w:rPr>
      </w:pPr>
      <w:r w:rsidRPr="00265018">
        <w:rPr>
          <w:b/>
          <w:color w:val="0788B0"/>
          <w:sz w:val="17"/>
          <w:lang w:val="ru-RU"/>
        </w:rPr>
        <w:t>РАЗДЕЛ 04   •   ДАННЫЕ ИСХОДНОГО РУКОВОДСТВА</w:t>
      </w:r>
    </w:p>
    <w:p w14:paraId="365ADA14" w14:textId="77777777" w:rsidR="00743395" w:rsidRPr="00265018" w:rsidRDefault="00AC55A8">
      <w:pPr>
        <w:pStyle w:val="1"/>
        <w:rPr>
          <w:lang w:val="ru-RU"/>
        </w:rPr>
      </w:pPr>
      <w:r w:rsidRPr="00265018">
        <w:rPr>
          <w:lang w:val="ru-RU"/>
        </w:rPr>
        <w:t>Характеристики обеих версий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4340"/>
        <w:gridCol w:w="2730"/>
        <w:gridCol w:w="3070"/>
      </w:tblGrid>
      <w:tr w:rsidR="00743395" w14:paraId="40E20630" w14:textId="77777777">
        <w:trPr>
          <w:cantSplit/>
          <w:tblHeader/>
        </w:trPr>
        <w:tc>
          <w:tcPr>
            <w:tcW w:w="434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6CF1A1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18"/>
              </w:rPr>
              <w:t>Параметр</w:t>
            </w:r>
            <w:proofErr w:type="spellEnd"/>
          </w:p>
        </w:tc>
        <w:tc>
          <w:tcPr>
            <w:tcW w:w="273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7E8874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3099 • сетевая</w:t>
            </w:r>
          </w:p>
        </w:tc>
        <w:tc>
          <w:tcPr>
            <w:tcW w:w="307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459140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3100 • аккумуляторная</w:t>
            </w:r>
          </w:p>
        </w:tc>
      </w:tr>
      <w:tr w:rsidR="00743395" w14:paraId="46FDC1C4" w14:textId="77777777">
        <w:trPr>
          <w:cantSplit/>
        </w:trPr>
        <w:tc>
          <w:tcPr>
            <w:tcW w:w="43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143348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Артикул исполнения</w:t>
            </w:r>
          </w:p>
        </w:tc>
        <w:tc>
          <w:tcPr>
            <w:tcW w:w="27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0034D0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3099 • СЕТЬ</w:t>
            </w:r>
          </w:p>
        </w:tc>
        <w:tc>
          <w:tcPr>
            <w:tcW w:w="30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F6D95F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3100 • АКБ</w:t>
            </w:r>
          </w:p>
        </w:tc>
      </w:tr>
      <w:tr w:rsidR="00743395" w14:paraId="68DFBF61" w14:textId="77777777">
        <w:trPr>
          <w:cantSplit/>
        </w:trPr>
        <w:tc>
          <w:tcPr>
            <w:tcW w:w="43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FF5525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Питание</w:t>
            </w:r>
          </w:p>
        </w:tc>
        <w:tc>
          <w:tcPr>
            <w:tcW w:w="27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723738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220 В AC</w:t>
            </w:r>
          </w:p>
        </w:tc>
        <w:tc>
          <w:tcPr>
            <w:tcW w:w="30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BD43D3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24 В DC / 80 А·ч</w:t>
            </w:r>
          </w:p>
        </w:tc>
      </w:tr>
      <w:tr w:rsidR="00743395" w14:paraId="3933863B" w14:textId="77777777">
        <w:trPr>
          <w:cantSplit/>
        </w:trPr>
        <w:tc>
          <w:tcPr>
            <w:tcW w:w="43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BDE240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Мощность двигателя щетки</w:t>
            </w:r>
          </w:p>
        </w:tc>
        <w:tc>
          <w:tcPr>
            <w:tcW w:w="27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9D8E50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400 Вт*</w:t>
            </w:r>
          </w:p>
        </w:tc>
        <w:tc>
          <w:tcPr>
            <w:tcW w:w="30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695D77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400 Вт*</w:t>
            </w:r>
          </w:p>
        </w:tc>
      </w:tr>
      <w:tr w:rsidR="00743395" w14:paraId="28A79423" w14:textId="77777777">
        <w:trPr>
          <w:cantSplit/>
        </w:trPr>
        <w:tc>
          <w:tcPr>
            <w:tcW w:w="43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B163C6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Мощность двигателя всасывания</w:t>
            </w:r>
          </w:p>
        </w:tc>
        <w:tc>
          <w:tcPr>
            <w:tcW w:w="27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4D4A58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500 Вт</w:t>
            </w:r>
          </w:p>
        </w:tc>
        <w:tc>
          <w:tcPr>
            <w:tcW w:w="30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29DA46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500 Вт</w:t>
            </w:r>
          </w:p>
        </w:tc>
      </w:tr>
      <w:tr w:rsidR="00743395" w14:paraId="3D901F89" w14:textId="77777777">
        <w:trPr>
          <w:cantSplit/>
        </w:trPr>
        <w:tc>
          <w:tcPr>
            <w:tcW w:w="43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EABAFC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Ширина очистки</w:t>
            </w:r>
          </w:p>
        </w:tc>
        <w:tc>
          <w:tcPr>
            <w:tcW w:w="27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143F33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460 мм*</w:t>
            </w:r>
          </w:p>
        </w:tc>
        <w:tc>
          <w:tcPr>
            <w:tcW w:w="30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C93F59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460 мм*</w:t>
            </w:r>
          </w:p>
        </w:tc>
      </w:tr>
      <w:tr w:rsidR="00743395" w14:paraId="3BD57981" w14:textId="77777777">
        <w:trPr>
          <w:cantSplit/>
        </w:trPr>
        <w:tc>
          <w:tcPr>
            <w:tcW w:w="43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169B51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Ширина всасывающей балки</w:t>
            </w:r>
          </w:p>
        </w:tc>
        <w:tc>
          <w:tcPr>
            <w:tcW w:w="27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515661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780 мм</w:t>
            </w:r>
          </w:p>
        </w:tc>
        <w:tc>
          <w:tcPr>
            <w:tcW w:w="30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6BACEB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780 мм</w:t>
            </w:r>
          </w:p>
        </w:tc>
      </w:tr>
      <w:tr w:rsidR="00743395" w14:paraId="68000FBC" w14:textId="77777777">
        <w:trPr>
          <w:cantSplit/>
        </w:trPr>
        <w:tc>
          <w:tcPr>
            <w:tcW w:w="43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A3244E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Производительность</w:t>
            </w:r>
          </w:p>
        </w:tc>
        <w:tc>
          <w:tcPr>
            <w:tcW w:w="27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B48108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до 1900 м²/ч</w:t>
            </w:r>
          </w:p>
        </w:tc>
        <w:tc>
          <w:tcPr>
            <w:tcW w:w="30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C6C853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до 1900 м²/ч</w:t>
            </w:r>
          </w:p>
        </w:tc>
      </w:tr>
      <w:tr w:rsidR="00743395" w14:paraId="58D40EA1" w14:textId="77777777">
        <w:trPr>
          <w:cantSplit/>
        </w:trPr>
        <w:tc>
          <w:tcPr>
            <w:tcW w:w="43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689B9A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Скорость вращения щетки</w:t>
            </w:r>
          </w:p>
        </w:tc>
        <w:tc>
          <w:tcPr>
            <w:tcW w:w="27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2649E5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185 об/мин</w:t>
            </w:r>
          </w:p>
        </w:tc>
        <w:tc>
          <w:tcPr>
            <w:tcW w:w="30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EDC60F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185 об/мин</w:t>
            </w:r>
          </w:p>
        </w:tc>
      </w:tr>
      <w:tr w:rsidR="00743395" w14:paraId="7C2F7A45" w14:textId="77777777">
        <w:trPr>
          <w:cantSplit/>
        </w:trPr>
        <w:tc>
          <w:tcPr>
            <w:tcW w:w="43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4226E1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Разрежение всасывания</w:t>
            </w:r>
          </w:p>
        </w:tc>
        <w:tc>
          <w:tcPr>
            <w:tcW w:w="27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DA7143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180 мбар</w:t>
            </w:r>
          </w:p>
        </w:tc>
        <w:tc>
          <w:tcPr>
            <w:tcW w:w="30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37E3EA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180 мбар</w:t>
            </w:r>
          </w:p>
        </w:tc>
      </w:tr>
      <w:tr w:rsidR="00743395" w14:paraId="75667C3E" w14:textId="77777777">
        <w:trPr>
          <w:cantSplit/>
        </w:trPr>
        <w:tc>
          <w:tcPr>
            <w:tcW w:w="43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72A96B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Бак чистого раствора</w:t>
            </w:r>
          </w:p>
        </w:tc>
        <w:tc>
          <w:tcPr>
            <w:tcW w:w="27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DA4D8D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40 л</w:t>
            </w:r>
          </w:p>
        </w:tc>
        <w:tc>
          <w:tcPr>
            <w:tcW w:w="30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DE18B4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40 л</w:t>
            </w:r>
          </w:p>
        </w:tc>
      </w:tr>
      <w:tr w:rsidR="00743395" w14:paraId="76D828B7" w14:textId="77777777">
        <w:trPr>
          <w:cantSplit/>
        </w:trPr>
        <w:tc>
          <w:tcPr>
            <w:tcW w:w="43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B941F8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Бак-утилизатор</w:t>
            </w:r>
          </w:p>
        </w:tc>
        <w:tc>
          <w:tcPr>
            <w:tcW w:w="27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24B338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45 л</w:t>
            </w:r>
          </w:p>
        </w:tc>
        <w:tc>
          <w:tcPr>
            <w:tcW w:w="30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C2304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45 л</w:t>
            </w:r>
          </w:p>
        </w:tc>
      </w:tr>
      <w:tr w:rsidR="00743395" w14:paraId="79C7C211" w14:textId="77777777">
        <w:trPr>
          <w:cantSplit/>
        </w:trPr>
        <w:tc>
          <w:tcPr>
            <w:tcW w:w="43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9EF3A2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Масса в таблице источника</w:t>
            </w:r>
          </w:p>
        </w:tc>
        <w:tc>
          <w:tcPr>
            <w:tcW w:w="27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F57122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120 кг*</w:t>
            </w:r>
          </w:p>
        </w:tc>
        <w:tc>
          <w:tcPr>
            <w:tcW w:w="30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01F2AE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105 кг*</w:t>
            </w:r>
          </w:p>
        </w:tc>
      </w:tr>
      <w:tr w:rsidR="00743395" w14:paraId="30C53FA5" w14:textId="77777777">
        <w:trPr>
          <w:cantSplit/>
        </w:trPr>
        <w:tc>
          <w:tcPr>
            <w:tcW w:w="43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6D039A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Габариты Д × Ш × В</w:t>
            </w:r>
          </w:p>
        </w:tc>
        <w:tc>
          <w:tcPr>
            <w:tcW w:w="27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02DD9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108 × 84,5 × 107,5 см</w:t>
            </w:r>
          </w:p>
        </w:tc>
        <w:tc>
          <w:tcPr>
            <w:tcW w:w="30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5B9DE6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108 × 84,5 × 107,5 см</w:t>
            </w:r>
          </w:p>
        </w:tc>
      </w:tr>
      <w:tr w:rsidR="00743395" w14:paraId="76AE6C34" w14:textId="77777777">
        <w:tblPrEx>
          <w:tblBorders>
            <w:top w:val="single" w:sz="9" w:space="0" w:color="D79600"/>
            <w:left w:val="single" w:sz="9" w:space="0" w:color="D79600"/>
            <w:bottom w:val="single" w:sz="9" w:space="0" w:color="D79600"/>
            <w:right w:val="single" w:sz="9" w:space="0" w:color="D7960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FFF7DF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1A277489" w14:textId="77777777" w:rsidR="00743395" w:rsidRDefault="00AC55A8">
            <w:pPr>
              <w:spacing w:after="0" w:line="269" w:lineRule="auto"/>
            </w:pPr>
            <w:r w:rsidRPr="00265018">
              <w:rPr>
                <w:b/>
                <w:color w:val="D79600"/>
                <w:sz w:val="19"/>
                <w:lang w:val="ru-RU"/>
              </w:rPr>
              <w:t xml:space="preserve">ПАРАМЕТРЫ СО </w:t>
            </w:r>
            <w:proofErr w:type="gramStart"/>
            <w:r w:rsidRPr="00265018">
              <w:rPr>
                <w:b/>
                <w:color w:val="D79600"/>
                <w:sz w:val="19"/>
                <w:lang w:val="ru-RU"/>
              </w:rPr>
              <w:t xml:space="preserve">ЗВЕЗДОЧКОЙ  </w:t>
            </w:r>
            <w:r w:rsidRPr="00265018">
              <w:rPr>
                <w:sz w:val="19"/>
                <w:lang w:val="ru-RU"/>
              </w:rPr>
              <w:t>Обобщенная</w:t>
            </w:r>
            <w:proofErr w:type="gramEnd"/>
            <w:r w:rsidRPr="00265018">
              <w:rPr>
                <w:sz w:val="19"/>
                <w:lang w:val="ru-RU"/>
              </w:rPr>
              <w:t xml:space="preserve"> таблица старой инструкции расходится с паспортной табличкой фактического аппарата. </w:t>
            </w:r>
            <w:proofErr w:type="spellStart"/>
            <w:r>
              <w:rPr>
                <w:sz w:val="19"/>
              </w:rPr>
              <w:t>Сравнение</w:t>
            </w:r>
            <w:proofErr w:type="spellEnd"/>
            <w:r>
              <w:rPr>
                <w:sz w:val="19"/>
              </w:rPr>
              <w:t xml:space="preserve"> и </w:t>
            </w:r>
            <w:proofErr w:type="spellStart"/>
            <w:r>
              <w:rPr>
                <w:sz w:val="19"/>
              </w:rPr>
              <w:t>приоритет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шильдика</w:t>
            </w:r>
            <w:proofErr w:type="spellEnd"/>
            <w:r>
              <w:rPr>
                <w:sz w:val="19"/>
              </w:rPr>
              <w:t xml:space="preserve"> приведены на следующей странице.</w:t>
            </w:r>
          </w:p>
        </w:tc>
      </w:tr>
    </w:tbl>
    <w:p w14:paraId="1C7A0F30" w14:textId="77777777" w:rsidR="00743395" w:rsidRDefault="00743395">
      <w:pPr>
        <w:spacing w:after="20"/>
      </w:pPr>
    </w:p>
    <w:p w14:paraId="11A56780" w14:textId="77777777" w:rsidR="00743395" w:rsidRDefault="00AC55A8">
      <w:r>
        <w:br w:type="page"/>
      </w:r>
    </w:p>
    <w:p w14:paraId="118062C8" w14:textId="77777777" w:rsidR="00743395" w:rsidRDefault="00AC55A8">
      <w:pPr>
        <w:keepNext/>
        <w:spacing w:after="40"/>
      </w:pPr>
      <w:r>
        <w:rPr>
          <w:b/>
          <w:color w:val="0788B0"/>
          <w:sz w:val="17"/>
        </w:rPr>
        <w:t>РАЗДЕЛ 05   •   ФАКТИЧЕСКАЯ МАРКИРОВКА JH-410B</w:t>
      </w:r>
    </w:p>
    <w:p w14:paraId="055A5EDD" w14:textId="77777777" w:rsidR="00743395" w:rsidRDefault="00AC55A8">
      <w:pPr>
        <w:pStyle w:val="1"/>
      </w:pPr>
      <w:r>
        <w:t>Паспортная табличка машины</w:t>
      </w:r>
    </w:p>
    <w:p w14:paraId="76F5ED58" w14:textId="1BDA2141" w:rsidR="00743395" w:rsidRDefault="00743395">
      <w:pPr>
        <w:keepNext/>
        <w:spacing w:before="20" w:after="0"/>
        <w:jc w:val="center"/>
      </w:pPr>
    </w:p>
    <w:p w14:paraId="539F377D" w14:textId="77777777" w:rsidR="00743395" w:rsidRPr="00265018" w:rsidRDefault="00AC55A8">
      <w:pPr>
        <w:pStyle w:val="FigureCaption"/>
        <w:keepLines/>
        <w:rPr>
          <w:lang w:val="ru-RU"/>
        </w:rPr>
      </w:pPr>
      <w:r w:rsidRPr="00265018">
        <w:rPr>
          <w:lang w:val="ru-RU"/>
        </w:rPr>
        <w:t xml:space="preserve">Предоставленная фотография заводской паспортной таблички </w:t>
      </w:r>
      <w:r>
        <w:t>JH</w:t>
      </w:r>
      <w:r w:rsidRPr="00265018">
        <w:rPr>
          <w:lang w:val="ru-RU"/>
        </w:rPr>
        <w:t>-410</w:t>
      </w:r>
      <w:r>
        <w:t>B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2930"/>
        <w:gridCol w:w="3320"/>
        <w:gridCol w:w="3890"/>
      </w:tblGrid>
      <w:tr w:rsidR="00743395" w14:paraId="3E5584BD" w14:textId="77777777">
        <w:trPr>
          <w:cantSplit/>
          <w:tblHeader/>
        </w:trPr>
        <w:tc>
          <w:tcPr>
            <w:tcW w:w="293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208D41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Показатель</w:t>
            </w:r>
          </w:p>
        </w:tc>
        <w:tc>
          <w:tcPr>
            <w:tcW w:w="332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D7BE18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Общая инструкция</w:t>
            </w:r>
          </w:p>
        </w:tc>
        <w:tc>
          <w:tcPr>
            <w:tcW w:w="389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A48380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Фактический шильдик</w:t>
            </w:r>
          </w:p>
        </w:tc>
      </w:tr>
      <w:tr w:rsidR="00743395" w14:paraId="04B27D7A" w14:textId="77777777">
        <w:trPr>
          <w:cantSplit/>
        </w:trPr>
        <w:tc>
          <w:tcPr>
            <w:tcW w:w="29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D22C2F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Ширина очистки</w:t>
            </w:r>
          </w:p>
        </w:tc>
        <w:tc>
          <w:tcPr>
            <w:tcW w:w="33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F60C00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460 мм</w:t>
            </w:r>
          </w:p>
        </w:tc>
        <w:tc>
          <w:tcPr>
            <w:tcW w:w="38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371878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410 мм</w:t>
            </w:r>
          </w:p>
        </w:tc>
      </w:tr>
      <w:tr w:rsidR="00743395" w14:paraId="168E3DBA" w14:textId="77777777">
        <w:trPr>
          <w:cantSplit/>
        </w:trPr>
        <w:tc>
          <w:tcPr>
            <w:tcW w:w="29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84688B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Общая мощность</w:t>
            </w:r>
          </w:p>
        </w:tc>
        <w:tc>
          <w:tcPr>
            <w:tcW w:w="33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AB7151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400 + 500 = 900 Вт</w:t>
            </w:r>
          </w:p>
        </w:tc>
        <w:tc>
          <w:tcPr>
            <w:tcW w:w="38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26FB93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1050 Вт</w:t>
            </w:r>
          </w:p>
        </w:tc>
      </w:tr>
      <w:tr w:rsidR="00743395" w14:paraId="678FCCB3" w14:textId="77777777">
        <w:trPr>
          <w:cantSplit/>
        </w:trPr>
        <w:tc>
          <w:tcPr>
            <w:tcW w:w="29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E2BDD8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Щеточный двигатель</w:t>
            </w:r>
          </w:p>
        </w:tc>
        <w:tc>
          <w:tcPr>
            <w:tcW w:w="33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99E6EE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400 Вт</w:t>
            </w:r>
          </w:p>
        </w:tc>
        <w:tc>
          <w:tcPr>
            <w:tcW w:w="38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3CFBAC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550 Вт по каталогу E010113*</w:t>
            </w:r>
          </w:p>
        </w:tc>
      </w:tr>
      <w:tr w:rsidR="00743395" w14:paraId="7D09848B" w14:textId="77777777">
        <w:trPr>
          <w:cantSplit/>
        </w:trPr>
        <w:tc>
          <w:tcPr>
            <w:tcW w:w="29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ACD95B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Вакуумный двигатель</w:t>
            </w:r>
          </w:p>
        </w:tc>
        <w:tc>
          <w:tcPr>
            <w:tcW w:w="33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1B21DF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500 Вт</w:t>
            </w:r>
          </w:p>
        </w:tc>
        <w:tc>
          <w:tcPr>
            <w:tcW w:w="38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EF2921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500 Вт по каталогу E010101*</w:t>
            </w:r>
          </w:p>
        </w:tc>
      </w:tr>
      <w:tr w:rsidR="00743395" w14:paraId="20DB0E77" w14:textId="77777777">
        <w:trPr>
          <w:cantSplit/>
        </w:trPr>
        <w:tc>
          <w:tcPr>
            <w:tcW w:w="29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2EB31E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Напряжение машины</w:t>
            </w:r>
          </w:p>
        </w:tc>
        <w:tc>
          <w:tcPr>
            <w:tcW w:w="33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9A7206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24 В для 3100</w:t>
            </w:r>
          </w:p>
        </w:tc>
        <w:tc>
          <w:tcPr>
            <w:tcW w:w="38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1507D9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24 В</w:t>
            </w:r>
          </w:p>
        </w:tc>
      </w:tr>
      <w:tr w:rsidR="00743395" w:rsidRPr="006E145E" w14:paraId="6FA6FAC6" w14:textId="77777777">
        <w:trPr>
          <w:cantSplit/>
        </w:trPr>
        <w:tc>
          <w:tcPr>
            <w:tcW w:w="29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C69DCF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Маркировка батареи</w:t>
            </w:r>
          </w:p>
        </w:tc>
        <w:tc>
          <w:tcPr>
            <w:tcW w:w="33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A0D8FA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24 В / 80 А·ч система</w:t>
            </w:r>
          </w:p>
        </w:tc>
        <w:tc>
          <w:tcPr>
            <w:tcW w:w="38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B0D34C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 xml:space="preserve">12 В / 80 </w:t>
            </w:r>
            <w:proofErr w:type="spellStart"/>
            <w:r w:rsidRPr="00265018">
              <w:rPr>
                <w:sz w:val="16"/>
                <w:lang w:val="ru-RU"/>
              </w:rPr>
              <w:t>А·ч</w:t>
            </w:r>
            <w:proofErr w:type="spellEnd"/>
            <w:r w:rsidRPr="00265018">
              <w:rPr>
                <w:sz w:val="16"/>
                <w:lang w:val="ru-RU"/>
              </w:rPr>
              <w:t xml:space="preserve"> одна батарея</w:t>
            </w:r>
          </w:p>
        </w:tc>
      </w:tr>
      <w:tr w:rsidR="00743395" w14:paraId="349CA96B" w14:textId="77777777">
        <w:trPr>
          <w:cantSplit/>
        </w:trPr>
        <w:tc>
          <w:tcPr>
            <w:tcW w:w="29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EF7AE8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6"/>
              </w:rPr>
              <w:t>Масса</w:t>
            </w:r>
            <w:proofErr w:type="spellEnd"/>
          </w:p>
        </w:tc>
        <w:tc>
          <w:tcPr>
            <w:tcW w:w="33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4B1596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105 или 120 кг</w:t>
            </w:r>
          </w:p>
        </w:tc>
        <w:tc>
          <w:tcPr>
            <w:tcW w:w="38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87E658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132 кг рабочая масса</w:t>
            </w:r>
          </w:p>
        </w:tc>
      </w:tr>
      <w:tr w:rsidR="00743395" w14:paraId="7AE49B8D" w14:textId="77777777">
        <w:trPr>
          <w:cantSplit/>
        </w:trPr>
        <w:tc>
          <w:tcPr>
            <w:tcW w:w="29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1C33A0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Дата выпуска на фото</w:t>
            </w:r>
          </w:p>
        </w:tc>
        <w:tc>
          <w:tcPr>
            <w:tcW w:w="33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F58573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Не указана</w:t>
            </w:r>
          </w:p>
        </w:tc>
        <w:tc>
          <w:tcPr>
            <w:tcW w:w="38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0D5E39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2024.12</w:t>
            </w:r>
          </w:p>
        </w:tc>
      </w:tr>
      <w:tr w:rsidR="00743395" w:rsidRPr="006E145E" w14:paraId="707855CA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2F307153" w14:textId="77777777" w:rsidR="00743395" w:rsidRPr="00265018" w:rsidRDefault="00AC55A8">
            <w:pPr>
              <w:spacing w:after="0" w:line="269" w:lineRule="auto"/>
              <w:rPr>
                <w:lang w:val="ru-RU"/>
              </w:rPr>
            </w:pPr>
            <w:r w:rsidRPr="00265018">
              <w:rPr>
                <w:b/>
                <w:color w:val="0788B0"/>
                <w:sz w:val="19"/>
                <w:lang w:val="ru-RU"/>
              </w:rPr>
              <w:t xml:space="preserve">КАК ЧИТАТЬ </w:t>
            </w:r>
            <w:proofErr w:type="gramStart"/>
            <w:r w:rsidRPr="00265018">
              <w:rPr>
                <w:b/>
                <w:color w:val="0788B0"/>
                <w:sz w:val="19"/>
                <w:lang w:val="ru-RU"/>
              </w:rPr>
              <w:t xml:space="preserve">РАСХОЖДЕНИЕ  </w:t>
            </w:r>
            <w:r w:rsidRPr="00265018">
              <w:rPr>
                <w:sz w:val="19"/>
                <w:lang w:val="ru-RU"/>
              </w:rPr>
              <w:t>550</w:t>
            </w:r>
            <w:proofErr w:type="gramEnd"/>
            <w:r w:rsidRPr="00265018">
              <w:rPr>
                <w:sz w:val="19"/>
                <w:lang w:val="ru-RU"/>
              </w:rPr>
              <w:t xml:space="preserve"> Вт + 500 Вт = 1050 Вт, что согласуется с шильдиком версии 3100. Двигатели 24 В относятся к аккумуляторной машине; детали для сетевой версии 3099 подбирайте отдельно по серийному номеру.</w:t>
            </w:r>
          </w:p>
        </w:tc>
      </w:tr>
    </w:tbl>
    <w:p w14:paraId="53802203" w14:textId="77777777" w:rsidR="00743395" w:rsidRPr="00265018" w:rsidRDefault="00743395">
      <w:pPr>
        <w:spacing w:after="20"/>
        <w:rPr>
          <w:lang w:val="ru-RU"/>
        </w:rPr>
      </w:pPr>
    </w:p>
    <w:p w14:paraId="75A5C233" w14:textId="77777777" w:rsidR="00743395" w:rsidRPr="00265018" w:rsidRDefault="00AC55A8">
      <w:pPr>
        <w:rPr>
          <w:lang w:val="ru-RU"/>
        </w:rPr>
      </w:pPr>
      <w:r w:rsidRPr="00265018">
        <w:rPr>
          <w:lang w:val="ru-RU"/>
        </w:rPr>
        <w:br w:type="page"/>
      </w:r>
    </w:p>
    <w:p w14:paraId="73181B0E" w14:textId="77777777" w:rsidR="00743395" w:rsidRPr="00265018" w:rsidRDefault="00AC55A8">
      <w:pPr>
        <w:keepNext/>
        <w:spacing w:after="40"/>
        <w:rPr>
          <w:lang w:val="ru-RU"/>
        </w:rPr>
      </w:pPr>
      <w:r w:rsidRPr="00265018">
        <w:rPr>
          <w:b/>
          <w:color w:val="0788B0"/>
          <w:sz w:val="17"/>
          <w:lang w:val="ru-RU"/>
        </w:rPr>
        <w:t xml:space="preserve">РАЗДЕЛ 06   •   ФОТОГРАФИИ </w:t>
      </w:r>
      <w:r>
        <w:rPr>
          <w:b/>
          <w:color w:val="0788B0"/>
          <w:sz w:val="17"/>
        </w:rPr>
        <w:t>TOR</w:t>
      </w:r>
    </w:p>
    <w:p w14:paraId="7ED2E417" w14:textId="77777777" w:rsidR="00743395" w:rsidRPr="00265018" w:rsidRDefault="00AC55A8">
      <w:pPr>
        <w:pStyle w:val="1"/>
        <w:rPr>
          <w:lang w:val="ru-RU"/>
        </w:rPr>
      </w:pPr>
      <w:r w:rsidRPr="00265018">
        <w:rPr>
          <w:lang w:val="ru-RU"/>
        </w:rPr>
        <w:t>Общий вид и конструкция</w:t>
      </w:r>
    </w:p>
    <w:p w14:paraId="7B8537DE" w14:textId="77777777" w:rsidR="00743395" w:rsidRDefault="00AC55A8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42A683AD" wp14:editId="09166795">
            <wp:extent cx="6236208" cy="4102768"/>
            <wp:effectExtent l="0" t="0" r="0" b="0"/>
            <wp:docPr id="4" name="Две качественные цветные фотографии TOR JH-410: машина в сборе и открытая аккумуляторная компоновка" descr="Две качественные цветные фотографии TOR JH-410: машина в сборе и открытая аккумуляторная компон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verview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36208" cy="4102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D470B" w14:textId="77777777" w:rsidR="00743395" w:rsidRPr="00265018" w:rsidRDefault="00AC55A8">
      <w:pPr>
        <w:pStyle w:val="FigureCaption"/>
        <w:keepLines/>
        <w:rPr>
          <w:lang w:val="ru-RU"/>
        </w:rPr>
      </w:pPr>
      <w:r>
        <w:t>TOR</w:t>
      </w:r>
      <w:r w:rsidRPr="00265018">
        <w:rPr>
          <w:lang w:val="ru-RU"/>
        </w:rPr>
        <w:t xml:space="preserve"> </w:t>
      </w:r>
      <w:r>
        <w:t>JH</w:t>
      </w:r>
      <w:r w:rsidRPr="00265018">
        <w:rPr>
          <w:lang w:val="ru-RU"/>
        </w:rPr>
        <w:t>-410: внешний вид и конструкция аккумуляторного исполнения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5450"/>
        <w:gridCol w:w="2080"/>
      </w:tblGrid>
      <w:tr w:rsidR="00743395" w14:paraId="7763394C" w14:textId="77777777">
        <w:trPr>
          <w:cantSplit/>
          <w:tblHeader/>
        </w:trPr>
        <w:tc>
          <w:tcPr>
            <w:tcW w:w="261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5B5387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18"/>
              </w:rPr>
              <w:t>Узел</w:t>
            </w:r>
            <w:proofErr w:type="spellEnd"/>
          </w:p>
        </w:tc>
        <w:tc>
          <w:tcPr>
            <w:tcW w:w="545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A0366A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Назначение</w:t>
            </w:r>
          </w:p>
        </w:tc>
        <w:tc>
          <w:tcPr>
            <w:tcW w:w="208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544836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Исполнение</w:t>
            </w:r>
          </w:p>
        </w:tc>
      </w:tr>
      <w:tr w:rsidR="00743395" w14:paraId="47E61FEE" w14:textId="77777777">
        <w:trPr>
          <w:cantSplit/>
        </w:trPr>
        <w:tc>
          <w:tcPr>
            <w:tcW w:w="26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9A1837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Панель и ключ</w:t>
            </w:r>
          </w:p>
        </w:tc>
        <w:tc>
          <w:tcPr>
            <w:tcW w:w="54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9FB659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Включение, управление щеткой и всасыванием</w:t>
            </w:r>
          </w:p>
        </w:tc>
        <w:tc>
          <w:tcPr>
            <w:tcW w:w="20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2328EF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6"/>
              </w:rPr>
              <w:t>Обе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версии</w:t>
            </w:r>
            <w:proofErr w:type="spellEnd"/>
          </w:p>
        </w:tc>
      </w:tr>
      <w:tr w:rsidR="00743395" w14:paraId="12D3BF3E" w14:textId="77777777">
        <w:trPr>
          <w:cantSplit/>
        </w:trPr>
        <w:tc>
          <w:tcPr>
            <w:tcW w:w="26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63D5C2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Баки 40 / 45 л</w:t>
            </w:r>
          </w:p>
        </w:tc>
        <w:tc>
          <w:tcPr>
            <w:tcW w:w="54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0C6DB0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Подача чистого раствора и сбор грязной воды</w:t>
            </w:r>
          </w:p>
        </w:tc>
        <w:tc>
          <w:tcPr>
            <w:tcW w:w="20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D8B63B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6"/>
              </w:rPr>
              <w:t>Обе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версии</w:t>
            </w:r>
            <w:proofErr w:type="spellEnd"/>
          </w:p>
        </w:tc>
      </w:tr>
      <w:tr w:rsidR="00743395" w14:paraId="48F1A7E2" w14:textId="77777777">
        <w:trPr>
          <w:cantSplit/>
        </w:trPr>
        <w:tc>
          <w:tcPr>
            <w:tcW w:w="26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5C5DC7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Щеточная головка</w:t>
            </w:r>
          </w:p>
        </w:tc>
        <w:tc>
          <w:tcPr>
            <w:tcW w:w="54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86743B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Механическая очистка напольного покрытия</w:t>
            </w:r>
          </w:p>
        </w:tc>
        <w:tc>
          <w:tcPr>
            <w:tcW w:w="20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25EC94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Обе версии</w:t>
            </w:r>
          </w:p>
        </w:tc>
      </w:tr>
      <w:tr w:rsidR="00743395" w14:paraId="27D3F696" w14:textId="77777777">
        <w:trPr>
          <w:cantSplit/>
        </w:trPr>
        <w:tc>
          <w:tcPr>
            <w:tcW w:w="261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C252D4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Водосборная балка</w:t>
            </w:r>
          </w:p>
        </w:tc>
        <w:tc>
          <w:tcPr>
            <w:tcW w:w="54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F08507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Сбор воды через шланг и вакуумную систему</w:t>
            </w:r>
          </w:p>
        </w:tc>
        <w:tc>
          <w:tcPr>
            <w:tcW w:w="20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2C3AAD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6"/>
              </w:rPr>
              <w:t>Обе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версии</w:t>
            </w:r>
            <w:proofErr w:type="spellEnd"/>
          </w:p>
        </w:tc>
      </w:tr>
      <w:tr w:rsidR="00743395" w14:paraId="2326B2B1" w14:textId="77777777">
        <w:trPr>
          <w:cantSplit/>
        </w:trPr>
        <w:tc>
          <w:tcPr>
            <w:tcW w:w="26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A79603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Батарейный отсек</w:t>
            </w:r>
          </w:p>
        </w:tc>
        <w:tc>
          <w:tcPr>
            <w:tcW w:w="54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32A96F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Две батареи и соединительная перемычка</w:t>
            </w:r>
          </w:p>
        </w:tc>
        <w:tc>
          <w:tcPr>
            <w:tcW w:w="20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9AF7F2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6"/>
              </w:rPr>
              <w:t>Только</w:t>
            </w:r>
            <w:proofErr w:type="spellEnd"/>
            <w:r>
              <w:rPr>
                <w:sz w:val="16"/>
              </w:rPr>
              <w:t xml:space="preserve"> 3100</w:t>
            </w:r>
          </w:p>
        </w:tc>
      </w:tr>
      <w:tr w:rsidR="00743395" w14:paraId="46A018F4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1EA1F77C" w14:textId="77777777" w:rsidR="00743395" w:rsidRDefault="00AC55A8">
            <w:pPr>
              <w:spacing w:after="0" w:line="269" w:lineRule="auto"/>
            </w:pPr>
            <w:proofErr w:type="gramStart"/>
            <w:r w:rsidRPr="00265018">
              <w:rPr>
                <w:b/>
                <w:color w:val="0788B0"/>
                <w:sz w:val="19"/>
                <w:lang w:val="ru-RU"/>
              </w:rPr>
              <w:t xml:space="preserve">ФОТОГРАФИЯ  </w:t>
            </w:r>
            <w:r w:rsidRPr="00265018">
              <w:rPr>
                <w:sz w:val="19"/>
                <w:lang w:val="ru-RU"/>
              </w:rPr>
              <w:t>На</w:t>
            </w:r>
            <w:proofErr w:type="gramEnd"/>
            <w:r w:rsidRPr="00265018">
              <w:rPr>
                <w:sz w:val="19"/>
                <w:lang w:val="ru-RU"/>
              </w:rPr>
              <w:t xml:space="preserve"> изображении показана аккумуляторная машина с фирменным логотипом </w:t>
            </w:r>
            <w:r>
              <w:rPr>
                <w:sz w:val="19"/>
              </w:rPr>
              <w:t>TOR</w:t>
            </w:r>
            <w:r w:rsidRPr="00265018">
              <w:rPr>
                <w:sz w:val="19"/>
                <w:lang w:val="ru-RU"/>
              </w:rPr>
              <w:t xml:space="preserve">. </w:t>
            </w:r>
            <w:r>
              <w:rPr>
                <w:sz w:val="19"/>
              </w:rPr>
              <w:t>Компоновка сетевой версии отличается отсутствием рабочего аккумуляторного комплекта.</w:t>
            </w:r>
          </w:p>
        </w:tc>
      </w:tr>
    </w:tbl>
    <w:p w14:paraId="06EA185E" w14:textId="77777777" w:rsidR="00743395" w:rsidRDefault="00743395">
      <w:pPr>
        <w:spacing w:after="20"/>
      </w:pPr>
    </w:p>
    <w:p w14:paraId="5DB58BD0" w14:textId="77777777" w:rsidR="00743395" w:rsidRDefault="00AC55A8">
      <w:r>
        <w:br w:type="page"/>
      </w:r>
    </w:p>
    <w:p w14:paraId="18C19736" w14:textId="77777777" w:rsidR="00743395" w:rsidRDefault="00AC55A8">
      <w:pPr>
        <w:keepNext/>
        <w:spacing w:after="40"/>
      </w:pPr>
      <w:r>
        <w:rPr>
          <w:b/>
          <w:color w:val="0788B0"/>
          <w:sz w:val="17"/>
        </w:rPr>
        <w:t>РАЗДЕЛ 07   •   КЛЮЧ • ЩЕТКА • ВСАСЫВАНИЕ</w:t>
      </w:r>
    </w:p>
    <w:p w14:paraId="55D2B4A1" w14:textId="77777777" w:rsidR="00743395" w:rsidRDefault="00AC55A8">
      <w:pPr>
        <w:pStyle w:val="1"/>
      </w:pPr>
      <w:r>
        <w:t>Панель управления</w:t>
      </w:r>
    </w:p>
    <w:p w14:paraId="0F685F4E" w14:textId="77777777" w:rsidR="00743395" w:rsidRDefault="00AC55A8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3B90698A" wp14:editId="2E2DA5A1">
            <wp:extent cx="6080760" cy="4224528"/>
            <wp:effectExtent l="0" t="0" r="0" b="0"/>
            <wp:docPr id="5" name="Качественная фотография панели TOR JH-410 с номерными указателями ключа, цифрового индикатора и двух переключателей" descr="Качественная фотография панели TOR JH-410 с номерными указателями ключа, цифрового индикатора и двух переключател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rols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4224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CEC82" w14:textId="77777777" w:rsidR="00743395" w:rsidRPr="00265018" w:rsidRDefault="00AC55A8">
      <w:pPr>
        <w:pStyle w:val="FigureCaption"/>
        <w:keepLines/>
        <w:rPr>
          <w:lang w:val="ru-RU"/>
        </w:rPr>
      </w:pPr>
      <w:r w:rsidRPr="00265018">
        <w:rPr>
          <w:lang w:val="ru-RU"/>
        </w:rPr>
        <w:t xml:space="preserve">Расположение органов управления на реальной панели </w:t>
      </w:r>
      <w:r>
        <w:t>TOR</w:t>
      </w:r>
      <w:r w:rsidRPr="00265018">
        <w:rPr>
          <w:lang w:val="ru-RU"/>
        </w:rPr>
        <w:t xml:space="preserve"> </w:t>
      </w:r>
      <w:r>
        <w:t>JH</w:t>
      </w:r>
      <w:r w:rsidRPr="00265018">
        <w:rPr>
          <w:lang w:val="ru-RU"/>
        </w:rPr>
        <w:t>-410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480"/>
        <w:gridCol w:w="3040"/>
        <w:gridCol w:w="6620"/>
      </w:tblGrid>
      <w:tr w:rsidR="00743395" w14:paraId="648A5E8D" w14:textId="77777777">
        <w:trPr>
          <w:cantSplit/>
          <w:tblHeader/>
        </w:trPr>
        <w:tc>
          <w:tcPr>
            <w:tcW w:w="48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AA0168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304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04C5E1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Орган управления</w:t>
            </w:r>
          </w:p>
        </w:tc>
        <w:tc>
          <w:tcPr>
            <w:tcW w:w="662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280D12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Назначение</w:t>
            </w:r>
          </w:p>
        </w:tc>
      </w:tr>
      <w:tr w:rsidR="00743395" w:rsidRPr="006E145E" w14:paraId="7EDBA5DE" w14:textId="77777777">
        <w:trPr>
          <w:cantSplit/>
        </w:trPr>
        <w:tc>
          <w:tcPr>
            <w:tcW w:w="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5A4075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1</w:t>
            </w:r>
          </w:p>
        </w:tc>
        <w:tc>
          <w:tcPr>
            <w:tcW w:w="30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679E4C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Ключ основного питания</w:t>
            </w:r>
          </w:p>
        </w:tc>
        <w:tc>
          <w:tcPr>
            <w:tcW w:w="66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30A29F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Включение и отключение машины; выньте ключ после работы.</w:t>
            </w:r>
          </w:p>
        </w:tc>
      </w:tr>
      <w:tr w:rsidR="00743395" w:rsidRPr="006E145E" w14:paraId="07BDAE49" w14:textId="77777777">
        <w:trPr>
          <w:cantSplit/>
        </w:trPr>
        <w:tc>
          <w:tcPr>
            <w:tcW w:w="4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773C5F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2</w:t>
            </w:r>
          </w:p>
        </w:tc>
        <w:tc>
          <w:tcPr>
            <w:tcW w:w="30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53D2C4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Цифровой индикатор</w:t>
            </w:r>
          </w:p>
        </w:tc>
        <w:tc>
          <w:tcPr>
            <w:tcW w:w="66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C98345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Напряжение АКБ, шкала заряда и наработка; зависит от версии.</w:t>
            </w:r>
          </w:p>
        </w:tc>
      </w:tr>
      <w:tr w:rsidR="00743395" w:rsidRPr="006E145E" w14:paraId="547BAE0D" w14:textId="77777777">
        <w:trPr>
          <w:cantSplit/>
        </w:trPr>
        <w:tc>
          <w:tcPr>
            <w:tcW w:w="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D3CD30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3</w:t>
            </w:r>
          </w:p>
        </w:tc>
        <w:tc>
          <w:tcPr>
            <w:tcW w:w="30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736A6A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Выключатель щетки</w:t>
            </w:r>
          </w:p>
        </w:tc>
        <w:tc>
          <w:tcPr>
            <w:tcW w:w="66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C65A1D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 xml:space="preserve">Управление двигателем щетки; на схеме </w:t>
            </w:r>
            <w:r>
              <w:rPr>
                <w:sz w:val="16"/>
              </w:rPr>
              <w:t>Disc</w:t>
            </w:r>
            <w:r w:rsidRPr="00265018">
              <w:rPr>
                <w:sz w:val="16"/>
                <w:lang w:val="ru-RU"/>
              </w:rPr>
              <w:t xml:space="preserve"> </w:t>
            </w:r>
            <w:r>
              <w:rPr>
                <w:sz w:val="16"/>
              </w:rPr>
              <w:t>Brush</w:t>
            </w:r>
            <w:r w:rsidRPr="00265018">
              <w:rPr>
                <w:sz w:val="16"/>
                <w:lang w:val="ru-RU"/>
              </w:rPr>
              <w:t xml:space="preserve"> </w:t>
            </w:r>
            <w:r>
              <w:rPr>
                <w:sz w:val="16"/>
              </w:rPr>
              <w:t>Switch</w:t>
            </w:r>
            <w:r w:rsidRPr="00265018">
              <w:rPr>
                <w:sz w:val="16"/>
                <w:lang w:val="ru-RU"/>
              </w:rPr>
              <w:t>.</w:t>
            </w:r>
          </w:p>
        </w:tc>
      </w:tr>
      <w:tr w:rsidR="00743395" w:rsidRPr="006E145E" w14:paraId="50EFBBD2" w14:textId="77777777">
        <w:trPr>
          <w:cantSplit/>
        </w:trPr>
        <w:tc>
          <w:tcPr>
            <w:tcW w:w="4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D10650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4</w:t>
            </w:r>
          </w:p>
        </w:tc>
        <w:tc>
          <w:tcPr>
            <w:tcW w:w="30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EBE4FC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Выключатель всасывания</w:t>
            </w:r>
          </w:p>
        </w:tc>
        <w:tc>
          <w:tcPr>
            <w:tcW w:w="66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BC5AAF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 xml:space="preserve">Управление вакуумной турбиной; на схеме </w:t>
            </w:r>
            <w:r>
              <w:rPr>
                <w:sz w:val="16"/>
              </w:rPr>
              <w:t>Water</w:t>
            </w:r>
            <w:r w:rsidRPr="00265018">
              <w:rPr>
                <w:sz w:val="16"/>
                <w:lang w:val="ru-RU"/>
              </w:rPr>
              <w:t xml:space="preserve"> </w:t>
            </w:r>
            <w:r>
              <w:rPr>
                <w:sz w:val="16"/>
              </w:rPr>
              <w:t>absorption</w:t>
            </w:r>
            <w:r w:rsidRPr="00265018">
              <w:rPr>
                <w:sz w:val="16"/>
                <w:lang w:val="ru-RU"/>
              </w:rPr>
              <w:t xml:space="preserve"> </w:t>
            </w:r>
            <w:r>
              <w:rPr>
                <w:sz w:val="16"/>
              </w:rPr>
              <w:t>switch</w:t>
            </w:r>
            <w:r w:rsidRPr="00265018">
              <w:rPr>
                <w:sz w:val="16"/>
                <w:lang w:val="ru-RU"/>
              </w:rPr>
              <w:t>.</w:t>
            </w:r>
          </w:p>
        </w:tc>
      </w:tr>
      <w:tr w:rsidR="00743395" w14:paraId="1FB6DD19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180555BC" w14:textId="77777777" w:rsidR="00743395" w:rsidRDefault="00AC55A8">
            <w:pPr>
              <w:spacing w:after="0" w:line="269" w:lineRule="auto"/>
            </w:pPr>
            <w:proofErr w:type="gramStart"/>
            <w:r w:rsidRPr="00265018">
              <w:rPr>
                <w:b/>
                <w:color w:val="0788B0"/>
                <w:sz w:val="19"/>
                <w:lang w:val="ru-RU"/>
              </w:rPr>
              <w:t xml:space="preserve">ИНДИКАЦИЯ  </w:t>
            </w:r>
            <w:r w:rsidRPr="00265018">
              <w:rPr>
                <w:sz w:val="19"/>
                <w:lang w:val="ru-RU"/>
              </w:rPr>
              <w:t>На</w:t>
            </w:r>
            <w:proofErr w:type="gramEnd"/>
            <w:r w:rsidRPr="00265018">
              <w:rPr>
                <w:sz w:val="19"/>
                <w:lang w:val="ru-RU"/>
              </w:rPr>
              <w:t xml:space="preserve"> присланной панели отображаются наработка, напряжение 26,4 В и шкала батареи. </w:t>
            </w:r>
            <w:proofErr w:type="spellStart"/>
            <w:r>
              <w:rPr>
                <w:sz w:val="19"/>
              </w:rPr>
              <w:t>Для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сетевой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версии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индикатор</w:t>
            </w:r>
            <w:proofErr w:type="spellEnd"/>
            <w:r>
              <w:rPr>
                <w:sz w:val="19"/>
              </w:rPr>
              <w:t xml:space="preserve"> и исполнение панели могут отличаться.</w:t>
            </w:r>
          </w:p>
        </w:tc>
      </w:tr>
    </w:tbl>
    <w:p w14:paraId="454CCCB7" w14:textId="77777777" w:rsidR="00743395" w:rsidRDefault="00743395">
      <w:pPr>
        <w:spacing w:after="20"/>
      </w:pPr>
    </w:p>
    <w:p w14:paraId="2E567102" w14:textId="77777777" w:rsidR="00743395" w:rsidRDefault="00AC55A8">
      <w:r>
        <w:br w:type="page"/>
      </w:r>
    </w:p>
    <w:p w14:paraId="453A1C1D" w14:textId="77777777" w:rsidR="00743395" w:rsidRDefault="00AC55A8">
      <w:pPr>
        <w:keepNext/>
        <w:spacing w:after="40"/>
      </w:pPr>
      <w:r>
        <w:rPr>
          <w:b/>
          <w:color w:val="0788B0"/>
          <w:sz w:val="17"/>
        </w:rPr>
        <w:t>РАЗДЕЛ 08   •   ПЕРЕД НАЧАЛОМ РАБОТЫ</w:t>
      </w:r>
    </w:p>
    <w:p w14:paraId="61555BD3" w14:textId="77777777" w:rsidR="00743395" w:rsidRDefault="00AC55A8">
      <w:pPr>
        <w:pStyle w:val="1"/>
      </w:pPr>
      <w:r>
        <w:t>Распаковка и первый осмотр</w:t>
      </w:r>
    </w:p>
    <w:p w14:paraId="22B09EF2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Проверьте упаковку и корпус на транспортные повреждения, сверьте модель, серийный номер и комплектацию.</w:t>
      </w:r>
    </w:p>
    <w:p w14:paraId="6CCE75F7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Аккуратно снимите фиксаторы и выгрузите аппарат с поддона с использованием подходящего оборудования.</w:t>
      </w:r>
    </w:p>
    <w:p w14:paraId="47906C95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 xml:space="preserve">Проверьте щетку или </w:t>
      </w:r>
      <w:proofErr w:type="spellStart"/>
      <w:r w:rsidRPr="00265018">
        <w:rPr>
          <w:sz w:val="20"/>
          <w:lang w:val="ru-RU"/>
        </w:rPr>
        <w:t>падодержатель</w:t>
      </w:r>
      <w:proofErr w:type="spellEnd"/>
      <w:r w:rsidRPr="00265018">
        <w:rPr>
          <w:sz w:val="20"/>
          <w:lang w:val="ru-RU"/>
        </w:rPr>
        <w:t>, водосборную балку, шланги, крышки и состояние колес.</w:t>
      </w:r>
    </w:p>
    <w:p w14:paraId="0AA260AE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Для версии 3100 проверьте две батареи 12 В и совместимое зарядное устройство 24 В.</w:t>
      </w:r>
    </w:p>
    <w:p w14:paraId="1263B0CE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Для версии 3099 проверьте сетевой кабель, вилку, заземление и состояние защиты питающей линии.</w:t>
      </w:r>
    </w:p>
    <w:p w14:paraId="15828E27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Убедитесь в пустом баке-утилизаторе, исправном фильтре и надежном креплении всасывающего шланга.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5240"/>
        <w:gridCol w:w="2280"/>
        <w:gridCol w:w="2620"/>
      </w:tblGrid>
      <w:tr w:rsidR="00743395" w14:paraId="3B93CE76" w14:textId="77777777">
        <w:trPr>
          <w:cantSplit/>
          <w:tblHeader/>
        </w:trPr>
        <w:tc>
          <w:tcPr>
            <w:tcW w:w="524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94344D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18"/>
              </w:rPr>
              <w:t>Комплект</w:t>
            </w:r>
            <w:proofErr w:type="spellEnd"/>
          </w:p>
        </w:tc>
        <w:tc>
          <w:tcPr>
            <w:tcW w:w="228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A74869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3099 • сеть</w:t>
            </w:r>
          </w:p>
        </w:tc>
        <w:tc>
          <w:tcPr>
            <w:tcW w:w="262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91C733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3100 • АКБ</w:t>
            </w:r>
          </w:p>
        </w:tc>
      </w:tr>
      <w:tr w:rsidR="00743395" w14:paraId="2779BB89" w14:textId="77777777">
        <w:trPr>
          <w:cantSplit/>
        </w:trPr>
        <w:tc>
          <w:tcPr>
            <w:tcW w:w="52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646407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Машина, щетка, водосборная балка</w:t>
            </w:r>
          </w:p>
        </w:tc>
        <w:tc>
          <w:tcPr>
            <w:tcW w:w="2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5E2E3F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Да</w:t>
            </w:r>
          </w:p>
        </w:tc>
        <w:tc>
          <w:tcPr>
            <w:tcW w:w="26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20E83A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Да</w:t>
            </w:r>
          </w:p>
        </w:tc>
      </w:tr>
      <w:tr w:rsidR="00743395" w14:paraId="743EC2CA" w14:textId="77777777">
        <w:trPr>
          <w:cantSplit/>
        </w:trPr>
        <w:tc>
          <w:tcPr>
            <w:tcW w:w="52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1C2EAC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Сетевой рабочий кабель</w:t>
            </w:r>
          </w:p>
        </w:tc>
        <w:tc>
          <w:tcPr>
            <w:tcW w:w="22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371CEE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Да</w:t>
            </w:r>
          </w:p>
        </w:tc>
        <w:tc>
          <w:tcPr>
            <w:tcW w:w="26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5DA2E4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Нет*</w:t>
            </w:r>
          </w:p>
        </w:tc>
      </w:tr>
      <w:tr w:rsidR="00743395" w14:paraId="40F2C3D2" w14:textId="77777777">
        <w:trPr>
          <w:cantSplit/>
        </w:trPr>
        <w:tc>
          <w:tcPr>
            <w:tcW w:w="52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C3C7E7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 xml:space="preserve">Две батареи 12 В / 80 </w:t>
            </w:r>
            <w:proofErr w:type="spellStart"/>
            <w:r w:rsidRPr="00265018">
              <w:rPr>
                <w:sz w:val="16"/>
                <w:lang w:val="ru-RU"/>
              </w:rPr>
              <w:t>А·ч</w:t>
            </w:r>
            <w:proofErr w:type="spellEnd"/>
          </w:p>
        </w:tc>
        <w:tc>
          <w:tcPr>
            <w:tcW w:w="2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D8C0F6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6"/>
              </w:rPr>
              <w:t>Нет</w:t>
            </w:r>
            <w:proofErr w:type="spellEnd"/>
          </w:p>
        </w:tc>
        <w:tc>
          <w:tcPr>
            <w:tcW w:w="26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6F6140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По комплектации</w:t>
            </w:r>
          </w:p>
        </w:tc>
      </w:tr>
      <w:tr w:rsidR="00743395" w14:paraId="465FF9B0" w14:textId="77777777">
        <w:trPr>
          <w:cantSplit/>
        </w:trPr>
        <w:tc>
          <w:tcPr>
            <w:tcW w:w="52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4F1499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Зарядное устройство 24 В</w:t>
            </w:r>
          </w:p>
        </w:tc>
        <w:tc>
          <w:tcPr>
            <w:tcW w:w="22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D60C18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Нет</w:t>
            </w:r>
          </w:p>
        </w:tc>
        <w:tc>
          <w:tcPr>
            <w:tcW w:w="26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9ADEBD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По комплектации</w:t>
            </w:r>
          </w:p>
        </w:tc>
      </w:tr>
      <w:tr w:rsidR="00743395" w:rsidRPr="006E145E" w14:paraId="2CD967EF" w14:textId="77777777">
        <w:tblPrEx>
          <w:tblBorders>
            <w:top w:val="single" w:sz="9" w:space="0" w:color="D79600"/>
            <w:left w:val="single" w:sz="9" w:space="0" w:color="D79600"/>
            <w:bottom w:val="single" w:sz="9" w:space="0" w:color="D79600"/>
            <w:right w:val="single" w:sz="9" w:space="0" w:color="D7960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FFF7DF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6AFAA6AF" w14:textId="77777777" w:rsidR="00743395" w:rsidRPr="00265018" w:rsidRDefault="00AC55A8">
            <w:pPr>
              <w:spacing w:after="0" w:line="269" w:lineRule="auto"/>
              <w:rPr>
                <w:lang w:val="ru-RU"/>
              </w:rPr>
            </w:pPr>
            <w:r w:rsidRPr="00265018">
              <w:rPr>
                <w:b/>
                <w:color w:val="D79600"/>
                <w:sz w:val="19"/>
                <w:lang w:val="ru-RU"/>
              </w:rPr>
              <w:t xml:space="preserve">ПРОВЕРЬТЕ </w:t>
            </w:r>
            <w:proofErr w:type="gramStart"/>
            <w:r w:rsidRPr="00265018">
              <w:rPr>
                <w:b/>
                <w:color w:val="D79600"/>
                <w:sz w:val="19"/>
                <w:lang w:val="ru-RU"/>
              </w:rPr>
              <w:t xml:space="preserve">ПОСТАВКУ  </w:t>
            </w:r>
            <w:r w:rsidRPr="00265018">
              <w:rPr>
                <w:sz w:val="19"/>
                <w:lang w:val="ru-RU"/>
              </w:rPr>
              <w:t>У</w:t>
            </w:r>
            <w:proofErr w:type="gramEnd"/>
            <w:r w:rsidRPr="00265018">
              <w:rPr>
                <w:sz w:val="19"/>
                <w:lang w:val="ru-RU"/>
              </w:rPr>
              <w:t xml:space="preserve"> аккумуляторной версии сетевой шнур может входить в комплект зарядного устройства, но не означает работу самой машины непосредственно от сети.</w:t>
            </w:r>
          </w:p>
        </w:tc>
      </w:tr>
    </w:tbl>
    <w:p w14:paraId="2B750614" w14:textId="77777777" w:rsidR="00743395" w:rsidRPr="00265018" w:rsidRDefault="00743395">
      <w:pPr>
        <w:spacing w:after="20"/>
        <w:rPr>
          <w:lang w:val="ru-RU"/>
        </w:rPr>
      </w:pPr>
    </w:p>
    <w:p w14:paraId="48610818" w14:textId="090AA69D" w:rsidR="00743395" w:rsidRPr="00265018" w:rsidRDefault="00AC55A8" w:rsidP="006E145E">
      <w:pPr>
        <w:rPr>
          <w:lang w:val="ru-RU"/>
        </w:rPr>
      </w:pPr>
      <w:r w:rsidRPr="00265018">
        <w:rPr>
          <w:b/>
          <w:color w:val="0788B0"/>
          <w:sz w:val="17"/>
          <w:lang w:val="ru-RU"/>
        </w:rPr>
        <w:t>РАЗДЕЛ 09   •   ЧИСТЫЙ 40 Л / ГРЯЗНЫЙ 45 Л</w:t>
      </w:r>
    </w:p>
    <w:p w14:paraId="4D804DBF" w14:textId="77777777" w:rsidR="00743395" w:rsidRPr="00265018" w:rsidRDefault="00AC55A8">
      <w:pPr>
        <w:pStyle w:val="1"/>
        <w:rPr>
          <w:lang w:val="ru-RU"/>
        </w:rPr>
      </w:pPr>
      <w:r w:rsidRPr="00265018">
        <w:rPr>
          <w:lang w:val="ru-RU"/>
        </w:rPr>
        <w:t>Баки и приготовление раствора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3150"/>
        <w:gridCol w:w="900"/>
        <w:gridCol w:w="6090"/>
      </w:tblGrid>
      <w:tr w:rsidR="00743395" w14:paraId="1E7DEA59" w14:textId="77777777">
        <w:trPr>
          <w:cantSplit/>
          <w:tblHeader/>
        </w:trPr>
        <w:tc>
          <w:tcPr>
            <w:tcW w:w="315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3367BC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18"/>
              </w:rPr>
              <w:t>Бак</w:t>
            </w:r>
            <w:proofErr w:type="spellEnd"/>
          </w:p>
        </w:tc>
        <w:tc>
          <w:tcPr>
            <w:tcW w:w="90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1F7EDA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Объем</w:t>
            </w:r>
          </w:p>
        </w:tc>
        <w:tc>
          <w:tcPr>
            <w:tcW w:w="609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5225B8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Назначение</w:t>
            </w:r>
          </w:p>
        </w:tc>
      </w:tr>
      <w:tr w:rsidR="00743395" w:rsidRPr="006E145E" w14:paraId="7ED5E0ED" w14:textId="77777777">
        <w:trPr>
          <w:cantSplit/>
        </w:trPr>
        <w:tc>
          <w:tcPr>
            <w:tcW w:w="31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941E63" w14:textId="77777777" w:rsidR="00743395" w:rsidRDefault="00AC55A8">
            <w:pPr>
              <w:spacing w:after="0" w:line="254" w:lineRule="auto"/>
            </w:pPr>
            <w:r>
              <w:rPr>
                <w:sz w:val="17"/>
              </w:rPr>
              <w:t>Бак чистой воды</w:t>
            </w:r>
          </w:p>
        </w:tc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5EB5CC" w14:textId="77777777" w:rsidR="00743395" w:rsidRDefault="00AC55A8">
            <w:pPr>
              <w:spacing w:after="0" w:line="254" w:lineRule="auto"/>
            </w:pPr>
            <w:r>
              <w:rPr>
                <w:sz w:val="17"/>
              </w:rPr>
              <w:t>40 л</w:t>
            </w:r>
          </w:p>
        </w:tc>
        <w:tc>
          <w:tcPr>
            <w:tcW w:w="60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713A49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7"/>
                <w:lang w:val="ru-RU"/>
              </w:rPr>
              <w:t xml:space="preserve">Чистая вода и </w:t>
            </w:r>
            <w:proofErr w:type="spellStart"/>
            <w:r w:rsidRPr="00265018">
              <w:rPr>
                <w:sz w:val="17"/>
                <w:lang w:val="ru-RU"/>
              </w:rPr>
              <w:t>низкопенное</w:t>
            </w:r>
            <w:proofErr w:type="spellEnd"/>
            <w:r w:rsidRPr="00265018">
              <w:rPr>
                <w:sz w:val="17"/>
                <w:lang w:val="ru-RU"/>
              </w:rPr>
              <w:t xml:space="preserve"> моющее средство в рекомендованной дозировке.</w:t>
            </w:r>
          </w:p>
        </w:tc>
      </w:tr>
      <w:tr w:rsidR="00743395" w:rsidRPr="006E145E" w14:paraId="14B2D515" w14:textId="77777777">
        <w:trPr>
          <w:cantSplit/>
        </w:trPr>
        <w:tc>
          <w:tcPr>
            <w:tcW w:w="31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22DF34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7"/>
              </w:rPr>
              <w:t>Бак-утилизатор</w:t>
            </w:r>
            <w:proofErr w:type="spellEnd"/>
          </w:p>
        </w:tc>
        <w:tc>
          <w:tcPr>
            <w:tcW w:w="9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D9B883" w14:textId="77777777" w:rsidR="00743395" w:rsidRDefault="00AC55A8">
            <w:pPr>
              <w:spacing w:after="0" w:line="254" w:lineRule="auto"/>
            </w:pPr>
            <w:r>
              <w:rPr>
                <w:sz w:val="17"/>
              </w:rPr>
              <w:t>45 л</w:t>
            </w:r>
          </w:p>
        </w:tc>
        <w:tc>
          <w:tcPr>
            <w:tcW w:w="60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8865B7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7"/>
                <w:lang w:val="ru-RU"/>
              </w:rPr>
              <w:t>Сбор грязной воды через водосборную балку и вакуумный шланг.</w:t>
            </w:r>
          </w:p>
        </w:tc>
      </w:tr>
    </w:tbl>
    <w:p w14:paraId="2BA53190" w14:textId="77777777" w:rsidR="00743395" w:rsidRDefault="00AC55A8">
      <w:pPr>
        <w:pStyle w:val="2"/>
      </w:pPr>
      <w:proofErr w:type="spellStart"/>
      <w:r>
        <w:t>Подготовка</w:t>
      </w:r>
      <w:proofErr w:type="spellEnd"/>
      <w:r>
        <w:t xml:space="preserve"> </w:t>
      </w:r>
      <w:proofErr w:type="spellStart"/>
      <w:r>
        <w:t>чистого</w:t>
      </w:r>
      <w:proofErr w:type="spellEnd"/>
      <w:r>
        <w:t xml:space="preserve"> </w:t>
      </w:r>
      <w:proofErr w:type="spellStart"/>
      <w:r>
        <w:t>раствора</w:t>
      </w:r>
      <w:proofErr w:type="spellEnd"/>
    </w:p>
    <w:p w14:paraId="7B6B3E38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Выключите машину и расположите ее на ровной площадке.</w:t>
      </w:r>
    </w:p>
    <w:p w14:paraId="5C3EF389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Откройте горловину бака чистой воды и убедитесь в чистоте фильтра.</w:t>
      </w:r>
    </w:p>
    <w:p w14:paraId="7611BF16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 xml:space="preserve">Заполните бак водой и добавьте подходящее </w:t>
      </w:r>
      <w:proofErr w:type="spellStart"/>
      <w:r w:rsidRPr="00265018">
        <w:rPr>
          <w:sz w:val="20"/>
          <w:lang w:val="ru-RU"/>
        </w:rPr>
        <w:t>низкопенное</w:t>
      </w:r>
      <w:proofErr w:type="spellEnd"/>
      <w:r w:rsidRPr="00265018">
        <w:rPr>
          <w:sz w:val="20"/>
          <w:lang w:val="ru-RU"/>
        </w:rPr>
        <w:t xml:space="preserve"> средство по инструкции производителя.</w:t>
      </w:r>
    </w:p>
    <w:p w14:paraId="21DC938C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Проверьте, что бак-утилизатор пуст, поплавковый фильтр чистый, а крышка плотно закрывается.</w:t>
      </w:r>
    </w:p>
    <w:p w14:paraId="261532B5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 xml:space="preserve">При сильном пенообразовании используйте подходящий </w:t>
      </w:r>
      <w:proofErr w:type="spellStart"/>
      <w:r w:rsidRPr="00265018">
        <w:rPr>
          <w:sz w:val="20"/>
          <w:lang w:val="ru-RU"/>
        </w:rPr>
        <w:t>пеногаситель</w:t>
      </w:r>
      <w:proofErr w:type="spellEnd"/>
      <w:r w:rsidRPr="00265018">
        <w:rPr>
          <w:sz w:val="20"/>
          <w:lang w:val="ru-RU"/>
        </w:rPr>
        <w:t xml:space="preserve"> по инструкции к средству.</w:t>
      </w:r>
    </w:p>
    <w:tbl>
      <w:tblPr>
        <w:tblW w:w="10140" w:type="dxa"/>
        <w:tblInd w:w="170" w:type="dxa"/>
        <w:tblBorders>
          <w:top w:val="single" w:sz="9" w:space="0" w:color="C5362C"/>
          <w:left w:val="single" w:sz="9" w:space="0" w:color="C5362C"/>
          <w:bottom w:val="single" w:sz="9" w:space="0" w:color="C5362C"/>
          <w:right w:val="single" w:sz="9" w:space="0" w:color="C5362C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743395" w:rsidRPr="006E145E" w14:paraId="421EF08A" w14:textId="77777777">
        <w:trPr>
          <w:cantSplit/>
          <w:tblHeader/>
        </w:trPr>
        <w:tc>
          <w:tcPr>
            <w:tcW w:w="10140" w:type="dxa"/>
            <w:shd w:val="clear" w:color="auto" w:fill="FDECEB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16472339" w14:textId="77777777" w:rsidR="00743395" w:rsidRPr="00265018" w:rsidRDefault="00AC55A8">
            <w:pPr>
              <w:spacing w:after="0" w:line="269" w:lineRule="auto"/>
              <w:rPr>
                <w:lang w:val="ru-RU"/>
              </w:rPr>
            </w:pPr>
            <w:r w:rsidRPr="00265018">
              <w:rPr>
                <w:b/>
                <w:color w:val="C5362C"/>
                <w:sz w:val="19"/>
                <w:lang w:val="ru-RU"/>
              </w:rPr>
              <w:t xml:space="preserve">НЕ ПЕРЕПУТАЙТЕ </w:t>
            </w:r>
            <w:proofErr w:type="gramStart"/>
            <w:r w:rsidRPr="00265018">
              <w:rPr>
                <w:b/>
                <w:color w:val="C5362C"/>
                <w:sz w:val="19"/>
                <w:lang w:val="ru-RU"/>
              </w:rPr>
              <w:t xml:space="preserve">БАКИ  </w:t>
            </w:r>
            <w:r w:rsidRPr="00265018">
              <w:rPr>
                <w:sz w:val="19"/>
                <w:lang w:val="ru-RU"/>
              </w:rPr>
              <w:t>Рабочий</w:t>
            </w:r>
            <w:proofErr w:type="gramEnd"/>
            <w:r w:rsidRPr="00265018">
              <w:rPr>
                <w:sz w:val="19"/>
                <w:lang w:val="ru-RU"/>
              </w:rPr>
              <w:t xml:space="preserve"> моющий раствор заливается в бак чистой воды. Бак-утилизатор предназначен только для грязной воды и должен своевременно опорожняться.</w:t>
            </w:r>
          </w:p>
        </w:tc>
      </w:tr>
    </w:tbl>
    <w:p w14:paraId="37FEA5C4" w14:textId="77777777" w:rsidR="00743395" w:rsidRPr="00265018" w:rsidRDefault="00743395">
      <w:pPr>
        <w:spacing w:after="20"/>
        <w:rPr>
          <w:lang w:val="ru-RU"/>
        </w:rPr>
      </w:pPr>
    </w:p>
    <w:p w14:paraId="3F2A1C8E" w14:textId="77777777" w:rsidR="00743395" w:rsidRPr="00265018" w:rsidRDefault="00AC55A8">
      <w:pPr>
        <w:rPr>
          <w:lang w:val="ru-RU"/>
        </w:rPr>
      </w:pPr>
      <w:r w:rsidRPr="00265018">
        <w:rPr>
          <w:lang w:val="ru-RU"/>
        </w:rPr>
        <w:br w:type="page"/>
      </w:r>
    </w:p>
    <w:p w14:paraId="4D9650F2" w14:textId="77777777" w:rsidR="00743395" w:rsidRDefault="00AC55A8">
      <w:pPr>
        <w:keepNext/>
        <w:spacing w:after="40"/>
      </w:pPr>
      <w:r>
        <w:rPr>
          <w:b/>
          <w:color w:val="0788B0"/>
          <w:sz w:val="17"/>
        </w:rPr>
        <w:t>РАЗДЕЛ 10   •   ТОЛЬКО ВЕРСИЯ 3100</w:t>
      </w:r>
    </w:p>
    <w:p w14:paraId="1AAC3A32" w14:textId="77777777" w:rsidR="00743395" w:rsidRDefault="00AC55A8">
      <w:pPr>
        <w:pStyle w:val="1"/>
      </w:pPr>
      <w:r>
        <w:t>Батарейный отсек</w:t>
      </w:r>
    </w:p>
    <w:p w14:paraId="5C414151" w14:textId="77777777" w:rsidR="00743395" w:rsidRDefault="00AC55A8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2837EACE" wp14:editId="0437A819">
            <wp:extent cx="5074920" cy="6498818"/>
            <wp:effectExtent l="0" t="0" r="0" b="0"/>
            <wp:docPr id="6" name="Качественная цветная фотография открытого корпуса TOR JH-410 с двумя батареями, красными и черными соединительными кабелями" descr="Качественная цветная фотография открытого корпуса TOR JH-410 с двумя батареями, красными и черными соединительными кабеля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ned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74920" cy="6498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3A042" w14:textId="77777777" w:rsidR="00743395" w:rsidRPr="00265018" w:rsidRDefault="00AC55A8">
      <w:pPr>
        <w:pStyle w:val="FigureCaption"/>
        <w:keepLines/>
        <w:rPr>
          <w:lang w:val="ru-RU"/>
        </w:rPr>
      </w:pPr>
      <w:r w:rsidRPr="00265018">
        <w:rPr>
          <w:lang w:val="ru-RU"/>
        </w:rPr>
        <w:t xml:space="preserve">Открытый аккумуляторный отсек </w:t>
      </w:r>
      <w:r>
        <w:t>TOR</w:t>
      </w:r>
      <w:r w:rsidRPr="00265018">
        <w:rPr>
          <w:lang w:val="ru-RU"/>
        </w:rPr>
        <w:t xml:space="preserve"> </w:t>
      </w:r>
      <w:r>
        <w:t>JH</w:t>
      </w:r>
      <w:r w:rsidRPr="00265018">
        <w:rPr>
          <w:lang w:val="ru-RU"/>
        </w:rPr>
        <w:t>-410 и две установленные батареи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3850"/>
        <w:gridCol w:w="6290"/>
      </w:tblGrid>
      <w:tr w:rsidR="00743395" w14:paraId="0CD96F27" w14:textId="77777777">
        <w:trPr>
          <w:cantSplit/>
          <w:tblHeader/>
        </w:trPr>
        <w:tc>
          <w:tcPr>
            <w:tcW w:w="385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D7EA07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18"/>
              </w:rPr>
              <w:t>Что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проверить</w:t>
            </w:r>
            <w:proofErr w:type="spellEnd"/>
          </w:p>
        </w:tc>
        <w:tc>
          <w:tcPr>
            <w:tcW w:w="629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39F785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Требование</w:t>
            </w:r>
          </w:p>
        </w:tc>
      </w:tr>
      <w:tr w:rsidR="00743395" w:rsidRPr="006E145E" w14:paraId="0E44653F" w14:textId="77777777">
        <w:trPr>
          <w:cantSplit/>
        </w:trPr>
        <w:tc>
          <w:tcPr>
            <w:tcW w:w="38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89E9BD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Две аккумуляторные батареи</w:t>
            </w:r>
          </w:p>
        </w:tc>
        <w:tc>
          <w:tcPr>
            <w:tcW w:w="62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D89E7A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Одинаковые тип, номинальное напряжение и емкость.</w:t>
            </w:r>
          </w:p>
        </w:tc>
      </w:tr>
      <w:tr w:rsidR="00743395" w:rsidRPr="006E145E" w14:paraId="4CC4EDFC" w14:textId="77777777">
        <w:trPr>
          <w:cantSplit/>
        </w:trPr>
        <w:tc>
          <w:tcPr>
            <w:tcW w:w="38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ECDAD4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6"/>
              </w:rPr>
              <w:t>Силовые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кабели</w:t>
            </w:r>
            <w:proofErr w:type="spellEnd"/>
            <w:r>
              <w:rPr>
                <w:sz w:val="16"/>
              </w:rPr>
              <w:t xml:space="preserve"> и </w:t>
            </w:r>
            <w:proofErr w:type="spellStart"/>
            <w:r>
              <w:rPr>
                <w:sz w:val="16"/>
              </w:rPr>
              <w:t>перемычка</w:t>
            </w:r>
            <w:proofErr w:type="spellEnd"/>
          </w:p>
        </w:tc>
        <w:tc>
          <w:tcPr>
            <w:tcW w:w="62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93F904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Правильная полярность, целая изоляция, надежная затяжка.</w:t>
            </w:r>
          </w:p>
        </w:tc>
      </w:tr>
      <w:tr w:rsidR="00743395" w:rsidRPr="006E145E" w14:paraId="1FF92C7A" w14:textId="77777777">
        <w:trPr>
          <w:cantSplit/>
        </w:trPr>
        <w:tc>
          <w:tcPr>
            <w:tcW w:w="38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EACD17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6"/>
              </w:rPr>
              <w:t>Откидной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верхний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бак</w:t>
            </w:r>
            <w:proofErr w:type="spellEnd"/>
          </w:p>
        </w:tc>
        <w:tc>
          <w:tcPr>
            <w:tcW w:w="62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CABE73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Устойчивое положение; провода не зажаты и не натянуты.</w:t>
            </w:r>
          </w:p>
        </w:tc>
      </w:tr>
      <w:tr w:rsidR="00743395" w:rsidRPr="006E145E" w14:paraId="24EAB34F" w14:textId="77777777">
        <w:trPr>
          <w:cantSplit/>
        </w:trPr>
        <w:tc>
          <w:tcPr>
            <w:tcW w:w="38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2C10F9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6"/>
              </w:rPr>
              <w:t>Разъем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зарядного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устройства</w:t>
            </w:r>
            <w:proofErr w:type="spellEnd"/>
          </w:p>
        </w:tc>
        <w:tc>
          <w:tcPr>
            <w:tcW w:w="62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93F353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Совпадает с ответной частью; контакты чистые и сухие.</w:t>
            </w:r>
          </w:p>
        </w:tc>
      </w:tr>
      <w:tr w:rsidR="00743395" w:rsidRPr="006E145E" w14:paraId="6C8A3C18" w14:textId="77777777">
        <w:tblPrEx>
          <w:tblBorders>
            <w:top w:val="single" w:sz="9" w:space="0" w:color="D79600"/>
            <w:left w:val="single" w:sz="9" w:space="0" w:color="D79600"/>
            <w:bottom w:val="single" w:sz="9" w:space="0" w:color="D79600"/>
            <w:right w:val="single" w:sz="9" w:space="0" w:color="D7960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2"/>
            <w:shd w:val="clear" w:color="auto" w:fill="FFF7DF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5AEDB6CA" w14:textId="77777777" w:rsidR="00743395" w:rsidRPr="00265018" w:rsidRDefault="00AC55A8">
            <w:pPr>
              <w:spacing w:after="0" w:line="269" w:lineRule="auto"/>
              <w:rPr>
                <w:lang w:val="ru-RU"/>
              </w:rPr>
            </w:pPr>
            <w:r w:rsidRPr="00265018">
              <w:rPr>
                <w:b/>
                <w:color w:val="D79600"/>
                <w:sz w:val="19"/>
                <w:lang w:val="ru-RU"/>
              </w:rPr>
              <w:t xml:space="preserve">ПЕРЕД </w:t>
            </w:r>
            <w:proofErr w:type="gramStart"/>
            <w:r w:rsidRPr="00265018">
              <w:rPr>
                <w:b/>
                <w:color w:val="D79600"/>
                <w:sz w:val="19"/>
                <w:lang w:val="ru-RU"/>
              </w:rPr>
              <w:t xml:space="preserve">ОТКРЫТИЕМ  </w:t>
            </w:r>
            <w:r w:rsidRPr="00265018">
              <w:rPr>
                <w:sz w:val="19"/>
                <w:lang w:val="ru-RU"/>
              </w:rPr>
              <w:t>Выключите</w:t>
            </w:r>
            <w:proofErr w:type="gramEnd"/>
            <w:r w:rsidRPr="00265018">
              <w:rPr>
                <w:sz w:val="19"/>
                <w:lang w:val="ru-RU"/>
              </w:rPr>
              <w:t xml:space="preserve"> ключ, отключите зарядное устройство и исключите случайное короткое замыкание аккумуляторных клемм.</w:t>
            </w:r>
          </w:p>
        </w:tc>
      </w:tr>
    </w:tbl>
    <w:p w14:paraId="0E306752" w14:textId="77777777" w:rsidR="00743395" w:rsidRPr="00265018" w:rsidRDefault="00743395">
      <w:pPr>
        <w:spacing w:after="20"/>
        <w:rPr>
          <w:lang w:val="ru-RU"/>
        </w:rPr>
      </w:pPr>
    </w:p>
    <w:p w14:paraId="71F87F57" w14:textId="77777777" w:rsidR="00743395" w:rsidRPr="00265018" w:rsidRDefault="00AC55A8">
      <w:pPr>
        <w:rPr>
          <w:lang w:val="ru-RU"/>
        </w:rPr>
      </w:pPr>
      <w:r w:rsidRPr="00265018">
        <w:rPr>
          <w:lang w:val="ru-RU"/>
        </w:rPr>
        <w:br w:type="page"/>
      </w:r>
    </w:p>
    <w:p w14:paraId="653A228A" w14:textId="77777777" w:rsidR="00743395" w:rsidRPr="00265018" w:rsidRDefault="00AC55A8">
      <w:pPr>
        <w:keepNext/>
        <w:spacing w:after="40"/>
        <w:rPr>
          <w:lang w:val="ru-RU"/>
        </w:rPr>
      </w:pPr>
      <w:r w:rsidRPr="00265018">
        <w:rPr>
          <w:b/>
          <w:color w:val="0788B0"/>
          <w:sz w:val="17"/>
          <w:lang w:val="ru-RU"/>
        </w:rPr>
        <w:t xml:space="preserve">РАЗДЕЛ 11   •   2 × 12 В / 80 </w:t>
      </w:r>
      <w:proofErr w:type="spellStart"/>
      <w:r w:rsidRPr="00265018">
        <w:rPr>
          <w:b/>
          <w:color w:val="0788B0"/>
          <w:sz w:val="17"/>
          <w:lang w:val="ru-RU"/>
        </w:rPr>
        <w:t>А·ч</w:t>
      </w:r>
      <w:proofErr w:type="spellEnd"/>
      <w:r w:rsidRPr="00265018">
        <w:rPr>
          <w:b/>
          <w:color w:val="0788B0"/>
          <w:sz w:val="17"/>
          <w:lang w:val="ru-RU"/>
        </w:rPr>
        <w:t xml:space="preserve"> = 24 В / 80 </w:t>
      </w:r>
      <w:proofErr w:type="spellStart"/>
      <w:r w:rsidRPr="00265018">
        <w:rPr>
          <w:b/>
          <w:color w:val="0788B0"/>
          <w:sz w:val="17"/>
          <w:lang w:val="ru-RU"/>
        </w:rPr>
        <w:t>А·ч</w:t>
      </w:r>
      <w:proofErr w:type="spellEnd"/>
    </w:p>
    <w:p w14:paraId="024C04BE" w14:textId="77777777" w:rsidR="00743395" w:rsidRDefault="00AC55A8">
      <w:pPr>
        <w:pStyle w:val="1"/>
      </w:pPr>
      <w:proofErr w:type="spellStart"/>
      <w:r>
        <w:t>Подключение</w:t>
      </w:r>
      <w:proofErr w:type="spellEnd"/>
      <w:r>
        <w:t xml:space="preserve"> </w:t>
      </w:r>
      <w:proofErr w:type="spellStart"/>
      <w:r>
        <w:t>аккумуляторов</w:t>
      </w:r>
      <w:proofErr w:type="spellEnd"/>
    </w:p>
    <w:p w14:paraId="395EA31F" w14:textId="77777777" w:rsidR="00743395" w:rsidRDefault="00AC55A8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66387097" wp14:editId="1E4442D3">
            <wp:extent cx="6199632" cy="2044203"/>
            <wp:effectExtent l="0" t="0" r="0" b="0"/>
            <wp:docPr id="7" name="Наглядная схема соединения двух батарей по 12 В 80 А·ч в систему 24 В 80 А·ч" descr="Наглядная схема соединения двух батарей по 12 В 80 А·ч в систему 24 В 80 А·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ttery_diagram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99632" cy="2044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4BBA5" w14:textId="77777777" w:rsidR="00743395" w:rsidRPr="00265018" w:rsidRDefault="00AC55A8">
      <w:pPr>
        <w:pStyle w:val="FigureCaption"/>
        <w:keepLines/>
        <w:rPr>
          <w:lang w:val="ru-RU"/>
        </w:rPr>
      </w:pPr>
      <w:r w:rsidRPr="00265018">
        <w:rPr>
          <w:lang w:val="ru-RU"/>
        </w:rPr>
        <w:t xml:space="preserve">Последовательное соединение двух аккумуляторов 12 В / 80 </w:t>
      </w:r>
      <w:proofErr w:type="spellStart"/>
      <w:r w:rsidRPr="00265018">
        <w:rPr>
          <w:lang w:val="ru-RU"/>
        </w:rPr>
        <w:t>А·ч</w:t>
      </w:r>
      <w:proofErr w:type="spellEnd"/>
    </w:p>
    <w:p w14:paraId="10BFA28E" w14:textId="77777777" w:rsidR="00743395" w:rsidRDefault="00AC55A8">
      <w:pPr>
        <w:pStyle w:val="2"/>
      </w:pPr>
      <w:proofErr w:type="spellStart"/>
      <w:r>
        <w:t>Правильное</w:t>
      </w:r>
      <w:proofErr w:type="spellEnd"/>
      <w:r>
        <w:t xml:space="preserve"> </w:t>
      </w:r>
      <w:proofErr w:type="spellStart"/>
      <w:r>
        <w:t>чтение</w:t>
      </w:r>
      <w:proofErr w:type="spellEnd"/>
      <w:r>
        <w:t xml:space="preserve"> </w:t>
      </w:r>
      <w:proofErr w:type="spellStart"/>
      <w:r>
        <w:t>маркировки</w:t>
      </w:r>
      <w:proofErr w:type="spellEnd"/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3170"/>
        <w:gridCol w:w="2550"/>
        <w:gridCol w:w="4420"/>
      </w:tblGrid>
      <w:tr w:rsidR="00743395" w14:paraId="54FD90B6" w14:textId="77777777">
        <w:trPr>
          <w:cantSplit/>
          <w:tblHeader/>
        </w:trPr>
        <w:tc>
          <w:tcPr>
            <w:tcW w:w="317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CBCD92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Параметр</w:t>
            </w:r>
          </w:p>
        </w:tc>
        <w:tc>
          <w:tcPr>
            <w:tcW w:w="255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9A256A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Одна батарея</w:t>
            </w:r>
          </w:p>
        </w:tc>
        <w:tc>
          <w:tcPr>
            <w:tcW w:w="442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9A495E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Две батареи последовательно</w:t>
            </w:r>
          </w:p>
        </w:tc>
      </w:tr>
      <w:tr w:rsidR="00743395" w14:paraId="67E9E2C6" w14:textId="77777777">
        <w:trPr>
          <w:cantSplit/>
        </w:trPr>
        <w:tc>
          <w:tcPr>
            <w:tcW w:w="31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A56FBC" w14:textId="77777777" w:rsidR="00743395" w:rsidRDefault="00AC55A8">
            <w:pPr>
              <w:spacing w:after="0" w:line="254" w:lineRule="auto"/>
            </w:pPr>
            <w:r>
              <w:rPr>
                <w:sz w:val="17"/>
              </w:rPr>
              <w:t>Номинальное напряжение</w:t>
            </w:r>
          </w:p>
        </w:tc>
        <w:tc>
          <w:tcPr>
            <w:tcW w:w="2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BC3C10" w14:textId="77777777" w:rsidR="00743395" w:rsidRDefault="00AC55A8">
            <w:pPr>
              <w:spacing w:after="0" w:line="254" w:lineRule="auto"/>
            </w:pPr>
            <w:r>
              <w:rPr>
                <w:sz w:val="17"/>
              </w:rPr>
              <w:t>12 В</w:t>
            </w:r>
          </w:p>
        </w:tc>
        <w:tc>
          <w:tcPr>
            <w:tcW w:w="44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591792" w14:textId="77777777" w:rsidR="00743395" w:rsidRDefault="00AC55A8">
            <w:pPr>
              <w:spacing w:after="0" w:line="254" w:lineRule="auto"/>
            </w:pPr>
            <w:r>
              <w:rPr>
                <w:sz w:val="17"/>
              </w:rPr>
              <w:t>24 В</w:t>
            </w:r>
          </w:p>
        </w:tc>
      </w:tr>
      <w:tr w:rsidR="00743395" w14:paraId="415FF0BC" w14:textId="77777777">
        <w:trPr>
          <w:cantSplit/>
        </w:trPr>
        <w:tc>
          <w:tcPr>
            <w:tcW w:w="31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ADC29D" w14:textId="77777777" w:rsidR="00743395" w:rsidRDefault="00AC55A8">
            <w:pPr>
              <w:spacing w:after="0" w:line="254" w:lineRule="auto"/>
            </w:pPr>
            <w:r>
              <w:rPr>
                <w:sz w:val="17"/>
              </w:rPr>
              <w:t>Номинальная емкость</w:t>
            </w:r>
          </w:p>
        </w:tc>
        <w:tc>
          <w:tcPr>
            <w:tcW w:w="25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0FBE1A" w14:textId="77777777" w:rsidR="00743395" w:rsidRDefault="00AC55A8">
            <w:pPr>
              <w:spacing w:after="0" w:line="254" w:lineRule="auto"/>
            </w:pPr>
            <w:r>
              <w:rPr>
                <w:sz w:val="17"/>
              </w:rPr>
              <w:t>80 А·ч</w:t>
            </w:r>
          </w:p>
        </w:tc>
        <w:tc>
          <w:tcPr>
            <w:tcW w:w="44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FCC6B6" w14:textId="77777777" w:rsidR="00743395" w:rsidRDefault="00AC55A8">
            <w:pPr>
              <w:spacing w:after="0" w:line="254" w:lineRule="auto"/>
            </w:pPr>
            <w:r>
              <w:rPr>
                <w:sz w:val="17"/>
              </w:rPr>
              <w:t>80 А·ч</w:t>
            </w:r>
          </w:p>
        </w:tc>
      </w:tr>
      <w:tr w:rsidR="00743395" w14:paraId="3D752CCF" w14:textId="77777777">
        <w:trPr>
          <w:cantSplit/>
        </w:trPr>
        <w:tc>
          <w:tcPr>
            <w:tcW w:w="31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A3341E" w14:textId="77777777" w:rsidR="00743395" w:rsidRDefault="00AC55A8">
            <w:pPr>
              <w:spacing w:after="0" w:line="254" w:lineRule="auto"/>
            </w:pPr>
            <w:r>
              <w:rPr>
                <w:sz w:val="17"/>
              </w:rPr>
              <w:t>Запас энергии</w:t>
            </w:r>
          </w:p>
        </w:tc>
        <w:tc>
          <w:tcPr>
            <w:tcW w:w="2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1311E1" w14:textId="77777777" w:rsidR="00743395" w:rsidRDefault="00AC55A8">
            <w:pPr>
              <w:spacing w:after="0" w:line="254" w:lineRule="auto"/>
            </w:pPr>
            <w:r>
              <w:rPr>
                <w:sz w:val="17"/>
              </w:rPr>
              <w:t>около 960 Вт·ч</w:t>
            </w:r>
          </w:p>
        </w:tc>
        <w:tc>
          <w:tcPr>
            <w:tcW w:w="44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A1BA4F" w14:textId="77777777" w:rsidR="00743395" w:rsidRDefault="00AC55A8">
            <w:pPr>
              <w:spacing w:after="0" w:line="254" w:lineRule="auto"/>
            </w:pPr>
            <w:r>
              <w:rPr>
                <w:sz w:val="17"/>
              </w:rPr>
              <w:t>около 1920 Вт·ч</w:t>
            </w:r>
          </w:p>
        </w:tc>
      </w:tr>
    </w:tbl>
    <w:p w14:paraId="5344DF4F" w14:textId="77777777" w:rsidR="00743395" w:rsidRDefault="00AC55A8">
      <w:pPr>
        <w:pStyle w:val="2"/>
      </w:pPr>
      <w:r>
        <w:t>Порядок подключения</w:t>
      </w:r>
    </w:p>
    <w:p w14:paraId="1437B8F0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Выключите машину и убедитесь, что зарядное устройство отключено.</w:t>
      </w:r>
    </w:p>
    <w:p w14:paraId="38BE7D7E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Установите две одинаковые исправные батареи и надежно закрепите их.</w:t>
      </w:r>
    </w:p>
    <w:p w14:paraId="7EE12E5A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Соедините плюс одной батареи с минусом второй штатной перемычкой.</w:t>
      </w:r>
    </w:p>
    <w:p w14:paraId="1FBC1BE6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Подключите свободные клеммы к проводам машины строго по полярности.</w:t>
      </w:r>
    </w:p>
    <w:tbl>
      <w:tblPr>
        <w:tblW w:w="10140" w:type="dxa"/>
        <w:tblInd w:w="170" w:type="dxa"/>
        <w:tblBorders>
          <w:top w:val="single" w:sz="9" w:space="0" w:color="18845A"/>
          <w:left w:val="single" w:sz="9" w:space="0" w:color="18845A"/>
          <w:bottom w:val="single" w:sz="9" w:space="0" w:color="18845A"/>
          <w:right w:val="single" w:sz="9" w:space="0" w:color="18845A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743395" w:rsidRPr="006E145E" w14:paraId="6B555506" w14:textId="77777777">
        <w:trPr>
          <w:cantSplit/>
          <w:tblHeader/>
        </w:trPr>
        <w:tc>
          <w:tcPr>
            <w:tcW w:w="10140" w:type="dxa"/>
            <w:shd w:val="clear" w:color="auto" w:fill="EAF7F1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0E86FAEF" w14:textId="77777777" w:rsidR="00743395" w:rsidRPr="00265018" w:rsidRDefault="00AC55A8">
            <w:pPr>
              <w:spacing w:after="0" w:line="269" w:lineRule="auto"/>
              <w:rPr>
                <w:lang w:val="ru-RU"/>
              </w:rPr>
            </w:pPr>
            <w:r w:rsidRPr="00265018">
              <w:rPr>
                <w:b/>
                <w:color w:val="18845A"/>
                <w:sz w:val="19"/>
                <w:lang w:val="ru-RU"/>
              </w:rPr>
              <w:t xml:space="preserve">ЕМКОСТЬ НЕ </w:t>
            </w:r>
            <w:proofErr w:type="gramStart"/>
            <w:r w:rsidRPr="00265018">
              <w:rPr>
                <w:b/>
                <w:color w:val="18845A"/>
                <w:sz w:val="19"/>
                <w:lang w:val="ru-RU"/>
              </w:rPr>
              <w:t xml:space="preserve">УДВАИВАЕТСЯ  </w:t>
            </w:r>
            <w:r w:rsidRPr="00265018">
              <w:rPr>
                <w:sz w:val="19"/>
                <w:lang w:val="ru-RU"/>
              </w:rPr>
              <w:t>При</w:t>
            </w:r>
            <w:proofErr w:type="gramEnd"/>
            <w:r w:rsidRPr="00265018">
              <w:rPr>
                <w:sz w:val="19"/>
                <w:lang w:val="ru-RU"/>
              </w:rPr>
              <w:t xml:space="preserve"> последовательном соединении складывается напряжение: 12 + 12 = 24 В. Емкость остается 80 </w:t>
            </w:r>
            <w:proofErr w:type="spellStart"/>
            <w:r w:rsidRPr="00265018">
              <w:rPr>
                <w:sz w:val="19"/>
                <w:lang w:val="ru-RU"/>
              </w:rPr>
              <w:t>А·ч</w:t>
            </w:r>
            <w:proofErr w:type="spellEnd"/>
            <w:r w:rsidRPr="00265018">
              <w:rPr>
                <w:sz w:val="19"/>
                <w:lang w:val="ru-RU"/>
              </w:rPr>
              <w:t xml:space="preserve">, а не 160 </w:t>
            </w:r>
            <w:proofErr w:type="spellStart"/>
            <w:r w:rsidRPr="00265018">
              <w:rPr>
                <w:sz w:val="19"/>
                <w:lang w:val="ru-RU"/>
              </w:rPr>
              <w:t>А·ч</w:t>
            </w:r>
            <w:proofErr w:type="spellEnd"/>
            <w:r w:rsidRPr="00265018">
              <w:rPr>
                <w:sz w:val="19"/>
                <w:lang w:val="ru-RU"/>
              </w:rPr>
              <w:t>.</w:t>
            </w:r>
          </w:p>
        </w:tc>
      </w:tr>
    </w:tbl>
    <w:p w14:paraId="43ABBBD8" w14:textId="77777777" w:rsidR="00743395" w:rsidRPr="00265018" w:rsidRDefault="00743395">
      <w:pPr>
        <w:spacing w:after="20"/>
        <w:rPr>
          <w:lang w:val="ru-RU"/>
        </w:rPr>
      </w:pPr>
    </w:p>
    <w:p w14:paraId="2E522044" w14:textId="77777777" w:rsidR="00743395" w:rsidRPr="00265018" w:rsidRDefault="00AC55A8">
      <w:pPr>
        <w:rPr>
          <w:lang w:val="ru-RU"/>
        </w:rPr>
      </w:pPr>
      <w:r w:rsidRPr="00265018">
        <w:rPr>
          <w:lang w:val="ru-RU"/>
        </w:rPr>
        <w:br w:type="page"/>
      </w:r>
    </w:p>
    <w:p w14:paraId="1FAC9F88" w14:textId="77777777" w:rsidR="00743395" w:rsidRPr="00265018" w:rsidRDefault="00AC55A8">
      <w:pPr>
        <w:keepNext/>
        <w:spacing w:after="40"/>
        <w:rPr>
          <w:lang w:val="ru-RU"/>
        </w:rPr>
      </w:pPr>
      <w:r w:rsidRPr="00265018">
        <w:rPr>
          <w:b/>
          <w:color w:val="0788B0"/>
          <w:sz w:val="17"/>
          <w:lang w:val="ru-RU"/>
        </w:rPr>
        <w:t>РАЗДЕЛ 12   •   ФОТОГРАФИЯ: 24 В / 12 А</w:t>
      </w:r>
    </w:p>
    <w:p w14:paraId="3C70DB2E" w14:textId="77777777" w:rsidR="00743395" w:rsidRPr="00265018" w:rsidRDefault="00AC55A8">
      <w:pPr>
        <w:pStyle w:val="1"/>
        <w:rPr>
          <w:lang w:val="ru-RU"/>
        </w:rPr>
      </w:pPr>
      <w:r w:rsidRPr="00265018">
        <w:rPr>
          <w:lang w:val="ru-RU"/>
        </w:rPr>
        <w:t>Зарядное устройство</w:t>
      </w:r>
    </w:p>
    <w:p w14:paraId="50954515" w14:textId="77777777" w:rsidR="00743395" w:rsidRDefault="00AC55A8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3BC456B2" wp14:editId="763EAD6C">
            <wp:extent cx="3383280" cy="3615959"/>
            <wp:effectExtent l="0" t="0" r="0" b="0"/>
            <wp:docPr id="8" name="Качественная фотография зарядного устройства 24 В 12 А для аккумуляторной версии TOR JH-410" descr="Качественная фотография зарядного устройства 24 В 12 А для аккумуляторной версии TOR JH-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ger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83280" cy="3615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81A83" w14:textId="77777777" w:rsidR="00743395" w:rsidRPr="00265018" w:rsidRDefault="00AC55A8">
      <w:pPr>
        <w:pStyle w:val="FigureCaption"/>
        <w:keepLines/>
        <w:rPr>
          <w:lang w:val="ru-RU"/>
        </w:rPr>
      </w:pPr>
      <w:r w:rsidRPr="00265018">
        <w:rPr>
          <w:lang w:val="ru-RU"/>
        </w:rPr>
        <w:t>Комплектное зарядное устройство с маркировкой 24</w:t>
      </w:r>
      <w:r>
        <w:t>V</w:t>
      </w:r>
      <w:r w:rsidRPr="00265018">
        <w:rPr>
          <w:lang w:val="ru-RU"/>
        </w:rPr>
        <w:t xml:space="preserve"> / 12</w:t>
      </w:r>
      <w:r>
        <w:t>A</w:t>
      </w:r>
      <w:r w:rsidRPr="00265018">
        <w:rPr>
          <w:lang w:val="ru-RU"/>
        </w:rPr>
        <w:t xml:space="preserve"> и красным разъемом</w:t>
      </w:r>
    </w:p>
    <w:p w14:paraId="456DCBF0" w14:textId="77777777" w:rsidR="00743395" w:rsidRDefault="00AC55A8">
      <w:pPr>
        <w:pStyle w:val="2"/>
      </w:pPr>
      <w:proofErr w:type="spellStart"/>
      <w:r>
        <w:t>Порядок</w:t>
      </w:r>
      <w:proofErr w:type="spellEnd"/>
      <w:r>
        <w:t xml:space="preserve"> </w:t>
      </w:r>
      <w:proofErr w:type="spellStart"/>
      <w:r>
        <w:t>зарядки</w:t>
      </w:r>
      <w:proofErr w:type="spellEnd"/>
    </w:p>
    <w:p w14:paraId="20358072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Поставьте машину на ровной площадке с хорошей вентиляцией и выключите ее ключом.</w:t>
      </w:r>
    </w:p>
    <w:p w14:paraId="3F8D491D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Откройте батарейный отсек и убедитесь, что разъемы, корпус и кабели сухие и целые.</w:t>
      </w:r>
    </w:p>
    <w:p w14:paraId="2A3AC41D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Подключите штатный выходной разъем зарядного устройства к аккумуляторной системе 24 В.</w:t>
      </w:r>
    </w:p>
    <w:p w14:paraId="2B825990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Подключите зарядное устройство к исправной заземленной розетке и следите за индикацией.</w:t>
      </w:r>
    </w:p>
    <w:p w14:paraId="42B2B8A9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После завершения сначала отключите устройство от сети, затем отсоедините разъем батареи.</w:t>
      </w:r>
    </w:p>
    <w:tbl>
      <w:tblPr>
        <w:tblW w:w="10140" w:type="dxa"/>
        <w:tblInd w:w="170" w:type="dxa"/>
        <w:tblBorders>
          <w:top w:val="single" w:sz="9" w:space="0" w:color="D79600"/>
          <w:left w:val="single" w:sz="9" w:space="0" w:color="D79600"/>
          <w:bottom w:val="single" w:sz="9" w:space="0" w:color="D79600"/>
          <w:right w:val="single" w:sz="9" w:space="0" w:color="D796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743395" w:rsidRPr="006E145E" w14:paraId="3CDAA8CD" w14:textId="77777777">
        <w:trPr>
          <w:cantSplit/>
          <w:tblHeader/>
        </w:trPr>
        <w:tc>
          <w:tcPr>
            <w:tcW w:w="10140" w:type="dxa"/>
            <w:shd w:val="clear" w:color="auto" w:fill="FFF7DF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5D6312F2" w14:textId="77777777" w:rsidR="00743395" w:rsidRPr="00265018" w:rsidRDefault="00AC55A8">
            <w:pPr>
              <w:spacing w:after="0" w:line="269" w:lineRule="auto"/>
              <w:rPr>
                <w:lang w:val="ru-RU"/>
              </w:rPr>
            </w:pPr>
            <w:r w:rsidRPr="00265018">
              <w:rPr>
                <w:b/>
                <w:color w:val="D79600"/>
                <w:sz w:val="19"/>
                <w:lang w:val="ru-RU"/>
              </w:rPr>
              <w:t xml:space="preserve">12 А И 15 А  </w:t>
            </w:r>
            <w:r w:rsidRPr="00265018">
              <w:rPr>
                <w:sz w:val="19"/>
                <w:lang w:val="ru-RU"/>
              </w:rPr>
              <w:t>В старой инструкции фигурирует зарядное устройство 24 В / 15 А, но на предоставленной фотографии указано 24 В / 12 А. Используйте параметры фактически поставленного совместимого ЗУ.</w:t>
            </w:r>
          </w:p>
        </w:tc>
      </w:tr>
    </w:tbl>
    <w:p w14:paraId="2B8AA6FA" w14:textId="77777777" w:rsidR="00743395" w:rsidRPr="00265018" w:rsidRDefault="00743395">
      <w:pPr>
        <w:spacing w:after="20"/>
        <w:rPr>
          <w:lang w:val="ru-RU"/>
        </w:rPr>
      </w:pPr>
    </w:p>
    <w:p w14:paraId="57C0AD35" w14:textId="2949DA42" w:rsidR="00743395" w:rsidRPr="00265018" w:rsidRDefault="00AC55A8" w:rsidP="006E145E">
      <w:pPr>
        <w:rPr>
          <w:lang w:val="ru-RU"/>
        </w:rPr>
      </w:pPr>
      <w:r w:rsidRPr="00265018">
        <w:rPr>
          <w:b/>
          <w:color w:val="0788B0"/>
          <w:sz w:val="17"/>
          <w:lang w:val="ru-RU"/>
        </w:rPr>
        <w:t>РАЗДЕЛ 13   •   ТОЛЬКО 3100 • 24 В</w:t>
      </w:r>
    </w:p>
    <w:p w14:paraId="15C1B16F" w14:textId="77777777" w:rsidR="00743395" w:rsidRPr="00265018" w:rsidRDefault="00AC55A8">
      <w:pPr>
        <w:pStyle w:val="1"/>
        <w:rPr>
          <w:lang w:val="ru-RU"/>
        </w:rPr>
      </w:pPr>
      <w:r w:rsidRPr="00265018">
        <w:rPr>
          <w:lang w:val="ru-RU"/>
        </w:rPr>
        <w:t>Уход за аккумуляторами</w:t>
      </w:r>
    </w:p>
    <w:p w14:paraId="42C0B2D6" w14:textId="77777777" w:rsidR="00743395" w:rsidRDefault="00AC55A8">
      <w:pPr>
        <w:pStyle w:val="2"/>
      </w:pPr>
      <w:proofErr w:type="spellStart"/>
      <w:r>
        <w:t>Правила</w:t>
      </w:r>
      <w:proofErr w:type="spellEnd"/>
      <w:r>
        <w:t xml:space="preserve"> </w:t>
      </w:r>
      <w:proofErr w:type="spellStart"/>
      <w:r>
        <w:t>эксплуатации</w:t>
      </w:r>
      <w:proofErr w:type="spellEnd"/>
    </w:p>
    <w:p w14:paraId="75998877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Контролируйте уровень заряда по цифровому индикатору и не допускайте длительного хранения разряженной батареи.</w:t>
      </w:r>
    </w:p>
    <w:p w14:paraId="1E153D6F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Заряжайте комплект штатным устройством 24 В; напряжение и ток должны соответствовать маркировке фактического ЗУ.</w:t>
      </w:r>
    </w:p>
    <w:p w14:paraId="2FE29D13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При зарядке обеспечьте вентиляцию батарейного отсека и держите оборудование вдали от открытого огня.</w:t>
      </w:r>
    </w:p>
    <w:p w14:paraId="23B09BE6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Содержите верхние поверхности батарей и клеммы сухими и чистыми; проверяйте надежность кабелей.</w:t>
      </w:r>
    </w:p>
    <w:p w14:paraId="495990A9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Используйте одновременно только одинаковые батареи по типу, напряжению и емкости.</w:t>
      </w:r>
    </w:p>
    <w:p w14:paraId="0C0F6F86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 xml:space="preserve">Для герметичных </w:t>
      </w:r>
      <w:r>
        <w:rPr>
          <w:sz w:val="20"/>
        </w:rPr>
        <w:t>GEL</w:t>
      </w:r>
      <w:r w:rsidRPr="00265018">
        <w:rPr>
          <w:sz w:val="20"/>
          <w:lang w:val="ru-RU"/>
        </w:rPr>
        <w:t xml:space="preserve"> / </w:t>
      </w:r>
      <w:r>
        <w:rPr>
          <w:sz w:val="20"/>
        </w:rPr>
        <w:t>AGM</w:t>
      </w:r>
      <w:r w:rsidRPr="00265018">
        <w:rPr>
          <w:sz w:val="20"/>
          <w:lang w:val="ru-RU"/>
        </w:rPr>
        <w:t xml:space="preserve"> батарей не вскрывайте корпус и не доливайте электролит; точный тип уточняйте по маркировке.</w:t>
      </w:r>
    </w:p>
    <w:p w14:paraId="47363023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При вздутии корпуса, сильном нагреве, запахе или повреждении изоляции прекратите работу и обратитесь в сервис.</w:t>
      </w:r>
    </w:p>
    <w:tbl>
      <w:tblPr>
        <w:tblW w:w="10140" w:type="dxa"/>
        <w:tblInd w:w="170" w:type="dxa"/>
        <w:tblBorders>
          <w:top w:val="single" w:sz="9" w:space="0" w:color="C5362C"/>
          <w:left w:val="single" w:sz="9" w:space="0" w:color="C5362C"/>
          <w:bottom w:val="single" w:sz="9" w:space="0" w:color="C5362C"/>
          <w:right w:val="single" w:sz="9" w:space="0" w:color="C5362C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743395" w14:paraId="593838AA" w14:textId="77777777">
        <w:trPr>
          <w:cantSplit/>
          <w:tblHeader/>
        </w:trPr>
        <w:tc>
          <w:tcPr>
            <w:tcW w:w="10140" w:type="dxa"/>
            <w:shd w:val="clear" w:color="auto" w:fill="FDECEB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04E17AFF" w14:textId="77777777" w:rsidR="00743395" w:rsidRDefault="00AC55A8">
            <w:pPr>
              <w:spacing w:after="0" w:line="269" w:lineRule="auto"/>
            </w:pPr>
            <w:r w:rsidRPr="00265018">
              <w:rPr>
                <w:b/>
                <w:color w:val="C5362C"/>
                <w:sz w:val="19"/>
                <w:lang w:val="ru-RU"/>
              </w:rPr>
              <w:t xml:space="preserve">ЗАРЯДКА И </w:t>
            </w:r>
            <w:proofErr w:type="gramStart"/>
            <w:r w:rsidRPr="00265018">
              <w:rPr>
                <w:b/>
                <w:color w:val="C5362C"/>
                <w:sz w:val="19"/>
                <w:lang w:val="ru-RU"/>
              </w:rPr>
              <w:t xml:space="preserve">РАБОТА  </w:t>
            </w:r>
            <w:r w:rsidRPr="00265018">
              <w:rPr>
                <w:sz w:val="19"/>
                <w:lang w:val="ru-RU"/>
              </w:rPr>
              <w:t>Аккумуляторную</w:t>
            </w:r>
            <w:proofErr w:type="gramEnd"/>
            <w:r w:rsidRPr="00265018">
              <w:rPr>
                <w:sz w:val="19"/>
                <w:lang w:val="ru-RU"/>
              </w:rPr>
              <w:t xml:space="preserve"> версию нельзя эксплуатировать как сетевую машину через подключенное зарядное устройство. </w:t>
            </w:r>
            <w:proofErr w:type="spellStart"/>
            <w:r>
              <w:rPr>
                <w:sz w:val="19"/>
              </w:rPr>
              <w:t>Перед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уборкой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полностью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отсоединяйте</w:t>
            </w:r>
            <w:proofErr w:type="spellEnd"/>
            <w:r>
              <w:rPr>
                <w:sz w:val="19"/>
              </w:rPr>
              <w:t xml:space="preserve"> ЗУ.</w:t>
            </w:r>
          </w:p>
        </w:tc>
      </w:tr>
    </w:tbl>
    <w:p w14:paraId="5CE2BC28" w14:textId="77777777" w:rsidR="00743395" w:rsidRDefault="00743395">
      <w:pPr>
        <w:spacing w:after="20"/>
      </w:pPr>
    </w:p>
    <w:p w14:paraId="536DA6D7" w14:textId="65C1E0C2" w:rsidR="00743395" w:rsidRDefault="00AC55A8" w:rsidP="006E145E">
      <w:r>
        <w:rPr>
          <w:b/>
          <w:color w:val="0788B0"/>
          <w:sz w:val="17"/>
        </w:rPr>
        <w:t>РАЗДЕЛ 14   •   220 В AC • ПИТАЮЩИЙ КАБЕЛЬ</w:t>
      </w:r>
    </w:p>
    <w:p w14:paraId="30A65A67" w14:textId="77777777" w:rsidR="00743395" w:rsidRDefault="00AC55A8">
      <w:pPr>
        <w:pStyle w:val="1"/>
      </w:pPr>
      <w:r>
        <w:t>Сетевая версия 3099</w:t>
      </w:r>
    </w:p>
    <w:p w14:paraId="78E6ED9E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Проверьте соответствие напряжения сети паспортной табличке машины и исправность защитного заземления.</w:t>
      </w:r>
    </w:p>
    <w:p w14:paraId="4E36BC2F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Осмотрите кабель по всей длине: не допускаются разрезы, потертости, скрутки и повреждение вилки.</w:t>
      </w:r>
    </w:p>
    <w:p w14:paraId="24DE4598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Расположите кабель так, чтобы он оставался позади оператора и не попадал под щетку, колеса или водосборную балку.</w:t>
      </w:r>
    </w:p>
    <w:p w14:paraId="7E20AEFB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Подключите вилку к исправной розетке с соответствующей защитой и включите машину ключом.</w:t>
      </w:r>
    </w:p>
    <w:p w14:paraId="46E5E06C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По окончании работы выключите щетку и вакуум, поверните ключ и только затем отсоедините вилку.</w:t>
      </w:r>
    </w:p>
    <w:p w14:paraId="7BDF7835" w14:textId="77777777" w:rsidR="00743395" w:rsidRDefault="00AC55A8">
      <w:pPr>
        <w:pStyle w:val="2"/>
      </w:pPr>
      <w:proofErr w:type="spellStart"/>
      <w:r>
        <w:t>Запрещается</w:t>
      </w:r>
      <w:proofErr w:type="spellEnd"/>
    </w:p>
    <w:p w14:paraId="47137573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Переезжать провод, тянуть вилку за кабель или погружать соединения в воду.</w:t>
      </w:r>
    </w:p>
    <w:p w14:paraId="508DA1B4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Эксплуатировать машину с отключенным заземлением или поврежденным кабелем.</w:t>
      </w:r>
    </w:p>
    <w:p w14:paraId="648169EE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 xml:space="preserve">Вскрывать </w:t>
      </w:r>
      <w:proofErr w:type="spellStart"/>
      <w:r w:rsidRPr="00265018">
        <w:rPr>
          <w:sz w:val="20"/>
          <w:lang w:val="ru-RU"/>
        </w:rPr>
        <w:t>электроотсек</w:t>
      </w:r>
      <w:proofErr w:type="spellEnd"/>
      <w:r w:rsidRPr="00265018">
        <w:rPr>
          <w:sz w:val="20"/>
          <w:lang w:val="ru-RU"/>
        </w:rPr>
        <w:t xml:space="preserve"> и менять контакторы без полного отключения от сети.</w:t>
      </w:r>
    </w:p>
    <w:tbl>
      <w:tblPr>
        <w:tblW w:w="10140" w:type="dxa"/>
        <w:tblInd w:w="170" w:type="dxa"/>
        <w:tblBorders>
          <w:top w:val="single" w:sz="9" w:space="0" w:color="D46A12"/>
          <w:left w:val="single" w:sz="9" w:space="0" w:color="D46A12"/>
          <w:bottom w:val="single" w:sz="9" w:space="0" w:color="D46A12"/>
          <w:right w:val="single" w:sz="9" w:space="0" w:color="D46A12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743395" w:rsidRPr="006E145E" w14:paraId="7AF4FAB1" w14:textId="77777777">
        <w:trPr>
          <w:cantSplit/>
          <w:tblHeader/>
        </w:trPr>
        <w:tc>
          <w:tcPr>
            <w:tcW w:w="10140" w:type="dxa"/>
            <w:shd w:val="clear" w:color="auto" w:fill="FFF2E7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53C9ACBF" w14:textId="77777777" w:rsidR="00743395" w:rsidRPr="00265018" w:rsidRDefault="00AC55A8">
            <w:pPr>
              <w:spacing w:after="0" w:line="269" w:lineRule="auto"/>
              <w:rPr>
                <w:lang w:val="ru-RU"/>
              </w:rPr>
            </w:pPr>
            <w:proofErr w:type="gramStart"/>
            <w:r w:rsidRPr="00265018">
              <w:rPr>
                <w:b/>
                <w:color w:val="D46A12"/>
                <w:sz w:val="19"/>
                <w:lang w:val="ru-RU"/>
              </w:rPr>
              <w:t xml:space="preserve">ЭЛЕКТРОСХЕМА  </w:t>
            </w:r>
            <w:r w:rsidRPr="00265018">
              <w:rPr>
                <w:sz w:val="19"/>
                <w:lang w:val="ru-RU"/>
              </w:rPr>
              <w:t>Следующая</w:t>
            </w:r>
            <w:proofErr w:type="gramEnd"/>
            <w:r w:rsidRPr="00265018">
              <w:rPr>
                <w:sz w:val="19"/>
                <w:lang w:val="ru-RU"/>
              </w:rPr>
              <w:t xml:space="preserve"> страница содержит оригинальную цветную схему </w:t>
            </w:r>
            <w:r>
              <w:rPr>
                <w:sz w:val="19"/>
              </w:rPr>
              <w:t>Extended</w:t>
            </w:r>
            <w:r w:rsidRPr="00265018">
              <w:rPr>
                <w:sz w:val="19"/>
                <w:lang w:val="ru-RU"/>
              </w:rPr>
              <w:t xml:space="preserve"> </w:t>
            </w:r>
            <w:r>
              <w:rPr>
                <w:sz w:val="19"/>
              </w:rPr>
              <w:t>Cable</w:t>
            </w:r>
            <w:r w:rsidRPr="00265018">
              <w:rPr>
                <w:sz w:val="19"/>
                <w:lang w:val="ru-RU"/>
              </w:rPr>
              <w:t xml:space="preserve"> </w:t>
            </w:r>
            <w:r>
              <w:rPr>
                <w:sz w:val="19"/>
              </w:rPr>
              <w:t>Model</w:t>
            </w:r>
            <w:r w:rsidRPr="00265018">
              <w:rPr>
                <w:sz w:val="19"/>
                <w:lang w:val="ru-RU"/>
              </w:rPr>
              <w:t>. Она предназначена для квалифицированного сервиса и относится только к модели 3099.</w:t>
            </w:r>
          </w:p>
        </w:tc>
      </w:tr>
    </w:tbl>
    <w:p w14:paraId="23425A4E" w14:textId="77777777" w:rsidR="00743395" w:rsidRPr="00265018" w:rsidRDefault="00743395">
      <w:pPr>
        <w:spacing w:after="20"/>
        <w:rPr>
          <w:lang w:val="ru-RU"/>
        </w:rPr>
      </w:pPr>
    </w:p>
    <w:p w14:paraId="438F1B82" w14:textId="77777777" w:rsidR="00743395" w:rsidRPr="00265018" w:rsidRDefault="00AC55A8">
      <w:pPr>
        <w:rPr>
          <w:lang w:val="ru-RU"/>
        </w:rPr>
      </w:pPr>
      <w:r w:rsidRPr="00265018">
        <w:rPr>
          <w:lang w:val="ru-RU"/>
        </w:rPr>
        <w:br w:type="page"/>
      </w:r>
    </w:p>
    <w:p w14:paraId="641F1467" w14:textId="77777777" w:rsidR="00743395" w:rsidRPr="00265018" w:rsidRDefault="00AC55A8">
      <w:pPr>
        <w:keepNext/>
        <w:spacing w:after="40"/>
        <w:rPr>
          <w:lang w:val="ru-RU"/>
        </w:rPr>
      </w:pPr>
      <w:r w:rsidRPr="00265018">
        <w:rPr>
          <w:b/>
          <w:color w:val="0788B0"/>
          <w:sz w:val="17"/>
          <w:lang w:val="ru-RU"/>
        </w:rPr>
        <w:t>РАЗДЕЛ 15   •   СЕТЕВАЯ ВЕРСИЯ • ОРИГИНАЛ</w:t>
      </w:r>
    </w:p>
    <w:p w14:paraId="175EACE1" w14:textId="77777777" w:rsidR="00743395" w:rsidRPr="00265018" w:rsidRDefault="00AC55A8">
      <w:pPr>
        <w:pStyle w:val="1"/>
        <w:rPr>
          <w:lang w:val="ru-RU"/>
        </w:rPr>
      </w:pPr>
      <w:r w:rsidRPr="00265018">
        <w:rPr>
          <w:lang w:val="ru-RU"/>
        </w:rPr>
        <w:t>Электрическая схема 3099</w:t>
      </w:r>
    </w:p>
    <w:p w14:paraId="261AF813" w14:textId="77777777" w:rsidR="00743395" w:rsidRDefault="00AC55A8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5D90025E" wp14:editId="78B7ACFB">
            <wp:extent cx="5605272" cy="7091184"/>
            <wp:effectExtent l="0" t="0" r="0" b="0"/>
            <wp:docPr id="9" name="Подробная цветная электрическая схема сетевой модели JH-410: вход L и N, ключ, выключатели, два контактора NXC-18, автомат NXB-63 C6, клапан и двигатели" descr="Подробная цветная электрическая схема сетевой модели JH-410: вход L и N, ключ, выключатели, два контактора NXC-18, автомат NXB-63 C6, клапан и двигат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it_color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05272" cy="7091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BBD8D" w14:textId="77777777" w:rsidR="00743395" w:rsidRPr="00265018" w:rsidRDefault="00AC55A8">
      <w:pPr>
        <w:pStyle w:val="FigureCaption"/>
        <w:keepLines/>
        <w:rPr>
          <w:lang w:val="ru-RU"/>
        </w:rPr>
      </w:pPr>
      <w:r w:rsidRPr="00265018">
        <w:rPr>
          <w:lang w:val="ru-RU"/>
        </w:rPr>
        <w:t xml:space="preserve">Оригинальная цветная электрическая схема </w:t>
      </w:r>
      <w:r>
        <w:t>JH</w:t>
      </w:r>
      <w:r w:rsidRPr="00265018">
        <w:rPr>
          <w:lang w:val="ru-RU"/>
        </w:rPr>
        <w:t xml:space="preserve">-410 </w:t>
      </w:r>
      <w:r>
        <w:t>Extended</w:t>
      </w:r>
      <w:r w:rsidRPr="00265018">
        <w:rPr>
          <w:lang w:val="ru-RU"/>
        </w:rPr>
        <w:t xml:space="preserve"> </w:t>
      </w:r>
      <w:r>
        <w:t>Cable</w:t>
      </w:r>
      <w:r w:rsidRPr="00265018">
        <w:rPr>
          <w:lang w:val="ru-RU"/>
        </w:rPr>
        <w:t xml:space="preserve"> </w:t>
      </w:r>
      <w:r>
        <w:t>Model</w:t>
      </w:r>
    </w:p>
    <w:p w14:paraId="1E93C376" w14:textId="77777777" w:rsidR="00743395" w:rsidRPr="00265018" w:rsidRDefault="00AC55A8">
      <w:pPr>
        <w:rPr>
          <w:lang w:val="ru-RU"/>
        </w:rPr>
      </w:pPr>
      <w:r w:rsidRPr="00265018">
        <w:rPr>
          <w:lang w:val="ru-RU"/>
        </w:rPr>
        <w:br w:type="page"/>
      </w:r>
    </w:p>
    <w:p w14:paraId="25BE3573" w14:textId="77777777" w:rsidR="00743395" w:rsidRPr="00265018" w:rsidRDefault="00AC55A8">
      <w:pPr>
        <w:keepNext/>
        <w:spacing w:after="40"/>
        <w:rPr>
          <w:lang w:val="ru-RU"/>
        </w:rPr>
      </w:pPr>
      <w:r w:rsidRPr="00265018">
        <w:rPr>
          <w:b/>
          <w:color w:val="0788B0"/>
          <w:sz w:val="17"/>
          <w:lang w:val="ru-RU"/>
        </w:rPr>
        <w:t>РАЗДЕЛ 16   •   ТОЛЬКО СЕТЕВАЯ МОДЕЛЬ 3099</w:t>
      </w:r>
    </w:p>
    <w:p w14:paraId="0D153D5E" w14:textId="77777777" w:rsidR="00743395" w:rsidRPr="00265018" w:rsidRDefault="00AC55A8">
      <w:pPr>
        <w:pStyle w:val="1"/>
        <w:rPr>
          <w:lang w:val="ru-RU"/>
        </w:rPr>
      </w:pPr>
      <w:r w:rsidRPr="00265018">
        <w:rPr>
          <w:lang w:val="ru-RU"/>
        </w:rPr>
        <w:t>Расшифровка электросхемы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3780"/>
        <w:gridCol w:w="6360"/>
      </w:tblGrid>
      <w:tr w:rsidR="00743395" w14:paraId="3807C85B" w14:textId="77777777">
        <w:trPr>
          <w:cantSplit/>
          <w:tblHeader/>
        </w:trPr>
        <w:tc>
          <w:tcPr>
            <w:tcW w:w="378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E008A8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18"/>
              </w:rPr>
              <w:t>Обозначение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на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схеме</w:t>
            </w:r>
            <w:proofErr w:type="spellEnd"/>
          </w:p>
        </w:tc>
        <w:tc>
          <w:tcPr>
            <w:tcW w:w="636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B8CFC6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Перевод / назначение</w:t>
            </w:r>
          </w:p>
        </w:tc>
      </w:tr>
      <w:tr w:rsidR="00743395" w:rsidRPr="006E145E" w14:paraId="697EE60E" w14:textId="77777777">
        <w:trPr>
          <w:cantSplit/>
        </w:trPr>
        <w:tc>
          <w:tcPr>
            <w:tcW w:w="37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9E2B58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L / N</w:t>
            </w:r>
          </w:p>
        </w:tc>
        <w:tc>
          <w:tcPr>
            <w:tcW w:w="6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F1921A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Фаза и нейтраль питающей сети переменного тока.</w:t>
            </w:r>
          </w:p>
        </w:tc>
      </w:tr>
      <w:tr w:rsidR="00743395" w:rsidRPr="006E145E" w14:paraId="388B7FE4" w14:textId="77777777">
        <w:trPr>
          <w:cantSplit/>
        </w:trPr>
        <w:tc>
          <w:tcPr>
            <w:tcW w:w="37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4C9588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Disc Brush Switch</w:t>
            </w:r>
          </w:p>
        </w:tc>
        <w:tc>
          <w:tcPr>
            <w:tcW w:w="63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115234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Выключатель двигателя дисковой щетки на панели управления.</w:t>
            </w:r>
          </w:p>
        </w:tc>
      </w:tr>
      <w:tr w:rsidR="00743395" w:rsidRPr="006E145E" w14:paraId="5ACD3BAF" w14:textId="77777777">
        <w:trPr>
          <w:cantSplit/>
        </w:trPr>
        <w:tc>
          <w:tcPr>
            <w:tcW w:w="37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B60FFD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Water absorption switch</w:t>
            </w:r>
          </w:p>
        </w:tc>
        <w:tc>
          <w:tcPr>
            <w:tcW w:w="6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9045AA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Выключатель двигателя всасывания на панели управления.</w:t>
            </w:r>
          </w:p>
        </w:tc>
      </w:tr>
      <w:tr w:rsidR="00743395" w14:paraId="201FABE1" w14:textId="77777777">
        <w:trPr>
          <w:cantSplit/>
        </w:trPr>
        <w:tc>
          <w:tcPr>
            <w:tcW w:w="37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7799DF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key switch</w:t>
            </w:r>
          </w:p>
        </w:tc>
        <w:tc>
          <w:tcPr>
            <w:tcW w:w="63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56A5B4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Ключ основного включения машины.</w:t>
            </w:r>
          </w:p>
        </w:tc>
      </w:tr>
      <w:tr w:rsidR="00743395" w:rsidRPr="006E145E" w14:paraId="18D956DB" w14:textId="77777777">
        <w:trPr>
          <w:cantSplit/>
        </w:trPr>
        <w:tc>
          <w:tcPr>
            <w:tcW w:w="37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11A722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NXC-18 • левый</w:t>
            </w:r>
          </w:p>
        </w:tc>
        <w:tc>
          <w:tcPr>
            <w:tcW w:w="6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45BFBC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Контактор цепи щеточного двигателя и связанных нагрузок.</w:t>
            </w:r>
          </w:p>
        </w:tc>
      </w:tr>
      <w:tr w:rsidR="00743395" w14:paraId="53AC2FCF" w14:textId="77777777">
        <w:trPr>
          <w:cantSplit/>
        </w:trPr>
        <w:tc>
          <w:tcPr>
            <w:tcW w:w="37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E5D4F1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 xml:space="preserve">NXC-18 • </w:t>
            </w:r>
            <w:proofErr w:type="spellStart"/>
            <w:r>
              <w:rPr>
                <w:sz w:val="16"/>
              </w:rPr>
              <w:t>правый</w:t>
            </w:r>
            <w:proofErr w:type="spellEnd"/>
          </w:p>
        </w:tc>
        <w:tc>
          <w:tcPr>
            <w:tcW w:w="63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270308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Контактор цепи всасывающего двигателя.</w:t>
            </w:r>
          </w:p>
        </w:tc>
      </w:tr>
      <w:tr w:rsidR="00743395" w:rsidRPr="006E145E" w14:paraId="71E296F9" w14:textId="77777777">
        <w:trPr>
          <w:cantSplit/>
        </w:trPr>
        <w:tc>
          <w:tcPr>
            <w:tcW w:w="37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B2F33E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NXB-63 C6</w:t>
            </w:r>
          </w:p>
        </w:tc>
        <w:tc>
          <w:tcPr>
            <w:tcW w:w="6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2A393C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 xml:space="preserve">Защитный автомат, маркировка </w:t>
            </w:r>
            <w:r>
              <w:rPr>
                <w:sz w:val="16"/>
              </w:rPr>
              <w:t>C</w:t>
            </w:r>
            <w:r w:rsidRPr="00265018">
              <w:rPr>
                <w:sz w:val="16"/>
                <w:lang w:val="ru-RU"/>
              </w:rPr>
              <w:t>6 по исходной схеме.</w:t>
            </w:r>
          </w:p>
        </w:tc>
      </w:tr>
      <w:tr w:rsidR="00743395" w:rsidRPr="006E145E" w14:paraId="62F58EC4" w14:textId="77777777">
        <w:trPr>
          <w:cantSplit/>
        </w:trPr>
        <w:tc>
          <w:tcPr>
            <w:tcW w:w="37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C6C90B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solenoid valve</w:t>
            </w:r>
          </w:p>
        </w:tc>
        <w:tc>
          <w:tcPr>
            <w:tcW w:w="63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1B64C5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Электромагнитный клапан подачи моющего раствора.</w:t>
            </w:r>
          </w:p>
        </w:tc>
      </w:tr>
      <w:tr w:rsidR="00743395" w14:paraId="2B15C97B" w14:textId="77777777">
        <w:trPr>
          <w:cantSplit/>
        </w:trPr>
        <w:tc>
          <w:tcPr>
            <w:tcW w:w="37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72CDB3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Brush disk motor</w:t>
            </w:r>
          </w:p>
        </w:tc>
        <w:tc>
          <w:tcPr>
            <w:tcW w:w="6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9ECFF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Двигатель привода дисковой щетки.</w:t>
            </w:r>
          </w:p>
        </w:tc>
      </w:tr>
      <w:tr w:rsidR="00743395" w:rsidRPr="006E145E" w14:paraId="11338034" w14:textId="77777777">
        <w:trPr>
          <w:cantSplit/>
        </w:trPr>
        <w:tc>
          <w:tcPr>
            <w:tcW w:w="37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DF46AA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Water absorbing motor</w:t>
            </w:r>
          </w:p>
        </w:tc>
        <w:tc>
          <w:tcPr>
            <w:tcW w:w="63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A6DB2F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Вакуумный двигатель сбора грязной воды.</w:t>
            </w:r>
          </w:p>
        </w:tc>
      </w:tr>
      <w:tr w:rsidR="00743395" w:rsidRPr="006E145E" w14:paraId="6BC51A76" w14:textId="77777777">
        <w:trPr>
          <w:cantSplit/>
        </w:trPr>
        <w:tc>
          <w:tcPr>
            <w:tcW w:w="37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CA148B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1/L1 ... 6/T3, 13NO/14NO</w:t>
            </w:r>
          </w:p>
        </w:tc>
        <w:tc>
          <w:tcPr>
            <w:tcW w:w="6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83078B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Маркировка силовых и вспомогательных контактов контакторов.</w:t>
            </w:r>
          </w:p>
        </w:tc>
      </w:tr>
    </w:tbl>
    <w:p w14:paraId="03951F33" w14:textId="77777777" w:rsidR="00743395" w:rsidRDefault="00AC55A8">
      <w:pPr>
        <w:pStyle w:val="2"/>
      </w:pPr>
      <w:proofErr w:type="spellStart"/>
      <w:r>
        <w:t>Логика</w:t>
      </w:r>
      <w:proofErr w:type="spellEnd"/>
      <w:r>
        <w:t xml:space="preserve"> </w:t>
      </w:r>
      <w:proofErr w:type="spellStart"/>
      <w:r>
        <w:t>работы</w:t>
      </w:r>
      <w:proofErr w:type="spellEnd"/>
      <w:r>
        <w:t xml:space="preserve"> </w:t>
      </w:r>
      <w:proofErr w:type="spellStart"/>
      <w:r>
        <w:t>схемы</w:t>
      </w:r>
      <w:proofErr w:type="spellEnd"/>
    </w:p>
    <w:p w14:paraId="0ADAA499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 xml:space="preserve">Сеть </w:t>
      </w:r>
      <w:r>
        <w:rPr>
          <w:sz w:val="20"/>
        </w:rPr>
        <w:t>L</w:t>
      </w:r>
      <w:r w:rsidRPr="00265018">
        <w:rPr>
          <w:sz w:val="20"/>
          <w:lang w:val="ru-RU"/>
        </w:rPr>
        <w:t>/</w:t>
      </w:r>
      <w:r>
        <w:rPr>
          <w:sz w:val="20"/>
        </w:rPr>
        <w:t>N</w:t>
      </w:r>
      <w:r w:rsidRPr="00265018">
        <w:rPr>
          <w:sz w:val="20"/>
          <w:lang w:val="ru-RU"/>
        </w:rPr>
        <w:t xml:space="preserve"> подает питание на цепи аппарата; доступ к рабочим функциям разрешает ключ.</w:t>
      </w:r>
    </w:p>
    <w:p w14:paraId="00E9367C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Выключатель щетки управляет соответствующим контактором, щеточным мотором и цепью клапана.</w:t>
      </w:r>
    </w:p>
    <w:p w14:paraId="0DDBEFAB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Выключатель всасывания управляет вторым контактором и вакуумным двигателем.</w:t>
      </w:r>
    </w:p>
    <w:p w14:paraId="49862493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Защитный автомат отключает соответствующую цепь при неисправности; поиск причины выполняет сервис.</w:t>
      </w:r>
    </w:p>
    <w:tbl>
      <w:tblPr>
        <w:tblW w:w="10140" w:type="dxa"/>
        <w:tblInd w:w="170" w:type="dxa"/>
        <w:tblBorders>
          <w:top w:val="single" w:sz="9" w:space="0" w:color="C5362C"/>
          <w:left w:val="single" w:sz="9" w:space="0" w:color="C5362C"/>
          <w:bottom w:val="single" w:sz="9" w:space="0" w:color="C5362C"/>
          <w:right w:val="single" w:sz="9" w:space="0" w:color="C5362C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743395" w14:paraId="441AE124" w14:textId="77777777">
        <w:trPr>
          <w:cantSplit/>
          <w:tblHeader/>
        </w:trPr>
        <w:tc>
          <w:tcPr>
            <w:tcW w:w="10140" w:type="dxa"/>
            <w:shd w:val="clear" w:color="auto" w:fill="FDECEB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3A35FC3F" w14:textId="77777777" w:rsidR="00743395" w:rsidRDefault="00AC55A8">
            <w:pPr>
              <w:spacing w:after="0" w:line="269" w:lineRule="auto"/>
            </w:pPr>
            <w:r w:rsidRPr="00265018">
              <w:rPr>
                <w:b/>
                <w:color w:val="C5362C"/>
                <w:sz w:val="19"/>
                <w:lang w:val="ru-RU"/>
              </w:rPr>
              <w:t xml:space="preserve">ВНИМАНИЕ: 220 </w:t>
            </w:r>
            <w:proofErr w:type="gramStart"/>
            <w:r w:rsidRPr="00265018">
              <w:rPr>
                <w:b/>
                <w:color w:val="C5362C"/>
                <w:sz w:val="19"/>
                <w:lang w:val="ru-RU"/>
              </w:rPr>
              <w:t xml:space="preserve">В  </w:t>
            </w:r>
            <w:r w:rsidRPr="00265018">
              <w:rPr>
                <w:sz w:val="19"/>
                <w:lang w:val="ru-RU"/>
              </w:rPr>
              <w:t>Схема</w:t>
            </w:r>
            <w:proofErr w:type="gramEnd"/>
            <w:r w:rsidRPr="00265018">
              <w:rPr>
                <w:sz w:val="19"/>
                <w:lang w:val="ru-RU"/>
              </w:rPr>
              <w:t xml:space="preserve"> не подтверждает цвет фактических проводов и не заменяет проверку конкретной машины. </w:t>
            </w:r>
            <w:proofErr w:type="spellStart"/>
            <w:r>
              <w:rPr>
                <w:sz w:val="19"/>
              </w:rPr>
              <w:t>Работы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проводятся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только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квалифицированным</w:t>
            </w:r>
            <w:proofErr w:type="spellEnd"/>
            <w:r>
              <w:rPr>
                <w:sz w:val="19"/>
              </w:rPr>
              <w:t xml:space="preserve"> специалистом при полностью отключенной сети.</w:t>
            </w:r>
          </w:p>
        </w:tc>
      </w:tr>
    </w:tbl>
    <w:p w14:paraId="563BFD44" w14:textId="77777777" w:rsidR="00743395" w:rsidRDefault="00743395">
      <w:pPr>
        <w:spacing w:after="20"/>
      </w:pPr>
    </w:p>
    <w:p w14:paraId="566FF5B7" w14:textId="77777777" w:rsidR="00743395" w:rsidRDefault="00AC55A8">
      <w:r>
        <w:br w:type="page"/>
      </w:r>
    </w:p>
    <w:p w14:paraId="2032496B" w14:textId="77777777" w:rsidR="00743395" w:rsidRDefault="00AC55A8">
      <w:pPr>
        <w:keepNext/>
        <w:spacing w:after="40"/>
      </w:pPr>
      <w:r>
        <w:rPr>
          <w:b/>
          <w:color w:val="0788B0"/>
          <w:sz w:val="17"/>
        </w:rPr>
        <w:t>РАЗДЕЛ 17   •   ОБЕ ВЕРСИИ</w:t>
      </w:r>
    </w:p>
    <w:p w14:paraId="443762D7" w14:textId="77777777" w:rsidR="00743395" w:rsidRDefault="00AC55A8">
      <w:pPr>
        <w:pStyle w:val="1"/>
      </w:pPr>
      <w:r>
        <w:t>Порядок эксплуатации</w:t>
      </w:r>
    </w:p>
    <w:p w14:paraId="1BD7AB33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Удалите с пола крупный мусор и убедитесь, что поверхность подходит для механизированной влажной уборки.</w:t>
      </w:r>
    </w:p>
    <w:p w14:paraId="3BCF75E1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 xml:space="preserve">Заполните бак чистым </w:t>
      </w:r>
      <w:proofErr w:type="spellStart"/>
      <w:r w:rsidRPr="00265018">
        <w:rPr>
          <w:sz w:val="20"/>
          <w:lang w:val="ru-RU"/>
        </w:rPr>
        <w:t>низкопенным</w:t>
      </w:r>
      <w:proofErr w:type="spellEnd"/>
      <w:r w:rsidRPr="00265018">
        <w:rPr>
          <w:sz w:val="20"/>
          <w:lang w:val="ru-RU"/>
        </w:rPr>
        <w:t xml:space="preserve"> раствором, проверьте пустой бак-утилизатор и состояние фильтров.</w:t>
      </w:r>
    </w:p>
    <w:p w14:paraId="20EA14FA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 xml:space="preserve">Установите щетку или совместимый </w:t>
      </w:r>
      <w:proofErr w:type="spellStart"/>
      <w:r w:rsidRPr="00265018">
        <w:rPr>
          <w:sz w:val="20"/>
          <w:lang w:val="ru-RU"/>
        </w:rPr>
        <w:t>падодержатель</w:t>
      </w:r>
      <w:proofErr w:type="spellEnd"/>
      <w:r w:rsidRPr="00265018">
        <w:rPr>
          <w:sz w:val="20"/>
          <w:lang w:val="ru-RU"/>
        </w:rPr>
        <w:t>; опустите щеточную головку.</w:t>
      </w:r>
    </w:p>
    <w:p w14:paraId="4F33854C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Опустите водосборную балку и подключите всасывающий шланг без перегибов.</w:t>
      </w:r>
    </w:p>
    <w:p w14:paraId="068DA395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Подготовьте питание своей версии: заряженные батареи 3100 либо безопасно уложенный сетевой кабель 3099.</w:t>
      </w:r>
    </w:p>
    <w:p w14:paraId="02C93EFC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Поверните ключ, откройте подачу раствора, включите переключатель щетки и переключатель всасывания.</w:t>
      </w:r>
    </w:p>
    <w:p w14:paraId="7D81F155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Ведите машину вперед плавно, перекрывая соседние проходы примерно на 5 см.</w:t>
      </w:r>
    </w:p>
    <w:p w14:paraId="7D143506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При сильном загрязнении выполните предварительный проход; после выдержки раствора 3–5 минут соберите воду.</w:t>
      </w:r>
    </w:p>
    <w:p w14:paraId="0B4334B9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Контролируйте наполнение грязного бака, чистоту скребков и заряд батареи либо положение сетевого кабеля.</w:t>
      </w:r>
    </w:p>
    <w:tbl>
      <w:tblPr>
        <w:tblW w:w="10140" w:type="dxa"/>
        <w:tblInd w:w="170" w:type="dxa"/>
        <w:tblBorders>
          <w:top w:val="single" w:sz="9" w:space="0" w:color="C5362C"/>
          <w:left w:val="single" w:sz="9" w:space="0" w:color="C5362C"/>
          <w:bottom w:val="single" w:sz="9" w:space="0" w:color="C5362C"/>
          <w:right w:val="single" w:sz="9" w:space="0" w:color="C5362C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743395" w:rsidRPr="006E145E" w14:paraId="3AB8533A" w14:textId="77777777">
        <w:trPr>
          <w:cantSplit/>
          <w:tblHeader/>
        </w:trPr>
        <w:tc>
          <w:tcPr>
            <w:tcW w:w="10140" w:type="dxa"/>
            <w:shd w:val="clear" w:color="auto" w:fill="FDECEB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2C4A5554" w14:textId="77777777" w:rsidR="00743395" w:rsidRPr="00265018" w:rsidRDefault="00AC55A8">
            <w:pPr>
              <w:spacing w:after="0" w:line="269" w:lineRule="auto"/>
              <w:rPr>
                <w:lang w:val="ru-RU"/>
              </w:rPr>
            </w:pPr>
            <w:r w:rsidRPr="00265018">
              <w:rPr>
                <w:b/>
                <w:color w:val="C5362C"/>
                <w:sz w:val="19"/>
                <w:lang w:val="ru-RU"/>
              </w:rPr>
              <w:t xml:space="preserve">ОСТАНОВИТЕ </w:t>
            </w:r>
            <w:proofErr w:type="gramStart"/>
            <w:r w:rsidRPr="00265018">
              <w:rPr>
                <w:b/>
                <w:color w:val="C5362C"/>
                <w:sz w:val="19"/>
                <w:lang w:val="ru-RU"/>
              </w:rPr>
              <w:t xml:space="preserve">РАБОТУ  </w:t>
            </w:r>
            <w:r w:rsidRPr="00265018">
              <w:rPr>
                <w:sz w:val="19"/>
                <w:lang w:val="ru-RU"/>
              </w:rPr>
              <w:t>При</w:t>
            </w:r>
            <w:proofErr w:type="gramEnd"/>
            <w:r w:rsidRPr="00265018">
              <w:rPr>
                <w:sz w:val="19"/>
                <w:lang w:val="ru-RU"/>
              </w:rPr>
              <w:t xml:space="preserve"> полосах воды, сильной пене, постороннем шуме, запахе гари или неисправности кабеля немедленно выключите машину и устраните причину.</w:t>
            </w:r>
          </w:p>
        </w:tc>
      </w:tr>
    </w:tbl>
    <w:p w14:paraId="4C5DBE7F" w14:textId="77777777" w:rsidR="00743395" w:rsidRPr="00265018" w:rsidRDefault="00743395">
      <w:pPr>
        <w:spacing w:after="20"/>
        <w:rPr>
          <w:lang w:val="ru-RU"/>
        </w:rPr>
      </w:pPr>
    </w:p>
    <w:p w14:paraId="4361F397" w14:textId="77777777" w:rsidR="00743395" w:rsidRPr="00265018" w:rsidRDefault="00AC55A8">
      <w:pPr>
        <w:rPr>
          <w:lang w:val="ru-RU"/>
        </w:rPr>
      </w:pPr>
      <w:r w:rsidRPr="00265018">
        <w:rPr>
          <w:lang w:val="ru-RU"/>
        </w:rPr>
        <w:br w:type="page"/>
      </w:r>
    </w:p>
    <w:p w14:paraId="1FCABF73" w14:textId="77777777" w:rsidR="00743395" w:rsidRPr="00265018" w:rsidRDefault="00AC55A8">
      <w:pPr>
        <w:keepNext/>
        <w:spacing w:after="40"/>
        <w:rPr>
          <w:lang w:val="ru-RU"/>
        </w:rPr>
      </w:pPr>
      <w:r w:rsidRPr="00265018">
        <w:rPr>
          <w:b/>
          <w:color w:val="0788B0"/>
          <w:sz w:val="17"/>
          <w:lang w:val="ru-RU"/>
        </w:rPr>
        <w:t>РАЗДЕЛ 18   •   ПОСЛЕ КАЖДОЙ СМЕНЫ</w:t>
      </w:r>
    </w:p>
    <w:p w14:paraId="401F5F37" w14:textId="77777777" w:rsidR="00743395" w:rsidRPr="00265018" w:rsidRDefault="00AC55A8">
      <w:pPr>
        <w:pStyle w:val="1"/>
        <w:rPr>
          <w:lang w:val="ru-RU"/>
        </w:rPr>
      </w:pPr>
      <w:r w:rsidRPr="00265018">
        <w:rPr>
          <w:lang w:val="ru-RU"/>
        </w:rPr>
        <w:t>Остановка и ежедневный уход</w:t>
      </w:r>
    </w:p>
    <w:p w14:paraId="0E94A2EA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Выключите подачу воды и щетку, оставив всасывание на короткое время для сбора остаточной влаги.</w:t>
      </w:r>
    </w:p>
    <w:p w14:paraId="773AADFE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Выключите вакуум, поднимите щеточную головку и водосборную балку.</w:t>
      </w:r>
    </w:p>
    <w:p w14:paraId="2131D1F3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Поверните ключ в положение «выключено»; для версии 3099 отсоедините вилку от сети.</w:t>
      </w:r>
    </w:p>
    <w:p w14:paraId="0F5027AE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Опорожните бак-утилизатор через сливной шланг и промойте бак, крышку и поплавковый фильтр.</w:t>
      </w:r>
    </w:p>
    <w:p w14:paraId="110EEDDE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Проверьте всасывающий шланг, скребки и щетку; удалите волосы, пленку, песок и другой мусор.</w:t>
      </w:r>
    </w:p>
    <w:p w14:paraId="04C82535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Для версии 3100 при необходимости зарядите батареи совместимым устройством.</w:t>
      </w:r>
    </w:p>
    <w:p w14:paraId="0D4827A4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Оставьте крышку чистого пустого бака-утилизатора приоткрытой для просушивания.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3470"/>
        <w:gridCol w:w="6670"/>
      </w:tblGrid>
      <w:tr w:rsidR="00743395" w14:paraId="2AEFA0B7" w14:textId="77777777">
        <w:trPr>
          <w:cantSplit/>
          <w:tblHeader/>
        </w:trPr>
        <w:tc>
          <w:tcPr>
            <w:tcW w:w="347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2579B3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18"/>
              </w:rPr>
              <w:t>Элемент</w:t>
            </w:r>
            <w:proofErr w:type="spellEnd"/>
          </w:p>
        </w:tc>
        <w:tc>
          <w:tcPr>
            <w:tcW w:w="667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BA8791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Ежедневное действие</w:t>
            </w:r>
          </w:p>
        </w:tc>
      </w:tr>
      <w:tr w:rsidR="00743395" w:rsidRPr="006E145E" w14:paraId="400B7C6C" w14:textId="77777777">
        <w:trPr>
          <w:cantSplit/>
        </w:trPr>
        <w:tc>
          <w:tcPr>
            <w:tcW w:w="34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F55A8E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Баки и фильтры</w:t>
            </w:r>
          </w:p>
        </w:tc>
        <w:tc>
          <w:tcPr>
            <w:tcW w:w="66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9FDDC3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Слить, промыть, осмотреть уплотнение крышки.</w:t>
            </w:r>
          </w:p>
        </w:tc>
      </w:tr>
      <w:tr w:rsidR="00743395" w:rsidRPr="006E145E" w14:paraId="4FB4DE9B" w14:textId="77777777">
        <w:trPr>
          <w:cantSplit/>
        </w:trPr>
        <w:tc>
          <w:tcPr>
            <w:tcW w:w="34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B11B5F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6"/>
              </w:rPr>
              <w:t>Щетка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пад</w:t>
            </w:r>
            <w:proofErr w:type="spellEnd"/>
          </w:p>
        </w:tc>
        <w:tc>
          <w:tcPr>
            <w:tcW w:w="66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73C0B7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Удалить намотанный мусор и проверить износ.</w:t>
            </w:r>
          </w:p>
        </w:tc>
      </w:tr>
      <w:tr w:rsidR="00743395" w:rsidRPr="006E145E" w14:paraId="0B3E5FBD" w14:textId="77777777">
        <w:trPr>
          <w:cantSplit/>
        </w:trPr>
        <w:tc>
          <w:tcPr>
            <w:tcW w:w="34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CCCE00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6"/>
              </w:rPr>
              <w:t>Водосборная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балка</w:t>
            </w:r>
            <w:proofErr w:type="spellEnd"/>
          </w:p>
        </w:tc>
        <w:tc>
          <w:tcPr>
            <w:tcW w:w="66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07D335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Промыть скребки, проверить равномерное прилегание.</w:t>
            </w:r>
          </w:p>
        </w:tc>
      </w:tr>
      <w:tr w:rsidR="00743395" w:rsidRPr="006E145E" w14:paraId="59477464" w14:textId="77777777">
        <w:trPr>
          <w:cantSplit/>
        </w:trPr>
        <w:tc>
          <w:tcPr>
            <w:tcW w:w="34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EB9413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6"/>
              </w:rPr>
              <w:t>Источник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питания</w:t>
            </w:r>
            <w:proofErr w:type="spellEnd"/>
          </w:p>
        </w:tc>
        <w:tc>
          <w:tcPr>
            <w:tcW w:w="66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9C8281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3099: осмотр кабеля; 3100: контроль заряда и соединений.</w:t>
            </w:r>
          </w:p>
        </w:tc>
      </w:tr>
    </w:tbl>
    <w:p w14:paraId="2548FEE4" w14:textId="77777777" w:rsidR="00743395" w:rsidRPr="00265018" w:rsidRDefault="00AC55A8">
      <w:pPr>
        <w:rPr>
          <w:lang w:val="ru-RU"/>
        </w:rPr>
      </w:pPr>
      <w:r w:rsidRPr="00265018">
        <w:rPr>
          <w:lang w:val="ru-RU"/>
        </w:rPr>
        <w:br w:type="page"/>
      </w:r>
    </w:p>
    <w:p w14:paraId="7C672D24" w14:textId="77777777" w:rsidR="00743395" w:rsidRPr="00265018" w:rsidRDefault="00AC55A8">
      <w:pPr>
        <w:keepNext/>
        <w:spacing w:after="40"/>
        <w:rPr>
          <w:lang w:val="ru-RU"/>
        </w:rPr>
      </w:pPr>
      <w:r w:rsidRPr="00265018">
        <w:rPr>
          <w:b/>
          <w:color w:val="0788B0"/>
          <w:sz w:val="17"/>
          <w:lang w:val="ru-RU"/>
        </w:rPr>
        <w:t>РАЗДЕЛ 19   •   РАБОЧАЯ ШИРИНА ПО ШИЛЬДИКУ</w:t>
      </w:r>
    </w:p>
    <w:p w14:paraId="1D3BC6C0" w14:textId="77777777" w:rsidR="00743395" w:rsidRPr="00265018" w:rsidRDefault="00AC55A8">
      <w:pPr>
        <w:pStyle w:val="1"/>
        <w:rPr>
          <w:lang w:val="ru-RU"/>
        </w:rPr>
      </w:pPr>
      <w:r w:rsidRPr="00265018">
        <w:rPr>
          <w:lang w:val="ru-RU"/>
        </w:rPr>
        <w:t>Щетка и щеточный привод</w:t>
      </w:r>
    </w:p>
    <w:p w14:paraId="19447338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Полностью отключите источник питания: вилку сети либо аккумуляторный разъем.</w:t>
      </w:r>
    </w:p>
    <w:p w14:paraId="7204D90C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Поднимите щеточную головку и убедитесь в устойчивом положении машины.</w:t>
      </w:r>
    </w:p>
    <w:p w14:paraId="3F0799EB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 xml:space="preserve">Осмотрите щетку, защитный кожух и посадочный замок </w:t>
      </w:r>
      <w:r>
        <w:rPr>
          <w:sz w:val="20"/>
        </w:rPr>
        <w:t>C</w:t>
      </w:r>
      <w:r w:rsidRPr="00265018">
        <w:rPr>
          <w:sz w:val="20"/>
          <w:lang w:val="ru-RU"/>
        </w:rPr>
        <w:t>010117; удалите намотавшийся мусор.</w:t>
      </w:r>
    </w:p>
    <w:p w14:paraId="21A8B041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Подберите новую щетку по фактической ширине конкретной машины: 410 мм по шильдику или иной размер по комплектации.</w:t>
      </w:r>
    </w:p>
    <w:p w14:paraId="5F7E65F5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 xml:space="preserve">Установите совместимую щетку или </w:t>
      </w:r>
      <w:proofErr w:type="spellStart"/>
      <w:r w:rsidRPr="00265018">
        <w:rPr>
          <w:sz w:val="20"/>
          <w:lang w:val="ru-RU"/>
        </w:rPr>
        <w:t>падодержатель</w:t>
      </w:r>
      <w:proofErr w:type="spellEnd"/>
      <w:r w:rsidRPr="00265018">
        <w:rPr>
          <w:sz w:val="20"/>
          <w:lang w:val="ru-RU"/>
        </w:rPr>
        <w:t xml:space="preserve"> и проверьте надежность фиксации.</w:t>
      </w:r>
    </w:p>
    <w:p w14:paraId="0F1A58A0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После восстановления питания выполните короткий контрольный запуск без посторонних людей рядом.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3020"/>
        <w:gridCol w:w="1600"/>
        <w:gridCol w:w="5520"/>
      </w:tblGrid>
      <w:tr w:rsidR="00743395" w14:paraId="4B41C3AE" w14:textId="77777777">
        <w:trPr>
          <w:cantSplit/>
          <w:tblHeader/>
        </w:trPr>
        <w:tc>
          <w:tcPr>
            <w:tcW w:w="302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C6A5D4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18"/>
              </w:rPr>
              <w:t>Узел</w:t>
            </w:r>
            <w:proofErr w:type="spellEnd"/>
          </w:p>
        </w:tc>
        <w:tc>
          <w:tcPr>
            <w:tcW w:w="160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D4763A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Артикул</w:t>
            </w:r>
          </w:p>
        </w:tc>
        <w:tc>
          <w:tcPr>
            <w:tcW w:w="552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C88275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Комментарий</w:t>
            </w:r>
          </w:p>
        </w:tc>
      </w:tr>
      <w:tr w:rsidR="00743395" w:rsidRPr="006E145E" w14:paraId="05A60745" w14:textId="77777777">
        <w:trPr>
          <w:cantSplit/>
        </w:trPr>
        <w:tc>
          <w:tcPr>
            <w:tcW w:w="30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FCC9BF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Щеточный двигатель</w:t>
            </w: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D46E90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E010113</w:t>
            </w:r>
          </w:p>
        </w:tc>
        <w:tc>
          <w:tcPr>
            <w:tcW w:w="55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A283C5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24 В / 550 Вт, вал Ø18; соответствует 1050 Вт по шильдику.</w:t>
            </w:r>
          </w:p>
        </w:tc>
      </w:tr>
      <w:tr w:rsidR="00743395" w14:paraId="17539BA2" w14:textId="77777777">
        <w:trPr>
          <w:cantSplit/>
        </w:trPr>
        <w:tc>
          <w:tcPr>
            <w:tcW w:w="30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71885B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6"/>
              </w:rPr>
              <w:t>Замок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щеточного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диска</w:t>
            </w:r>
            <w:proofErr w:type="spellEnd"/>
          </w:p>
        </w:tc>
        <w:tc>
          <w:tcPr>
            <w:tcW w:w="16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88DDEF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C010117</w:t>
            </w:r>
          </w:p>
        </w:tc>
        <w:tc>
          <w:tcPr>
            <w:tcW w:w="55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B6C940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Фиксация щетки / падодержателя.</w:t>
            </w:r>
          </w:p>
        </w:tc>
      </w:tr>
      <w:tr w:rsidR="00743395" w:rsidRPr="006E145E" w14:paraId="2F263416" w14:textId="77777777">
        <w:trPr>
          <w:cantSplit/>
        </w:trPr>
        <w:tc>
          <w:tcPr>
            <w:tcW w:w="30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86413B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Щеточная пластина 17″</w:t>
            </w: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817B28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B010112</w:t>
            </w:r>
          </w:p>
        </w:tc>
        <w:tc>
          <w:tcPr>
            <w:tcW w:w="55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5E77C9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Позиция старого каталога; совместимость уточнять.</w:t>
            </w:r>
          </w:p>
        </w:tc>
      </w:tr>
      <w:tr w:rsidR="00743395" w14:paraId="1AC4AF6B" w14:textId="77777777">
        <w:trPr>
          <w:cantSplit/>
        </w:trPr>
        <w:tc>
          <w:tcPr>
            <w:tcW w:w="30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A8F034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6"/>
              </w:rPr>
              <w:t>Электромагнитный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клапан</w:t>
            </w:r>
            <w:proofErr w:type="spellEnd"/>
          </w:p>
        </w:tc>
        <w:tc>
          <w:tcPr>
            <w:tcW w:w="16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13EE47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E010103</w:t>
            </w:r>
          </w:p>
        </w:tc>
        <w:tc>
          <w:tcPr>
            <w:tcW w:w="55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A90F82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Управление подачей раствора.</w:t>
            </w:r>
          </w:p>
        </w:tc>
      </w:tr>
      <w:tr w:rsidR="00743395" w14:paraId="033B1933" w14:textId="77777777">
        <w:tblPrEx>
          <w:tblBorders>
            <w:top w:val="single" w:sz="9" w:space="0" w:color="D79600"/>
            <w:left w:val="single" w:sz="9" w:space="0" w:color="D79600"/>
            <w:bottom w:val="single" w:sz="9" w:space="0" w:color="D79600"/>
            <w:right w:val="single" w:sz="9" w:space="0" w:color="D7960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FFF7DF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068A5066" w14:textId="77777777" w:rsidR="00743395" w:rsidRDefault="00AC55A8">
            <w:pPr>
              <w:spacing w:after="0" w:line="269" w:lineRule="auto"/>
            </w:pPr>
            <w:r w:rsidRPr="00265018">
              <w:rPr>
                <w:b/>
                <w:color w:val="D79600"/>
                <w:sz w:val="19"/>
                <w:lang w:val="ru-RU"/>
              </w:rPr>
              <w:t xml:space="preserve">ПОДБОР </w:t>
            </w:r>
            <w:proofErr w:type="gramStart"/>
            <w:r w:rsidRPr="00265018">
              <w:rPr>
                <w:b/>
                <w:color w:val="D79600"/>
                <w:sz w:val="19"/>
                <w:lang w:val="ru-RU"/>
              </w:rPr>
              <w:t xml:space="preserve">ДЕТАЛИ  </w:t>
            </w:r>
            <w:r w:rsidRPr="00265018">
              <w:rPr>
                <w:sz w:val="19"/>
                <w:lang w:val="ru-RU"/>
              </w:rPr>
              <w:t>В</w:t>
            </w:r>
            <w:proofErr w:type="gramEnd"/>
            <w:r w:rsidRPr="00265018">
              <w:rPr>
                <w:sz w:val="19"/>
                <w:lang w:val="ru-RU"/>
              </w:rPr>
              <w:t xml:space="preserve"> исходном каталоге присутствуют обозначения «460» и «17″», хотя шильдик конкретной машины показывает ширину очистки 410 мм. </w:t>
            </w:r>
            <w:proofErr w:type="spellStart"/>
            <w:r>
              <w:rPr>
                <w:sz w:val="19"/>
              </w:rPr>
              <w:t>Не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заказывайте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щетку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без</w:t>
            </w:r>
            <w:proofErr w:type="spellEnd"/>
            <w:r>
              <w:rPr>
                <w:sz w:val="19"/>
              </w:rPr>
              <w:t xml:space="preserve"> проверки модели и размера.</w:t>
            </w:r>
          </w:p>
        </w:tc>
      </w:tr>
    </w:tbl>
    <w:p w14:paraId="0D42593A" w14:textId="77777777" w:rsidR="00743395" w:rsidRDefault="00743395">
      <w:pPr>
        <w:spacing w:after="20"/>
      </w:pPr>
    </w:p>
    <w:p w14:paraId="4565B32E" w14:textId="77777777" w:rsidR="00743395" w:rsidRDefault="00AC55A8">
      <w:r>
        <w:br w:type="page"/>
      </w:r>
    </w:p>
    <w:p w14:paraId="6997C384" w14:textId="77777777" w:rsidR="00743395" w:rsidRDefault="00AC55A8">
      <w:pPr>
        <w:keepNext/>
        <w:spacing w:after="40"/>
      </w:pPr>
      <w:r>
        <w:rPr>
          <w:b/>
          <w:color w:val="0788B0"/>
          <w:sz w:val="17"/>
        </w:rPr>
        <w:t>РАЗДЕЛ 20   •   СКРЕБКИ, РОЛИКИ И РЕГУЛИРОВКА</w:t>
      </w:r>
    </w:p>
    <w:p w14:paraId="7E348B5F" w14:textId="77777777" w:rsidR="00743395" w:rsidRDefault="00AC55A8">
      <w:pPr>
        <w:pStyle w:val="1"/>
      </w:pPr>
      <w:r>
        <w:t>Водосборная балка</w:t>
      </w:r>
    </w:p>
    <w:p w14:paraId="40D3B558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Отключите машину и установите ее на ровной поверхности.</w:t>
      </w:r>
    </w:p>
    <w:p w14:paraId="14E0D84C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Проверьте крепление балки и подключение всасывающего шланга.</w:t>
      </w:r>
    </w:p>
    <w:p w14:paraId="10D6A198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Очистите передний и задний резиновые скребки от песка, волос и налипшего загрязнения.</w:t>
      </w:r>
    </w:p>
    <w:p w14:paraId="150210B9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Проверьте равномерность контакта по всей ширине, состояние роликов и пружины подвески.</w:t>
      </w:r>
    </w:p>
    <w:p w14:paraId="0B484E25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При повреждении рабочей кромки переверните или замените совместимый скребок.</w:t>
      </w:r>
    </w:p>
    <w:p w14:paraId="6FEA991C" w14:textId="77777777" w:rsidR="00743395" w:rsidRPr="00265018" w:rsidRDefault="00AC55A8">
      <w:pPr>
        <w:numPr>
          <w:ilvl w:val="0"/>
          <w:numId w:val="1"/>
        </w:numPr>
        <w:spacing w:after="80"/>
        <w:rPr>
          <w:lang w:val="ru-RU"/>
        </w:rPr>
      </w:pPr>
      <w:r w:rsidRPr="00265018">
        <w:rPr>
          <w:sz w:val="20"/>
          <w:lang w:val="ru-RU"/>
        </w:rPr>
        <w:t>Выполните пробный проход: пол за балкой должен оставаться равномерно сухим.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3680"/>
        <w:gridCol w:w="3390"/>
        <w:gridCol w:w="3070"/>
      </w:tblGrid>
      <w:tr w:rsidR="00743395" w14:paraId="4B5E5FFF" w14:textId="77777777">
        <w:trPr>
          <w:cantSplit/>
          <w:tblHeader/>
        </w:trPr>
        <w:tc>
          <w:tcPr>
            <w:tcW w:w="368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00C5CE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18"/>
              </w:rPr>
              <w:t>Расходный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элемент</w:t>
            </w:r>
            <w:proofErr w:type="spellEnd"/>
          </w:p>
        </w:tc>
        <w:tc>
          <w:tcPr>
            <w:tcW w:w="339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B1226A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Размер по старому каталогу</w:t>
            </w:r>
          </w:p>
        </w:tc>
        <w:tc>
          <w:tcPr>
            <w:tcW w:w="307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820749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Артикул</w:t>
            </w:r>
          </w:p>
        </w:tc>
      </w:tr>
      <w:tr w:rsidR="00743395" w14:paraId="436A5913" w14:textId="77777777">
        <w:trPr>
          <w:cantSplit/>
        </w:trPr>
        <w:tc>
          <w:tcPr>
            <w:tcW w:w="36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95A9BA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Передний резиновый скребок</w:t>
            </w:r>
          </w:p>
        </w:tc>
        <w:tc>
          <w:tcPr>
            <w:tcW w:w="33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9D3A95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848 × 45 × 4 мм</w:t>
            </w:r>
          </w:p>
        </w:tc>
        <w:tc>
          <w:tcPr>
            <w:tcW w:w="30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DD4345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В источнике не указан</w:t>
            </w:r>
          </w:p>
        </w:tc>
      </w:tr>
      <w:tr w:rsidR="00743395" w14:paraId="716316C0" w14:textId="77777777">
        <w:trPr>
          <w:cantSplit/>
        </w:trPr>
        <w:tc>
          <w:tcPr>
            <w:tcW w:w="36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E811C8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Задний резиновый скребок</w:t>
            </w:r>
          </w:p>
        </w:tc>
        <w:tc>
          <w:tcPr>
            <w:tcW w:w="33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FF0FD5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855 × 52 × 5 мм</w:t>
            </w:r>
          </w:p>
        </w:tc>
        <w:tc>
          <w:tcPr>
            <w:tcW w:w="30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0F209E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В источнике не указан</w:t>
            </w:r>
          </w:p>
        </w:tc>
      </w:tr>
      <w:tr w:rsidR="00743395" w14:paraId="7F84AC90" w14:textId="77777777">
        <w:trPr>
          <w:cantSplit/>
        </w:trPr>
        <w:tc>
          <w:tcPr>
            <w:tcW w:w="36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6CBD4A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Пружина подвески</w:t>
            </w:r>
          </w:p>
        </w:tc>
        <w:tc>
          <w:tcPr>
            <w:tcW w:w="33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A664F9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Ø2 × Ø18 × 70 мм</w:t>
            </w:r>
          </w:p>
        </w:tc>
        <w:tc>
          <w:tcPr>
            <w:tcW w:w="30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7C7AEC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C010106</w:t>
            </w:r>
          </w:p>
        </w:tc>
      </w:tr>
      <w:tr w:rsidR="00743395" w:rsidRPr="006E145E" w14:paraId="7C96434E" w14:textId="77777777">
        <w:tblPrEx>
          <w:tblBorders>
            <w:top w:val="single" w:sz="9" w:space="0" w:color="D79600"/>
            <w:left w:val="single" w:sz="9" w:space="0" w:color="D79600"/>
            <w:bottom w:val="single" w:sz="9" w:space="0" w:color="D79600"/>
            <w:right w:val="single" w:sz="9" w:space="0" w:color="D7960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FFF7DF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1FDD01AE" w14:textId="77777777" w:rsidR="00743395" w:rsidRPr="00265018" w:rsidRDefault="00AC55A8">
            <w:pPr>
              <w:spacing w:after="0" w:line="269" w:lineRule="auto"/>
              <w:rPr>
                <w:lang w:val="ru-RU"/>
              </w:rPr>
            </w:pPr>
            <w:r w:rsidRPr="00265018">
              <w:rPr>
                <w:b/>
                <w:color w:val="D79600"/>
                <w:sz w:val="19"/>
                <w:lang w:val="ru-RU"/>
              </w:rPr>
              <w:t xml:space="preserve">ПЕРЕД </w:t>
            </w:r>
            <w:proofErr w:type="gramStart"/>
            <w:r w:rsidRPr="00265018">
              <w:rPr>
                <w:b/>
                <w:color w:val="D79600"/>
                <w:sz w:val="19"/>
                <w:lang w:val="ru-RU"/>
              </w:rPr>
              <w:t xml:space="preserve">ЗАКАЗОМ  </w:t>
            </w:r>
            <w:r w:rsidRPr="00265018">
              <w:rPr>
                <w:sz w:val="19"/>
                <w:lang w:val="ru-RU"/>
              </w:rPr>
              <w:t>Размеры</w:t>
            </w:r>
            <w:proofErr w:type="gramEnd"/>
            <w:r w:rsidRPr="00265018">
              <w:rPr>
                <w:sz w:val="19"/>
                <w:lang w:val="ru-RU"/>
              </w:rPr>
              <w:t xml:space="preserve"> скребков и ширина балки взяты из обобщенного каталога. Совместимость с конкретным аппаратом </w:t>
            </w:r>
            <w:r>
              <w:rPr>
                <w:sz w:val="19"/>
              </w:rPr>
              <w:t>JH</w:t>
            </w:r>
            <w:r w:rsidRPr="00265018">
              <w:rPr>
                <w:sz w:val="19"/>
                <w:lang w:val="ru-RU"/>
              </w:rPr>
              <w:t>-410</w:t>
            </w:r>
            <w:r>
              <w:rPr>
                <w:sz w:val="19"/>
              </w:rPr>
              <w:t>B</w:t>
            </w:r>
            <w:r w:rsidRPr="00265018">
              <w:rPr>
                <w:sz w:val="19"/>
                <w:lang w:val="ru-RU"/>
              </w:rPr>
              <w:t xml:space="preserve"> необходимо подтвердить по серийному номеру.</w:t>
            </w:r>
          </w:p>
        </w:tc>
      </w:tr>
    </w:tbl>
    <w:p w14:paraId="2BA0F209" w14:textId="77777777" w:rsidR="00743395" w:rsidRPr="00265018" w:rsidRDefault="00743395">
      <w:pPr>
        <w:spacing w:after="20"/>
        <w:rPr>
          <w:lang w:val="ru-RU"/>
        </w:rPr>
      </w:pPr>
    </w:p>
    <w:p w14:paraId="58720FEC" w14:textId="77777777" w:rsidR="00743395" w:rsidRPr="00265018" w:rsidRDefault="00AC55A8">
      <w:pPr>
        <w:rPr>
          <w:lang w:val="ru-RU"/>
        </w:rPr>
      </w:pPr>
      <w:r w:rsidRPr="00265018">
        <w:rPr>
          <w:lang w:val="ru-RU"/>
        </w:rPr>
        <w:br w:type="page"/>
      </w:r>
    </w:p>
    <w:p w14:paraId="2AD9A39B" w14:textId="77777777" w:rsidR="00743395" w:rsidRPr="00265018" w:rsidRDefault="00AC55A8">
      <w:pPr>
        <w:keepNext/>
        <w:spacing w:after="40"/>
        <w:rPr>
          <w:lang w:val="ru-RU"/>
        </w:rPr>
      </w:pPr>
      <w:r w:rsidRPr="00265018">
        <w:rPr>
          <w:b/>
          <w:color w:val="0788B0"/>
          <w:sz w:val="17"/>
          <w:lang w:val="ru-RU"/>
        </w:rPr>
        <w:t>РАЗДЕЛ 01   •   ВЗРЫВ-СХЕМА 01</w:t>
      </w:r>
    </w:p>
    <w:p w14:paraId="7A664719" w14:textId="77777777" w:rsidR="00743395" w:rsidRPr="00265018" w:rsidRDefault="00AC55A8">
      <w:pPr>
        <w:pStyle w:val="1"/>
        <w:rPr>
          <w:lang w:val="ru-RU"/>
        </w:rPr>
      </w:pPr>
      <w:r w:rsidRPr="00265018">
        <w:rPr>
          <w:lang w:val="ru-RU"/>
        </w:rPr>
        <w:t>Бак чистой воды, управление и электрика</w:t>
      </w:r>
    </w:p>
    <w:p w14:paraId="40C28976" w14:textId="77777777" w:rsidR="00743395" w:rsidRDefault="00AC55A8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39741B69" wp14:editId="364C594C">
            <wp:extent cx="3273552" cy="4094589"/>
            <wp:effectExtent l="0" t="0" r="0" b="0"/>
            <wp:docPr id="10" name="Улучшенная детализированная взрыв-схема бака чистой воды JH-410 с позициями 1–44" descr="Улучшенная детализированная взрыв-схема бака чистой воды JH-410 с позициями 1–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oup_01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73552" cy="4094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0459E" w14:textId="77777777" w:rsidR="00743395" w:rsidRPr="00265018" w:rsidRDefault="00AC55A8">
      <w:pPr>
        <w:pStyle w:val="FigureCaption"/>
        <w:keepLines/>
        <w:rPr>
          <w:lang w:val="ru-RU"/>
        </w:rPr>
      </w:pPr>
      <w:r w:rsidRPr="00265018">
        <w:rPr>
          <w:lang w:val="ru-RU"/>
        </w:rPr>
        <w:t>Схема 01: бак чистой воды, органы управления и электрическая часть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620"/>
        <w:gridCol w:w="1600"/>
        <w:gridCol w:w="7920"/>
      </w:tblGrid>
      <w:tr w:rsidR="00743395" w14:paraId="1CAF2EEA" w14:textId="77777777">
        <w:trPr>
          <w:cantSplit/>
          <w:tblHeader/>
        </w:trPr>
        <w:tc>
          <w:tcPr>
            <w:tcW w:w="62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1B7865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18"/>
              </w:rPr>
              <w:t>Поз</w:t>
            </w:r>
            <w:proofErr w:type="spellEnd"/>
            <w:r>
              <w:rPr>
                <w:b/>
                <w:color w:val="FFFFFF"/>
                <w:sz w:val="18"/>
              </w:rPr>
              <w:t>.</w:t>
            </w:r>
          </w:p>
        </w:tc>
        <w:tc>
          <w:tcPr>
            <w:tcW w:w="160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E684CC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Артикул</w:t>
            </w:r>
          </w:p>
        </w:tc>
        <w:tc>
          <w:tcPr>
            <w:tcW w:w="792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81693D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Основной узел</w:t>
            </w:r>
          </w:p>
        </w:tc>
      </w:tr>
      <w:tr w:rsidR="00743395" w14:paraId="004AA55F" w14:textId="77777777">
        <w:trPr>
          <w:cantSplit/>
        </w:trPr>
        <w:tc>
          <w:tcPr>
            <w:tcW w:w="6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A7941D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2</w:t>
            </w: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E9CC7D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B010095</w:t>
            </w:r>
          </w:p>
        </w:tc>
        <w:tc>
          <w:tcPr>
            <w:tcW w:w="79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56BAD8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Бак для чистой воды 460</w:t>
            </w:r>
          </w:p>
        </w:tc>
      </w:tr>
      <w:tr w:rsidR="00743395" w14:paraId="0C926874" w14:textId="77777777">
        <w:trPr>
          <w:cantSplit/>
        </w:trPr>
        <w:tc>
          <w:tcPr>
            <w:tcW w:w="6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B6EA21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5</w:t>
            </w:r>
          </w:p>
        </w:tc>
        <w:tc>
          <w:tcPr>
            <w:tcW w:w="16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40CBCE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A010098</w:t>
            </w:r>
          </w:p>
        </w:tc>
        <w:tc>
          <w:tcPr>
            <w:tcW w:w="79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D78190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Панель управления</w:t>
            </w:r>
          </w:p>
        </w:tc>
      </w:tr>
      <w:tr w:rsidR="00743395" w14:paraId="00094BE5" w14:textId="77777777">
        <w:trPr>
          <w:cantSplit/>
        </w:trPr>
        <w:tc>
          <w:tcPr>
            <w:tcW w:w="6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BDD645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10</w:t>
            </w: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D214BE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E010112</w:t>
            </w:r>
          </w:p>
        </w:tc>
        <w:tc>
          <w:tcPr>
            <w:tcW w:w="79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72AAA5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Ключ</w:t>
            </w:r>
          </w:p>
        </w:tc>
      </w:tr>
      <w:tr w:rsidR="00743395" w14:paraId="5D95CA9B" w14:textId="77777777">
        <w:trPr>
          <w:cantSplit/>
        </w:trPr>
        <w:tc>
          <w:tcPr>
            <w:tcW w:w="6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B13C65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11</w:t>
            </w:r>
          </w:p>
        </w:tc>
        <w:tc>
          <w:tcPr>
            <w:tcW w:w="16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66F557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E010110</w:t>
            </w:r>
          </w:p>
        </w:tc>
        <w:tc>
          <w:tcPr>
            <w:tcW w:w="79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DEDB75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Рычаг кулисы</w:t>
            </w:r>
          </w:p>
        </w:tc>
      </w:tr>
      <w:tr w:rsidR="00743395" w14:paraId="4E76CA34" w14:textId="77777777">
        <w:trPr>
          <w:cantSplit/>
        </w:trPr>
        <w:tc>
          <w:tcPr>
            <w:tcW w:w="6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8A7181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12</w:t>
            </w: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314080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E010111</w:t>
            </w:r>
          </w:p>
        </w:tc>
        <w:tc>
          <w:tcPr>
            <w:tcW w:w="79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8431C9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Индикатор заряда батареи</w:t>
            </w:r>
          </w:p>
        </w:tc>
      </w:tr>
      <w:tr w:rsidR="00743395" w14:paraId="42D826B6" w14:textId="77777777">
        <w:trPr>
          <w:cantSplit/>
        </w:trPr>
        <w:tc>
          <w:tcPr>
            <w:tcW w:w="6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381318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13</w:t>
            </w:r>
          </w:p>
        </w:tc>
        <w:tc>
          <w:tcPr>
            <w:tcW w:w="16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415045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E010101</w:t>
            </w:r>
          </w:p>
        </w:tc>
        <w:tc>
          <w:tcPr>
            <w:tcW w:w="79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B124A8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Всасывающая турбина, 24В, 500Вт</w:t>
            </w:r>
          </w:p>
        </w:tc>
      </w:tr>
      <w:tr w:rsidR="00743395" w:rsidRPr="006E145E" w14:paraId="7039C3ED" w14:textId="77777777">
        <w:trPr>
          <w:cantSplit/>
        </w:trPr>
        <w:tc>
          <w:tcPr>
            <w:tcW w:w="6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51DA3F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15</w:t>
            </w: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2EA3B0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E010116</w:t>
            </w:r>
          </w:p>
        </w:tc>
        <w:tc>
          <w:tcPr>
            <w:tcW w:w="79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4A7A12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5"/>
                <w:lang w:val="ru-RU"/>
              </w:rPr>
              <w:t xml:space="preserve">Аккумуляторная система 24 В / 80 </w:t>
            </w:r>
            <w:proofErr w:type="spellStart"/>
            <w:r w:rsidRPr="00265018">
              <w:rPr>
                <w:sz w:val="15"/>
                <w:lang w:val="ru-RU"/>
              </w:rPr>
              <w:t>А·ч</w:t>
            </w:r>
            <w:proofErr w:type="spellEnd"/>
          </w:p>
        </w:tc>
      </w:tr>
      <w:tr w:rsidR="00743395" w14:paraId="672C3378" w14:textId="77777777">
        <w:trPr>
          <w:cantSplit/>
        </w:trPr>
        <w:tc>
          <w:tcPr>
            <w:tcW w:w="6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1E4E8F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38</w:t>
            </w:r>
          </w:p>
        </w:tc>
        <w:tc>
          <w:tcPr>
            <w:tcW w:w="16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B8C0B4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E010105</w:t>
            </w:r>
          </w:p>
        </w:tc>
        <w:tc>
          <w:tcPr>
            <w:tcW w:w="79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C5A3DE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Защита от перегрузки 45А</w:t>
            </w:r>
          </w:p>
        </w:tc>
      </w:tr>
      <w:tr w:rsidR="00743395" w14:paraId="16CD733A" w14:textId="77777777">
        <w:trPr>
          <w:cantSplit/>
        </w:trPr>
        <w:tc>
          <w:tcPr>
            <w:tcW w:w="6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BF68CC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39</w:t>
            </w: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242AA8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E010106</w:t>
            </w:r>
          </w:p>
        </w:tc>
        <w:tc>
          <w:tcPr>
            <w:tcW w:w="79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8552FC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Защита от перегрузки 25А</w:t>
            </w:r>
          </w:p>
        </w:tc>
      </w:tr>
      <w:tr w:rsidR="00743395" w14:paraId="03C40B34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62CA3E47" w14:textId="77777777" w:rsidR="00743395" w:rsidRDefault="00AC55A8">
            <w:pPr>
              <w:spacing w:after="0" w:line="269" w:lineRule="auto"/>
            </w:pPr>
            <w:r w:rsidRPr="00265018">
              <w:rPr>
                <w:b/>
                <w:color w:val="0788B0"/>
                <w:sz w:val="19"/>
                <w:lang w:val="ru-RU"/>
              </w:rPr>
              <w:t xml:space="preserve">ПОЛНАЯ </w:t>
            </w:r>
            <w:proofErr w:type="gramStart"/>
            <w:r w:rsidRPr="00265018">
              <w:rPr>
                <w:b/>
                <w:color w:val="0788B0"/>
                <w:sz w:val="19"/>
                <w:lang w:val="ru-RU"/>
              </w:rPr>
              <w:t xml:space="preserve">ТАБЛИЦА  </w:t>
            </w:r>
            <w:r w:rsidRPr="00265018">
              <w:rPr>
                <w:sz w:val="19"/>
                <w:lang w:val="ru-RU"/>
              </w:rPr>
              <w:t>Оригинальные</w:t>
            </w:r>
            <w:proofErr w:type="gramEnd"/>
            <w:r w:rsidRPr="00265018">
              <w:rPr>
                <w:sz w:val="19"/>
                <w:lang w:val="ru-RU"/>
              </w:rPr>
              <w:t xml:space="preserve"> позиции 1–44 приведены на двух следующих страницах. </w:t>
            </w:r>
            <w:proofErr w:type="spellStart"/>
            <w:r>
              <w:rPr>
                <w:sz w:val="19"/>
              </w:rPr>
              <w:t>Повторяющиеся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артикулы</w:t>
            </w:r>
            <w:proofErr w:type="spellEnd"/>
            <w:r>
              <w:rPr>
                <w:sz w:val="19"/>
              </w:rPr>
              <w:t xml:space="preserve"> и </w:t>
            </w:r>
            <w:proofErr w:type="spellStart"/>
            <w:r>
              <w:rPr>
                <w:sz w:val="19"/>
              </w:rPr>
              <w:t>обозначения</w:t>
            </w:r>
            <w:proofErr w:type="spellEnd"/>
            <w:r>
              <w:rPr>
                <w:sz w:val="19"/>
              </w:rPr>
              <w:t xml:space="preserve"> «460» оставлены как в каталоге поставщика.</w:t>
            </w:r>
          </w:p>
        </w:tc>
      </w:tr>
    </w:tbl>
    <w:p w14:paraId="12EE8277" w14:textId="77777777" w:rsidR="00743395" w:rsidRDefault="00743395">
      <w:pPr>
        <w:spacing w:after="20"/>
      </w:pPr>
    </w:p>
    <w:p w14:paraId="630FC806" w14:textId="77777777" w:rsidR="00743395" w:rsidRDefault="00AC55A8">
      <w:r>
        <w:br w:type="page"/>
      </w:r>
    </w:p>
    <w:p w14:paraId="6F79823E" w14:textId="77777777" w:rsidR="00743395" w:rsidRDefault="00AC55A8">
      <w:pPr>
        <w:keepNext/>
        <w:spacing w:after="40"/>
      </w:pPr>
      <w:r>
        <w:rPr>
          <w:b/>
          <w:color w:val="0788B0"/>
          <w:sz w:val="17"/>
        </w:rPr>
        <w:t>РАЗДЕЛ 01   •   ПОЗИЦИИ 1–22</w:t>
      </w:r>
    </w:p>
    <w:p w14:paraId="23866C3A" w14:textId="77777777" w:rsidR="00743395" w:rsidRDefault="00AC55A8">
      <w:pPr>
        <w:pStyle w:val="1"/>
      </w:pPr>
      <w:r>
        <w:t>Каталог деталей схемы 01 · часть 1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670"/>
        <w:gridCol w:w="2470"/>
        <w:gridCol w:w="7000"/>
      </w:tblGrid>
      <w:tr w:rsidR="00743395" w14:paraId="2D6026A1" w14:textId="77777777">
        <w:trPr>
          <w:cantSplit/>
          <w:tblHeader/>
        </w:trPr>
        <w:tc>
          <w:tcPr>
            <w:tcW w:w="67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F2AF87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Поз.</w:t>
            </w:r>
          </w:p>
        </w:tc>
        <w:tc>
          <w:tcPr>
            <w:tcW w:w="247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44D2AA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Оригинальный артикул</w:t>
            </w:r>
          </w:p>
        </w:tc>
        <w:tc>
          <w:tcPr>
            <w:tcW w:w="700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52B115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Наименование детали</w:t>
            </w:r>
          </w:p>
        </w:tc>
      </w:tr>
      <w:tr w:rsidR="00743395" w14:paraId="626E2B66" w14:textId="77777777">
        <w:trPr>
          <w:cantSplit/>
        </w:trPr>
        <w:tc>
          <w:tcPr>
            <w:tcW w:w="6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B6CA93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1</w:t>
            </w:r>
          </w:p>
        </w:tc>
        <w:tc>
          <w:tcPr>
            <w:tcW w:w="24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864C4E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B010110</w:t>
            </w:r>
          </w:p>
        </w:tc>
        <w:tc>
          <w:tcPr>
            <w:tcW w:w="7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2A438D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Крышка фильтра</w:t>
            </w:r>
          </w:p>
        </w:tc>
      </w:tr>
      <w:tr w:rsidR="00743395" w14:paraId="4D37A35C" w14:textId="77777777">
        <w:trPr>
          <w:cantSplit/>
        </w:trPr>
        <w:tc>
          <w:tcPr>
            <w:tcW w:w="6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83C438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2</w:t>
            </w:r>
          </w:p>
        </w:tc>
        <w:tc>
          <w:tcPr>
            <w:tcW w:w="24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0B5BDA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B010095</w:t>
            </w:r>
          </w:p>
        </w:tc>
        <w:tc>
          <w:tcPr>
            <w:tcW w:w="70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CFAD49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Бак для чистой воды 460</w:t>
            </w:r>
          </w:p>
        </w:tc>
      </w:tr>
      <w:tr w:rsidR="00743395" w14:paraId="46FAB0CF" w14:textId="77777777">
        <w:trPr>
          <w:cantSplit/>
        </w:trPr>
        <w:tc>
          <w:tcPr>
            <w:tcW w:w="6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82D217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3</w:t>
            </w:r>
          </w:p>
        </w:tc>
        <w:tc>
          <w:tcPr>
            <w:tcW w:w="24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C2BC1C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B010099</w:t>
            </w:r>
          </w:p>
        </w:tc>
        <w:tc>
          <w:tcPr>
            <w:tcW w:w="7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B74C66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Рукоятка</w:t>
            </w:r>
          </w:p>
        </w:tc>
      </w:tr>
      <w:tr w:rsidR="00743395" w14:paraId="5EDA2148" w14:textId="77777777">
        <w:trPr>
          <w:cantSplit/>
        </w:trPr>
        <w:tc>
          <w:tcPr>
            <w:tcW w:w="6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5DC12E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4</w:t>
            </w:r>
          </w:p>
        </w:tc>
        <w:tc>
          <w:tcPr>
            <w:tcW w:w="24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C8BC3C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A010097</w:t>
            </w:r>
          </w:p>
        </w:tc>
        <w:tc>
          <w:tcPr>
            <w:tcW w:w="70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E9F7F4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Подъемный кронштейн</w:t>
            </w:r>
          </w:p>
        </w:tc>
      </w:tr>
      <w:tr w:rsidR="00743395" w14:paraId="57352852" w14:textId="77777777">
        <w:trPr>
          <w:cantSplit/>
        </w:trPr>
        <w:tc>
          <w:tcPr>
            <w:tcW w:w="6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3BB898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5</w:t>
            </w:r>
          </w:p>
        </w:tc>
        <w:tc>
          <w:tcPr>
            <w:tcW w:w="24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259F93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A010098</w:t>
            </w:r>
          </w:p>
        </w:tc>
        <w:tc>
          <w:tcPr>
            <w:tcW w:w="7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6783BA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Панель управления</w:t>
            </w:r>
          </w:p>
        </w:tc>
      </w:tr>
      <w:tr w:rsidR="00743395" w14:paraId="05B31D03" w14:textId="77777777">
        <w:trPr>
          <w:cantSplit/>
        </w:trPr>
        <w:tc>
          <w:tcPr>
            <w:tcW w:w="6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58C302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6</w:t>
            </w:r>
          </w:p>
        </w:tc>
        <w:tc>
          <w:tcPr>
            <w:tcW w:w="24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3DE8D0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B010109</w:t>
            </w:r>
          </w:p>
        </w:tc>
        <w:tc>
          <w:tcPr>
            <w:tcW w:w="70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19392B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Крышка бака-утилизатора</w:t>
            </w:r>
          </w:p>
        </w:tc>
      </w:tr>
      <w:tr w:rsidR="00743395" w14:paraId="03C7B0A0" w14:textId="77777777">
        <w:trPr>
          <w:cantSplit/>
        </w:trPr>
        <w:tc>
          <w:tcPr>
            <w:tcW w:w="6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6CAF44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7</w:t>
            </w:r>
          </w:p>
        </w:tc>
        <w:tc>
          <w:tcPr>
            <w:tcW w:w="24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8C9FDE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A010096</w:t>
            </w:r>
          </w:p>
        </w:tc>
        <w:tc>
          <w:tcPr>
            <w:tcW w:w="7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DDCB29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Пластина крепления двигателя</w:t>
            </w:r>
          </w:p>
        </w:tc>
      </w:tr>
      <w:tr w:rsidR="00743395" w14:paraId="41499F9C" w14:textId="77777777">
        <w:trPr>
          <w:cantSplit/>
        </w:trPr>
        <w:tc>
          <w:tcPr>
            <w:tcW w:w="6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CF9D9A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8</w:t>
            </w:r>
          </w:p>
        </w:tc>
        <w:tc>
          <w:tcPr>
            <w:tcW w:w="24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DDEE9F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A010099</w:t>
            </w:r>
          </w:p>
        </w:tc>
        <w:tc>
          <w:tcPr>
            <w:tcW w:w="70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17FCC9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Электрическая плата</w:t>
            </w:r>
          </w:p>
        </w:tc>
      </w:tr>
      <w:tr w:rsidR="00743395" w14:paraId="699AA109" w14:textId="77777777">
        <w:trPr>
          <w:cantSplit/>
        </w:trPr>
        <w:tc>
          <w:tcPr>
            <w:tcW w:w="6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7CEF6D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9</w:t>
            </w:r>
          </w:p>
        </w:tc>
        <w:tc>
          <w:tcPr>
            <w:tcW w:w="24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F9F494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G010105</w:t>
            </w:r>
          </w:p>
        </w:tc>
        <w:tc>
          <w:tcPr>
            <w:tcW w:w="7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288C48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Шарнир 65x65</w:t>
            </w:r>
          </w:p>
        </w:tc>
      </w:tr>
      <w:tr w:rsidR="00743395" w14:paraId="536F2859" w14:textId="77777777">
        <w:trPr>
          <w:cantSplit/>
        </w:trPr>
        <w:tc>
          <w:tcPr>
            <w:tcW w:w="6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20D246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10</w:t>
            </w:r>
          </w:p>
        </w:tc>
        <w:tc>
          <w:tcPr>
            <w:tcW w:w="24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2FB8DF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E010112</w:t>
            </w:r>
          </w:p>
        </w:tc>
        <w:tc>
          <w:tcPr>
            <w:tcW w:w="70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D41D27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Ключ</w:t>
            </w:r>
          </w:p>
        </w:tc>
      </w:tr>
      <w:tr w:rsidR="00743395" w14:paraId="1DAFCE74" w14:textId="77777777">
        <w:trPr>
          <w:cantSplit/>
        </w:trPr>
        <w:tc>
          <w:tcPr>
            <w:tcW w:w="6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6BCD99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11</w:t>
            </w:r>
          </w:p>
        </w:tc>
        <w:tc>
          <w:tcPr>
            <w:tcW w:w="24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BB5CAB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E010110</w:t>
            </w:r>
          </w:p>
        </w:tc>
        <w:tc>
          <w:tcPr>
            <w:tcW w:w="7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DEF026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Рычаг кулисы</w:t>
            </w:r>
          </w:p>
        </w:tc>
      </w:tr>
      <w:tr w:rsidR="00743395" w14:paraId="501F0D06" w14:textId="77777777">
        <w:trPr>
          <w:cantSplit/>
        </w:trPr>
        <w:tc>
          <w:tcPr>
            <w:tcW w:w="6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8FFA26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12</w:t>
            </w:r>
          </w:p>
        </w:tc>
        <w:tc>
          <w:tcPr>
            <w:tcW w:w="24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7C84FB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E010111</w:t>
            </w:r>
          </w:p>
        </w:tc>
        <w:tc>
          <w:tcPr>
            <w:tcW w:w="70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0670B7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Индикатор заряда батареи</w:t>
            </w:r>
          </w:p>
        </w:tc>
      </w:tr>
      <w:tr w:rsidR="00743395" w14:paraId="7A554E72" w14:textId="77777777">
        <w:trPr>
          <w:cantSplit/>
        </w:trPr>
        <w:tc>
          <w:tcPr>
            <w:tcW w:w="6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437246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13</w:t>
            </w:r>
          </w:p>
        </w:tc>
        <w:tc>
          <w:tcPr>
            <w:tcW w:w="24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83D222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E010101</w:t>
            </w:r>
          </w:p>
        </w:tc>
        <w:tc>
          <w:tcPr>
            <w:tcW w:w="7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2108A3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Всасывающая турбина, 24В, 500Вт</w:t>
            </w:r>
          </w:p>
        </w:tc>
      </w:tr>
      <w:tr w:rsidR="00743395" w:rsidRPr="006E145E" w14:paraId="2CF79D8B" w14:textId="77777777">
        <w:trPr>
          <w:cantSplit/>
        </w:trPr>
        <w:tc>
          <w:tcPr>
            <w:tcW w:w="6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AF7309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14</w:t>
            </w:r>
          </w:p>
        </w:tc>
        <w:tc>
          <w:tcPr>
            <w:tcW w:w="24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DCF16B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G010119</w:t>
            </w:r>
          </w:p>
        </w:tc>
        <w:tc>
          <w:tcPr>
            <w:tcW w:w="70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2664D9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 xml:space="preserve">Уплотнение мотора ф150 </w:t>
            </w:r>
            <w:r>
              <w:rPr>
                <w:sz w:val="16"/>
              </w:rPr>
              <w:t>x</w:t>
            </w:r>
            <w:r w:rsidRPr="00265018">
              <w:rPr>
                <w:sz w:val="16"/>
                <w:lang w:val="ru-RU"/>
              </w:rPr>
              <w:t xml:space="preserve"> ф 105 </w:t>
            </w:r>
            <w:r>
              <w:rPr>
                <w:sz w:val="16"/>
              </w:rPr>
              <w:t>x</w:t>
            </w:r>
            <w:r w:rsidRPr="00265018">
              <w:rPr>
                <w:sz w:val="16"/>
                <w:lang w:val="ru-RU"/>
              </w:rPr>
              <w:t xml:space="preserve"> ф 13</w:t>
            </w:r>
          </w:p>
        </w:tc>
      </w:tr>
      <w:tr w:rsidR="00743395" w:rsidRPr="006E145E" w14:paraId="7DC3230F" w14:textId="77777777">
        <w:trPr>
          <w:cantSplit/>
        </w:trPr>
        <w:tc>
          <w:tcPr>
            <w:tcW w:w="6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63A6A1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15</w:t>
            </w:r>
          </w:p>
        </w:tc>
        <w:tc>
          <w:tcPr>
            <w:tcW w:w="24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FC2CC1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E010116</w:t>
            </w:r>
          </w:p>
        </w:tc>
        <w:tc>
          <w:tcPr>
            <w:tcW w:w="7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4DBFC7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 xml:space="preserve">Аккумуляторная система 24 В / 80 </w:t>
            </w:r>
            <w:proofErr w:type="spellStart"/>
            <w:r w:rsidRPr="00265018">
              <w:rPr>
                <w:sz w:val="16"/>
                <w:lang w:val="ru-RU"/>
              </w:rPr>
              <w:t>А·ч</w:t>
            </w:r>
            <w:proofErr w:type="spellEnd"/>
          </w:p>
        </w:tc>
      </w:tr>
      <w:tr w:rsidR="00743395" w14:paraId="419CD9B4" w14:textId="77777777">
        <w:trPr>
          <w:cantSplit/>
        </w:trPr>
        <w:tc>
          <w:tcPr>
            <w:tcW w:w="6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24FAB3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16</w:t>
            </w:r>
          </w:p>
        </w:tc>
        <w:tc>
          <w:tcPr>
            <w:tcW w:w="24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B26F6F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F010100</w:t>
            </w:r>
          </w:p>
        </w:tc>
        <w:tc>
          <w:tcPr>
            <w:tcW w:w="70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69B6F7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Панель управления Tab 460</w:t>
            </w:r>
          </w:p>
        </w:tc>
      </w:tr>
      <w:tr w:rsidR="00743395" w14:paraId="11F92C1C" w14:textId="77777777">
        <w:trPr>
          <w:cantSplit/>
        </w:trPr>
        <w:tc>
          <w:tcPr>
            <w:tcW w:w="6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589C2B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17</w:t>
            </w:r>
          </w:p>
        </w:tc>
        <w:tc>
          <w:tcPr>
            <w:tcW w:w="24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6BE5EE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G010112</w:t>
            </w:r>
          </w:p>
        </w:tc>
        <w:tc>
          <w:tcPr>
            <w:tcW w:w="7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6099CE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Шестигранник М 8х60</w:t>
            </w:r>
          </w:p>
        </w:tc>
      </w:tr>
      <w:tr w:rsidR="00743395" w14:paraId="45C46EA0" w14:textId="77777777">
        <w:trPr>
          <w:cantSplit/>
        </w:trPr>
        <w:tc>
          <w:tcPr>
            <w:tcW w:w="6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1DF176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18</w:t>
            </w:r>
          </w:p>
        </w:tc>
        <w:tc>
          <w:tcPr>
            <w:tcW w:w="24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C4F3B0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G010150</w:t>
            </w:r>
          </w:p>
        </w:tc>
        <w:tc>
          <w:tcPr>
            <w:tcW w:w="70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C58D24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Внешний шестигранник М8 х 35</w:t>
            </w:r>
          </w:p>
        </w:tc>
      </w:tr>
      <w:tr w:rsidR="00743395" w14:paraId="66F170CC" w14:textId="77777777">
        <w:trPr>
          <w:cantSplit/>
        </w:trPr>
        <w:tc>
          <w:tcPr>
            <w:tcW w:w="6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D4D415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19</w:t>
            </w:r>
          </w:p>
        </w:tc>
        <w:tc>
          <w:tcPr>
            <w:tcW w:w="24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D8E8F1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G010132</w:t>
            </w:r>
          </w:p>
        </w:tc>
        <w:tc>
          <w:tcPr>
            <w:tcW w:w="7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6D520B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Внешний шестигранник М8 х 25</w:t>
            </w:r>
          </w:p>
        </w:tc>
      </w:tr>
      <w:tr w:rsidR="00743395" w14:paraId="6FC8787D" w14:textId="77777777">
        <w:trPr>
          <w:cantSplit/>
        </w:trPr>
        <w:tc>
          <w:tcPr>
            <w:tcW w:w="6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81253D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20</w:t>
            </w:r>
          </w:p>
        </w:tc>
        <w:tc>
          <w:tcPr>
            <w:tcW w:w="24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7E7AEA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G010108</w:t>
            </w:r>
          </w:p>
        </w:tc>
        <w:tc>
          <w:tcPr>
            <w:tcW w:w="70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3E301C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Самоконтрящаяся гайка М8</w:t>
            </w:r>
          </w:p>
        </w:tc>
      </w:tr>
      <w:tr w:rsidR="00743395" w14:paraId="0D8881A5" w14:textId="77777777">
        <w:trPr>
          <w:cantSplit/>
        </w:trPr>
        <w:tc>
          <w:tcPr>
            <w:tcW w:w="6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C336D6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21</w:t>
            </w:r>
          </w:p>
        </w:tc>
        <w:tc>
          <w:tcPr>
            <w:tcW w:w="24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1BB171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G010110</w:t>
            </w:r>
          </w:p>
        </w:tc>
        <w:tc>
          <w:tcPr>
            <w:tcW w:w="7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732613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Самоконтрящаяся гайка М6</w:t>
            </w:r>
          </w:p>
        </w:tc>
      </w:tr>
      <w:tr w:rsidR="00743395" w14:paraId="2EDBF43F" w14:textId="77777777">
        <w:trPr>
          <w:cantSplit/>
        </w:trPr>
        <w:tc>
          <w:tcPr>
            <w:tcW w:w="6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E24925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22</w:t>
            </w:r>
          </w:p>
        </w:tc>
        <w:tc>
          <w:tcPr>
            <w:tcW w:w="24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1CDEBE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G010104</w:t>
            </w:r>
          </w:p>
        </w:tc>
        <w:tc>
          <w:tcPr>
            <w:tcW w:w="70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99F1BE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Плоская шайба M8X16X1,5</w:t>
            </w:r>
          </w:p>
        </w:tc>
      </w:tr>
    </w:tbl>
    <w:p w14:paraId="4735CFC8" w14:textId="77777777" w:rsidR="00743395" w:rsidRDefault="00AC55A8">
      <w:r>
        <w:br w:type="page"/>
      </w:r>
    </w:p>
    <w:p w14:paraId="7670FCA7" w14:textId="77777777" w:rsidR="00743395" w:rsidRDefault="00AC55A8">
      <w:pPr>
        <w:keepNext/>
        <w:spacing w:after="40"/>
      </w:pPr>
      <w:r>
        <w:rPr>
          <w:b/>
          <w:color w:val="0788B0"/>
          <w:sz w:val="17"/>
        </w:rPr>
        <w:t>РАЗДЕЛ 01   •   ПОЗИЦИИ 23–44</w:t>
      </w:r>
    </w:p>
    <w:p w14:paraId="67997A11" w14:textId="77777777" w:rsidR="00743395" w:rsidRDefault="00AC55A8">
      <w:pPr>
        <w:pStyle w:val="1"/>
      </w:pPr>
      <w:r>
        <w:t>Каталог деталей схемы 01 · часть 2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670"/>
        <w:gridCol w:w="2470"/>
        <w:gridCol w:w="7000"/>
      </w:tblGrid>
      <w:tr w:rsidR="00743395" w14:paraId="2036789F" w14:textId="77777777">
        <w:trPr>
          <w:cantSplit/>
          <w:tblHeader/>
        </w:trPr>
        <w:tc>
          <w:tcPr>
            <w:tcW w:w="67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ECD17F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Поз.</w:t>
            </w:r>
          </w:p>
        </w:tc>
        <w:tc>
          <w:tcPr>
            <w:tcW w:w="247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2D9727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Оригинальный артикул</w:t>
            </w:r>
          </w:p>
        </w:tc>
        <w:tc>
          <w:tcPr>
            <w:tcW w:w="700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0C9ED8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Наименование детали</w:t>
            </w:r>
          </w:p>
        </w:tc>
      </w:tr>
      <w:tr w:rsidR="00743395" w14:paraId="39F62BAA" w14:textId="77777777">
        <w:trPr>
          <w:cantSplit/>
        </w:trPr>
        <w:tc>
          <w:tcPr>
            <w:tcW w:w="6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BE2F6C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23</w:t>
            </w:r>
          </w:p>
        </w:tc>
        <w:tc>
          <w:tcPr>
            <w:tcW w:w="24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2E1CE5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G010109</w:t>
            </w:r>
          </w:p>
        </w:tc>
        <w:tc>
          <w:tcPr>
            <w:tcW w:w="7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177527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Шестигранная гайка M6</w:t>
            </w:r>
          </w:p>
        </w:tc>
      </w:tr>
      <w:tr w:rsidR="00743395" w14:paraId="08874F53" w14:textId="77777777">
        <w:trPr>
          <w:cantSplit/>
        </w:trPr>
        <w:tc>
          <w:tcPr>
            <w:tcW w:w="6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F5F213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24</w:t>
            </w:r>
          </w:p>
        </w:tc>
        <w:tc>
          <w:tcPr>
            <w:tcW w:w="24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548A28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G010158</w:t>
            </w:r>
          </w:p>
        </w:tc>
        <w:tc>
          <w:tcPr>
            <w:tcW w:w="70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4516C5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Шестигранная гайка M6</w:t>
            </w:r>
          </w:p>
        </w:tc>
      </w:tr>
      <w:tr w:rsidR="00743395" w14:paraId="504E3F3B" w14:textId="77777777">
        <w:trPr>
          <w:cantSplit/>
        </w:trPr>
        <w:tc>
          <w:tcPr>
            <w:tcW w:w="6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FAC8C4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25</w:t>
            </w:r>
          </w:p>
        </w:tc>
        <w:tc>
          <w:tcPr>
            <w:tcW w:w="24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F4E816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G010103</w:t>
            </w:r>
          </w:p>
        </w:tc>
        <w:tc>
          <w:tcPr>
            <w:tcW w:w="7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786883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Шайба пружины M8</w:t>
            </w:r>
          </w:p>
        </w:tc>
      </w:tr>
      <w:tr w:rsidR="00743395" w14:paraId="2EEB80D7" w14:textId="77777777">
        <w:trPr>
          <w:cantSplit/>
        </w:trPr>
        <w:tc>
          <w:tcPr>
            <w:tcW w:w="6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DCABE0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26</w:t>
            </w:r>
          </w:p>
        </w:tc>
        <w:tc>
          <w:tcPr>
            <w:tcW w:w="24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BA8A5E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G010126</w:t>
            </w:r>
          </w:p>
        </w:tc>
        <w:tc>
          <w:tcPr>
            <w:tcW w:w="70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5AF166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Шайба пружины M8</w:t>
            </w:r>
          </w:p>
        </w:tc>
      </w:tr>
      <w:tr w:rsidR="00743395" w14:paraId="2155CF04" w14:textId="77777777">
        <w:trPr>
          <w:cantSplit/>
        </w:trPr>
        <w:tc>
          <w:tcPr>
            <w:tcW w:w="6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BA9295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27</w:t>
            </w:r>
          </w:p>
        </w:tc>
        <w:tc>
          <w:tcPr>
            <w:tcW w:w="24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96317C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G010121</w:t>
            </w:r>
          </w:p>
        </w:tc>
        <w:tc>
          <w:tcPr>
            <w:tcW w:w="7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F551F4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Шайба пружины M5</w:t>
            </w:r>
          </w:p>
        </w:tc>
      </w:tr>
      <w:tr w:rsidR="00743395" w:rsidRPr="006E145E" w14:paraId="28FCA66C" w14:textId="77777777">
        <w:trPr>
          <w:cantSplit/>
        </w:trPr>
        <w:tc>
          <w:tcPr>
            <w:tcW w:w="6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F389F7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28</w:t>
            </w:r>
          </w:p>
        </w:tc>
        <w:tc>
          <w:tcPr>
            <w:tcW w:w="24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00CDCD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G010117</w:t>
            </w:r>
          </w:p>
        </w:tc>
        <w:tc>
          <w:tcPr>
            <w:tcW w:w="70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E42216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Винт с внутренним шестигранником М6х16</w:t>
            </w:r>
          </w:p>
        </w:tc>
      </w:tr>
      <w:tr w:rsidR="00743395" w14:paraId="673701C5" w14:textId="77777777">
        <w:trPr>
          <w:cantSplit/>
        </w:trPr>
        <w:tc>
          <w:tcPr>
            <w:tcW w:w="6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893D98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29</w:t>
            </w:r>
          </w:p>
        </w:tc>
        <w:tc>
          <w:tcPr>
            <w:tcW w:w="24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0CF18B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G010117</w:t>
            </w:r>
          </w:p>
        </w:tc>
        <w:tc>
          <w:tcPr>
            <w:tcW w:w="7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9B4F1E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Плоская шайба M6x18Ч1.6</w:t>
            </w:r>
          </w:p>
        </w:tc>
      </w:tr>
      <w:tr w:rsidR="00743395" w:rsidRPr="006E145E" w14:paraId="268E0AED" w14:textId="77777777">
        <w:trPr>
          <w:cantSplit/>
        </w:trPr>
        <w:tc>
          <w:tcPr>
            <w:tcW w:w="6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4BD488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30</w:t>
            </w:r>
          </w:p>
        </w:tc>
        <w:tc>
          <w:tcPr>
            <w:tcW w:w="24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2549D0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G010100</w:t>
            </w:r>
          </w:p>
        </w:tc>
        <w:tc>
          <w:tcPr>
            <w:tcW w:w="70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8D7353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Винт с полукруглой головкой и крестообразным шлицем М5х12</w:t>
            </w:r>
          </w:p>
        </w:tc>
      </w:tr>
      <w:tr w:rsidR="00743395" w14:paraId="19023B2E" w14:textId="77777777">
        <w:trPr>
          <w:cantSplit/>
        </w:trPr>
        <w:tc>
          <w:tcPr>
            <w:tcW w:w="6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45DC6C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31</w:t>
            </w:r>
          </w:p>
        </w:tc>
        <w:tc>
          <w:tcPr>
            <w:tcW w:w="24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25E929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G010101</w:t>
            </w:r>
          </w:p>
        </w:tc>
        <w:tc>
          <w:tcPr>
            <w:tcW w:w="7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6EA022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Пластмассовая плоская накладка M5</w:t>
            </w:r>
          </w:p>
        </w:tc>
      </w:tr>
      <w:tr w:rsidR="00743395" w14:paraId="073BAEF4" w14:textId="77777777">
        <w:trPr>
          <w:cantSplit/>
        </w:trPr>
        <w:tc>
          <w:tcPr>
            <w:tcW w:w="6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A50CE3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32</w:t>
            </w:r>
          </w:p>
        </w:tc>
        <w:tc>
          <w:tcPr>
            <w:tcW w:w="24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EC0448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G010106</w:t>
            </w:r>
          </w:p>
        </w:tc>
        <w:tc>
          <w:tcPr>
            <w:tcW w:w="70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6D1141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Головка шестигранная потайная М6х20</w:t>
            </w:r>
          </w:p>
        </w:tc>
      </w:tr>
      <w:tr w:rsidR="00743395" w:rsidRPr="006E145E" w14:paraId="4E58EA80" w14:textId="77777777">
        <w:trPr>
          <w:cantSplit/>
        </w:trPr>
        <w:tc>
          <w:tcPr>
            <w:tcW w:w="6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B36CEF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33</w:t>
            </w:r>
          </w:p>
        </w:tc>
        <w:tc>
          <w:tcPr>
            <w:tcW w:w="24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66B955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G010113</w:t>
            </w:r>
          </w:p>
        </w:tc>
        <w:tc>
          <w:tcPr>
            <w:tcW w:w="7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E0C7AC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 xml:space="preserve">Трубка индикатора уровня жидкости ф10 </w:t>
            </w:r>
            <w:r>
              <w:rPr>
                <w:sz w:val="16"/>
              </w:rPr>
              <w:t>x</w:t>
            </w:r>
            <w:r w:rsidRPr="00265018">
              <w:rPr>
                <w:sz w:val="16"/>
                <w:lang w:val="ru-RU"/>
              </w:rPr>
              <w:t xml:space="preserve"> ф 13 </w:t>
            </w:r>
            <w:r>
              <w:rPr>
                <w:sz w:val="16"/>
              </w:rPr>
              <w:t>x</w:t>
            </w:r>
            <w:r w:rsidRPr="00265018">
              <w:rPr>
                <w:sz w:val="16"/>
                <w:lang w:val="ru-RU"/>
              </w:rPr>
              <w:t xml:space="preserve"> ф 240</w:t>
            </w:r>
          </w:p>
        </w:tc>
      </w:tr>
      <w:tr w:rsidR="00743395" w14:paraId="70919179" w14:textId="77777777">
        <w:trPr>
          <w:cantSplit/>
        </w:trPr>
        <w:tc>
          <w:tcPr>
            <w:tcW w:w="6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29023F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34</w:t>
            </w:r>
          </w:p>
        </w:tc>
        <w:tc>
          <w:tcPr>
            <w:tcW w:w="24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480B3E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G010114</w:t>
            </w:r>
          </w:p>
        </w:tc>
        <w:tc>
          <w:tcPr>
            <w:tcW w:w="70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E439FF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Пластиковое колено</w:t>
            </w:r>
          </w:p>
        </w:tc>
      </w:tr>
      <w:tr w:rsidR="00743395" w14:paraId="1202C338" w14:textId="77777777">
        <w:trPr>
          <w:cantSplit/>
        </w:trPr>
        <w:tc>
          <w:tcPr>
            <w:tcW w:w="6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86C4BF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35</w:t>
            </w:r>
          </w:p>
        </w:tc>
        <w:tc>
          <w:tcPr>
            <w:tcW w:w="24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369B8C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G010115</w:t>
            </w:r>
          </w:p>
        </w:tc>
        <w:tc>
          <w:tcPr>
            <w:tcW w:w="7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F9FA43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Резиновая уплотнительная заглушка</w:t>
            </w:r>
          </w:p>
        </w:tc>
      </w:tr>
      <w:tr w:rsidR="00743395" w14:paraId="1D363EAA" w14:textId="77777777">
        <w:trPr>
          <w:cantSplit/>
        </w:trPr>
        <w:tc>
          <w:tcPr>
            <w:tcW w:w="6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07FDF5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36</w:t>
            </w:r>
          </w:p>
        </w:tc>
        <w:tc>
          <w:tcPr>
            <w:tcW w:w="24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A665D6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G010116</w:t>
            </w:r>
          </w:p>
        </w:tc>
        <w:tc>
          <w:tcPr>
            <w:tcW w:w="70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9DA7AC" w14:textId="77777777" w:rsidR="00743395" w:rsidRDefault="00AC55A8">
            <w:pPr>
              <w:spacing w:after="0" w:line="254" w:lineRule="auto"/>
            </w:pPr>
            <w:r w:rsidRPr="00265018">
              <w:rPr>
                <w:sz w:val="16"/>
                <w:lang w:val="ru-RU"/>
              </w:rPr>
              <w:t xml:space="preserve">Саморез </w:t>
            </w:r>
            <w:r>
              <w:rPr>
                <w:sz w:val="16"/>
              </w:rPr>
              <w:t>ST</w:t>
            </w:r>
            <w:r w:rsidRPr="00265018">
              <w:rPr>
                <w:sz w:val="16"/>
                <w:lang w:val="ru-RU"/>
              </w:rPr>
              <w:t xml:space="preserve">4 с полукруглой головкой и крестообразным шлицем. </w:t>
            </w:r>
            <w:r>
              <w:rPr>
                <w:sz w:val="16"/>
              </w:rPr>
              <w:t>2х13</w:t>
            </w:r>
          </w:p>
        </w:tc>
      </w:tr>
      <w:tr w:rsidR="00743395" w14:paraId="4DA80519" w14:textId="77777777">
        <w:trPr>
          <w:cantSplit/>
        </w:trPr>
        <w:tc>
          <w:tcPr>
            <w:tcW w:w="6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0EB6AE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37</w:t>
            </w:r>
          </w:p>
        </w:tc>
        <w:tc>
          <w:tcPr>
            <w:tcW w:w="24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831085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G010120</w:t>
            </w:r>
          </w:p>
        </w:tc>
        <w:tc>
          <w:tcPr>
            <w:tcW w:w="7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1D99F5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Плоская накладка ф5x10x1</w:t>
            </w:r>
          </w:p>
        </w:tc>
      </w:tr>
      <w:tr w:rsidR="00743395" w14:paraId="444577CA" w14:textId="77777777">
        <w:trPr>
          <w:cantSplit/>
        </w:trPr>
        <w:tc>
          <w:tcPr>
            <w:tcW w:w="6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D879A8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38</w:t>
            </w:r>
          </w:p>
        </w:tc>
        <w:tc>
          <w:tcPr>
            <w:tcW w:w="24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BFF940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E010105</w:t>
            </w:r>
          </w:p>
        </w:tc>
        <w:tc>
          <w:tcPr>
            <w:tcW w:w="70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C9D035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Защита от перегрузки 45А</w:t>
            </w:r>
          </w:p>
        </w:tc>
      </w:tr>
      <w:tr w:rsidR="00743395" w14:paraId="5E3C8B9E" w14:textId="77777777">
        <w:trPr>
          <w:cantSplit/>
        </w:trPr>
        <w:tc>
          <w:tcPr>
            <w:tcW w:w="6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1167DC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39</w:t>
            </w:r>
          </w:p>
        </w:tc>
        <w:tc>
          <w:tcPr>
            <w:tcW w:w="24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CA36D8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E010106</w:t>
            </w:r>
          </w:p>
        </w:tc>
        <w:tc>
          <w:tcPr>
            <w:tcW w:w="7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A6C0BA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Защита от перегрузки 25А</w:t>
            </w:r>
          </w:p>
        </w:tc>
      </w:tr>
      <w:tr w:rsidR="00743395" w14:paraId="6F71BB7D" w14:textId="77777777">
        <w:trPr>
          <w:cantSplit/>
        </w:trPr>
        <w:tc>
          <w:tcPr>
            <w:tcW w:w="6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C5038A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40</w:t>
            </w:r>
          </w:p>
        </w:tc>
        <w:tc>
          <w:tcPr>
            <w:tcW w:w="24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25A87D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A010121</w:t>
            </w:r>
          </w:p>
        </w:tc>
        <w:tc>
          <w:tcPr>
            <w:tcW w:w="70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BD97B4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Крюк для сливной трубки</w:t>
            </w:r>
          </w:p>
        </w:tc>
      </w:tr>
      <w:tr w:rsidR="00743395" w14:paraId="499B7BF0" w14:textId="77777777">
        <w:trPr>
          <w:cantSplit/>
        </w:trPr>
        <w:tc>
          <w:tcPr>
            <w:tcW w:w="6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32A836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41</w:t>
            </w:r>
          </w:p>
        </w:tc>
        <w:tc>
          <w:tcPr>
            <w:tcW w:w="24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6C1EEC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G010107</w:t>
            </w:r>
          </w:p>
        </w:tc>
        <w:tc>
          <w:tcPr>
            <w:tcW w:w="7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EB0E96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Бакелитовая рукоятка M8X40</w:t>
            </w:r>
          </w:p>
        </w:tc>
      </w:tr>
      <w:tr w:rsidR="00743395" w14:paraId="496264F4" w14:textId="77777777">
        <w:trPr>
          <w:cantSplit/>
        </w:trPr>
        <w:tc>
          <w:tcPr>
            <w:tcW w:w="6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EE924E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42</w:t>
            </w:r>
          </w:p>
        </w:tc>
        <w:tc>
          <w:tcPr>
            <w:tcW w:w="24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6FBEAA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G010160</w:t>
            </w:r>
          </w:p>
        </w:tc>
        <w:tc>
          <w:tcPr>
            <w:tcW w:w="70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F22AD8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Держатель кабеля</w:t>
            </w:r>
          </w:p>
        </w:tc>
      </w:tr>
      <w:tr w:rsidR="00743395" w14:paraId="21402E08" w14:textId="77777777">
        <w:trPr>
          <w:cantSplit/>
        </w:trPr>
        <w:tc>
          <w:tcPr>
            <w:tcW w:w="6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C7BF3A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43</w:t>
            </w:r>
          </w:p>
        </w:tc>
        <w:tc>
          <w:tcPr>
            <w:tcW w:w="247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000510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G010138</w:t>
            </w:r>
          </w:p>
        </w:tc>
        <w:tc>
          <w:tcPr>
            <w:tcW w:w="7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CF0D5C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Шайба плоская М8х24х2</w:t>
            </w:r>
          </w:p>
        </w:tc>
      </w:tr>
      <w:tr w:rsidR="00743395" w14:paraId="233783BB" w14:textId="77777777">
        <w:trPr>
          <w:cantSplit/>
        </w:trPr>
        <w:tc>
          <w:tcPr>
            <w:tcW w:w="6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32B7CF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44</w:t>
            </w:r>
          </w:p>
        </w:tc>
        <w:tc>
          <w:tcPr>
            <w:tcW w:w="247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C23DF0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C010105</w:t>
            </w:r>
          </w:p>
        </w:tc>
        <w:tc>
          <w:tcPr>
            <w:tcW w:w="70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CF13CE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Кабель резервуара для воды 350</w:t>
            </w:r>
          </w:p>
        </w:tc>
      </w:tr>
      <w:tr w:rsidR="00743395" w:rsidRPr="006E145E" w14:paraId="63DE66FD" w14:textId="77777777">
        <w:tblPrEx>
          <w:tblBorders>
            <w:top w:val="single" w:sz="9" w:space="0" w:color="D79600"/>
            <w:left w:val="single" w:sz="9" w:space="0" w:color="D79600"/>
            <w:bottom w:val="single" w:sz="9" w:space="0" w:color="D79600"/>
            <w:right w:val="single" w:sz="9" w:space="0" w:color="D7960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FFF7DF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23C551C3" w14:textId="77777777" w:rsidR="00743395" w:rsidRPr="00265018" w:rsidRDefault="00AC55A8">
            <w:pPr>
              <w:spacing w:after="0" w:line="269" w:lineRule="auto"/>
              <w:rPr>
                <w:lang w:val="ru-RU"/>
              </w:rPr>
            </w:pPr>
            <w:r w:rsidRPr="00265018">
              <w:rPr>
                <w:b/>
                <w:color w:val="D79600"/>
                <w:sz w:val="19"/>
                <w:lang w:val="ru-RU"/>
              </w:rPr>
              <w:t xml:space="preserve">СВЕРКА </w:t>
            </w:r>
            <w:proofErr w:type="gramStart"/>
            <w:r w:rsidRPr="00265018">
              <w:rPr>
                <w:b/>
                <w:color w:val="D79600"/>
                <w:sz w:val="19"/>
                <w:lang w:val="ru-RU"/>
              </w:rPr>
              <w:t xml:space="preserve">АРТИКУЛА  </w:t>
            </w:r>
            <w:r w:rsidRPr="00265018">
              <w:rPr>
                <w:sz w:val="19"/>
                <w:lang w:val="ru-RU"/>
              </w:rPr>
              <w:t>Некоторые</w:t>
            </w:r>
            <w:proofErr w:type="gramEnd"/>
            <w:r w:rsidRPr="00265018">
              <w:rPr>
                <w:sz w:val="19"/>
                <w:lang w:val="ru-RU"/>
              </w:rPr>
              <w:t xml:space="preserve"> обозначения в источнике повторяются для разных позиций. Перед заказом уточняйте код, фотографию детали и совместимость у поставщика.</w:t>
            </w:r>
          </w:p>
        </w:tc>
      </w:tr>
    </w:tbl>
    <w:p w14:paraId="6621E27E" w14:textId="77777777" w:rsidR="00743395" w:rsidRPr="00265018" w:rsidRDefault="00743395">
      <w:pPr>
        <w:spacing w:after="20"/>
        <w:rPr>
          <w:lang w:val="ru-RU"/>
        </w:rPr>
      </w:pPr>
    </w:p>
    <w:p w14:paraId="3CFAF78E" w14:textId="77777777" w:rsidR="00743395" w:rsidRPr="00265018" w:rsidRDefault="00AC55A8">
      <w:pPr>
        <w:rPr>
          <w:lang w:val="ru-RU"/>
        </w:rPr>
      </w:pPr>
      <w:r w:rsidRPr="00265018">
        <w:rPr>
          <w:lang w:val="ru-RU"/>
        </w:rPr>
        <w:br w:type="page"/>
      </w:r>
    </w:p>
    <w:p w14:paraId="02F7DF20" w14:textId="77777777" w:rsidR="00743395" w:rsidRPr="00265018" w:rsidRDefault="00AC55A8">
      <w:pPr>
        <w:keepNext/>
        <w:spacing w:after="40"/>
        <w:rPr>
          <w:lang w:val="ru-RU"/>
        </w:rPr>
      </w:pPr>
      <w:r w:rsidRPr="00265018">
        <w:rPr>
          <w:b/>
          <w:color w:val="0788B0"/>
          <w:sz w:val="17"/>
          <w:lang w:val="ru-RU"/>
        </w:rPr>
        <w:t>РАЗДЕЛ 02   •   ВЗРЫВ-СХЕМА 02</w:t>
      </w:r>
    </w:p>
    <w:p w14:paraId="7A378E9C" w14:textId="77777777" w:rsidR="00743395" w:rsidRPr="00265018" w:rsidRDefault="00AC55A8">
      <w:pPr>
        <w:pStyle w:val="1"/>
        <w:rPr>
          <w:lang w:val="ru-RU"/>
        </w:rPr>
      </w:pPr>
      <w:r w:rsidRPr="00265018">
        <w:rPr>
          <w:lang w:val="ru-RU"/>
        </w:rPr>
        <w:t>Бак-утилизатор и всасывающие шланги</w:t>
      </w:r>
    </w:p>
    <w:p w14:paraId="4066FB86" w14:textId="77777777" w:rsidR="00743395" w:rsidRDefault="00AC55A8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2A0A7D65" wp14:editId="6F795BCA">
            <wp:extent cx="4206240" cy="3113922"/>
            <wp:effectExtent l="0" t="0" r="0" b="0"/>
            <wp:docPr id="11" name="Улучшенная взрыв-схема грязного бака JH-410 с оригинальными позициями 1–20" descr="Улучшенная взрыв-схема грязного бака JH-410 с оригинальными позициями 1–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oup_02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3113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C1008" w14:textId="77777777" w:rsidR="00743395" w:rsidRPr="00265018" w:rsidRDefault="00AC55A8">
      <w:pPr>
        <w:pStyle w:val="FigureCaption"/>
        <w:keepLines/>
        <w:rPr>
          <w:lang w:val="ru-RU"/>
        </w:rPr>
      </w:pPr>
      <w:r w:rsidRPr="00265018">
        <w:rPr>
          <w:lang w:val="ru-RU"/>
        </w:rPr>
        <w:t>Схема 02: бак-утилизатор, крышка, фильтр и шланги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1650"/>
        <w:gridCol w:w="7730"/>
      </w:tblGrid>
      <w:tr w:rsidR="00743395" w14:paraId="41E17CDC" w14:textId="77777777">
        <w:trPr>
          <w:cantSplit/>
          <w:tblHeader/>
        </w:trPr>
        <w:tc>
          <w:tcPr>
            <w:tcW w:w="76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8FE045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18"/>
              </w:rPr>
              <w:t>Поз</w:t>
            </w:r>
            <w:proofErr w:type="spellEnd"/>
            <w:r>
              <w:rPr>
                <w:b/>
                <w:color w:val="FFFFFF"/>
                <w:sz w:val="18"/>
              </w:rPr>
              <w:t>.</w:t>
            </w:r>
          </w:p>
        </w:tc>
        <w:tc>
          <w:tcPr>
            <w:tcW w:w="165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9B76FC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Артикул</w:t>
            </w:r>
          </w:p>
        </w:tc>
        <w:tc>
          <w:tcPr>
            <w:tcW w:w="773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3052B2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Деталь</w:t>
            </w:r>
          </w:p>
        </w:tc>
      </w:tr>
      <w:tr w:rsidR="00743395" w14:paraId="508960A9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7FEA0E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1</w:t>
            </w:r>
          </w:p>
        </w:tc>
        <w:tc>
          <w:tcPr>
            <w:tcW w:w="1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42BE4E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B010097</w:t>
            </w:r>
          </w:p>
        </w:tc>
        <w:tc>
          <w:tcPr>
            <w:tcW w:w="77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8B780E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Крышка бака</w:t>
            </w:r>
          </w:p>
        </w:tc>
      </w:tr>
      <w:tr w:rsidR="00743395" w14:paraId="44F93541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4E0A16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2</w:t>
            </w:r>
          </w:p>
        </w:tc>
        <w:tc>
          <w:tcPr>
            <w:tcW w:w="16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E5CDE6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B010111</w:t>
            </w:r>
          </w:p>
        </w:tc>
        <w:tc>
          <w:tcPr>
            <w:tcW w:w="77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18DD94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Основной корпус бака-утилизатора</w:t>
            </w:r>
          </w:p>
        </w:tc>
      </w:tr>
      <w:tr w:rsidR="00743395" w14:paraId="34DA68A2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7CEB30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3</w:t>
            </w:r>
          </w:p>
        </w:tc>
        <w:tc>
          <w:tcPr>
            <w:tcW w:w="1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574B7A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B010096</w:t>
            </w:r>
          </w:p>
        </w:tc>
        <w:tc>
          <w:tcPr>
            <w:tcW w:w="77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F78C9D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Бак-утилизатор</w:t>
            </w:r>
          </w:p>
        </w:tc>
      </w:tr>
      <w:tr w:rsidR="00743395" w14:paraId="4335C145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ECE399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4</w:t>
            </w:r>
          </w:p>
        </w:tc>
        <w:tc>
          <w:tcPr>
            <w:tcW w:w="16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E428C4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G010122</w:t>
            </w:r>
          </w:p>
        </w:tc>
        <w:tc>
          <w:tcPr>
            <w:tcW w:w="77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FCCC47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Всасывающий фильтр</w:t>
            </w:r>
          </w:p>
        </w:tc>
      </w:tr>
      <w:tr w:rsidR="00743395" w14:paraId="7784028A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44491D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5</w:t>
            </w:r>
          </w:p>
        </w:tc>
        <w:tc>
          <w:tcPr>
            <w:tcW w:w="1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B5973B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A010115</w:t>
            </w:r>
          </w:p>
        </w:tc>
        <w:tc>
          <w:tcPr>
            <w:tcW w:w="77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778708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Соединитель крышки бака-утилизатора</w:t>
            </w:r>
          </w:p>
        </w:tc>
      </w:tr>
      <w:tr w:rsidR="00743395" w14:paraId="3291DF19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6250A9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6</w:t>
            </w:r>
          </w:p>
        </w:tc>
        <w:tc>
          <w:tcPr>
            <w:tcW w:w="16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BD25DB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B010105</w:t>
            </w:r>
          </w:p>
        </w:tc>
        <w:tc>
          <w:tcPr>
            <w:tcW w:w="77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6220D2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Сливная труба ф38*400 (01+09)</w:t>
            </w:r>
          </w:p>
        </w:tc>
      </w:tr>
      <w:tr w:rsidR="00743395" w:rsidRPr="006E145E" w14:paraId="7AF092E9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288E83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7</w:t>
            </w:r>
          </w:p>
        </w:tc>
        <w:tc>
          <w:tcPr>
            <w:tcW w:w="1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EFF58F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B010106</w:t>
            </w:r>
          </w:p>
        </w:tc>
        <w:tc>
          <w:tcPr>
            <w:tcW w:w="77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AC2ABE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4"/>
                <w:lang w:val="ru-RU"/>
              </w:rPr>
              <w:t>Всасывающий шланг бака-утилизатора ф38*800 (01+07)</w:t>
            </w:r>
          </w:p>
        </w:tc>
      </w:tr>
      <w:tr w:rsidR="00743395" w:rsidRPr="006E145E" w14:paraId="606FC266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40F751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8</w:t>
            </w:r>
          </w:p>
        </w:tc>
        <w:tc>
          <w:tcPr>
            <w:tcW w:w="16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5CD63D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G010125</w:t>
            </w:r>
          </w:p>
        </w:tc>
        <w:tc>
          <w:tcPr>
            <w:tcW w:w="77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93A6B8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4"/>
                <w:lang w:val="ru-RU"/>
              </w:rPr>
              <w:t>Уплотнитель крышки бака для воды</w:t>
            </w:r>
          </w:p>
        </w:tc>
      </w:tr>
      <w:tr w:rsidR="00743395" w14:paraId="0FBEC794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81AFED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9</w:t>
            </w:r>
          </w:p>
        </w:tc>
        <w:tc>
          <w:tcPr>
            <w:tcW w:w="1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46EE04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G010123</w:t>
            </w:r>
          </w:p>
        </w:tc>
        <w:tc>
          <w:tcPr>
            <w:tcW w:w="77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25DDE7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Прокладка всасывающего патрубка</w:t>
            </w:r>
          </w:p>
        </w:tc>
      </w:tr>
      <w:tr w:rsidR="00743395" w14:paraId="3F0A49A9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FB3862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10</w:t>
            </w:r>
          </w:p>
        </w:tc>
        <w:tc>
          <w:tcPr>
            <w:tcW w:w="16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AEC33E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G010127</w:t>
            </w:r>
          </w:p>
        </w:tc>
        <w:tc>
          <w:tcPr>
            <w:tcW w:w="77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8511D7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Зажим 33-57</w:t>
            </w:r>
          </w:p>
        </w:tc>
      </w:tr>
      <w:tr w:rsidR="00743395" w:rsidRPr="006E145E" w14:paraId="721D5E08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B8A919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11</w:t>
            </w:r>
          </w:p>
        </w:tc>
        <w:tc>
          <w:tcPr>
            <w:tcW w:w="1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3BC93F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G010100</w:t>
            </w:r>
          </w:p>
        </w:tc>
        <w:tc>
          <w:tcPr>
            <w:tcW w:w="77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A45353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4"/>
                <w:lang w:val="ru-RU"/>
              </w:rPr>
              <w:t>Винт с полукруглой головкой с крестообразным шлицем М5х12</w:t>
            </w:r>
          </w:p>
        </w:tc>
      </w:tr>
      <w:tr w:rsidR="00743395" w14:paraId="72E8318B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AD52AA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12</w:t>
            </w:r>
          </w:p>
        </w:tc>
        <w:tc>
          <w:tcPr>
            <w:tcW w:w="16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49240A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G010121</w:t>
            </w:r>
          </w:p>
        </w:tc>
        <w:tc>
          <w:tcPr>
            <w:tcW w:w="77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F87D35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Пружинная шайба M5</w:t>
            </w:r>
          </w:p>
        </w:tc>
      </w:tr>
      <w:tr w:rsidR="00743395" w14:paraId="4A7FE3BF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C192C9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13</w:t>
            </w:r>
          </w:p>
        </w:tc>
        <w:tc>
          <w:tcPr>
            <w:tcW w:w="1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291B70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G010126</w:t>
            </w:r>
          </w:p>
        </w:tc>
        <w:tc>
          <w:tcPr>
            <w:tcW w:w="77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0E592D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Пружинная шайба M6</w:t>
            </w:r>
          </w:p>
        </w:tc>
      </w:tr>
      <w:tr w:rsidR="00743395" w14:paraId="66094264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50EC68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14</w:t>
            </w:r>
          </w:p>
        </w:tc>
        <w:tc>
          <w:tcPr>
            <w:tcW w:w="16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8A1956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G010120</w:t>
            </w:r>
          </w:p>
        </w:tc>
        <w:tc>
          <w:tcPr>
            <w:tcW w:w="77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FAE3FD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Плоская шайба ф 5x10x1</w:t>
            </w:r>
          </w:p>
        </w:tc>
      </w:tr>
      <w:tr w:rsidR="00743395" w:rsidRPr="006E145E" w14:paraId="00965517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44DC3C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15</w:t>
            </w:r>
          </w:p>
        </w:tc>
        <w:tc>
          <w:tcPr>
            <w:tcW w:w="1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C19E79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G010117</w:t>
            </w:r>
          </w:p>
        </w:tc>
        <w:tc>
          <w:tcPr>
            <w:tcW w:w="77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E95608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4"/>
                <w:lang w:val="ru-RU"/>
              </w:rPr>
              <w:t>Винт с внутренним шестигранником М6х16</w:t>
            </w:r>
          </w:p>
        </w:tc>
      </w:tr>
      <w:tr w:rsidR="00743395" w14:paraId="46E782B4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4B0137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16</w:t>
            </w:r>
          </w:p>
        </w:tc>
        <w:tc>
          <w:tcPr>
            <w:tcW w:w="16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7A54C1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G010118</w:t>
            </w:r>
          </w:p>
        </w:tc>
        <w:tc>
          <w:tcPr>
            <w:tcW w:w="77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1230D1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Плоская шайба M6x18х1.5</w:t>
            </w:r>
          </w:p>
        </w:tc>
      </w:tr>
      <w:tr w:rsidR="00743395" w14:paraId="0D49B7EB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8DFB23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17</w:t>
            </w:r>
          </w:p>
        </w:tc>
        <w:tc>
          <w:tcPr>
            <w:tcW w:w="1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E8314C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F010101</w:t>
            </w:r>
          </w:p>
        </w:tc>
        <w:tc>
          <w:tcPr>
            <w:tcW w:w="77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B82AAB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Логотип</w:t>
            </w:r>
          </w:p>
        </w:tc>
      </w:tr>
      <w:tr w:rsidR="00743395" w14:paraId="47F94EC2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216505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18</w:t>
            </w:r>
          </w:p>
        </w:tc>
        <w:tc>
          <w:tcPr>
            <w:tcW w:w="16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2D68EC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G010132</w:t>
            </w:r>
          </w:p>
        </w:tc>
        <w:tc>
          <w:tcPr>
            <w:tcW w:w="77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1F2C74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Внешний шестигранник М8х25</w:t>
            </w:r>
          </w:p>
        </w:tc>
      </w:tr>
      <w:tr w:rsidR="00743395" w14:paraId="0F7D1012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4F429E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19</w:t>
            </w:r>
          </w:p>
        </w:tc>
        <w:tc>
          <w:tcPr>
            <w:tcW w:w="1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BB6E94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G010158</w:t>
            </w:r>
          </w:p>
        </w:tc>
        <w:tc>
          <w:tcPr>
            <w:tcW w:w="77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8E1309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Шестигранная гайка М8</w:t>
            </w:r>
          </w:p>
        </w:tc>
      </w:tr>
      <w:tr w:rsidR="00743395" w14:paraId="1447281D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DE472C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20</w:t>
            </w:r>
          </w:p>
        </w:tc>
        <w:tc>
          <w:tcPr>
            <w:tcW w:w="16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5D4B83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G010119</w:t>
            </w:r>
          </w:p>
        </w:tc>
        <w:tc>
          <w:tcPr>
            <w:tcW w:w="773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26A2F9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Уплотнительное кольцо двигателя ф150xф105x13</w:t>
            </w:r>
          </w:p>
        </w:tc>
      </w:tr>
    </w:tbl>
    <w:p w14:paraId="08DAAB8B" w14:textId="77777777" w:rsidR="00743395" w:rsidRDefault="00AC55A8">
      <w:r>
        <w:br w:type="page"/>
      </w:r>
    </w:p>
    <w:p w14:paraId="47F3A027" w14:textId="77777777" w:rsidR="00743395" w:rsidRDefault="00AC55A8">
      <w:pPr>
        <w:keepNext/>
        <w:spacing w:after="40"/>
      </w:pPr>
      <w:r>
        <w:rPr>
          <w:b/>
          <w:color w:val="0788B0"/>
          <w:sz w:val="17"/>
        </w:rPr>
        <w:t>РАЗДЕЛ 03   •   ВЗРЫВ-СХЕМА 03</w:t>
      </w:r>
    </w:p>
    <w:p w14:paraId="6853DBE5" w14:textId="77777777" w:rsidR="00743395" w:rsidRDefault="00AC55A8">
      <w:pPr>
        <w:pStyle w:val="1"/>
      </w:pPr>
      <w:r>
        <w:t>Щеточная головка и привод</w:t>
      </w:r>
    </w:p>
    <w:p w14:paraId="7427D753" w14:textId="77777777" w:rsidR="00743395" w:rsidRDefault="00AC55A8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1DC334E5" wp14:editId="64D0E6DE">
            <wp:extent cx="3090672" cy="5235352"/>
            <wp:effectExtent l="0" t="0" r="0" b="0"/>
            <wp:docPr id="12" name="Улучшенная взрыв-схема щеточного узла JH-410 с оригинальными позициями 1–29" descr="Улучшенная взрыв-схема щеточного узла JH-410 с оригинальными позициями 1–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oup_03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90672" cy="5235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C8403" w14:textId="77777777" w:rsidR="00743395" w:rsidRPr="00265018" w:rsidRDefault="00AC55A8">
      <w:pPr>
        <w:pStyle w:val="FigureCaption"/>
        <w:keepLines/>
        <w:rPr>
          <w:lang w:val="ru-RU"/>
        </w:rPr>
      </w:pPr>
      <w:r w:rsidRPr="00265018">
        <w:rPr>
          <w:lang w:val="ru-RU"/>
        </w:rPr>
        <w:t>Схема 03: щеточный двигатель, кронштейны, щетка и клапан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1680"/>
        <w:gridCol w:w="7700"/>
      </w:tblGrid>
      <w:tr w:rsidR="00743395" w14:paraId="23AD8F09" w14:textId="77777777">
        <w:trPr>
          <w:cantSplit/>
          <w:tblHeader/>
        </w:trPr>
        <w:tc>
          <w:tcPr>
            <w:tcW w:w="76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E1407B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18"/>
              </w:rPr>
              <w:t>Поз</w:t>
            </w:r>
            <w:proofErr w:type="spellEnd"/>
            <w:r>
              <w:rPr>
                <w:b/>
                <w:color w:val="FFFFFF"/>
                <w:sz w:val="18"/>
              </w:rPr>
              <w:t>.</w:t>
            </w:r>
          </w:p>
        </w:tc>
        <w:tc>
          <w:tcPr>
            <w:tcW w:w="168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737CE8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Артикул</w:t>
            </w:r>
          </w:p>
        </w:tc>
        <w:tc>
          <w:tcPr>
            <w:tcW w:w="770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8BC267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Ключевой узел</w:t>
            </w:r>
          </w:p>
        </w:tc>
      </w:tr>
      <w:tr w:rsidR="00743395" w:rsidRPr="006E145E" w14:paraId="5815E564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5506CA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5</w:t>
            </w:r>
          </w:p>
        </w:tc>
        <w:tc>
          <w:tcPr>
            <w:tcW w:w="16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F247E7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E010113</w:t>
            </w:r>
          </w:p>
        </w:tc>
        <w:tc>
          <w:tcPr>
            <w:tcW w:w="7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BD3E8F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5"/>
                <w:lang w:val="ru-RU"/>
              </w:rPr>
              <w:t>Двигатель щетки 24 В / 550 Вт, вал Ø18</w:t>
            </w:r>
          </w:p>
        </w:tc>
      </w:tr>
      <w:tr w:rsidR="00743395" w14:paraId="061697D9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0E0751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6</w:t>
            </w:r>
          </w:p>
        </w:tc>
        <w:tc>
          <w:tcPr>
            <w:tcW w:w="16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3B8E09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C010117</w:t>
            </w:r>
          </w:p>
        </w:tc>
        <w:tc>
          <w:tcPr>
            <w:tcW w:w="77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C4C06B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Замок щеточного диска</w:t>
            </w:r>
          </w:p>
        </w:tc>
      </w:tr>
      <w:tr w:rsidR="00743395" w14:paraId="34EC62C8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CC248B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7</w:t>
            </w:r>
          </w:p>
        </w:tc>
        <w:tc>
          <w:tcPr>
            <w:tcW w:w="16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A2B1A0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B010112</w:t>
            </w:r>
          </w:p>
        </w:tc>
        <w:tc>
          <w:tcPr>
            <w:tcW w:w="7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852BC0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17-дюймовая щеточная пластина</w:t>
            </w:r>
          </w:p>
        </w:tc>
      </w:tr>
      <w:tr w:rsidR="00743395" w14:paraId="2A388034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965A10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10</w:t>
            </w:r>
          </w:p>
        </w:tc>
        <w:tc>
          <w:tcPr>
            <w:tcW w:w="16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09F5A0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B010098</w:t>
            </w:r>
          </w:p>
        </w:tc>
        <w:tc>
          <w:tcPr>
            <w:tcW w:w="77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20BE7C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Пластина крепления двигателя щетки</w:t>
            </w:r>
          </w:p>
        </w:tc>
      </w:tr>
      <w:tr w:rsidR="00743395" w14:paraId="02B647FE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9B1D9C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11</w:t>
            </w:r>
          </w:p>
        </w:tc>
        <w:tc>
          <w:tcPr>
            <w:tcW w:w="16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CBD7E4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A010092</w:t>
            </w:r>
          </w:p>
        </w:tc>
        <w:tc>
          <w:tcPr>
            <w:tcW w:w="7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262715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Крепежная рамка мотора</w:t>
            </w:r>
          </w:p>
        </w:tc>
      </w:tr>
      <w:tr w:rsidR="00743395" w14:paraId="276D828D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F49C63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28</w:t>
            </w:r>
          </w:p>
        </w:tc>
        <w:tc>
          <w:tcPr>
            <w:tcW w:w="16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2055E3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E010103</w:t>
            </w:r>
          </w:p>
        </w:tc>
        <w:tc>
          <w:tcPr>
            <w:tcW w:w="77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8BC0BA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Электромагнитный клапан 24В</w:t>
            </w:r>
          </w:p>
        </w:tc>
      </w:tr>
      <w:tr w:rsidR="00743395" w14:paraId="3ED44F70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36330A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29</w:t>
            </w:r>
          </w:p>
        </w:tc>
        <w:tc>
          <w:tcPr>
            <w:tcW w:w="16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50DBFA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A010106</w:t>
            </w:r>
          </w:p>
        </w:tc>
        <w:tc>
          <w:tcPr>
            <w:tcW w:w="7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13DB64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Кронштейн электромагнитного клапана</w:t>
            </w:r>
          </w:p>
        </w:tc>
      </w:tr>
      <w:tr w:rsidR="00743395" w14:paraId="5F99C657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71F859CB" w14:textId="77777777" w:rsidR="00743395" w:rsidRDefault="00AC55A8">
            <w:pPr>
              <w:spacing w:after="0" w:line="269" w:lineRule="auto"/>
            </w:pPr>
            <w:r w:rsidRPr="00265018">
              <w:rPr>
                <w:b/>
                <w:color w:val="0788B0"/>
                <w:sz w:val="19"/>
                <w:lang w:val="ru-RU"/>
              </w:rPr>
              <w:t xml:space="preserve">ПОЗИЦИЯ </w:t>
            </w:r>
            <w:proofErr w:type="gramStart"/>
            <w:r w:rsidRPr="00265018">
              <w:rPr>
                <w:b/>
                <w:color w:val="0788B0"/>
                <w:sz w:val="19"/>
                <w:lang w:val="ru-RU"/>
              </w:rPr>
              <w:t xml:space="preserve">5  </w:t>
            </w:r>
            <w:r w:rsidRPr="00265018">
              <w:rPr>
                <w:sz w:val="19"/>
                <w:lang w:val="ru-RU"/>
              </w:rPr>
              <w:t>Двигатель</w:t>
            </w:r>
            <w:proofErr w:type="gramEnd"/>
            <w:r w:rsidRPr="00265018">
              <w:rPr>
                <w:sz w:val="19"/>
                <w:lang w:val="ru-RU"/>
              </w:rPr>
              <w:t xml:space="preserve"> </w:t>
            </w:r>
            <w:r>
              <w:rPr>
                <w:sz w:val="19"/>
              </w:rPr>
              <w:t>E</w:t>
            </w:r>
            <w:r w:rsidRPr="00265018">
              <w:rPr>
                <w:sz w:val="19"/>
                <w:lang w:val="ru-RU"/>
              </w:rPr>
              <w:t xml:space="preserve">010113 указан как 24 В / 550 Вт. Вместе с вакуумным двигателем 500 Вт это согласуется с общей мощностью </w:t>
            </w:r>
            <w:r>
              <w:rPr>
                <w:sz w:val="19"/>
              </w:rPr>
              <w:t xml:space="preserve">1050 </w:t>
            </w:r>
            <w:proofErr w:type="spellStart"/>
            <w:r>
              <w:rPr>
                <w:sz w:val="19"/>
              </w:rPr>
              <w:t>Вт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шильдике</w:t>
            </w:r>
            <w:proofErr w:type="spellEnd"/>
            <w:r>
              <w:rPr>
                <w:sz w:val="19"/>
              </w:rPr>
              <w:t>.</w:t>
            </w:r>
          </w:p>
        </w:tc>
      </w:tr>
    </w:tbl>
    <w:p w14:paraId="295AF2B7" w14:textId="77777777" w:rsidR="00743395" w:rsidRDefault="00743395">
      <w:pPr>
        <w:spacing w:after="20"/>
      </w:pPr>
    </w:p>
    <w:p w14:paraId="211E1AAB" w14:textId="77777777" w:rsidR="00743395" w:rsidRDefault="00AC55A8">
      <w:r>
        <w:br w:type="page"/>
      </w:r>
    </w:p>
    <w:p w14:paraId="1AF1D0D7" w14:textId="77777777" w:rsidR="00743395" w:rsidRDefault="00AC55A8">
      <w:pPr>
        <w:keepNext/>
        <w:spacing w:after="40"/>
      </w:pPr>
      <w:r>
        <w:rPr>
          <w:b/>
          <w:color w:val="0788B0"/>
          <w:sz w:val="17"/>
        </w:rPr>
        <w:t>РАЗДЕЛ 03   •   ВЗРЫВ-СХЕМА 03 • ПОЗИЦИИ 1–29</w:t>
      </w:r>
    </w:p>
    <w:p w14:paraId="49E57CDB" w14:textId="77777777" w:rsidR="00743395" w:rsidRDefault="00AC55A8">
      <w:pPr>
        <w:pStyle w:val="1"/>
      </w:pPr>
      <w:r>
        <w:t>Каталог деталей щеточного узла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1760"/>
        <w:gridCol w:w="7620"/>
      </w:tblGrid>
      <w:tr w:rsidR="00743395" w14:paraId="6F35739D" w14:textId="77777777">
        <w:trPr>
          <w:cantSplit/>
          <w:tblHeader/>
        </w:trPr>
        <w:tc>
          <w:tcPr>
            <w:tcW w:w="76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F3B29B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Поз.</w:t>
            </w:r>
          </w:p>
        </w:tc>
        <w:tc>
          <w:tcPr>
            <w:tcW w:w="176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179E01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Артикул</w:t>
            </w:r>
          </w:p>
        </w:tc>
        <w:tc>
          <w:tcPr>
            <w:tcW w:w="762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1560F6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Наименование детали</w:t>
            </w:r>
          </w:p>
        </w:tc>
      </w:tr>
      <w:tr w:rsidR="00743395" w14:paraId="15E4C189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A13B5A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1</w:t>
            </w:r>
          </w:p>
        </w:tc>
        <w:tc>
          <w:tcPr>
            <w:tcW w:w="1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6EEC7F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B010113</w:t>
            </w:r>
          </w:p>
        </w:tc>
        <w:tc>
          <w:tcPr>
            <w:tcW w:w="76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73A744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Предохранительное колесо ф100x20</w:t>
            </w:r>
          </w:p>
        </w:tc>
      </w:tr>
      <w:tr w:rsidR="00743395" w14:paraId="287E0D38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E1527B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2</w:t>
            </w:r>
          </w:p>
        </w:tc>
        <w:tc>
          <w:tcPr>
            <w:tcW w:w="1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25E483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G010138</w:t>
            </w:r>
          </w:p>
        </w:tc>
        <w:tc>
          <w:tcPr>
            <w:tcW w:w="76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BC7FC2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Плоская шайба M8x24х2</w:t>
            </w:r>
          </w:p>
        </w:tc>
      </w:tr>
      <w:tr w:rsidR="00743395" w14:paraId="5870D87E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CDEBB9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3</w:t>
            </w:r>
          </w:p>
        </w:tc>
        <w:tc>
          <w:tcPr>
            <w:tcW w:w="1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D8CB89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G010124</w:t>
            </w:r>
          </w:p>
        </w:tc>
        <w:tc>
          <w:tcPr>
            <w:tcW w:w="76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050A82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Большая шайба 5x15x1.5</w:t>
            </w:r>
          </w:p>
        </w:tc>
      </w:tr>
      <w:tr w:rsidR="00743395" w14:paraId="3A417BE6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2E4D9C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4</w:t>
            </w:r>
          </w:p>
        </w:tc>
        <w:tc>
          <w:tcPr>
            <w:tcW w:w="1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6452D5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G010150</w:t>
            </w:r>
          </w:p>
        </w:tc>
        <w:tc>
          <w:tcPr>
            <w:tcW w:w="76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CA8446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Внешний шестигранник М8х35</w:t>
            </w:r>
          </w:p>
        </w:tc>
      </w:tr>
      <w:tr w:rsidR="00743395" w:rsidRPr="006E145E" w14:paraId="45D34340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3AF3CD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5</w:t>
            </w:r>
          </w:p>
        </w:tc>
        <w:tc>
          <w:tcPr>
            <w:tcW w:w="1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A80A17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E010113</w:t>
            </w:r>
          </w:p>
        </w:tc>
        <w:tc>
          <w:tcPr>
            <w:tcW w:w="76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97EFB2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4"/>
                <w:lang w:val="ru-RU"/>
              </w:rPr>
              <w:t>Двигатель щетки 24 В / 550 Вт, вал Ø18</w:t>
            </w:r>
          </w:p>
        </w:tc>
      </w:tr>
      <w:tr w:rsidR="00743395" w14:paraId="02E96B6D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C7C1F2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6</w:t>
            </w:r>
          </w:p>
        </w:tc>
        <w:tc>
          <w:tcPr>
            <w:tcW w:w="1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6836A3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C010117</w:t>
            </w:r>
          </w:p>
        </w:tc>
        <w:tc>
          <w:tcPr>
            <w:tcW w:w="76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04B6E6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Замок щеточного диска</w:t>
            </w:r>
          </w:p>
        </w:tc>
      </w:tr>
      <w:tr w:rsidR="00743395" w14:paraId="27FFC4E6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CAEE38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7</w:t>
            </w:r>
          </w:p>
        </w:tc>
        <w:tc>
          <w:tcPr>
            <w:tcW w:w="1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21A7F9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B010112</w:t>
            </w:r>
          </w:p>
        </w:tc>
        <w:tc>
          <w:tcPr>
            <w:tcW w:w="76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35CCD5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17-дюймовая щеточная пластина</w:t>
            </w:r>
          </w:p>
        </w:tc>
      </w:tr>
      <w:tr w:rsidR="00743395" w14:paraId="755AB415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3163E7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8</w:t>
            </w:r>
          </w:p>
        </w:tc>
        <w:tc>
          <w:tcPr>
            <w:tcW w:w="1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D25F2B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A010095</w:t>
            </w:r>
          </w:p>
        </w:tc>
        <w:tc>
          <w:tcPr>
            <w:tcW w:w="76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99F50C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Поддержка носовой части</w:t>
            </w:r>
          </w:p>
        </w:tc>
      </w:tr>
      <w:tr w:rsidR="00743395" w14:paraId="0119DB96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BB8AF5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9</w:t>
            </w:r>
          </w:p>
        </w:tc>
        <w:tc>
          <w:tcPr>
            <w:tcW w:w="1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CEA043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C010103</w:t>
            </w:r>
          </w:p>
        </w:tc>
        <w:tc>
          <w:tcPr>
            <w:tcW w:w="76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E6FA36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Медная втулка ф8xф12x8/ф16x2</w:t>
            </w:r>
          </w:p>
        </w:tc>
      </w:tr>
      <w:tr w:rsidR="00743395" w14:paraId="5D27A53F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09C788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10</w:t>
            </w:r>
          </w:p>
        </w:tc>
        <w:tc>
          <w:tcPr>
            <w:tcW w:w="1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389589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B010098</w:t>
            </w:r>
          </w:p>
        </w:tc>
        <w:tc>
          <w:tcPr>
            <w:tcW w:w="76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CD61A4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Пластина крепления двигателя щетки</w:t>
            </w:r>
          </w:p>
        </w:tc>
      </w:tr>
      <w:tr w:rsidR="00743395" w14:paraId="64CD7097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FB4577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11</w:t>
            </w:r>
          </w:p>
        </w:tc>
        <w:tc>
          <w:tcPr>
            <w:tcW w:w="1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A4CF6E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A010092</w:t>
            </w:r>
          </w:p>
        </w:tc>
        <w:tc>
          <w:tcPr>
            <w:tcW w:w="76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B689B3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Крепежная рамка мотора</w:t>
            </w:r>
          </w:p>
        </w:tc>
      </w:tr>
      <w:tr w:rsidR="00743395" w14:paraId="1EF049AB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654585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12</w:t>
            </w:r>
          </w:p>
        </w:tc>
        <w:tc>
          <w:tcPr>
            <w:tcW w:w="1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28D20A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A010093</w:t>
            </w:r>
          </w:p>
        </w:tc>
        <w:tc>
          <w:tcPr>
            <w:tcW w:w="76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0E917D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Носовая поддержка левая</w:t>
            </w:r>
          </w:p>
        </w:tc>
      </w:tr>
      <w:tr w:rsidR="00743395" w14:paraId="0555857C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46F61F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13</w:t>
            </w:r>
          </w:p>
        </w:tc>
        <w:tc>
          <w:tcPr>
            <w:tcW w:w="1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5CC44C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A010094</w:t>
            </w:r>
          </w:p>
        </w:tc>
        <w:tc>
          <w:tcPr>
            <w:tcW w:w="76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E38AEE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Носовая поддержка правая</w:t>
            </w:r>
          </w:p>
        </w:tc>
      </w:tr>
      <w:tr w:rsidR="00743395" w:rsidRPr="006E145E" w14:paraId="421992F1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EEA24A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14</w:t>
            </w:r>
          </w:p>
        </w:tc>
        <w:tc>
          <w:tcPr>
            <w:tcW w:w="1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D4CC39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G010136</w:t>
            </w:r>
          </w:p>
        </w:tc>
        <w:tc>
          <w:tcPr>
            <w:tcW w:w="76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AB6A4A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4"/>
                <w:lang w:val="ru-RU"/>
              </w:rPr>
              <w:t>Винт с внутренним шестигранником М8х25</w:t>
            </w:r>
          </w:p>
        </w:tc>
      </w:tr>
      <w:tr w:rsidR="00743395" w:rsidRPr="006E145E" w14:paraId="020D278E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26FD44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15</w:t>
            </w:r>
          </w:p>
        </w:tc>
        <w:tc>
          <w:tcPr>
            <w:tcW w:w="1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CF121C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G010134</w:t>
            </w:r>
          </w:p>
        </w:tc>
        <w:tc>
          <w:tcPr>
            <w:tcW w:w="76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F6B867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4"/>
                <w:lang w:val="ru-RU"/>
              </w:rPr>
              <w:t>Винт с внутренним шестигранником М5х16</w:t>
            </w:r>
          </w:p>
        </w:tc>
      </w:tr>
      <w:tr w:rsidR="00743395" w:rsidRPr="006E145E" w14:paraId="3EE726F3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B327C9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16</w:t>
            </w:r>
          </w:p>
        </w:tc>
        <w:tc>
          <w:tcPr>
            <w:tcW w:w="1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0A2282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G010117</w:t>
            </w:r>
          </w:p>
        </w:tc>
        <w:tc>
          <w:tcPr>
            <w:tcW w:w="76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DAD9ED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4"/>
                <w:lang w:val="ru-RU"/>
              </w:rPr>
              <w:t>Винт с внутренним шестигранником М6х16</w:t>
            </w:r>
          </w:p>
        </w:tc>
      </w:tr>
      <w:tr w:rsidR="00743395" w14:paraId="320CD999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CE078D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17</w:t>
            </w:r>
          </w:p>
        </w:tc>
        <w:tc>
          <w:tcPr>
            <w:tcW w:w="1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048CCE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G010133</w:t>
            </w:r>
          </w:p>
        </w:tc>
        <w:tc>
          <w:tcPr>
            <w:tcW w:w="76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9A99D8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Прокладка большая М8Х32х3</w:t>
            </w:r>
          </w:p>
        </w:tc>
      </w:tr>
      <w:tr w:rsidR="00743395" w14:paraId="1BCCADB6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048C2A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18</w:t>
            </w:r>
          </w:p>
        </w:tc>
        <w:tc>
          <w:tcPr>
            <w:tcW w:w="1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81E8F8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G010103</w:t>
            </w:r>
          </w:p>
        </w:tc>
        <w:tc>
          <w:tcPr>
            <w:tcW w:w="76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D35765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Пружинная шайба M8</w:t>
            </w:r>
          </w:p>
        </w:tc>
      </w:tr>
      <w:tr w:rsidR="00743395" w14:paraId="424CC1F4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30E7CD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19</w:t>
            </w:r>
          </w:p>
        </w:tc>
        <w:tc>
          <w:tcPr>
            <w:tcW w:w="1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395E4A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G010121</w:t>
            </w:r>
          </w:p>
        </w:tc>
        <w:tc>
          <w:tcPr>
            <w:tcW w:w="76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E32D46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Пружинная шайба M5</w:t>
            </w:r>
          </w:p>
        </w:tc>
      </w:tr>
      <w:tr w:rsidR="00743395" w14:paraId="5B42851D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B97A38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20</w:t>
            </w:r>
          </w:p>
        </w:tc>
        <w:tc>
          <w:tcPr>
            <w:tcW w:w="1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928240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G010126</w:t>
            </w:r>
          </w:p>
        </w:tc>
        <w:tc>
          <w:tcPr>
            <w:tcW w:w="76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9B84CE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Пружинная шайба M6</w:t>
            </w:r>
          </w:p>
        </w:tc>
      </w:tr>
      <w:tr w:rsidR="00743395" w14:paraId="6DA0B01B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F97ECE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21</w:t>
            </w:r>
          </w:p>
        </w:tc>
        <w:tc>
          <w:tcPr>
            <w:tcW w:w="1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82736F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G010135</w:t>
            </w:r>
          </w:p>
        </w:tc>
        <w:tc>
          <w:tcPr>
            <w:tcW w:w="76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9357EB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Гайка самоконтрящаяся М5</w:t>
            </w:r>
          </w:p>
        </w:tc>
      </w:tr>
      <w:tr w:rsidR="00743395" w14:paraId="2CC333E7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90DE90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22</w:t>
            </w:r>
          </w:p>
        </w:tc>
        <w:tc>
          <w:tcPr>
            <w:tcW w:w="1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B723BC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G010108</w:t>
            </w:r>
          </w:p>
        </w:tc>
        <w:tc>
          <w:tcPr>
            <w:tcW w:w="76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E2D2F1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Гайка самоконтрящаяся М8</w:t>
            </w:r>
          </w:p>
        </w:tc>
      </w:tr>
      <w:tr w:rsidR="00743395" w14:paraId="50747EEB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AB0247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23</w:t>
            </w:r>
          </w:p>
        </w:tc>
        <w:tc>
          <w:tcPr>
            <w:tcW w:w="1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834412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G010132</w:t>
            </w:r>
          </w:p>
        </w:tc>
        <w:tc>
          <w:tcPr>
            <w:tcW w:w="76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D73E0F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Внешний шестигранник М8х25</w:t>
            </w:r>
          </w:p>
        </w:tc>
      </w:tr>
      <w:tr w:rsidR="00743395" w14:paraId="0A75B0B6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35E36D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24</w:t>
            </w:r>
          </w:p>
        </w:tc>
        <w:tc>
          <w:tcPr>
            <w:tcW w:w="1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628F35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G010120</w:t>
            </w:r>
          </w:p>
        </w:tc>
        <w:tc>
          <w:tcPr>
            <w:tcW w:w="76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1CD074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Плоская накладка ф5x10x1</w:t>
            </w:r>
          </w:p>
        </w:tc>
      </w:tr>
      <w:tr w:rsidR="00743395" w14:paraId="27BF994E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08DCEE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25</w:t>
            </w:r>
          </w:p>
        </w:tc>
        <w:tc>
          <w:tcPr>
            <w:tcW w:w="1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1073BF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G010104</w:t>
            </w:r>
          </w:p>
        </w:tc>
        <w:tc>
          <w:tcPr>
            <w:tcW w:w="76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3545B2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Плоская шайба M8X16X1,5</w:t>
            </w:r>
          </w:p>
        </w:tc>
      </w:tr>
      <w:tr w:rsidR="00743395" w14:paraId="116AF6BE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68FE6E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26</w:t>
            </w:r>
          </w:p>
        </w:tc>
        <w:tc>
          <w:tcPr>
            <w:tcW w:w="1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F5AB88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G010137</w:t>
            </w:r>
          </w:p>
        </w:tc>
        <w:tc>
          <w:tcPr>
            <w:tcW w:w="76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C27E11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Плоская накладка ф6x12x1</w:t>
            </w:r>
          </w:p>
        </w:tc>
      </w:tr>
      <w:tr w:rsidR="00743395" w:rsidRPr="006E145E" w14:paraId="7152B29B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88A313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27</w:t>
            </w:r>
          </w:p>
        </w:tc>
        <w:tc>
          <w:tcPr>
            <w:tcW w:w="1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E4F7C1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G010100</w:t>
            </w:r>
          </w:p>
        </w:tc>
        <w:tc>
          <w:tcPr>
            <w:tcW w:w="76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017783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4"/>
                <w:lang w:val="ru-RU"/>
              </w:rPr>
              <w:t>Винт с полукруглой головкой с крестообразным шлицем М5х12</w:t>
            </w:r>
          </w:p>
        </w:tc>
      </w:tr>
      <w:tr w:rsidR="00743395" w14:paraId="5D3D0293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9AD23B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28</w:t>
            </w:r>
          </w:p>
        </w:tc>
        <w:tc>
          <w:tcPr>
            <w:tcW w:w="1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7FE6E5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E010103</w:t>
            </w:r>
          </w:p>
        </w:tc>
        <w:tc>
          <w:tcPr>
            <w:tcW w:w="76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C9A148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Электромагнитный клапан 24В</w:t>
            </w:r>
          </w:p>
        </w:tc>
      </w:tr>
      <w:tr w:rsidR="00743395" w14:paraId="5BCD4811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989CD2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29</w:t>
            </w:r>
          </w:p>
        </w:tc>
        <w:tc>
          <w:tcPr>
            <w:tcW w:w="1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C4C87A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A010106</w:t>
            </w:r>
          </w:p>
        </w:tc>
        <w:tc>
          <w:tcPr>
            <w:tcW w:w="76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4BE642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Кронштейн электромагнитного клапана</w:t>
            </w:r>
          </w:p>
        </w:tc>
      </w:tr>
      <w:tr w:rsidR="00743395" w:rsidRPr="006E145E" w14:paraId="172CB271" w14:textId="77777777">
        <w:tblPrEx>
          <w:tblBorders>
            <w:top w:val="single" w:sz="9" w:space="0" w:color="D79600"/>
            <w:left w:val="single" w:sz="9" w:space="0" w:color="D79600"/>
            <w:bottom w:val="single" w:sz="9" w:space="0" w:color="D79600"/>
            <w:right w:val="single" w:sz="9" w:space="0" w:color="D7960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FFF7DF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6D52A910" w14:textId="77777777" w:rsidR="00743395" w:rsidRPr="00265018" w:rsidRDefault="00AC55A8">
            <w:pPr>
              <w:spacing w:after="0" w:line="269" w:lineRule="auto"/>
              <w:rPr>
                <w:lang w:val="ru-RU"/>
              </w:rPr>
            </w:pPr>
            <w:proofErr w:type="gramStart"/>
            <w:r w:rsidRPr="00265018">
              <w:rPr>
                <w:b/>
                <w:color w:val="D79600"/>
                <w:sz w:val="19"/>
                <w:lang w:val="ru-RU"/>
              </w:rPr>
              <w:t xml:space="preserve">СОВМЕСТИМОСТЬ  </w:t>
            </w:r>
            <w:r w:rsidRPr="00265018">
              <w:rPr>
                <w:sz w:val="19"/>
                <w:lang w:val="ru-RU"/>
              </w:rPr>
              <w:t>Параметры</w:t>
            </w:r>
            <w:proofErr w:type="gramEnd"/>
            <w:r w:rsidRPr="00265018">
              <w:rPr>
                <w:sz w:val="19"/>
                <w:lang w:val="ru-RU"/>
              </w:rPr>
              <w:t xml:space="preserve"> щетки и щеточной пластины уточняйте по фактической рабочей ширине машины и ее серийному номеру.</w:t>
            </w:r>
          </w:p>
        </w:tc>
      </w:tr>
    </w:tbl>
    <w:p w14:paraId="28C6549F" w14:textId="77777777" w:rsidR="00743395" w:rsidRPr="00265018" w:rsidRDefault="00743395">
      <w:pPr>
        <w:spacing w:after="20"/>
        <w:rPr>
          <w:lang w:val="ru-RU"/>
        </w:rPr>
      </w:pPr>
    </w:p>
    <w:p w14:paraId="5BA91ABF" w14:textId="77777777" w:rsidR="00743395" w:rsidRPr="00265018" w:rsidRDefault="00AC55A8">
      <w:pPr>
        <w:rPr>
          <w:lang w:val="ru-RU"/>
        </w:rPr>
      </w:pPr>
      <w:r w:rsidRPr="00265018">
        <w:rPr>
          <w:lang w:val="ru-RU"/>
        </w:rPr>
        <w:br w:type="page"/>
      </w:r>
    </w:p>
    <w:p w14:paraId="0173FA11" w14:textId="77777777" w:rsidR="00743395" w:rsidRPr="00265018" w:rsidRDefault="00AC55A8">
      <w:pPr>
        <w:keepNext/>
        <w:spacing w:after="40"/>
        <w:rPr>
          <w:lang w:val="ru-RU"/>
        </w:rPr>
      </w:pPr>
      <w:r w:rsidRPr="00265018">
        <w:rPr>
          <w:b/>
          <w:color w:val="0788B0"/>
          <w:sz w:val="17"/>
          <w:lang w:val="ru-RU"/>
        </w:rPr>
        <w:t>РАЗДЕЛ 04   •   ВЗРЫВ-СХЕМА 04</w:t>
      </w:r>
    </w:p>
    <w:p w14:paraId="594D0822" w14:textId="77777777" w:rsidR="00743395" w:rsidRPr="00265018" w:rsidRDefault="00AC55A8">
      <w:pPr>
        <w:pStyle w:val="1"/>
        <w:rPr>
          <w:lang w:val="ru-RU"/>
        </w:rPr>
      </w:pPr>
      <w:r w:rsidRPr="00265018">
        <w:rPr>
          <w:lang w:val="ru-RU"/>
        </w:rPr>
        <w:t>Шасси, рама и ходовая часть</w:t>
      </w:r>
    </w:p>
    <w:p w14:paraId="7B3DF5C3" w14:textId="77777777" w:rsidR="00743395" w:rsidRDefault="00AC55A8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3D35BCE6" wp14:editId="519C8CC2">
            <wp:extent cx="4315968" cy="3967203"/>
            <wp:effectExtent l="0" t="0" r="0" b="0"/>
            <wp:docPr id="13" name="Улучшенная качественная взрыв-схема 04 TOR JH-410: Шасси, рама и ходовая часть" descr="Улучшенная качественная взрыв-схема 04 TOR JH-410: Шасси, рама и ходовая час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oup_04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15968" cy="3967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A3759" w14:textId="77777777" w:rsidR="00743395" w:rsidRPr="00265018" w:rsidRDefault="00AC55A8">
      <w:pPr>
        <w:pStyle w:val="FigureCaption"/>
        <w:keepLines/>
        <w:rPr>
          <w:lang w:val="ru-RU"/>
        </w:rPr>
      </w:pPr>
      <w:r w:rsidRPr="00265018">
        <w:rPr>
          <w:lang w:val="ru-RU"/>
        </w:rPr>
        <w:t>Схема 04: шасси, рама и ходовая часть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1900"/>
        <w:gridCol w:w="7480"/>
      </w:tblGrid>
      <w:tr w:rsidR="00743395" w14:paraId="2C962599" w14:textId="77777777">
        <w:trPr>
          <w:cantSplit/>
          <w:tblHeader/>
        </w:trPr>
        <w:tc>
          <w:tcPr>
            <w:tcW w:w="76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FA0E67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18"/>
              </w:rPr>
              <w:t>Поз</w:t>
            </w:r>
            <w:proofErr w:type="spellEnd"/>
            <w:r>
              <w:rPr>
                <w:b/>
                <w:color w:val="FFFFFF"/>
                <w:sz w:val="18"/>
              </w:rPr>
              <w:t>.</w:t>
            </w:r>
          </w:p>
        </w:tc>
        <w:tc>
          <w:tcPr>
            <w:tcW w:w="190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073A51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Артикул</w:t>
            </w:r>
          </w:p>
        </w:tc>
        <w:tc>
          <w:tcPr>
            <w:tcW w:w="748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551869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Наименование детали</w:t>
            </w:r>
          </w:p>
        </w:tc>
      </w:tr>
      <w:tr w:rsidR="00743395" w14:paraId="6944E98B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2D33EE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1</w:t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2DE0AB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A010122</w:t>
            </w:r>
          </w:p>
        </w:tc>
        <w:tc>
          <w:tcPr>
            <w:tcW w:w="7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10C43B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Крепежная пластина оси</w:t>
            </w:r>
          </w:p>
        </w:tc>
      </w:tr>
      <w:tr w:rsidR="00743395" w14:paraId="1F629AE2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C058BC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2</w:t>
            </w:r>
          </w:p>
        </w:tc>
        <w:tc>
          <w:tcPr>
            <w:tcW w:w="19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18D29A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C010100</w:t>
            </w:r>
          </w:p>
        </w:tc>
        <w:tc>
          <w:tcPr>
            <w:tcW w:w="74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544187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Соединительный вал ролика</w:t>
            </w:r>
          </w:p>
        </w:tc>
      </w:tr>
      <w:tr w:rsidR="00743395" w14:paraId="5FD72FEC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DC847A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3</w:t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D314E3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C010106</w:t>
            </w:r>
          </w:p>
        </w:tc>
        <w:tc>
          <w:tcPr>
            <w:tcW w:w="7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D516C4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Пружина ф2*ф18*70</w:t>
            </w:r>
          </w:p>
        </w:tc>
      </w:tr>
      <w:tr w:rsidR="00743395" w14:paraId="6F5DBF9F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565EF4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4</w:t>
            </w:r>
          </w:p>
        </w:tc>
        <w:tc>
          <w:tcPr>
            <w:tcW w:w="19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8597E6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A010100</w:t>
            </w:r>
          </w:p>
        </w:tc>
        <w:tc>
          <w:tcPr>
            <w:tcW w:w="74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21238E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Рама</w:t>
            </w:r>
          </w:p>
        </w:tc>
      </w:tr>
      <w:tr w:rsidR="00743395" w14:paraId="7CD46078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8D2A13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5</w:t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941543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G010131</w:t>
            </w:r>
          </w:p>
        </w:tc>
        <w:tc>
          <w:tcPr>
            <w:tcW w:w="7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0076A5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Роликовый подшипник ф200X50</w:t>
            </w:r>
          </w:p>
        </w:tc>
      </w:tr>
      <w:tr w:rsidR="00743395" w14:paraId="53B39E94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85D533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6</w:t>
            </w:r>
          </w:p>
        </w:tc>
        <w:tc>
          <w:tcPr>
            <w:tcW w:w="19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50FE3C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G010128</w:t>
            </w:r>
          </w:p>
        </w:tc>
        <w:tc>
          <w:tcPr>
            <w:tcW w:w="74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36359C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Ведомые ролики ф75X25</w:t>
            </w:r>
          </w:p>
        </w:tc>
      </w:tr>
      <w:tr w:rsidR="00743395" w:rsidRPr="006E145E" w14:paraId="47C3E28A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D765D0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7</w:t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69B26E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G010129</w:t>
            </w:r>
          </w:p>
        </w:tc>
        <w:tc>
          <w:tcPr>
            <w:tcW w:w="7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EF05F2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5"/>
                <w:lang w:val="ru-RU"/>
              </w:rPr>
              <w:t>Шестигранник с потайной головкой М8х50</w:t>
            </w:r>
          </w:p>
        </w:tc>
      </w:tr>
      <w:tr w:rsidR="00743395" w14:paraId="2490C01F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D6A8DE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8</w:t>
            </w:r>
          </w:p>
        </w:tc>
        <w:tc>
          <w:tcPr>
            <w:tcW w:w="19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19133C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G010129</w:t>
            </w:r>
          </w:p>
        </w:tc>
        <w:tc>
          <w:tcPr>
            <w:tcW w:w="74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039C53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Самоконтрящаяся гайка М8</w:t>
            </w:r>
          </w:p>
        </w:tc>
      </w:tr>
      <w:tr w:rsidR="00743395" w14:paraId="3EA972C2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271FEE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9</w:t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00CFEA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G010130</w:t>
            </w:r>
          </w:p>
        </w:tc>
        <w:tc>
          <w:tcPr>
            <w:tcW w:w="7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3537C6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Внешний шестигранник М8х20</w:t>
            </w:r>
          </w:p>
        </w:tc>
      </w:tr>
      <w:tr w:rsidR="00743395" w14:paraId="17286088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A44F6D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10</w:t>
            </w:r>
          </w:p>
        </w:tc>
        <w:tc>
          <w:tcPr>
            <w:tcW w:w="19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87BF00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G010132</w:t>
            </w:r>
          </w:p>
        </w:tc>
        <w:tc>
          <w:tcPr>
            <w:tcW w:w="74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B71187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Внешний шестигранник М8х25</w:t>
            </w:r>
          </w:p>
        </w:tc>
      </w:tr>
      <w:tr w:rsidR="00743395" w14:paraId="2EEC3321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0BF7E2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11</w:t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314E99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G010103</w:t>
            </w:r>
          </w:p>
        </w:tc>
        <w:tc>
          <w:tcPr>
            <w:tcW w:w="7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A137F2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Шайба пружины M8</w:t>
            </w:r>
          </w:p>
        </w:tc>
      </w:tr>
      <w:tr w:rsidR="00743395" w14:paraId="1AD24D27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724843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12</w:t>
            </w:r>
          </w:p>
        </w:tc>
        <w:tc>
          <w:tcPr>
            <w:tcW w:w="19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4B12EC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G010133</w:t>
            </w:r>
          </w:p>
        </w:tc>
        <w:tc>
          <w:tcPr>
            <w:tcW w:w="74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21C6BF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Большое уплотнение М8Х32х3</w:t>
            </w:r>
          </w:p>
        </w:tc>
      </w:tr>
    </w:tbl>
    <w:p w14:paraId="10E69AC0" w14:textId="77777777" w:rsidR="00743395" w:rsidRDefault="00AC55A8">
      <w:r>
        <w:br w:type="page"/>
      </w:r>
    </w:p>
    <w:p w14:paraId="79CB7975" w14:textId="77777777" w:rsidR="00743395" w:rsidRDefault="00AC55A8">
      <w:pPr>
        <w:keepNext/>
        <w:spacing w:after="40"/>
      </w:pPr>
      <w:r>
        <w:rPr>
          <w:b/>
          <w:color w:val="0788B0"/>
          <w:sz w:val="17"/>
        </w:rPr>
        <w:t>РАЗДЕЛ 05   •   ВЗРЫВ-СХЕМА 05</w:t>
      </w:r>
    </w:p>
    <w:p w14:paraId="0DFF892C" w14:textId="77777777" w:rsidR="00743395" w:rsidRDefault="00AC55A8">
      <w:pPr>
        <w:pStyle w:val="1"/>
      </w:pPr>
      <w:r>
        <w:t>Водосборная балка и скребки</w:t>
      </w:r>
    </w:p>
    <w:p w14:paraId="1F3E26A4" w14:textId="77777777" w:rsidR="00743395" w:rsidRDefault="00AC55A8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7DD0DA12" wp14:editId="504ADE72">
            <wp:extent cx="4023360" cy="3727041"/>
            <wp:effectExtent l="0" t="0" r="0" b="0"/>
            <wp:docPr id="14" name="Улучшенная качественная взрыв-схема 05 TOR JH-410: Водосборная балка и скребки" descr="Улучшенная качественная взрыв-схема 05 TOR JH-410: Водосборная балка и скреб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oup_05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727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D2A43" w14:textId="77777777" w:rsidR="00743395" w:rsidRDefault="00AC55A8">
      <w:pPr>
        <w:pStyle w:val="FigureCaption"/>
        <w:keepLines/>
      </w:pPr>
      <w:r>
        <w:t>Схема 05: водосборная балка и скребки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1900"/>
        <w:gridCol w:w="7480"/>
      </w:tblGrid>
      <w:tr w:rsidR="00743395" w14:paraId="3A59368E" w14:textId="77777777">
        <w:trPr>
          <w:cantSplit/>
          <w:tblHeader/>
        </w:trPr>
        <w:tc>
          <w:tcPr>
            <w:tcW w:w="76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2B0729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Поз.</w:t>
            </w:r>
          </w:p>
        </w:tc>
        <w:tc>
          <w:tcPr>
            <w:tcW w:w="190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BE79EC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Артикул</w:t>
            </w:r>
          </w:p>
        </w:tc>
        <w:tc>
          <w:tcPr>
            <w:tcW w:w="748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583E42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Наименование детали</w:t>
            </w:r>
          </w:p>
        </w:tc>
      </w:tr>
      <w:tr w:rsidR="00743395" w14:paraId="12E8DB18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8EB17E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1</w:t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3BE252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G010130</w:t>
            </w:r>
          </w:p>
        </w:tc>
        <w:tc>
          <w:tcPr>
            <w:tcW w:w="7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6662CB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Внешний шестигранник М8х20</w:t>
            </w:r>
          </w:p>
        </w:tc>
      </w:tr>
      <w:tr w:rsidR="00743395" w:rsidRPr="006E145E" w14:paraId="0275B807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29D6ED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2</w:t>
            </w:r>
          </w:p>
        </w:tc>
        <w:tc>
          <w:tcPr>
            <w:tcW w:w="19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270636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GB/T 5783-2000</w:t>
            </w:r>
          </w:p>
        </w:tc>
        <w:tc>
          <w:tcPr>
            <w:tcW w:w="74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25FD5E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4"/>
                <w:lang w:val="ru-RU"/>
              </w:rPr>
              <w:t>Болт с шестигранной головкой М8х45</w:t>
            </w:r>
          </w:p>
        </w:tc>
      </w:tr>
      <w:tr w:rsidR="00743395" w14:paraId="767F9C4E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21837C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3</w:t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BE2CEE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G010108</w:t>
            </w:r>
          </w:p>
        </w:tc>
        <w:tc>
          <w:tcPr>
            <w:tcW w:w="7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CE5AD6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Самоконтрящаяся гайка М8</w:t>
            </w:r>
          </w:p>
        </w:tc>
      </w:tr>
      <w:tr w:rsidR="00743395" w:rsidRPr="006E145E" w14:paraId="29A304F6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9C5101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4</w:t>
            </w:r>
          </w:p>
        </w:tc>
        <w:tc>
          <w:tcPr>
            <w:tcW w:w="19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DC3FCC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GB/T 70.1-2008</w:t>
            </w:r>
          </w:p>
        </w:tc>
        <w:tc>
          <w:tcPr>
            <w:tcW w:w="74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8843EE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4"/>
                <w:lang w:val="ru-RU"/>
              </w:rPr>
              <w:t>Винт с внутренним шестигранником М8х16</w:t>
            </w:r>
          </w:p>
        </w:tc>
      </w:tr>
      <w:tr w:rsidR="00743395" w14:paraId="554B24AA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0222D0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5</w:t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FE7069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Не указан</w:t>
            </w:r>
          </w:p>
        </w:tc>
        <w:tc>
          <w:tcPr>
            <w:tcW w:w="7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2B46E2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Передний резиновый скребок 848X45X4</w:t>
            </w:r>
          </w:p>
        </w:tc>
      </w:tr>
      <w:tr w:rsidR="00743395" w14:paraId="5CE3F241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CA826C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6</w:t>
            </w:r>
          </w:p>
        </w:tc>
        <w:tc>
          <w:tcPr>
            <w:tcW w:w="19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FA3BF4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Не указан</w:t>
            </w:r>
          </w:p>
        </w:tc>
        <w:tc>
          <w:tcPr>
            <w:tcW w:w="74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DAEDDD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Стальной стержень основного корпуса</w:t>
            </w:r>
          </w:p>
        </w:tc>
      </w:tr>
      <w:tr w:rsidR="00743395" w14:paraId="428F8DCC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D17F95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7</w:t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18340C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Не указан</w:t>
            </w:r>
          </w:p>
        </w:tc>
        <w:tc>
          <w:tcPr>
            <w:tcW w:w="7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917DB0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Универсальный кронштейн для колес</w:t>
            </w:r>
          </w:p>
        </w:tc>
      </w:tr>
      <w:tr w:rsidR="00743395" w14:paraId="668AB4D8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3FA22E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8</w:t>
            </w:r>
          </w:p>
        </w:tc>
        <w:tc>
          <w:tcPr>
            <w:tcW w:w="19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3D74BC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Не указан</w:t>
            </w:r>
          </w:p>
        </w:tc>
        <w:tc>
          <w:tcPr>
            <w:tcW w:w="74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B428B6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Задний резиновый скребок 855X52X5</w:t>
            </w:r>
          </w:p>
        </w:tc>
      </w:tr>
      <w:tr w:rsidR="00743395" w14:paraId="064E940F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489D6E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9</w:t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CC726E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Не указан</w:t>
            </w:r>
          </w:p>
        </w:tc>
        <w:tc>
          <w:tcPr>
            <w:tcW w:w="7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4ECE56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Узел мениска 756</w:t>
            </w:r>
          </w:p>
        </w:tc>
      </w:tr>
      <w:tr w:rsidR="00743395" w14:paraId="1EF2C5A4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92BC9F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10</w:t>
            </w:r>
          </w:p>
        </w:tc>
        <w:tc>
          <w:tcPr>
            <w:tcW w:w="19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5AE9F2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Не указан</w:t>
            </w:r>
          </w:p>
        </w:tc>
        <w:tc>
          <w:tcPr>
            <w:tcW w:w="74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CD95A6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Головная часть 460 (обозначение каталога)</w:t>
            </w:r>
          </w:p>
        </w:tc>
      </w:tr>
      <w:tr w:rsidR="00743395" w14:paraId="1B93A801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94F13A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11</w:t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F7374F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Не указан</w:t>
            </w:r>
          </w:p>
        </w:tc>
        <w:tc>
          <w:tcPr>
            <w:tcW w:w="7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118121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Предохранительное колесо ф100X25</w:t>
            </w:r>
          </w:p>
        </w:tc>
      </w:tr>
      <w:tr w:rsidR="00743395" w14:paraId="28652EB8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A1001D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12</w:t>
            </w:r>
          </w:p>
        </w:tc>
        <w:tc>
          <w:tcPr>
            <w:tcW w:w="19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E1287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Не указан</w:t>
            </w:r>
          </w:p>
        </w:tc>
        <w:tc>
          <w:tcPr>
            <w:tcW w:w="74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69B583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Универсальное колесо ф 50</w:t>
            </w:r>
          </w:p>
        </w:tc>
      </w:tr>
      <w:tr w:rsidR="00743395" w14:paraId="2E10F1FA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BE114D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13</w:t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AA8340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Не указан</w:t>
            </w:r>
          </w:p>
        </w:tc>
        <w:tc>
          <w:tcPr>
            <w:tcW w:w="7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7A04A4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Гайка M8</w:t>
            </w:r>
          </w:p>
        </w:tc>
      </w:tr>
      <w:tr w:rsidR="00743395" w14:paraId="2A8850AE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1FDAF6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14</w:t>
            </w:r>
          </w:p>
        </w:tc>
        <w:tc>
          <w:tcPr>
            <w:tcW w:w="19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1FF2B8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Не указан</w:t>
            </w:r>
          </w:p>
        </w:tc>
        <w:tc>
          <w:tcPr>
            <w:tcW w:w="74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AF7781" w14:textId="77777777" w:rsidR="00743395" w:rsidRDefault="00AC55A8">
            <w:pPr>
              <w:spacing w:after="0" w:line="254" w:lineRule="auto"/>
            </w:pPr>
            <w:r>
              <w:rPr>
                <w:sz w:val="14"/>
              </w:rPr>
              <w:t>Гайка M10x15</w:t>
            </w:r>
          </w:p>
        </w:tc>
      </w:tr>
      <w:tr w:rsidR="00743395" w:rsidRPr="006E145E" w14:paraId="726747B8" w14:textId="77777777">
        <w:tblPrEx>
          <w:tblBorders>
            <w:top w:val="single" w:sz="9" w:space="0" w:color="D79600"/>
            <w:left w:val="single" w:sz="9" w:space="0" w:color="D79600"/>
            <w:bottom w:val="single" w:sz="9" w:space="0" w:color="D79600"/>
            <w:right w:val="single" w:sz="9" w:space="0" w:color="D7960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FFF7DF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4A8BDB42" w14:textId="77777777" w:rsidR="00743395" w:rsidRPr="00265018" w:rsidRDefault="00AC55A8">
            <w:pPr>
              <w:spacing w:after="0" w:line="269" w:lineRule="auto"/>
              <w:rPr>
                <w:lang w:val="ru-RU"/>
              </w:rPr>
            </w:pPr>
            <w:r w:rsidRPr="00265018">
              <w:rPr>
                <w:b/>
                <w:color w:val="D79600"/>
                <w:sz w:val="19"/>
                <w:lang w:val="ru-RU"/>
              </w:rPr>
              <w:t xml:space="preserve">ОТСУТСТВУЮЩИЕ </w:t>
            </w:r>
            <w:proofErr w:type="gramStart"/>
            <w:r w:rsidRPr="00265018">
              <w:rPr>
                <w:b/>
                <w:color w:val="D79600"/>
                <w:sz w:val="19"/>
                <w:lang w:val="ru-RU"/>
              </w:rPr>
              <w:t xml:space="preserve">КОДЫ  </w:t>
            </w:r>
            <w:r w:rsidRPr="00265018">
              <w:rPr>
                <w:sz w:val="19"/>
                <w:lang w:val="ru-RU"/>
              </w:rPr>
              <w:t>Если</w:t>
            </w:r>
            <w:proofErr w:type="gramEnd"/>
            <w:r w:rsidRPr="00265018">
              <w:rPr>
                <w:sz w:val="19"/>
                <w:lang w:val="ru-RU"/>
              </w:rPr>
              <w:t xml:space="preserve"> артикул в заводском каталоге не указан, он не придуман: уточняйте код и фактический размер детали у поставщика.</w:t>
            </w:r>
          </w:p>
        </w:tc>
      </w:tr>
    </w:tbl>
    <w:p w14:paraId="7F374863" w14:textId="77777777" w:rsidR="00743395" w:rsidRPr="00265018" w:rsidRDefault="00743395">
      <w:pPr>
        <w:spacing w:after="20"/>
        <w:rPr>
          <w:lang w:val="ru-RU"/>
        </w:rPr>
      </w:pPr>
    </w:p>
    <w:p w14:paraId="06E1098F" w14:textId="77777777" w:rsidR="00743395" w:rsidRPr="00265018" w:rsidRDefault="00AC55A8">
      <w:pPr>
        <w:rPr>
          <w:lang w:val="ru-RU"/>
        </w:rPr>
      </w:pPr>
      <w:r w:rsidRPr="00265018">
        <w:rPr>
          <w:lang w:val="ru-RU"/>
        </w:rPr>
        <w:br w:type="page"/>
      </w:r>
    </w:p>
    <w:p w14:paraId="023875B7" w14:textId="77777777" w:rsidR="00743395" w:rsidRPr="00265018" w:rsidRDefault="00AC55A8">
      <w:pPr>
        <w:keepNext/>
        <w:spacing w:after="40"/>
        <w:rPr>
          <w:lang w:val="ru-RU"/>
        </w:rPr>
      </w:pPr>
      <w:r w:rsidRPr="00265018">
        <w:rPr>
          <w:b/>
          <w:color w:val="0788B0"/>
          <w:sz w:val="17"/>
          <w:lang w:val="ru-RU"/>
        </w:rPr>
        <w:t>РАЗДЕЛ 06   •   ВЗРЫВ-СХЕМА 06</w:t>
      </w:r>
    </w:p>
    <w:p w14:paraId="4B089AE3" w14:textId="77777777" w:rsidR="00743395" w:rsidRPr="00265018" w:rsidRDefault="00AC55A8">
      <w:pPr>
        <w:pStyle w:val="1"/>
        <w:rPr>
          <w:lang w:val="ru-RU"/>
        </w:rPr>
      </w:pPr>
      <w:r w:rsidRPr="00265018">
        <w:rPr>
          <w:lang w:val="ru-RU"/>
        </w:rPr>
        <w:t>Подвеска водосборной балки</w:t>
      </w:r>
    </w:p>
    <w:p w14:paraId="242AD328" w14:textId="77777777" w:rsidR="00743395" w:rsidRDefault="00AC55A8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6344A9A2" wp14:editId="5C2C8D1B">
            <wp:extent cx="4297680" cy="3840085"/>
            <wp:effectExtent l="0" t="0" r="0" b="0"/>
            <wp:docPr id="15" name="Улучшенная качественная взрыв-схема 06 TOR JH-410: Подвеска водосборной балки" descr="Улучшенная качественная взрыв-схема 06 TOR JH-410: Подвеска водосборной бал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oup_06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384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36419" w14:textId="77777777" w:rsidR="00743395" w:rsidRDefault="00AC55A8">
      <w:pPr>
        <w:pStyle w:val="FigureCaption"/>
        <w:keepLines/>
      </w:pPr>
      <w:r>
        <w:t>Схема 06: подвеска водосборной балки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1900"/>
        <w:gridCol w:w="7480"/>
      </w:tblGrid>
      <w:tr w:rsidR="00743395" w14:paraId="5F0C49F1" w14:textId="77777777">
        <w:trPr>
          <w:cantSplit/>
          <w:tblHeader/>
        </w:trPr>
        <w:tc>
          <w:tcPr>
            <w:tcW w:w="76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53E043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Поз.</w:t>
            </w:r>
          </w:p>
        </w:tc>
        <w:tc>
          <w:tcPr>
            <w:tcW w:w="190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CF2144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Артикул</w:t>
            </w:r>
          </w:p>
        </w:tc>
        <w:tc>
          <w:tcPr>
            <w:tcW w:w="748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3BE6A6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Наименование детали</w:t>
            </w:r>
          </w:p>
        </w:tc>
      </w:tr>
      <w:tr w:rsidR="00743395" w14:paraId="589928B5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7D8202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1</w:t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F1704C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C010101</w:t>
            </w:r>
          </w:p>
        </w:tc>
        <w:tc>
          <w:tcPr>
            <w:tcW w:w="7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6E1144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Соединительный вал</w:t>
            </w:r>
          </w:p>
        </w:tc>
      </w:tr>
      <w:tr w:rsidR="00743395" w14:paraId="393D011E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BB7AC7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2</w:t>
            </w:r>
          </w:p>
        </w:tc>
        <w:tc>
          <w:tcPr>
            <w:tcW w:w="19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61E1A8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G010139</w:t>
            </w:r>
          </w:p>
        </w:tc>
        <w:tc>
          <w:tcPr>
            <w:tcW w:w="74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1AE12C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Внешнее стопорное кольцо ф 9</w:t>
            </w:r>
          </w:p>
        </w:tc>
      </w:tr>
      <w:tr w:rsidR="00743395" w14:paraId="7833FB0B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60B536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3</w:t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14DD3E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A010101</w:t>
            </w:r>
          </w:p>
        </w:tc>
        <w:tc>
          <w:tcPr>
            <w:tcW w:w="7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785A7B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Верхняя скоба</w:t>
            </w:r>
          </w:p>
        </w:tc>
      </w:tr>
      <w:tr w:rsidR="00743395" w14:paraId="6CFEED70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32D771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4</w:t>
            </w:r>
          </w:p>
        </w:tc>
        <w:tc>
          <w:tcPr>
            <w:tcW w:w="19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801365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C010102</w:t>
            </w:r>
          </w:p>
        </w:tc>
        <w:tc>
          <w:tcPr>
            <w:tcW w:w="74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74E196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Головной рычаг</w:t>
            </w:r>
          </w:p>
        </w:tc>
      </w:tr>
      <w:tr w:rsidR="00743395" w14:paraId="10FE1863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E7D980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5</w:t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8FC80E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A010102</w:t>
            </w:r>
          </w:p>
        </w:tc>
        <w:tc>
          <w:tcPr>
            <w:tcW w:w="7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FAC901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Нижняя скоба</w:t>
            </w:r>
          </w:p>
        </w:tc>
      </w:tr>
      <w:tr w:rsidR="00743395" w14:paraId="7528B87B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FA4C74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6</w:t>
            </w:r>
          </w:p>
        </w:tc>
        <w:tc>
          <w:tcPr>
            <w:tcW w:w="19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53EAB6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G010140</w:t>
            </w:r>
          </w:p>
        </w:tc>
        <w:tc>
          <w:tcPr>
            <w:tcW w:w="74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60299A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Внешний шестигранник М8х30</w:t>
            </w:r>
          </w:p>
        </w:tc>
      </w:tr>
      <w:tr w:rsidR="00743395" w14:paraId="20D66352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3A4816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7</w:t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EC4224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G010108</w:t>
            </w:r>
          </w:p>
        </w:tc>
        <w:tc>
          <w:tcPr>
            <w:tcW w:w="7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B24A3A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Самоконтрящаяся гайка М8</w:t>
            </w:r>
          </w:p>
        </w:tc>
      </w:tr>
      <w:tr w:rsidR="00743395" w:rsidRPr="006E145E" w14:paraId="4E6948B0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AD08DE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8</w:t>
            </w:r>
          </w:p>
        </w:tc>
        <w:tc>
          <w:tcPr>
            <w:tcW w:w="19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3A22D0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C010109</w:t>
            </w:r>
          </w:p>
        </w:tc>
        <w:tc>
          <w:tcPr>
            <w:tcW w:w="74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564A33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5"/>
                <w:lang w:val="ru-RU"/>
              </w:rPr>
              <w:t>Медная втулка ф8 х ф12 х 9</w:t>
            </w:r>
          </w:p>
        </w:tc>
      </w:tr>
      <w:tr w:rsidR="00743395" w14:paraId="6657F4D6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1670B0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9</w:t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EDE73A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G010141</w:t>
            </w:r>
          </w:p>
        </w:tc>
        <w:tc>
          <w:tcPr>
            <w:tcW w:w="7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CC8D5C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Нейлоновая прокладка 12x24x2</w:t>
            </w:r>
          </w:p>
        </w:tc>
      </w:tr>
      <w:tr w:rsidR="00743395" w14:paraId="7AEE57B4" w14:textId="77777777">
        <w:trPr>
          <w:cantSplit/>
        </w:trPr>
        <w:tc>
          <w:tcPr>
            <w:tcW w:w="7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589DAB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10</w:t>
            </w:r>
          </w:p>
        </w:tc>
        <w:tc>
          <w:tcPr>
            <w:tcW w:w="19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A5807C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G010138</w:t>
            </w:r>
          </w:p>
        </w:tc>
        <w:tc>
          <w:tcPr>
            <w:tcW w:w="74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3F0D4E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Шайба плоская М8х24х2</w:t>
            </w:r>
          </w:p>
        </w:tc>
      </w:tr>
      <w:tr w:rsidR="00743395" w14:paraId="2626C48B" w14:textId="77777777">
        <w:trPr>
          <w:cantSplit/>
        </w:trPr>
        <w:tc>
          <w:tcPr>
            <w:tcW w:w="7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A78396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11</w:t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6FDA3F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C010106</w:t>
            </w:r>
          </w:p>
        </w:tc>
        <w:tc>
          <w:tcPr>
            <w:tcW w:w="7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148B09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Пружина растяжения ф2*ф18*70</w:t>
            </w:r>
          </w:p>
        </w:tc>
      </w:tr>
    </w:tbl>
    <w:p w14:paraId="384ECE08" w14:textId="77777777" w:rsidR="00743395" w:rsidRDefault="00AC55A8">
      <w:r>
        <w:br w:type="page"/>
      </w:r>
    </w:p>
    <w:p w14:paraId="4242D1F6" w14:textId="77777777" w:rsidR="00743395" w:rsidRDefault="00AC55A8">
      <w:pPr>
        <w:keepNext/>
        <w:spacing w:after="40"/>
      </w:pPr>
      <w:r>
        <w:rPr>
          <w:b/>
          <w:color w:val="0788B0"/>
          <w:sz w:val="17"/>
        </w:rPr>
        <w:t>РАЗДЕЛ 07   •   ВЗРЫВ-СХЕМА 07</w:t>
      </w:r>
    </w:p>
    <w:p w14:paraId="187DA808" w14:textId="77777777" w:rsidR="00743395" w:rsidRDefault="00AC55A8">
      <w:pPr>
        <w:pStyle w:val="1"/>
      </w:pPr>
      <w:r>
        <w:t>Щетка и рабочий узел</w:t>
      </w:r>
    </w:p>
    <w:p w14:paraId="27A3F055" w14:textId="77777777" w:rsidR="00743395" w:rsidRDefault="00AC55A8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342E3C2C" wp14:editId="6CC72505">
            <wp:extent cx="3794760" cy="4099232"/>
            <wp:effectExtent l="0" t="0" r="0" b="0"/>
            <wp:docPr id="16" name="Улучшенная заводская схема щетки и щеточного рабочего узла TOR JH-410" descr="Улучшенная заводская схема щетки и щеточного рабочего узла TOR JH-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oup_07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794760" cy="4099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7B3E9" w14:textId="77777777" w:rsidR="00743395" w:rsidRPr="00265018" w:rsidRDefault="00AC55A8">
      <w:pPr>
        <w:pStyle w:val="FigureCaption"/>
        <w:keepLines/>
        <w:rPr>
          <w:lang w:val="ru-RU"/>
        </w:rPr>
      </w:pPr>
      <w:r w:rsidRPr="00265018">
        <w:rPr>
          <w:lang w:val="ru-RU"/>
        </w:rPr>
        <w:t>Схема 07: щетка и ее расположение в рабочем узле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7350"/>
      </w:tblGrid>
      <w:tr w:rsidR="00743395" w14:paraId="4BA93A73" w14:textId="77777777">
        <w:trPr>
          <w:cantSplit/>
          <w:tblHeader/>
        </w:trPr>
        <w:tc>
          <w:tcPr>
            <w:tcW w:w="279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CDD2F9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18"/>
              </w:rPr>
              <w:t>Проверка</w:t>
            </w:r>
            <w:proofErr w:type="spellEnd"/>
          </w:p>
        </w:tc>
        <w:tc>
          <w:tcPr>
            <w:tcW w:w="735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2398CA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Рекомендация</w:t>
            </w:r>
          </w:p>
        </w:tc>
      </w:tr>
      <w:tr w:rsidR="00743395" w:rsidRPr="006E145E" w14:paraId="3A2329DA" w14:textId="77777777">
        <w:trPr>
          <w:cantSplit/>
        </w:trPr>
        <w:tc>
          <w:tcPr>
            <w:tcW w:w="27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34290A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Рабочая ширина</w:t>
            </w:r>
          </w:p>
        </w:tc>
        <w:tc>
          <w:tcPr>
            <w:tcW w:w="7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17479E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 xml:space="preserve">410 мм по шильдику конкретной </w:t>
            </w:r>
            <w:r>
              <w:rPr>
                <w:sz w:val="16"/>
              </w:rPr>
              <w:t>JH</w:t>
            </w:r>
            <w:r w:rsidRPr="00265018">
              <w:rPr>
                <w:sz w:val="16"/>
                <w:lang w:val="ru-RU"/>
              </w:rPr>
              <w:t>-410</w:t>
            </w:r>
            <w:r>
              <w:rPr>
                <w:sz w:val="16"/>
              </w:rPr>
              <w:t>B</w:t>
            </w:r>
            <w:r w:rsidRPr="00265018">
              <w:rPr>
                <w:sz w:val="16"/>
                <w:lang w:val="ru-RU"/>
              </w:rPr>
              <w:t>; 460 мм в общей инструкции.</w:t>
            </w:r>
          </w:p>
        </w:tc>
      </w:tr>
      <w:tr w:rsidR="00743395" w:rsidRPr="006E145E" w14:paraId="43B7A1A7" w14:textId="77777777">
        <w:trPr>
          <w:cantSplit/>
        </w:trPr>
        <w:tc>
          <w:tcPr>
            <w:tcW w:w="27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096589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6"/>
              </w:rPr>
              <w:t>Щеточная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пластина</w:t>
            </w:r>
            <w:proofErr w:type="spellEnd"/>
          </w:p>
        </w:tc>
        <w:tc>
          <w:tcPr>
            <w:tcW w:w="73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8934B3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>
              <w:rPr>
                <w:sz w:val="16"/>
              </w:rPr>
              <w:t>B</w:t>
            </w:r>
            <w:r w:rsidRPr="00265018">
              <w:rPr>
                <w:sz w:val="16"/>
                <w:lang w:val="ru-RU"/>
              </w:rPr>
              <w:t>010112 — 17″ по исходному каталогу; совместимость подтвердить.</w:t>
            </w:r>
          </w:p>
        </w:tc>
      </w:tr>
      <w:tr w:rsidR="00743395" w:rsidRPr="006E145E" w14:paraId="31F71766" w14:textId="77777777">
        <w:trPr>
          <w:cantSplit/>
        </w:trPr>
        <w:tc>
          <w:tcPr>
            <w:tcW w:w="27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C1496C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6"/>
              </w:rPr>
              <w:t>Замок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диска</w:t>
            </w:r>
            <w:proofErr w:type="spellEnd"/>
          </w:p>
        </w:tc>
        <w:tc>
          <w:tcPr>
            <w:tcW w:w="7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2AB88E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>
              <w:rPr>
                <w:sz w:val="16"/>
              </w:rPr>
              <w:t>C</w:t>
            </w:r>
            <w:r w:rsidRPr="00265018">
              <w:rPr>
                <w:sz w:val="16"/>
                <w:lang w:val="ru-RU"/>
              </w:rPr>
              <w:t>010117 — проверить посадку и надежность фиксации.</w:t>
            </w:r>
          </w:p>
        </w:tc>
      </w:tr>
      <w:tr w:rsidR="00743395" w:rsidRPr="006E145E" w14:paraId="0937FDE1" w14:textId="77777777">
        <w:trPr>
          <w:cantSplit/>
        </w:trPr>
        <w:tc>
          <w:tcPr>
            <w:tcW w:w="27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49689D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6"/>
              </w:rPr>
              <w:t>Двигатель</w:t>
            </w:r>
            <w:proofErr w:type="spellEnd"/>
          </w:p>
        </w:tc>
        <w:tc>
          <w:tcPr>
            <w:tcW w:w="73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3F3097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>
              <w:rPr>
                <w:sz w:val="16"/>
              </w:rPr>
              <w:t>E</w:t>
            </w:r>
            <w:r w:rsidRPr="00265018">
              <w:rPr>
                <w:sz w:val="16"/>
                <w:lang w:val="ru-RU"/>
              </w:rPr>
              <w:t>010113 — 24 В / 550 Вт по каталогу деталей.</w:t>
            </w:r>
          </w:p>
        </w:tc>
      </w:tr>
      <w:tr w:rsidR="00743395" w14:paraId="363C0083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2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44135F4E" w14:textId="77777777" w:rsidR="00743395" w:rsidRDefault="00AC55A8">
            <w:pPr>
              <w:spacing w:after="0" w:line="269" w:lineRule="auto"/>
            </w:pPr>
            <w:r w:rsidRPr="00265018">
              <w:rPr>
                <w:b/>
                <w:color w:val="0788B0"/>
                <w:sz w:val="19"/>
                <w:lang w:val="ru-RU"/>
              </w:rPr>
              <w:t xml:space="preserve">ПОДБОР </w:t>
            </w:r>
            <w:proofErr w:type="gramStart"/>
            <w:r w:rsidRPr="00265018">
              <w:rPr>
                <w:b/>
                <w:color w:val="0788B0"/>
                <w:sz w:val="19"/>
                <w:lang w:val="ru-RU"/>
              </w:rPr>
              <w:t xml:space="preserve">ЩЕТКИ  </w:t>
            </w:r>
            <w:r w:rsidRPr="00265018">
              <w:rPr>
                <w:sz w:val="19"/>
                <w:lang w:val="ru-RU"/>
              </w:rPr>
              <w:t>Всегда</w:t>
            </w:r>
            <w:proofErr w:type="gramEnd"/>
            <w:r w:rsidRPr="00265018">
              <w:rPr>
                <w:sz w:val="19"/>
                <w:lang w:val="ru-RU"/>
              </w:rPr>
              <w:t xml:space="preserve"> сверяйте фактический диаметр, тип посадочного крепления и модель аппарата. </w:t>
            </w:r>
            <w:proofErr w:type="spellStart"/>
            <w:r>
              <w:rPr>
                <w:sz w:val="19"/>
              </w:rPr>
              <w:t>Цвет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пада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выбирайте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по</w:t>
            </w:r>
            <w:proofErr w:type="spellEnd"/>
            <w:r>
              <w:rPr>
                <w:sz w:val="19"/>
              </w:rPr>
              <w:t xml:space="preserve"> типу пола и степени загрязнения.</w:t>
            </w:r>
          </w:p>
        </w:tc>
      </w:tr>
    </w:tbl>
    <w:p w14:paraId="36EC7EE0" w14:textId="77777777" w:rsidR="00743395" w:rsidRDefault="00743395">
      <w:pPr>
        <w:spacing w:after="20"/>
      </w:pPr>
    </w:p>
    <w:p w14:paraId="29CC36AF" w14:textId="77777777" w:rsidR="00743395" w:rsidRDefault="00AC55A8">
      <w:r>
        <w:br w:type="page"/>
      </w:r>
    </w:p>
    <w:p w14:paraId="1A5AB337" w14:textId="77777777" w:rsidR="00743395" w:rsidRDefault="00AC55A8">
      <w:pPr>
        <w:keepNext/>
        <w:spacing w:after="40"/>
      </w:pPr>
      <w:r>
        <w:rPr>
          <w:b/>
          <w:color w:val="0788B0"/>
          <w:sz w:val="17"/>
        </w:rPr>
        <w:t>РАЗДЕЛ 08   •   ВЗРЫВ-СХЕМА 08</w:t>
      </w:r>
    </w:p>
    <w:p w14:paraId="2499FE14" w14:textId="77777777" w:rsidR="00743395" w:rsidRDefault="00AC55A8">
      <w:pPr>
        <w:pStyle w:val="1"/>
      </w:pPr>
      <w:r>
        <w:t>Аккумуляторный отсек</w:t>
      </w:r>
    </w:p>
    <w:p w14:paraId="42B5087A" w14:textId="77777777" w:rsidR="00743395" w:rsidRDefault="00AC55A8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2EE42422" wp14:editId="014AF4D0">
            <wp:extent cx="4645152" cy="4148639"/>
            <wp:effectExtent l="0" t="0" r="0" b="0"/>
            <wp:docPr id="17" name="Улучшенная заводская схема аккумуляторного отсека TOR JH-410, применимая только к версии 3100" descr="Улучшенная заводская схема аккумуляторного отсека TOR JH-410, применимая только к версии 3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oup_08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645152" cy="4148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3078A" w14:textId="77777777" w:rsidR="00743395" w:rsidRPr="00265018" w:rsidRDefault="00AC55A8">
      <w:pPr>
        <w:pStyle w:val="FigureCaption"/>
        <w:keepLines/>
        <w:rPr>
          <w:lang w:val="ru-RU"/>
        </w:rPr>
      </w:pPr>
      <w:r w:rsidRPr="00265018">
        <w:rPr>
          <w:lang w:val="ru-RU"/>
        </w:rPr>
        <w:t>Схема 08: внутренний аккумуляторный отсек и расположение компонентов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3390"/>
        <w:gridCol w:w="6750"/>
      </w:tblGrid>
      <w:tr w:rsidR="00743395" w14:paraId="1CD87F4E" w14:textId="77777777">
        <w:trPr>
          <w:cantSplit/>
          <w:tblHeader/>
        </w:trPr>
        <w:tc>
          <w:tcPr>
            <w:tcW w:w="339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14FD19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b/>
                <w:color w:val="FFFFFF"/>
                <w:sz w:val="18"/>
              </w:rPr>
              <w:t>Узел</w:t>
            </w:r>
            <w:proofErr w:type="spellEnd"/>
          </w:p>
        </w:tc>
        <w:tc>
          <w:tcPr>
            <w:tcW w:w="675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3E51E5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Уточнение</w:t>
            </w:r>
          </w:p>
        </w:tc>
      </w:tr>
      <w:tr w:rsidR="00743395" w:rsidRPr="006E145E" w14:paraId="0B6710D9" w14:textId="77777777">
        <w:trPr>
          <w:cantSplit/>
        </w:trPr>
        <w:tc>
          <w:tcPr>
            <w:tcW w:w="33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98A742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Аккумуляторная система</w:t>
            </w:r>
          </w:p>
        </w:tc>
        <w:tc>
          <w:tcPr>
            <w:tcW w:w="67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55533C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>
              <w:rPr>
                <w:sz w:val="16"/>
              </w:rPr>
              <w:t>E</w:t>
            </w:r>
            <w:r w:rsidRPr="00265018">
              <w:rPr>
                <w:sz w:val="16"/>
                <w:lang w:val="ru-RU"/>
              </w:rPr>
              <w:t xml:space="preserve">010116 — система 24 В / 80 </w:t>
            </w:r>
            <w:proofErr w:type="spellStart"/>
            <w:r w:rsidRPr="00265018">
              <w:rPr>
                <w:sz w:val="16"/>
                <w:lang w:val="ru-RU"/>
              </w:rPr>
              <w:t>А·ч</w:t>
            </w:r>
            <w:proofErr w:type="spellEnd"/>
            <w:r w:rsidRPr="00265018">
              <w:rPr>
                <w:sz w:val="16"/>
                <w:lang w:val="ru-RU"/>
              </w:rPr>
              <w:t xml:space="preserve"> по исходному каталогу.</w:t>
            </w:r>
          </w:p>
        </w:tc>
      </w:tr>
      <w:tr w:rsidR="00743395" w:rsidRPr="006E145E" w14:paraId="2BE8AE0F" w14:textId="77777777">
        <w:trPr>
          <w:cantSplit/>
        </w:trPr>
        <w:tc>
          <w:tcPr>
            <w:tcW w:w="33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FE0577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6"/>
              </w:rPr>
              <w:t>Фактическая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батарея</w:t>
            </w:r>
            <w:proofErr w:type="spellEnd"/>
          </w:p>
        </w:tc>
        <w:tc>
          <w:tcPr>
            <w:tcW w:w="67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245549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 xml:space="preserve">На шильдике указано 12 В / 80 </w:t>
            </w:r>
            <w:proofErr w:type="spellStart"/>
            <w:r w:rsidRPr="00265018">
              <w:rPr>
                <w:sz w:val="16"/>
                <w:lang w:val="ru-RU"/>
              </w:rPr>
              <w:t>А·ч</w:t>
            </w:r>
            <w:proofErr w:type="spellEnd"/>
            <w:r w:rsidRPr="00265018">
              <w:rPr>
                <w:sz w:val="16"/>
                <w:lang w:val="ru-RU"/>
              </w:rPr>
              <w:t xml:space="preserve"> на один аккумулятор.</w:t>
            </w:r>
          </w:p>
        </w:tc>
      </w:tr>
      <w:tr w:rsidR="00743395" w:rsidRPr="006E145E" w14:paraId="7B27BBB1" w14:textId="77777777">
        <w:trPr>
          <w:cantSplit/>
        </w:trPr>
        <w:tc>
          <w:tcPr>
            <w:tcW w:w="33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6A3571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6"/>
              </w:rPr>
              <w:t>Комплект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машины</w:t>
            </w:r>
            <w:proofErr w:type="spellEnd"/>
          </w:p>
        </w:tc>
        <w:tc>
          <w:tcPr>
            <w:tcW w:w="67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90E82C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Две одинаковые батареи 12 В, соединенные последовательно.</w:t>
            </w:r>
          </w:p>
        </w:tc>
      </w:tr>
      <w:tr w:rsidR="00743395" w:rsidRPr="006E145E" w14:paraId="268069AA" w14:textId="77777777">
        <w:trPr>
          <w:cantSplit/>
        </w:trPr>
        <w:tc>
          <w:tcPr>
            <w:tcW w:w="33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588217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6"/>
              </w:rPr>
              <w:t>Зарядное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устройство</w:t>
            </w:r>
            <w:proofErr w:type="spellEnd"/>
          </w:p>
        </w:tc>
        <w:tc>
          <w:tcPr>
            <w:tcW w:w="67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8391E2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Фото: 24 В / 12 А; старая инструкция: 24 В / 15 А.</w:t>
            </w:r>
          </w:p>
        </w:tc>
      </w:tr>
      <w:tr w:rsidR="00743395" w14:paraId="034CCA36" w14:textId="77777777">
        <w:tblPrEx>
          <w:tblBorders>
            <w:top w:val="single" w:sz="9" w:space="0" w:color="D79600"/>
            <w:left w:val="single" w:sz="9" w:space="0" w:color="D79600"/>
            <w:bottom w:val="single" w:sz="9" w:space="0" w:color="D79600"/>
            <w:right w:val="single" w:sz="9" w:space="0" w:color="D7960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2"/>
            <w:shd w:val="clear" w:color="auto" w:fill="FFF7DF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27625B14" w14:textId="77777777" w:rsidR="00743395" w:rsidRDefault="00AC55A8">
            <w:pPr>
              <w:spacing w:after="0" w:line="269" w:lineRule="auto"/>
            </w:pPr>
            <w:r w:rsidRPr="00265018">
              <w:rPr>
                <w:b/>
                <w:color w:val="D79600"/>
                <w:sz w:val="19"/>
                <w:lang w:val="ru-RU"/>
              </w:rPr>
              <w:t xml:space="preserve">ВЕРСИЯ </w:t>
            </w:r>
            <w:proofErr w:type="gramStart"/>
            <w:r w:rsidRPr="00265018">
              <w:rPr>
                <w:b/>
                <w:color w:val="D79600"/>
                <w:sz w:val="19"/>
                <w:lang w:val="ru-RU"/>
              </w:rPr>
              <w:t xml:space="preserve">3099  </w:t>
            </w:r>
            <w:r w:rsidRPr="00265018">
              <w:rPr>
                <w:sz w:val="19"/>
                <w:lang w:val="ru-RU"/>
              </w:rPr>
              <w:t>Сетевое</w:t>
            </w:r>
            <w:proofErr w:type="gramEnd"/>
            <w:r w:rsidRPr="00265018">
              <w:rPr>
                <w:sz w:val="19"/>
                <w:lang w:val="ru-RU"/>
              </w:rPr>
              <w:t xml:space="preserve"> исполнение не использует данный аккумуляторный комплект как источник рабочего питания. </w:t>
            </w:r>
            <w:proofErr w:type="spellStart"/>
            <w:r>
              <w:rPr>
                <w:sz w:val="19"/>
              </w:rPr>
              <w:t>Электросхема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сетевой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машины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приведена</w:t>
            </w:r>
            <w:proofErr w:type="spellEnd"/>
            <w:r>
              <w:rPr>
                <w:sz w:val="19"/>
              </w:rPr>
              <w:t xml:space="preserve"> отдельно.</w:t>
            </w:r>
          </w:p>
        </w:tc>
      </w:tr>
    </w:tbl>
    <w:p w14:paraId="33F63915" w14:textId="77777777" w:rsidR="00743395" w:rsidRDefault="00743395">
      <w:pPr>
        <w:spacing w:after="20"/>
      </w:pPr>
    </w:p>
    <w:p w14:paraId="07F8AEB4" w14:textId="77777777" w:rsidR="00743395" w:rsidRDefault="00AC55A8">
      <w:r>
        <w:br w:type="page"/>
      </w:r>
    </w:p>
    <w:p w14:paraId="6A52F239" w14:textId="77777777" w:rsidR="00743395" w:rsidRDefault="00AC55A8">
      <w:pPr>
        <w:keepNext/>
        <w:spacing w:after="40"/>
      </w:pPr>
      <w:r>
        <w:rPr>
          <w:b/>
          <w:color w:val="0788B0"/>
          <w:sz w:val="17"/>
        </w:rPr>
        <w:t>РАЗДЕЛ 21   •   ДЛЯ ДВУХ ИСПОЛНЕНИЙ</w:t>
      </w:r>
    </w:p>
    <w:p w14:paraId="0B2375D0" w14:textId="77777777" w:rsidR="00743395" w:rsidRDefault="00AC55A8">
      <w:pPr>
        <w:pStyle w:val="1"/>
      </w:pPr>
      <w:r>
        <w:t>Регламент обслуживания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2140"/>
        <w:gridCol w:w="4420"/>
        <w:gridCol w:w="3580"/>
      </w:tblGrid>
      <w:tr w:rsidR="00743395" w14:paraId="357A9859" w14:textId="77777777">
        <w:trPr>
          <w:cantSplit/>
          <w:tblHeader/>
        </w:trPr>
        <w:tc>
          <w:tcPr>
            <w:tcW w:w="214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6B5EC3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Периодичность</w:t>
            </w:r>
          </w:p>
        </w:tc>
        <w:tc>
          <w:tcPr>
            <w:tcW w:w="442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1F5381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Работы</w:t>
            </w:r>
          </w:p>
        </w:tc>
        <w:tc>
          <w:tcPr>
            <w:tcW w:w="358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D34E96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Особенности версии</w:t>
            </w:r>
          </w:p>
        </w:tc>
      </w:tr>
      <w:tr w:rsidR="00743395" w:rsidRPr="006E145E" w14:paraId="5A57A888" w14:textId="77777777">
        <w:trPr>
          <w:cantSplit/>
        </w:trPr>
        <w:tc>
          <w:tcPr>
            <w:tcW w:w="2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336F97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Перед каждой сменой</w:t>
            </w:r>
          </w:p>
        </w:tc>
        <w:tc>
          <w:tcPr>
            <w:tcW w:w="44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4CC4DA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Проверить щетку, скребки, баки, фильтры, шланги и крепления.</w:t>
            </w:r>
          </w:p>
        </w:tc>
        <w:tc>
          <w:tcPr>
            <w:tcW w:w="35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28C698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3099: осмотр кабеля. 3100: заряд и разъемы АКБ.</w:t>
            </w:r>
          </w:p>
        </w:tc>
      </w:tr>
      <w:tr w:rsidR="00743395" w:rsidRPr="006E145E" w14:paraId="3EAF3C59" w14:textId="77777777">
        <w:trPr>
          <w:cantSplit/>
        </w:trPr>
        <w:tc>
          <w:tcPr>
            <w:tcW w:w="21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E95839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6"/>
              </w:rPr>
              <w:t>После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каждой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смены</w:t>
            </w:r>
            <w:proofErr w:type="spellEnd"/>
          </w:p>
        </w:tc>
        <w:tc>
          <w:tcPr>
            <w:tcW w:w="44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EA7558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Опорожнить и промыть баки, очистить щетку и водосборную балку.</w:t>
            </w:r>
          </w:p>
        </w:tc>
        <w:tc>
          <w:tcPr>
            <w:tcW w:w="35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A4ADDF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3099: отключить и осмотреть провод. 3100: зарядить при необходимости.</w:t>
            </w:r>
          </w:p>
        </w:tc>
      </w:tr>
      <w:tr w:rsidR="00743395" w:rsidRPr="006E145E" w14:paraId="6ADD6B42" w14:textId="77777777">
        <w:trPr>
          <w:cantSplit/>
        </w:trPr>
        <w:tc>
          <w:tcPr>
            <w:tcW w:w="2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AAF161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6"/>
              </w:rPr>
              <w:t>Ежемесячно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около</w:t>
            </w:r>
            <w:proofErr w:type="spellEnd"/>
            <w:r>
              <w:rPr>
                <w:sz w:val="16"/>
              </w:rPr>
              <w:t xml:space="preserve"> 80 ч</w:t>
            </w:r>
          </w:p>
        </w:tc>
        <w:tc>
          <w:tcPr>
            <w:tcW w:w="44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B0848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Промыть фильтры, проверить прокладки, колеса, шарниры, гайки и болты.</w:t>
            </w:r>
          </w:p>
        </w:tc>
        <w:tc>
          <w:tcPr>
            <w:tcW w:w="35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79772A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3100: проверить чистоту батарей и надежность клемм.</w:t>
            </w:r>
          </w:p>
        </w:tc>
      </w:tr>
      <w:tr w:rsidR="00743395" w:rsidRPr="006E145E" w14:paraId="223D95FB" w14:textId="77777777">
        <w:trPr>
          <w:cantSplit/>
        </w:trPr>
        <w:tc>
          <w:tcPr>
            <w:tcW w:w="21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68BD7C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6"/>
              </w:rPr>
              <w:t>Ежеквартально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около</w:t>
            </w:r>
            <w:proofErr w:type="spellEnd"/>
            <w:r>
              <w:rPr>
                <w:sz w:val="16"/>
              </w:rPr>
              <w:t xml:space="preserve"> 250 ч</w:t>
            </w:r>
          </w:p>
        </w:tc>
        <w:tc>
          <w:tcPr>
            <w:tcW w:w="44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3A174A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Проверить двигатель щетки, вакуумную турбину, угольные щетки и проводку.</w:t>
            </w:r>
          </w:p>
        </w:tc>
        <w:tc>
          <w:tcPr>
            <w:tcW w:w="35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9C322C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Проверку электрооборудования выполняет квалифицированный сервис.</w:t>
            </w:r>
          </w:p>
        </w:tc>
      </w:tr>
      <w:tr w:rsidR="00743395" w:rsidRPr="006E145E" w14:paraId="0530CC55" w14:textId="77777777">
        <w:trPr>
          <w:cantSplit/>
        </w:trPr>
        <w:tc>
          <w:tcPr>
            <w:tcW w:w="2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AF896A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6"/>
              </w:rPr>
              <w:t>По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мере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износа</w:t>
            </w:r>
            <w:proofErr w:type="spellEnd"/>
          </w:p>
        </w:tc>
        <w:tc>
          <w:tcPr>
            <w:tcW w:w="44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376911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 xml:space="preserve">Заменить щетку, </w:t>
            </w:r>
            <w:proofErr w:type="spellStart"/>
            <w:r w:rsidRPr="00265018">
              <w:rPr>
                <w:sz w:val="16"/>
                <w:lang w:val="ru-RU"/>
              </w:rPr>
              <w:t>пад</w:t>
            </w:r>
            <w:proofErr w:type="spellEnd"/>
            <w:r w:rsidRPr="00265018">
              <w:rPr>
                <w:sz w:val="16"/>
                <w:lang w:val="ru-RU"/>
              </w:rPr>
              <w:t>, скребки, уплотнения и поврежденные шланги.</w:t>
            </w:r>
          </w:p>
        </w:tc>
        <w:tc>
          <w:tcPr>
            <w:tcW w:w="35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C6AEE7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Детали подбираются по фактической модели и серийному номеру.</w:t>
            </w:r>
          </w:p>
        </w:tc>
      </w:tr>
    </w:tbl>
    <w:p w14:paraId="3C1B8875" w14:textId="77777777" w:rsidR="00743395" w:rsidRDefault="00AC55A8">
      <w:pPr>
        <w:pStyle w:val="2"/>
      </w:pPr>
      <w:proofErr w:type="spellStart"/>
      <w:r>
        <w:t>Основные</w:t>
      </w:r>
      <w:proofErr w:type="spellEnd"/>
      <w:r>
        <w:t xml:space="preserve"> </w:t>
      </w:r>
      <w:proofErr w:type="spellStart"/>
      <w:r>
        <w:t>оригинальные</w:t>
      </w:r>
      <w:proofErr w:type="spellEnd"/>
      <w:r>
        <w:t xml:space="preserve"> </w:t>
      </w:r>
      <w:proofErr w:type="spellStart"/>
      <w:r>
        <w:t>позиции</w:t>
      </w:r>
      <w:proofErr w:type="spellEnd"/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1600"/>
        <w:gridCol w:w="4940"/>
      </w:tblGrid>
      <w:tr w:rsidR="00743395" w14:paraId="307EC2CE" w14:textId="77777777">
        <w:trPr>
          <w:cantSplit/>
          <w:tblHeader/>
        </w:trPr>
        <w:tc>
          <w:tcPr>
            <w:tcW w:w="360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4ED776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Деталь</w:t>
            </w:r>
          </w:p>
        </w:tc>
        <w:tc>
          <w:tcPr>
            <w:tcW w:w="160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AC6D01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Код</w:t>
            </w:r>
          </w:p>
        </w:tc>
        <w:tc>
          <w:tcPr>
            <w:tcW w:w="494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DEC6D5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Примечание</w:t>
            </w:r>
          </w:p>
        </w:tc>
      </w:tr>
      <w:tr w:rsidR="00743395" w14:paraId="578F242B" w14:textId="77777777">
        <w:trPr>
          <w:cantSplit/>
        </w:trPr>
        <w:tc>
          <w:tcPr>
            <w:tcW w:w="3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04221F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Двигатель щетки</w:t>
            </w: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9DA519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E010113</w:t>
            </w:r>
          </w:p>
        </w:tc>
        <w:tc>
          <w:tcPr>
            <w:tcW w:w="4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D3A5DE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24 В / 550 Вт; версия 3100</w:t>
            </w:r>
          </w:p>
        </w:tc>
      </w:tr>
      <w:tr w:rsidR="00743395" w14:paraId="36E37098" w14:textId="77777777">
        <w:trPr>
          <w:cantSplit/>
        </w:trPr>
        <w:tc>
          <w:tcPr>
            <w:tcW w:w="36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6B5C64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Вакуумный двигатель</w:t>
            </w:r>
          </w:p>
        </w:tc>
        <w:tc>
          <w:tcPr>
            <w:tcW w:w="16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C428D8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E010101</w:t>
            </w:r>
          </w:p>
        </w:tc>
        <w:tc>
          <w:tcPr>
            <w:tcW w:w="49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5FA900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24 В / 500 Вт; версия 3100</w:t>
            </w:r>
          </w:p>
        </w:tc>
      </w:tr>
      <w:tr w:rsidR="00743395" w14:paraId="00FE0A72" w14:textId="77777777">
        <w:trPr>
          <w:cantSplit/>
        </w:trPr>
        <w:tc>
          <w:tcPr>
            <w:tcW w:w="3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6339FB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Ключ питания</w:t>
            </w: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B425F4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E010112</w:t>
            </w:r>
          </w:p>
        </w:tc>
        <w:tc>
          <w:tcPr>
            <w:tcW w:w="4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20DE54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Орган включения машины</w:t>
            </w:r>
          </w:p>
        </w:tc>
      </w:tr>
      <w:tr w:rsidR="00743395" w14:paraId="0F76A479" w14:textId="77777777">
        <w:trPr>
          <w:cantSplit/>
        </w:trPr>
        <w:tc>
          <w:tcPr>
            <w:tcW w:w="36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E3674B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Индикатор батареи</w:t>
            </w:r>
          </w:p>
        </w:tc>
        <w:tc>
          <w:tcPr>
            <w:tcW w:w="16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FE84B6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E010111</w:t>
            </w:r>
          </w:p>
        </w:tc>
        <w:tc>
          <w:tcPr>
            <w:tcW w:w="49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35FEA5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Для совместимой комплектации</w:t>
            </w:r>
          </w:p>
        </w:tc>
      </w:tr>
      <w:tr w:rsidR="00743395" w14:paraId="222D7E28" w14:textId="77777777">
        <w:trPr>
          <w:cantSplit/>
        </w:trPr>
        <w:tc>
          <w:tcPr>
            <w:tcW w:w="3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906B58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Электромагнитный клапан</w:t>
            </w: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72F134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E010103</w:t>
            </w:r>
          </w:p>
        </w:tc>
        <w:tc>
          <w:tcPr>
            <w:tcW w:w="4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9C1062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Подача раствора</w:t>
            </w:r>
          </w:p>
        </w:tc>
      </w:tr>
      <w:tr w:rsidR="00743395" w:rsidRPr="006E145E" w14:paraId="781F55F6" w14:textId="77777777">
        <w:trPr>
          <w:cantSplit/>
        </w:trPr>
        <w:tc>
          <w:tcPr>
            <w:tcW w:w="36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4D966E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Аккумуляторная система</w:t>
            </w:r>
          </w:p>
        </w:tc>
        <w:tc>
          <w:tcPr>
            <w:tcW w:w="16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90C1E5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E010116</w:t>
            </w:r>
          </w:p>
        </w:tc>
        <w:tc>
          <w:tcPr>
            <w:tcW w:w="49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6B300E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 xml:space="preserve">24 В / 80 </w:t>
            </w:r>
            <w:proofErr w:type="spellStart"/>
            <w:r w:rsidRPr="00265018">
              <w:rPr>
                <w:sz w:val="16"/>
                <w:lang w:val="ru-RU"/>
              </w:rPr>
              <w:t>А·ч</w:t>
            </w:r>
            <w:proofErr w:type="spellEnd"/>
            <w:r w:rsidRPr="00265018">
              <w:rPr>
                <w:sz w:val="16"/>
                <w:lang w:val="ru-RU"/>
              </w:rPr>
              <w:t xml:space="preserve"> по каталогу</w:t>
            </w:r>
          </w:p>
        </w:tc>
      </w:tr>
      <w:tr w:rsidR="00743395" w:rsidRPr="006E145E" w14:paraId="3CBFA2F2" w14:textId="77777777">
        <w:tblPrEx>
          <w:tblBorders>
            <w:top w:val="single" w:sz="9" w:space="0" w:color="C5362C"/>
            <w:left w:val="single" w:sz="9" w:space="0" w:color="C5362C"/>
            <w:bottom w:val="single" w:sz="9" w:space="0" w:color="C5362C"/>
            <w:right w:val="single" w:sz="9" w:space="0" w:color="C5362C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FDECEB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6531A624" w14:textId="77777777" w:rsidR="00743395" w:rsidRPr="00265018" w:rsidRDefault="00AC55A8">
            <w:pPr>
              <w:spacing w:after="0" w:line="269" w:lineRule="auto"/>
              <w:rPr>
                <w:lang w:val="ru-RU"/>
              </w:rPr>
            </w:pPr>
            <w:proofErr w:type="gramStart"/>
            <w:r w:rsidRPr="00265018">
              <w:rPr>
                <w:b/>
                <w:color w:val="C5362C"/>
                <w:sz w:val="19"/>
                <w:lang w:val="ru-RU"/>
              </w:rPr>
              <w:t xml:space="preserve">ЭЛЕКТРОБЕЗОПАСНОСТЬ  </w:t>
            </w:r>
            <w:r w:rsidRPr="00265018">
              <w:rPr>
                <w:sz w:val="19"/>
                <w:lang w:val="ru-RU"/>
              </w:rPr>
              <w:t>Перед</w:t>
            </w:r>
            <w:proofErr w:type="gramEnd"/>
            <w:r w:rsidRPr="00265018">
              <w:rPr>
                <w:sz w:val="19"/>
                <w:lang w:val="ru-RU"/>
              </w:rPr>
              <w:t xml:space="preserve"> обслуживанием 3099 выньте сетевую вилку; перед обслуживанием 3100 отключите аккумуляторный разъем и зарядное устройство.</w:t>
            </w:r>
          </w:p>
        </w:tc>
      </w:tr>
    </w:tbl>
    <w:p w14:paraId="1EDAFF06" w14:textId="77777777" w:rsidR="00743395" w:rsidRPr="00265018" w:rsidRDefault="00743395">
      <w:pPr>
        <w:spacing w:after="20"/>
        <w:rPr>
          <w:lang w:val="ru-RU"/>
        </w:rPr>
      </w:pPr>
    </w:p>
    <w:p w14:paraId="52764C3D" w14:textId="77777777" w:rsidR="00743395" w:rsidRPr="00265018" w:rsidRDefault="00AC55A8">
      <w:pPr>
        <w:rPr>
          <w:lang w:val="ru-RU"/>
        </w:rPr>
      </w:pPr>
      <w:r w:rsidRPr="00265018">
        <w:rPr>
          <w:lang w:val="ru-RU"/>
        </w:rPr>
        <w:br w:type="page"/>
      </w:r>
    </w:p>
    <w:p w14:paraId="1F57AFCE" w14:textId="77777777" w:rsidR="00743395" w:rsidRDefault="00AC55A8">
      <w:pPr>
        <w:keepNext/>
        <w:spacing w:after="40"/>
      </w:pPr>
      <w:r>
        <w:rPr>
          <w:b/>
          <w:color w:val="0788B0"/>
          <w:sz w:val="17"/>
        </w:rPr>
        <w:t>РАЗДЕЛ 22   •   ОБЩИЕ УЗЛЫ</w:t>
      </w:r>
    </w:p>
    <w:p w14:paraId="02003E0B" w14:textId="77777777" w:rsidR="00743395" w:rsidRDefault="00AC55A8">
      <w:pPr>
        <w:pStyle w:val="1"/>
      </w:pPr>
      <w:r>
        <w:t>Поиск неисправностей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3720"/>
        <w:gridCol w:w="4240"/>
      </w:tblGrid>
      <w:tr w:rsidR="00743395" w14:paraId="323E0D14" w14:textId="77777777">
        <w:trPr>
          <w:cantSplit/>
          <w:tblHeader/>
        </w:trPr>
        <w:tc>
          <w:tcPr>
            <w:tcW w:w="218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58D50E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Неисправность</w:t>
            </w:r>
          </w:p>
        </w:tc>
        <w:tc>
          <w:tcPr>
            <w:tcW w:w="372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F2689C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Вероятная причина</w:t>
            </w:r>
          </w:p>
        </w:tc>
        <w:tc>
          <w:tcPr>
            <w:tcW w:w="424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A3F014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Безопасная проверка</w:t>
            </w:r>
          </w:p>
        </w:tc>
      </w:tr>
      <w:tr w:rsidR="00743395" w:rsidRPr="006E145E" w14:paraId="32D0314C" w14:textId="77777777">
        <w:trPr>
          <w:cantSplit/>
        </w:trPr>
        <w:tc>
          <w:tcPr>
            <w:tcW w:w="21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887BA1" w14:textId="77777777" w:rsidR="00743395" w:rsidRDefault="00AC55A8">
            <w:pPr>
              <w:spacing w:after="0" w:line="254" w:lineRule="auto"/>
            </w:pPr>
            <w:r>
              <w:rPr>
                <w:sz w:val="15"/>
              </w:rPr>
              <w:t>Щетка не вращается</w:t>
            </w:r>
          </w:p>
        </w:tc>
        <w:tc>
          <w:tcPr>
            <w:tcW w:w="37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FB8E47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5"/>
                <w:lang w:val="ru-RU"/>
              </w:rPr>
              <w:t>Щетка поднята; выключатель отключен; сработала защита.</w:t>
            </w:r>
          </w:p>
        </w:tc>
        <w:tc>
          <w:tcPr>
            <w:tcW w:w="42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8E1BE0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5"/>
                <w:lang w:val="ru-RU"/>
              </w:rPr>
              <w:t>Опустить головку, проверить выключатель и защиту; при повторении — сервис.</w:t>
            </w:r>
          </w:p>
        </w:tc>
      </w:tr>
      <w:tr w:rsidR="00743395" w:rsidRPr="006E145E" w14:paraId="5961996E" w14:textId="77777777">
        <w:trPr>
          <w:cantSplit/>
        </w:trPr>
        <w:tc>
          <w:tcPr>
            <w:tcW w:w="21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00110A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5"/>
              </w:rPr>
              <w:t>Всасывание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отсутствует</w:t>
            </w:r>
            <w:proofErr w:type="spellEnd"/>
          </w:p>
        </w:tc>
        <w:tc>
          <w:tcPr>
            <w:tcW w:w="37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9AA412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5"/>
                <w:lang w:val="ru-RU"/>
              </w:rPr>
              <w:t>Балка поднята; выключатель отключен; неисправна защита.</w:t>
            </w:r>
          </w:p>
        </w:tc>
        <w:tc>
          <w:tcPr>
            <w:tcW w:w="42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950EB3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5"/>
                <w:lang w:val="ru-RU"/>
              </w:rPr>
              <w:t>Опустить балку и проверить включение вакуума; неисправный мотор диагностирует сервис.</w:t>
            </w:r>
          </w:p>
        </w:tc>
      </w:tr>
      <w:tr w:rsidR="00743395" w:rsidRPr="006E145E" w14:paraId="37DA7CE3" w14:textId="77777777">
        <w:trPr>
          <w:cantSplit/>
        </w:trPr>
        <w:tc>
          <w:tcPr>
            <w:tcW w:w="21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47F7D7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5"/>
              </w:rPr>
              <w:t>Слабое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всасывание</w:t>
            </w:r>
            <w:proofErr w:type="spellEnd"/>
          </w:p>
        </w:tc>
        <w:tc>
          <w:tcPr>
            <w:tcW w:w="37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FBB5A5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5"/>
                <w:lang w:val="ru-RU"/>
              </w:rPr>
              <w:t xml:space="preserve">Бак заполнен, фильтр или шланг засорен, крышка </w:t>
            </w:r>
            <w:proofErr w:type="spellStart"/>
            <w:r w:rsidRPr="00265018">
              <w:rPr>
                <w:sz w:val="15"/>
                <w:lang w:val="ru-RU"/>
              </w:rPr>
              <w:t>неплотна</w:t>
            </w:r>
            <w:proofErr w:type="spellEnd"/>
            <w:r w:rsidRPr="00265018">
              <w:rPr>
                <w:sz w:val="15"/>
                <w:lang w:val="ru-RU"/>
              </w:rPr>
              <w:t>.</w:t>
            </w:r>
          </w:p>
        </w:tc>
        <w:tc>
          <w:tcPr>
            <w:tcW w:w="42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7439CE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5"/>
                <w:lang w:val="ru-RU"/>
              </w:rPr>
              <w:t>Слить бак, очистить фильтр и шланг, проверить уплотнение крышки.</w:t>
            </w:r>
          </w:p>
        </w:tc>
      </w:tr>
      <w:tr w:rsidR="00743395" w:rsidRPr="006E145E" w14:paraId="21733BD8" w14:textId="77777777">
        <w:trPr>
          <w:cantSplit/>
        </w:trPr>
        <w:tc>
          <w:tcPr>
            <w:tcW w:w="21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F5DD44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5"/>
              </w:rPr>
              <w:t>Остаются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полосы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воды</w:t>
            </w:r>
            <w:proofErr w:type="spellEnd"/>
          </w:p>
        </w:tc>
        <w:tc>
          <w:tcPr>
            <w:tcW w:w="37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365A83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5"/>
                <w:lang w:val="ru-RU"/>
              </w:rPr>
              <w:t>Скребки загрязнены, изношены или прижаты неравномерно.</w:t>
            </w:r>
          </w:p>
        </w:tc>
        <w:tc>
          <w:tcPr>
            <w:tcW w:w="42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3B2124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5"/>
                <w:lang w:val="ru-RU"/>
              </w:rPr>
              <w:t>Промыть и отрегулировать балку; заменить поврежденные скребки.</w:t>
            </w:r>
          </w:p>
        </w:tc>
      </w:tr>
      <w:tr w:rsidR="00743395" w:rsidRPr="006E145E" w14:paraId="40C2EF2F" w14:textId="77777777">
        <w:trPr>
          <w:cantSplit/>
        </w:trPr>
        <w:tc>
          <w:tcPr>
            <w:tcW w:w="21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CB982C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5"/>
              </w:rPr>
              <w:t>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поступает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раствор</w:t>
            </w:r>
            <w:proofErr w:type="spellEnd"/>
          </w:p>
        </w:tc>
        <w:tc>
          <w:tcPr>
            <w:tcW w:w="37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99AD80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5"/>
                <w:lang w:val="ru-RU"/>
              </w:rPr>
              <w:t>Бак пуст, фильтр засорен, клапан закрыт или неисправен.</w:t>
            </w:r>
          </w:p>
        </w:tc>
        <w:tc>
          <w:tcPr>
            <w:tcW w:w="42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A1AEFC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5"/>
                <w:lang w:val="ru-RU"/>
              </w:rPr>
              <w:t xml:space="preserve">Проверить уровень, фильтр и регулировку; клапан </w:t>
            </w:r>
            <w:r>
              <w:rPr>
                <w:sz w:val="15"/>
              </w:rPr>
              <w:t>E</w:t>
            </w:r>
            <w:r w:rsidRPr="00265018">
              <w:rPr>
                <w:sz w:val="15"/>
                <w:lang w:val="ru-RU"/>
              </w:rPr>
              <w:t>010103 проверяет сервис.</w:t>
            </w:r>
          </w:p>
        </w:tc>
      </w:tr>
      <w:tr w:rsidR="00743395" w:rsidRPr="006E145E" w14:paraId="6367D57E" w14:textId="77777777">
        <w:trPr>
          <w:cantSplit/>
        </w:trPr>
        <w:tc>
          <w:tcPr>
            <w:tcW w:w="218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5EBEA9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5"/>
              </w:rPr>
              <w:t>Появилось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много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пены</w:t>
            </w:r>
            <w:proofErr w:type="spellEnd"/>
          </w:p>
        </w:tc>
        <w:tc>
          <w:tcPr>
            <w:tcW w:w="372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C51209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5"/>
                <w:lang w:val="ru-RU"/>
              </w:rPr>
              <w:t>Неподходящее средство или чрезмерная концентрация.</w:t>
            </w:r>
          </w:p>
        </w:tc>
        <w:tc>
          <w:tcPr>
            <w:tcW w:w="42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51EFC2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5"/>
                <w:lang w:val="ru-RU"/>
              </w:rPr>
              <w:t xml:space="preserve">Остановить уборку, очистить бак и перейти на </w:t>
            </w:r>
            <w:proofErr w:type="spellStart"/>
            <w:r w:rsidRPr="00265018">
              <w:rPr>
                <w:sz w:val="15"/>
                <w:lang w:val="ru-RU"/>
              </w:rPr>
              <w:t>низкопенный</w:t>
            </w:r>
            <w:proofErr w:type="spellEnd"/>
            <w:r w:rsidRPr="00265018">
              <w:rPr>
                <w:sz w:val="15"/>
                <w:lang w:val="ru-RU"/>
              </w:rPr>
              <w:t xml:space="preserve"> раствор.</w:t>
            </w:r>
          </w:p>
        </w:tc>
      </w:tr>
      <w:tr w:rsidR="00743395" w:rsidRPr="006E145E" w14:paraId="5DE66C40" w14:textId="77777777">
        <w:trPr>
          <w:cantSplit/>
        </w:trPr>
        <w:tc>
          <w:tcPr>
            <w:tcW w:w="21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7631E5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5"/>
              </w:rPr>
              <w:t>Посторонний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шум</w:t>
            </w:r>
            <w:proofErr w:type="spellEnd"/>
          </w:p>
        </w:tc>
        <w:tc>
          <w:tcPr>
            <w:tcW w:w="37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64DFFA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5"/>
                <w:lang w:val="ru-RU"/>
              </w:rPr>
              <w:t>На щетку намотан мусор; ослаблено крепление.</w:t>
            </w:r>
          </w:p>
        </w:tc>
        <w:tc>
          <w:tcPr>
            <w:tcW w:w="42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F16618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5"/>
                <w:lang w:val="ru-RU"/>
              </w:rPr>
              <w:t>Отключить питание, очистить щетку и проверить крепления.</w:t>
            </w:r>
          </w:p>
        </w:tc>
      </w:tr>
      <w:tr w:rsidR="00743395" w:rsidRPr="006E145E" w14:paraId="35DFF7C8" w14:textId="77777777">
        <w:tblPrEx>
          <w:tblBorders>
            <w:top w:val="single" w:sz="9" w:space="0" w:color="C5362C"/>
            <w:left w:val="single" w:sz="9" w:space="0" w:color="C5362C"/>
            <w:bottom w:val="single" w:sz="9" w:space="0" w:color="C5362C"/>
            <w:right w:val="single" w:sz="9" w:space="0" w:color="C5362C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FDECEB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6BD3C2AB" w14:textId="77777777" w:rsidR="00743395" w:rsidRPr="00265018" w:rsidRDefault="00AC55A8">
            <w:pPr>
              <w:spacing w:after="0" w:line="269" w:lineRule="auto"/>
              <w:rPr>
                <w:lang w:val="ru-RU"/>
              </w:rPr>
            </w:pPr>
            <w:r w:rsidRPr="00265018">
              <w:rPr>
                <w:b/>
                <w:color w:val="C5362C"/>
                <w:sz w:val="19"/>
                <w:lang w:val="ru-RU"/>
              </w:rPr>
              <w:t xml:space="preserve">НЕЛЬЗЯ ПРОДОЛЖАТЬ </w:t>
            </w:r>
            <w:proofErr w:type="gramStart"/>
            <w:r w:rsidRPr="00265018">
              <w:rPr>
                <w:b/>
                <w:color w:val="C5362C"/>
                <w:sz w:val="19"/>
                <w:lang w:val="ru-RU"/>
              </w:rPr>
              <w:t xml:space="preserve">РАБОТУ  </w:t>
            </w:r>
            <w:r w:rsidRPr="00265018">
              <w:rPr>
                <w:sz w:val="19"/>
                <w:lang w:val="ru-RU"/>
              </w:rPr>
              <w:t>При</w:t>
            </w:r>
            <w:proofErr w:type="gramEnd"/>
            <w:r w:rsidRPr="00265018">
              <w:rPr>
                <w:sz w:val="19"/>
                <w:lang w:val="ru-RU"/>
              </w:rPr>
              <w:t xml:space="preserve"> запахе гари, сильном нагреве, искрении, повреждении кабеля или попадании воды в </w:t>
            </w:r>
            <w:proofErr w:type="spellStart"/>
            <w:r w:rsidRPr="00265018">
              <w:rPr>
                <w:sz w:val="19"/>
                <w:lang w:val="ru-RU"/>
              </w:rPr>
              <w:t>электроотсек</w:t>
            </w:r>
            <w:proofErr w:type="spellEnd"/>
            <w:r w:rsidRPr="00265018">
              <w:rPr>
                <w:sz w:val="19"/>
                <w:lang w:val="ru-RU"/>
              </w:rPr>
              <w:t xml:space="preserve"> отключите машину и обратитесь в сервис.</w:t>
            </w:r>
          </w:p>
        </w:tc>
      </w:tr>
    </w:tbl>
    <w:p w14:paraId="6C318F97" w14:textId="77777777" w:rsidR="00743395" w:rsidRPr="00265018" w:rsidRDefault="00743395">
      <w:pPr>
        <w:spacing w:after="20"/>
        <w:rPr>
          <w:lang w:val="ru-RU"/>
        </w:rPr>
      </w:pPr>
    </w:p>
    <w:p w14:paraId="445E8F30" w14:textId="77777777" w:rsidR="00743395" w:rsidRPr="00265018" w:rsidRDefault="00AC55A8">
      <w:pPr>
        <w:rPr>
          <w:lang w:val="ru-RU"/>
        </w:rPr>
      </w:pPr>
      <w:r w:rsidRPr="00265018">
        <w:rPr>
          <w:lang w:val="ru-RU"/>
        </w:rPr>
        <w:br w:type="page"/>
      </w:r>
    </w:p>
    <w:p w14:paraId="7AA7FDAD" w14:textId="77777777" w:rsidR="00743395" w:rsidRPr="00265018" w:rsidRDefault="00AC55A8">
      <w:pPr>
        <w:keepNext/>
        <w:spacing w:after="40"/>
        <w:rPr>
          <w:lang w:val="ru-RU"/>
        </w:rPr>
      </w:pPr>
      <w:r w:rsidRPr="00265018">
        <w:rPr>
          <w:b/>
          <w:color w:val="0788B0"/>
          <w:sz w:val="17"/>
          <w:lang w:val="ru-RU"/>
        </w:rPr>
        <w:t>РАЗДЕЛ 23   •   3099 • СЕТЬ / 3100 • АКБ</w:t>
      </w:r>
    </w:p>
    <w:p w14:paraId="19BBBC81" w14:textId="77777777" w:rsidR="00743395" w:rsidRPr="00265018" w:rsidRDefault="00AC55A8">
      <w:pPr>
        <w:pStyle w:val="1"/>
        <w:rPr>
          <w:lang w:val="ru-RU"/>
        </w:rPr>
      </w:pPr>
      <w:r w:rsidRPr="00265018">
        <w:rPr>
          <w:lang w:val="ru-RU"/>
        </w:rPr>
        <w:t>Диагностика источника питания</w:t>
      </w:r>
    </w:p>
    <w:p w14:paraId="523B4EA5" w14:textId="77777777" w:rsidR="00743395" w:rsidRDefault="00AC55A8">
      <w:pPr>
        <w:pStyle w:val="2"/>
      </w:pPr>
      <w:proofErr w:type="spellStart"/>
      <w:r>
        <w:t>Аккумуляторная</w:t>
      </w:r>
      <w:proofErr w:type="spellEnd"/>
      <w:r>
        <w:t xml:space="preserve"> </w:t>
      </w:r>
      <w:proofErr w:type="spellStart"/>
      <w:r>
        <w:t>версия</w:t>
      </w:r>
      <w:proofErr w:type="spellEnd"/>
      <w:r>
        <w:t xml:space="preserve"> 3100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3490"/>
        <w:gridCol w:w="6650"/>
      </w:tblGrid>
      <w:tr w:rsidR="00743395" w14:paraId="684709E3" w14:textId="77777777">
        <w:trPr>
          <w:cantSplit/>
          <w:tblHeader/>
        </w:trPr>
        <w:tc>
          <w:tcPr>
            <w:tcW w:w="349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44E91B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Симптом</w:t>
            </w:r>
          </w:p>
        </w:tc>
        <w:tc>
          <w:tcPr>
            <w:tcW w:w="665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AF907F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Что проверить</w:t>
            </w:r>
          </w:p>
        </w:tc>
      </w:tr>
      <w:tr w:rsidR="00743395" w:rsidRPr="006E145E" w14:paraId="032EE902" w14:textId="77777777">
        <w:trPr>
          <w:cantSplit/>
        </w:trPr>
        <w:tc>
          <w:tcPr>
            <w:tcW w:w="34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533AAF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Машина не включается</w:t>
            </w:r>
          </w:p>
        </w:tc>
        <w:tc>
          <w:tcPr>
            <w:tcW w:w="6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FF10A8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Заряд, ключ, разъем батарей, перемычку и штатную защиту.</w:t>
            </w:r>
          </w:p>
        </w:tc>
      </w:tr>
      <w:tr w:rsidR="00743395" w:rsidRPr="006E145E" w14:paraId="182CF7EC" w14:textId="77777777">
        <w:trPr>
          <w:cantSplit/>
        </w:trPr>
        <w:tc>
          <w:tcPr>
            <w:tcW w:w="34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AD9B76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6"/>
              </w:rPr>
              <w:t>Быстро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снижается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заряд</w:t>
            </w:r>
            <w:proofErr w:type="spellEnd"/>
          </w:p>
        </w:tc>
        <w:tc>
          <w:tcPr>
            <w:tcW w:w="66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31DE60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Полноту зарядки, состояние двух батарей, контакты и нагрузку щетки.</w:t>
            </w:r>
          </w:p>
        </w:tc>
      </w:tr>
      <w:tr w:rsidR="00743395" w:rsidRPr="006E145E" w14:paraId="765E4A8E" w14:textId="77777777">
        <w:trPr>
          <w:cantSplit/>
        </w:trPr>
        <w:tc>
          <w:tcPr>
            <w:tcW w:w="34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2FD38E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 xml:space="preserve">ЗУ </w:t>
            </w:r>
            <w:proofErr w:type="spellStart"/>
            <w:r>
              <w:rPr>
                <w:sz w:val="16"/>
              </w:rPr>
              <w:t>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начинает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заряд</w:t>
            </w:r>
            <w:proofErr w:type="spellEnd"/>
          </w:p>
        </w:tc>
        <w:tc>
          <w:tcPr>
            <w:tcW w:w="6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D3B89E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Сеть питания зарядного устройства, целостность кабелей и красного разъема.</w:t>
            </w:r>
          </w:p>
        </w:tc>
      </w:tr>
      <w:tr w:rsidR="00743395" w:rsidRPr="006E145E" w14:paraId="2D730792" w14:textId="77777777">
        <w:trPr>
          <w:cantSplit/>
        </w:trPr>
        <w:tc>
          <w:tcPr>
            <w:tcW w:w="34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5F1C87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6"/>
              </w:rPr>
              <w:t>Одна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батарея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нагревается</w:t>
            </w:r>
            <w:proofErr w:type="spellEnd"/>
          </w:p>
        </w:tc>
        <w:tc>
          <w:tcPr>
            <w:tcW w:w="66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D63318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Немедленно прекратить работу; проверка пары батарей — только сервис.</w:t>
            </w:r>
          </w:p>
        </w:tc>
      </w:tr>
    </w:tbl>
    <w:p w14:paraId="30F63C70" w14:textId="77777777" w:rsidR="00743395" w:rsidRDefault="00AC55A8">
      <w:pPr>
        <w:pStyle w:val="2"/>
      </w:pPr>
      <w:proofErr w:type="spellStart"/>
      <w:r>
        <w:t>Сетевая</w:t>
      </w:r>
      <w:proofErr w:type="spellEnd"/>
      <w:r>
        <w:t xml:space="preserve"> </w:t>
      </w:r>
      <w:proofErr w:type="spellStart"/>
      <w:r>
        <w:t>версия</w:t>
      </w:r>
      <w:proofErr w:type="spellEnd"/>
      <w:r>
        <w:t xml:space="preserve"> 3099</w:t>
      </w:r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3490"/>
        <w:gridCol w:w="6650"/>
      </w:tblGrid>
      <w:tr w:rsidR="00743395" w14:paraId="3677E786" w14:textId="77777777">
        <w:trPr>
          <w:cantSplit/>
          <w:tblHeader/>
        </w:trPr>
        <w:tc>
          <w:tcPr>
            <w:tcW w:w="349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796AB4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Симптом</w:t>
            </w:r>
          </w:p>
        </w:tc>
        <w:tc>
          <w:tcPr>
            <w:tcW w:w="665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FF694F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Что проверить</w:t>
            </w:r>
          </w:p>
        </w:tc>
      </w:tr>
      <w:tr w:rsidR="00743395" w:rsidRPr="006E145E" w14:paraId="15A167F6" w14:textId="77777777">
        <w:trPr>
          <w:cantSplit/>
        </w:trPr>
        <w:tc>
          <w:tcPr>
            <w:tcW w:w="34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F9C1C5" w14:textId="77777777" w:rsidR="00743395" w:rsidRDefault="00AC55A8">
            <w:pPr>
              <w:spacing w:after="0" w:line="254" w:lineRule="auto"/>
            </w:pPr>
            <w:r>
              <w:rPr>
                <w:sz w:val="16"/>
              </w:rPr>
              <w:t>Машина не включается</w:t>
            </w:r>
          </w:p>
        </w:tc>
        <w:tc>
          <w:tcPr>
            <w:tcW w:w="6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8B5DFB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Исправность розетки, вилки, кабеля, ключа и защиты питающей линии.</w:t>
            </w:r>
          </w:p>
        </w:tc>
      </w:tr>
      <w:tr w:rsidR="00743395" w:rsidRPr="006E145E" w14:paraId="272D27F2" w14:textId="77777777">
        <w:trPr>
          <w:cantSplit/>
        </w:trPr>
        <w:tc>
          <w:tcPr>
            <w:tcW w:w="34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1E12EB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6"/>
              </w:rPr>
              <w:t>Щетка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запускается</w:t>
            </w:r>
            <w:proofErr w:type="spellEnd"/>
          </w:p>
        </w:tc>
        <w:tc>
          <w:tcPr>
            <w:tcW w:w="66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C8B74F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 xml:space="preserve">Переключатель щетки; </w:t>
            </w:r>
            <w:proofErr w:type="gramStart"/>
            <w:r w:rsidRPr="00265018">
              <w:rPr>
                <w:sz w:val="16"/>
                <w:lang w:val="ru-RU"/>
              </w:rPr>
              <w:t>диагностика</w:t>
            </w:r>
            <w:proofErr w:type="gramEnd"/>
            <w:r w:rsidRPr="00265018">
              <w:rPr>
                <w:sz w:val="16"/>
                <w:lang w:val="ru-RU"/>
              </w:rPr>
              <w:t xml:space="preserve"> соответствующего </w:t>
            </w:r>
            <w:r>
              <w:rPr>
                <w:sz w:val="16"/>
              </w:rPr>
              <w:t>NXC</w:t>
            </w:r>
            <w:r w:rsidRPr="00265018">
              <w:rPr>
                <w:sz w:val="16"/>
                <w:lang w:val="ru-RU"/>
              </w:rPr>
              <w:t>-18 выполняется сервисом.</w:t>
            </w:r>
          </w:p>
        </w:tc>
      </w:tr>
      <w:tr w:rsidR="00743395" w:rsidRPr="006E145E" w14:paraId="2081DB91" w14:textId="77777777">
        <w:trPr>
          <w:cantSplit/>
        </w:trPr>
        <w:tc>
          <w:tcPr>
            <w:tcW w:w="34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622504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6"/>
              </w:rPr>
              <w:t>Вакуум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запускается</w:t>
            </w:r>
            <w:proofErr w:type="spellEnd"/>
          </w:p>
        </w:tc>
        <w:tc>
          <w:tcPr>
            <w:tcW w:w="6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32C379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Переключатель всасывания; второй контактор и двигатель проверяет сервис.</w:t>
            </w:r>
          </w:p>
        </w:tc>
      </w:tr>
      <w:tr w:rsidR="00743395" w:rsidRPr="006E145E" w14:paraId="356A614F" w14:textId="77777777">
        <w:trPr>
          <w:cantSplit/>
        </w:trPr>
        <w:tc>
          <w:tcPr>
            <w:tcW w:w="349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D0FEA7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6"/>
              </w:rPr>
              <w:t>Срабатывает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автомат</w:t>
            </w:r>
            <w:proofErr w:type="spellEnd"/>
            <w:r>
              <w:rPr>
                <w:sz w:val="16"/>
              </w:rPr>
              <w:t xml:space="preserve"> C6</w:t>
            </w:r>
          </w:p>
        </w:tc>
        <w:tc>
          <w:tcPr>
            <w:tcW w:w="665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C61040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Не включать повторно многократно: исключить перегрузку или короткое замыкание.</w:t>
            </w:r>
          </w:p>
        </w:tc>
      </w:tr>
      <w:tr w:rsidR="00743395" w:rsidRPr="006E145E" w14:paraId="283E303E" w14:textId="77777777">
        <w:trPr>
          <w:cantSplit/>
        </w:trPr>
        <w:tc>
          <w:tcPr>
            <w:tcW w:w="349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23E96B" w14:textId="77777777" w:rsidR="00743395" w:rsidRDefault="00AC55A8">
            <w:pPr>
              <w:spacing w:after="0" w:line="254" w:lineRule="auto"/>
            </w:pPr>
            <w:proofErr w:type="spellStart"/>
            <w:r>
              <w:rPr>
                <w:sz w:val="16"/>
              </w:rPr>
              <w:t>Нагревается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вилка</w:t>
            </w:r>
            <w:proofErr w:type="spellEnd"/>
          </w:p>
        </w:tc>
        <w:tc>
          <w:tcPr>
            <w:tcW w:w="6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BE7FEA" w14:textId="77777777" w:rsidR="00743395" w:rsidRPr="00265018" w:rsidRDefault="00AC55A8">
            <w:pPr>
              <w:spacing w:after="0" w:line="254" w:lineRule="auto"/>
              <w:rPr>
                <w:lang w:val="ru-RU"/>
              </w:rPr>
            </w:pPr>
            <w:r w:rsidRPr="00265018">
              <w:rPr>
                <w:sz w:val="16"/>
                <w:lang w:val="ru-RU"/>
              </w:rPr>
              <w:t>Немедленно отключить; проверить состояние контактов и соответствие линии нагрузке.</w:t>
            </w:r>
          </w:p>
        </w:tc>
      </w:tr>
      <w:tr w:rsidR="00743395" w:rsidRPr="006E145E" w14:paraId="08F33CD0" w14:textId="77777777">
        <w:tblPrEx>
          <w:tblBorders>
            <w:top w:val="single" w:sz="9" w:space="0" w:color="C5362C"/>
            <w:left w:val="single" w:sz="9" w:space="0" w:color="C5362C"/>
            <w:bottom w:val="single" w:sz="9" w:space="0" w:color="C5362C"/>
            <w:right w:val="single" w:sz="9" w:space="0" w:color="C5362C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2"/>
            <w:shd w:val="clear" w:color="auto" w:fill="FDECEB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74CD744A" w14:textId="77777777" w:rsidR="00743395" w:rsidRPr="00265018" w:rsidRDefault="00AC55A8">
            <w:pPr>
              <w:spacing w:after="0" w:line="269" w:lineRule="auto"/>
              <w:rPr>
                <w:lang w:val="ru-RU"/>
              </w:rPr>
            </w:pPr>
            <w:r w:rsidRPr="00265018">
              <w:rPr>
                <w:b/>
                <w:color w:val="C5362C"/>
                <w:sz w:val="19"/>
                <w:lang w:val="ru-RU"/>
              </w:rPr>
              <w:t xml:space="preserve">ДЛЯ </w:t>
            </w:r>
            <w:proofErr w:type="gramStart"/>
            <w:r w:rsidRPr="00265018">
              <w:rPr>
                <w:b/>
                <w:color w:val="C5362C"/>
                <w:sz w:val="19"/>
                <w:lang w:val="ru-RU"/>
              </w:rPr>
              <w:t xml:space="preserve">СПЕЦИАЛИСТА  </w:t>
            </w:r>
            <w:r w:rsidRPr="00265018">
              <w:rPr>
                <w:sz w:val="19"/>
                <w:lang w:val="ru-RU"/>
              </w:rPr>
              <w:t>Замена</w:t>
            </w:r>
            <w:proofErr w:type="gramEnd"/>
            <w:r w:rsidRPr="00265018">
              <w:rPr>
                <w:sz w:val="19"/>
                <w:lang w:val="ru-RU"/>
              </w:rPr>
              <w:t xml:space="preserve"> контакторов, автоматов, проводки и диагностика цепей 220 В выполняются только квалифицированным персоналом при обесточенном оборудовании.</w:t>
            </w:r>
          </w:p>
        </w:tc>
      </w:tr>
    </w:tbl>
    <w:p w14:paraId="7670A9D6" w14:textId="77777777" w:rsidR="00743395" w:rsidRPr="00265018" w:rsidRDefault="00743395">
      <w:pPr>
        <w:spacing w:after="20"/>
        <w:rPr>
          <w:lang w:val="ru-RU"/>
        </w:rPr>
      </w:pPr>
    </w:p>
    <w:p w14:paraId="5B30725F" w14:textId="77777777" w:rsidR="00743395" w:rsidRPr="00265018" w:rsidRDefault="00AC55A8">
      <w:pPr>
        <w:rPr>
          <w:lang w:val="ru-RU"/>
        </w:rPr>
      </w:pPr>
      <w:r w:rsidRPr="00265018">
        <w:rPr>
          <w:lang w:val="ru-RU"/>
        </w:rPr>
        <w:br w:type="page"/>
      </w:r>
    </w:p>
    <w:p w14:paraId="6CA09B9F" w14:textId="77777777" w:rsidR="00743395" w:rsidRPr="00265018" w:rsidRDefault="00AC55A8">
      <w:pPr>
        <w:keepNext/>
        <w:spacing w:after="40"/>
        <w:rPr>
          <w:lang w:val="ru-RU"/>
        </w:rPr>
      </w:pPr>
      <w:r w:rsidRPr="00265018">
        <w:rPr>
          <w:b/>
          <w:color w:val="0788B0"/>
          <w:sz w:val="17"/>
          <w:lang w:val="ru-RU"/>
        </w:rPr>
        <w:t>РАЗДЕЛ 24   •   ПАСПОРТ ВЛАДЕЛЬЦА</w:t>
      </w:r>
    </w:p>
    <w:p w14:paraId="687F1F4A" w14:textId="77777777" w:rsidR="00743395" w:rsidRPr="00265018" w:rsidRDefault="00AC55A8">
      <w:pPr>
        <w:pStyle w:val="1"/>
        <w:rPr>
          <w:lang w:val="ru-RU"/>
        </w:rPr>
      </w:pPr>
      <w:r w:rsidRPr="00265018">
        <w:rPr>
          <w:lang w:val="ru-RU"/>
        </w:rPr>
        <w:t>Хранение и сервисные данные</w:t>
      </w:r>
    </w:p>
    <w:p w14:paraId="6FE055E3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Полностью слейте воду и промойте оба бака перед хранением и транспортировкой.</w:t>
      </w:r>
    </w:p>
    <w:p w14:paraId="0C4BD6E9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Храните машину в сухом помещении; не допускайте замерзания остаточной воды.</w:t>
      </w:r>
    </w:p>
    <w:p w14:paraId="54805C6B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Поднимите щетку и водосборную балку, защитите оборудование от ударов и опрокидывания.</w:t>
      </w:r>
    </w:p>
    <w:p w14:paraId="5B66626A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Версию 3100 храните с заряженными батареями; при длительном простое выполняйте обслуживание по требованиям изготовителя АКБ.</w:t>
      </w:r>
    </w:p>
    <w:p w14:paraId="01DA6BC8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>Версию 3099 храните с аккуратно уложенным сухим кабелем без перегибов и натяжения.</w:t>
      </w:r>
    </w:p>
    <w:p w14:paraId="33658105" w14:textId="77777777" w:rsidR="00743395" w:rsidRPr="00265018" w:rsidRDefault="00AC55A8">
      <w:pPr>
        <w:numPr>
          <w:ilvl w:val="0"/>
          <w:numId w:val="1"/>
        </w:numPr>
        <w:spacing w:after="60"/>
        <w:ind w:left="0"/>
        <w:rPr>
          <w:lang w:val="ru-RU"/>
        </w:rPr>
      </w:pPr>
      <w:r w:rsidRPr="00265018">
        <w:rPr>
          <w:sz w:val="20"/>
          <w:lang w:val="ru-RU"/>
        </w:rPr>
        <w:t xml:space="preserve">Для заказа запчасти сообщайте бренд </w:t>
      </w:r>
      <w:r>
        <w:rPr>
          <w:sz w:val="20"/>
        </w:rPr>
        <w:t>TOR</w:t>
      </w:r>
      <w:r w:rsidRPr="00265018">
        <w:rPr>
          <w:sz w:val="20"/>
          <w:lang w:val="ru-RU"/>
        </w:rPr>
        <w:t xml:space="preserve">, модель </w:t>
      </w:r>
      <w:r>
        <w:rPr>
          <w:sz w:val="20"/>
        </w:rPr>
        <w:t>JH</w:t>
      </w:r>
      <w:r w:rsidRPr="00265018">
        <w:rPr>
          <w:sz w:val="20"/>
          <w:lang w:val="ru-RU"/>
        </w:rPr>
        <w:t>-410, код исполнения 3099/3100, серийный номер, позицию схемы и артикул.</w:t>
      </w:r>
    </w:p>
    <w:p w14:paraId="58135A7C" w14:textId="77777777" w:rsidR="00743395" w:rsidRDefault="00AC55A8">
      <w:pPr>
        <w:pStyle w:val="2"/>
      </w:pPr>
      <w:proofErr w:type="spellStart"/>
      <w:r>
        <w:t>Информация</w:t>
      </w:r>
      <w:proofErr w:type="spellEnd"/>
      <w:r>
        <w:t xml:space="preserve"> </w:t>
      </w:r>
      <w:proofErr w:type="spellStart"/>
      <w:r>
        <w:t>владельца</w:t>
      </w:r>
      <w:proofErr w:type="spellEnd"/>
    </w:p>
    <w:tbl>
      <w:tblPr>
        <w:tblW w:w="10140" w:type="dxa"/>
        <w:tblInd w:w="120" w:type="dxa"/>
        <w:tblBorders>
          <w:top w:val="single" w:sz="5" w:space="0" w:color="D5DDE2"/>
          <w:left w:val="single" w:sz="5" w:space="0" w:color="D5DDE2"/>
          <w:bottom w:val="single" w:sz="5" w:space="0" w:color="D5DDE2"/>
          <w:right w:val="single" w:sz="5" w:space="0" w:color="D5DDE2"/>
          <w:insideH w:val="single" w:sz="5" w:space="0" w:color="D5DDE2"/>
          <w:insideV w:val="single" w:sz="5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4240"/>
        <w:gridCol w:w="5900"/>
      </w:tblGrid>
      <w:tr w:rsidR="00743395" w14:paraId="5614FD13" w14:textId="77777777">
        <w:trPr>
          <w:cantSplit/>
          <w:tblHeader/>
        </w:trPr>
        <w:tc>
          <w:tcPr>
            <w:tcW w:w="424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832454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Поле</w:t>
            </w:r>
          </w:p>
        </w:tc>
        <w:tc>
          <w:tcPr>
            <w:tcW w:w="5900" w:type="dxa"/>
            <w:shd w:val="clear" w:color="auto" w:fill="123B5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15B030" w14:textId="77777777" w:rsidR="00743395" w:rsidRDefault="00AC55A8">
            <w:pPr>
              <w:spacing w:after="0" w:line="254" w:lineRule="auto"/>
            </w:pPr>
            <w:r>
              <w:rPr>
                <w:b/>
                <w:color w:val="FFFFFF"/>
                <w:sz w:val="18"/>
              </w:rPr>
              <w:t>Значение</w:t>
            </w:r>
          </w:p>
        </w:tc>
      </w:tr>
      <w:tr w:rsidR="00743395" w14:paraId="279220EE" w14:textId="77777777">
        <w:trPr>
          <w:cantSplit/>
        </w:trPr>
        <w:tc>
          <w:tcPr>
            <w:tcW w:w="42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3DA15C" w14:textId="77777777" w:rsidR="00743395" w:rsidRDefault="00AC55A8">
            <w:pPr>
              <w:spacing w:after="0" w:line="254" w:lineRule="auto"/>
            </w:pPr>
            <w:r>
              <w:rPr>
                <w:sz w:val="17"/>
              </w:rPr>
              <w:t>Исполнение машины</w:t>
            </w:r>
          </w:p>
        </w:tc>
        <w:tc>
          <w:tcPr>
            <w:tcW w:w="5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643000" w14:textId="77777777" w:rsidR="00743395" w:rsidRDefault="00AC55A8">
            <w:pPr>
              <w:spacing w:after="0" w:line="254" w:lineRule="auto"/>
            </w:pPr>
            <w:r>
              <w:rPr>
                <w:sz w:val="17"/>
              </w:rPr>
              <w:t>3099 • сетевая   /   3100 • аккумуляторная</w:t>
            </w:r>
          </w:p>
        </w:tc>
      </w:tr>
      <w:tr w:rsidR="00743395" w14:paraId="4D2A9617" w14:textId="77777777">
        <w:trPr>
          <w:cantSplit/>
        </w:trPr>
        <w:tc>
          <w:tcPr>
            <w:tcW w:w="42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061564" w14:textId="77777777" w:rsidR="00743395" w:rsidRDefault="00AC55A8">
            <w:pPr>
              <w:spacing w:after="0" w:line="254" w:lineRule="auto"/>
            </w:pPr>
            <w:r>
              <w:rPr>
                <w:sz w:val="17"/>
              </w:rPr>
              <w:t>Серийный номер</w:t>
            </w:r>
          </w:p>
        </w:tc>
        <w:tc>
          <w:tcPr>
            <w:tcW w:w="59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6F6962" w14:textId="77777777" w:rsidR="00743395" w:rsidRDefault="00AC55A8">
            <w:pPr>
              <w:spacing w:after="0" w:line="254" w:lineRule="auto"/>
            </w:pPr>
            <w:r>
              <w:rPr>
                <w:sz w:val="17"/>
              </w:rPr>
              <w:t>_________________________________________________</w:t>
            </w:r>
          </w:p>
        </w:tc>
      </w:tr>
      <w:tr w:rsidR="00743395" w14:paraId="1543E633" w14:textId="77777777">
        <w:trPr>
          <w:cantSplit/>
        </w:trPr>
        <w:tc>
          <w:tcPr>
            <w:tcW w:w="42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CCC0C0" w14:textId="77777777" w:rsidR="00743395" w:rsidRDefault="00AC55A8">
            <w:pPr>
              <w:spacing w:after="0" w:line="254" w:lineRule="auto"/>
            </w:pPr>
            <w:r>
              <w:rPr>
                <w:sz w:val="17"/>
              </w:rPr>
              <w:t>Дата приобретения</w:t>
            </w:r>
          </w:p>
        </w:tc>
        <w:tc>
          <w:tcPr>
            <w:tcW w:w="5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0B8D98" w14:textId="77777777" w:rsidR="00743395" w:rsidRDefault="00AC55A8">
            <w:pPr>
              <w:spacing w:after="0" w:line="254" w:lineRule="auto"/>
            </w:pPr>
            <w:r>
              <w:rPr>
                <w:sz w:val="17"/>
              </w:rPr>
              <w:t>_________________________________________________</w:t>
            </w:r>
          </w:p>
        </w:tc>
      </w:tr>
      <w:tr w:rsidR="00743395" w14:paraId="4783F6BE" w14:textId="77777777">
        <w:trPr>
          <w:cantSplit/>
        </w:trPr>
        <w:tc>
          <w:tcPr>
            <w:tcW w:w="42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E2EE2B" w14:textId="77777777" w:rsidR="00743395" w:rsidRDefault="00AC55A8">
            <w:pPr>
              <w:spacing w:after="0" w:line="254" w:lineRule="auto"/>
            </w:pPr>
            <w:r>
              <w:rPr>
                <w:sz w:val="17"/>
              </w:rPr>
              <w:t>Дата начала эксплуатации</w:t>
            </w:r>
          </w:p>
        </w:tc>
        <w:tc>
          <w:tcPr>
            <w:tcW w:w="59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D7D7F0" w14:textId="77777777" w:rsidR="00743395" w:rsidRDefault="00AC55A8">
            <w:pPr>
              <w:spacing w:after="0" w:line="254" w:lineRule="auto"/>
            </w:pPr>
            <w:r>
              <w:rPr>
                <w:sz w:val="17"/>
              </w:rPr>
              <w:t>_________________________________________________</w:t>
            </w:r>
          </w:p>
        </w:tc>
      </w:tr>
      <w:tr w:rsidR="00743395" w14:paraId="018C1CBD" w14:textId="77777777">
        <w:trPr>
          <w:cantSplit/>
        </w:trPr>
        <w:tc>
          <w:tcPr>
            <w:tcW w:w="42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9DA7B9" w14:textId="77777777" w:rsidR="00743395" w:rsidRDefault="00AC55A8">
            <w:pPr>
              <w:spacing w:after="0" w:line="254" w:lineRule="auto"/>
            </w:pPr>
            <w:r>
              <w:rPr>
                <w:sz w:val="17"/>
              </w:rPr>
              <w:t>Поставщик / сервис</w:t>
            </w:r>
          </w:p>
        </w:tc>
        <w:tc>
          <w:tcPr>
            <w:tcW w:w="5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382FBC" w14:textId="77777777" w:rsidR="00743395" w:rsidRDefault="00AC55A8">
            <w:pPr>
              <w:spacing w:after="0" w:line="254" w:lineRule="auto"/>
            </w:pPr>
            <w:r>
              <w:rPr>
                <w:sz w:val="17"/>
              </w:rPr>
              <w:t>_________________________________________________</w:t>
            </w:r>
          </w:p>
        </w:tc>
      </w:tr>
      <w:tr w:rsidR="00743395" w14:paraId="4BB526A1" w14:textId="77777777">
        <w:trPr>
          <w:cantSplit/>
        </w:trPr>
        <w:tc>
          <w:tcPr>
            <w:tcW w:w="424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371F2D" w14:textId="77777777" w:rsidR="00743395" w:rsidRDefault="00AC55A8">
            <w:pPr>
              <w:spacing w:after="0" w:line="254" w:lineRule="auto"/>
            </w:pPr>
            <w:r>
              <w:rPr>
                <w:sz w:val="17"/>
              </w:rPr>
              <w:t>Фактическая ширина / мощность</w:t>
            </w:r>
          </w:p>
        </w:tc>
        <w:tc>
          <w:tcPr>
            <w:tcW w:w="59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B3FB1C" w14:textId="77777777" w:rsidR="00743395" w:rsidRDefault="00AC55A8">
            <w:pPr>
              <w:spacing w:after="0" w:line="254" w:lineRule="auto"/>
            </w:pPr>
            <w:r>
              <w:rPr>
                <w:sz w:val="17"/>
              </w:rPr>
              <w:t>_________________________________________________</w:t>
            </w:r>
          </w:p>
        </w:tc>
      </w:tr>
      <w:tr w:rsidR="00743395" w:rsidRPr="006E145E" w14:paraId="7F1D96F7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2"/>
            <w:shd w:val="clear" w:color="auto" w:fill="EAF7FA"/>
            <w:tcMar>
              <w:top w:w="115" w:type="dxa"/>
              <w:left w:w="170" w:type="dxa"/>
              <w:bottom w:w="115" w:type="dxa"/>
              <w:right w:w="170" w:type="dxa"/>
            </w:tcMar>
          </w:tcPr>
          <w:p w14:paraId="7F97D6EF" w14:textId="77777777" w:rsidR="00743395" w:rsidRPr="00265018" w:rsidRDefault="00AC55A8">
            <w:pPr>
              <w:spacing w:after="0" w:line="269" w:lineRule="auto"/>
              <w:rPr>
                <w:lang w:val="ru-RU"/>
              </w:rPr>
            </w:pPr>
            <w:proofErr w:type="gramStart"/>
            <w:r w:rsidRPr="00265018">
              <w:rPr>
                <w:b/>
                <w:color w:val="0788B0"/>
                <w:sz w:val="19"/>
                <w:lang w:val="ru-RU"/>
              </w:rPr>
              <w:t xml:space="preserve">ПРИОРИТЕТ  </w:t>
            </w:r>
            <w:r w:rsidRPr="00265018">
              <w:rPr>
                <w:sz w:val="19"/>
                <w:lang w:val="ru-RU"/>
              </w:rPr>
              <w:t>При</w:t>
            </w:r>
            <w:proofErr w:type="gramEnd"/>
            <w:r w:rsidRPr="00265018">
              <w:rPr>
                <w:sz w:val="19"/>
                <w:lang w:val="ru-RU"/>
              </w:rPr>
              <w:t xml:space="preserve"> несовпадении старого каталога, общей таблицы и фактической комплектации руководствуйтесь маркировкой конкретной машины и подтверждением авторизованного поставщика.</w:t>
            </w:r>
          </w:p>
        </w:tc>
      </w:tr>
    </w:tbl>
    <w:p w14:paraId="2D358395" w14:textId="77777777" w:rsidR="00743395" w:rsidRPr="00265018" w:rsidRDefault="00743395">
      <w:pPr>
        <w:spacing w:after="20"/>
        <w:rPr>
          <w:lang w:val="ru-RU"/>
        </w:rPr>
      </w:pPr>
    </w:p>
    <w:sectPr w:rsidR="00743395" w:rsidRPr="00265018" w:rsidSect="00034616">
      <w:headerReference w:type="default" r:id="rId24"/>
      <w:footerReference w:type="default" r:id="rId25"/>
      <w:pgSz w:w="11906" w:h="16838"/>
      <w:pgMar w:top="879" w:right="879" w:bottom="879" w:left="879" w:header="397" w:footer="42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D2F49" w14:textId="77777777" w:rsidR="00C1744C" w:rsidRDefault="00C1744C">
      <w:pPr>
        <w:spacing w:after="0" w:line="240" w:lineRule="auto"/>
      </w:pPr>
      <w:r>
        <w:separator/>
      </w:r>
    </w:p>
  </w:endnote>
  <w:endnote w:type="continuationSeparator" w:id="0">
    <w:p w14:paraId="45378D13" w14:textId="77777777" w:rsidR="00C1744C" w:rsidRDefault="00C17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99D46" w14:textId="77777777" w:rsidR="00743395" w:rsidRDefault="00AC55A8">
    <w:pPr>
      <w:pStyle w:val="a6"/>
      <w:jc w:val="center"/>
    </w:pPr>
    <w:r>
      <w:rPr>
        <w:color w:val="687783"/>
        <w:sz w:val="16"/>
      </w:rPr>
      <w:t xml:space="preserve">TOR  •  JH-410  •  стр. </w:t>
    </w:r>
    <w:r>
      <w:rPr>
        <w:rFonts w:ascii="Calibri" w:eastAsia="Calibri" w:hAnsi="Calibri"/>
        <w:color w:val="687783"/>
        <w:sz w:val="18"/>
      </w:rPr>
      <w:fldChar w:fldCharType="begin"/>
    </w:r>
    <w:r>
      <w:rPr>
        <w:rFonts w:ascii="Calibri" w:eastAsia="Calibri" w:hAnsi="Calibri"/>
        <w:color w:val="687783"/>
        <w:sz w:val="18"/>
      </w:rPr>
      <w:instrText>PAGE</w:instrText>
    </w:r>
    <w:r>
      <w:rPr>
        <w:rFonts w:ascii="Calibri" w:eastAsia="Calibri" w:hAnsi="Calibri"/>
        <w:color w:val="687783"/>
        <w:sz w:val="18"/>
      </w:rPr>
      <w:fldChar w:fldCharType="separate"/>
    </w:r>
    <w:r>
      <w:rPr>
        <w:rFonts w:ascii="Calibri" w:eastAsia="Calibri" w:hAnsi="Calibri"/>
        <w:color w:val="687783"/>
        <w:sz w:val="18"/>
      </w:rPr>
      <w:t>1</w:t>
    </w:r>
    <w:r>
      <w:rPr>
        <w:rFonts w:ascii="Calibri" w:eastAsia="Calibri" w:hAnsi="Calibri"/>
        <w:color w:val="687783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C4CC6" w14:textId="77777777" w:rsidR="00C1744C" w:rsidRDefault="00C1744C">
      <w:pPr>
        <w:spacing w:after="0" w:line="240" w:lineRule="auto"/>
      </w:pPr>
      <w:r>
        <w:separator/>
      </w:r>
    </w:p>
  </w:footnote>
  <w:footnote w:type="continuationSeparator" w:id="0">
    <w:p w14:paraId="2816926E" w14:textId="77777777" w:rsidR="00C1744C" w:rsidRDefault="00C174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81A6F" w14:textId="77777777" w:rsidR="00743395" w:rsidRPr="00265018" w:rsidRDefault="00AC55A8">
    <w:pPr>
      <w:pStyle w:val="a4"/>
      <w:tabs>
        <w:tab w:val="right" w:pos="9808"/>
      </w:tabs>
      <w:rPr>
        <w:lang w:val="ru-RU"/>
      </w:rPr>
    </w:pPr>
    <w:r>
      <w:rPr>
        <w:b/>
        <w:color w:val="0788B0"/>
        <w:sz w:val="16"/>
      </w:rPr>
      <w:t>TOR</w:t>
    </w:r>
    <w:r w:rsidRPr="00265018">
      <w:rPr>
        <w:b/>
        <w:color w:val="0788B0"/>
        <w:sz w:val="16"/>
        <w:lang w:val="ru-RU"/>
      </w:rPr>
      <w:t xml:space="preserve"> • </w:t>
    </w:r>
    <w:r>
      <w:rPr>
        <w:b/>
        <w:color w:val="0788B0"/>
        <w:sz w:val="16"/>
      </w:rPr>
      <w:t>JH</w:t>
    </w:r>
    <w:r w:rsidRPr="00265018">
      <w:rPr>
        <w:b/>
        <w:color w:val="0788B0"/>
        <w:sz w:val="16"/>
        <w:lang w:val="ru-RU"/>
      </w:rPr>
      <w:t>-410</w:t>
    </w:r>
    <w:r w:rsidRPr="00265018">
      <w:rPr>
        <w:b/>
        <w:color w:val="687783"/>
        <w:sz w:val="16"/>
        <w:lang w:val="ru-RU"/>
      </w:rPr>
      <w:tab/>
      <w:t>ЕДИНОЕ РУКОВОДСТВО • АКБ / СЕТЬ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830545"/>
    <w:multiLevelType w:val="singleLevel"/>
    <w:tmpl w:val="B276EEE0"/>
    <w:lvl w:ilvl="0">
      <w:start w:val="1"/>
      <w:numFmt w:val="bullet"/>
      <w:lvlText w:val="•"/>
      <w:lvlJc w:val="left"/>
      <w:pPr>
        <w:tabs>
          <w:tab w:val="num" w:pos="420"/>
        </w:tabs>
        <w:ind w:left="420" w:hanging="220"/>
      </w:pPr>
      <w:rPr>
        <w:rFonts w:ascii="Calibri" w:hAnsi="Calibri"/>
        <w:color w:val="0788B0"/>
      </w:rPr>
    </w:lvl>
  </w:abstractNum>
  <w:abstractNum w:abstractNumId="10" w15:restartNumberingAfterBreak="0">
    <w:nsid w:val="0D9B2FC6"/>
    <w:multiLevelType w:val="singleLevel"/>
    <w:tmpl w:val="0C2C6A7E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abstractNum w:abstractNumId="11" w15:restartNumberingAfterBreak="0">
    <w:nsid w:val="14320504"/>
    <w:multiLevelType w:val="singleLevel"/>
    <w:tmpl w:val="3AECC21E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abstractNum w:abstractNumId="12" w15:restartNumberingAfterBreak="0">
    <w:nsid w:val="20F8702B"/>
    <w:multiLevelType w:val="singleLevel"/>
    <w:tmpl w:val="F834827E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abstractNum w:abstractNumId="13" w15:restartNumberingAfterBreak="0">
    <w:nsid w:val="40A13199"/>
    <w:multiLevelType w:val="singleLevel"/>
    <w:tmpl w:val="D5884DE0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abstractNum w:abstractNumId="14" w15:restartNumberingAfterBreak="0">
    <w:nsid w:val="4D9172AF"/>
    <w:multiLevelType w:val="singleLevel"/>
    <w:tmpl w:val="D49036E2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abstractNum w:abstractNumId="15" w15:restartNumberingAfterBreak="0">
    <w:nsid w:val="505D4123"/>
    <w:multiLevelType w:val="singleLevel"/>
    <w:tmpl w:val="34063B32"/>
    <w:lvl w:ilvl="0">
      <w:start w:val="1"/>
      <w:numFmt w:val="decimal"/>
      <w:pStyle w:val="a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abstractNum w:abstractNumId="16" w15:restartNumberingAfterBreak="0">
    <w:nsid w:val="55B721AA"/>
    <w:multiLevelType w:val="singleLevel"/>
    <w:tmpl w:val="713EE0CA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abstractNum w:abstractNumId="17" w15:restartNumberingAfterBreak="0">
    <w:nsid w:val="5E3B3941"/>
    <w:multiLevelType w:val="singleLevel"/>
    <w:tmpl w:val="87483FC8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abstractNum w:abstractNumId="18" w15:restartNumberingAfterBreak="0">
    <w:nsid w:val="72980423"/>
    <w:multiLevelType w:val="singleLevel"/>
    <w:tmpl w:val="DEF29F7A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60"/>
      </w:pPr>
      <w:rPr>
        <w:rFonts w:ascii="Calibri" w:hAnsi="Calibri"/>
        <w:color w:val="0788B0"/>
      </w:rPr>
    </w:lvl>
  </w:abstractNum>
  <w:num w:numId="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5018"/>
    <w:rsid w:val="0029639D"/>
    <w:rsid w:val="00326F90"/>
    <w:rsid w:val="006E145E"/>
    <w:rsid w:val="00743395"/>
    <w:rsid w:val="00AA1D8D"/>
    <w:rsid w:val="00AC55A8"/>
    <w:rsid w:val="00B47730"/>
    <w:rsid w:val="00C1744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EECB44"/>
  <w14:defaultImageDpi w14:val="300"/>
  <w15:docId w15:val="{C9DBAFE8-34D0-42FC-9204-37AA376EF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C693F"/>
    <w:pPr>
      <w:spacing w:after="100" w:line="283" w:lineRule="auto"/>
    </w:pPr>
    <w:rPr>
      <w:rFonts w:ascii="Arial" w:eastAsia="Arial" w:hAnsi="Arial"/>
      <w:color w:val="24313A"/>
      <w:sz w:val="21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after="160"/>
      <w:outlineLvl w:val="0"/>
    </w:pPr>
    <w:rPr>
      <w:rFonts w:asciiTheme="majorHAnsi" w:eastAsiaTheme="majorEastAsia" w:hAnsiTheme="majorHAnsi" w:cstheme="majorBidi"/>
      <w:b/>
      <w:bCs/>
      <w:color w:val="123B52"/>
      <w:sz w:val="36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56A87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/>
      <w:b/>
      <w:bCs/>
      <w:color w:val="123B52"/>
      <w:sz w:val="23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gureCaption">
    <w:name w:val="Figure Caption"/>
    <w:pPr>
      <w:spacing w:before="40" w:after="140"/>
      <w:jc w:val="center"/>
    </w:pPr>
    <w:rPr>
      <w:rFonts w:ascii="Arial" w:hAnsi="Arial"/>
      <w:i/>
      <w:color w:val="687783"/>
      <w:sz w:val="17"/>
    </w:rPr>
  </w:style>
  <w:style w:type="paragraph" w:customStyle="1" w:styleId="SmallText">
    <w:name w:val="Small Text"/>
    <w:pPr>
      <w:spacing w:after="60" w:line="264" w:lineRule="auto"/>
    </w:pPr>
    <w:rPr>
      <w:rFonts w:ascii="Arial" w:hAnsi="Arial"/>
      <w:color w:val="687783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g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32</Pages>
  <Words>4684</Words>
  <Characters>26702</Characters>
  <Application>Microsoft Office Word</Application>
  <DocSecurity>0</DocSecurity>
  <Lines>222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31324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TOR JH-410 — единое руководство по эксплуатации сетевой и аккумуляторной версии</dc:title>
  <dc:subject>Модели 3099 и 3100: инструкция, электрическая схема, каталог запасных частей и аккумуляторы</dc:subject>
  <dc:creator>TOR</dc:creator>
  <cp:keywords>TOR, JH-410, JH-410B, 3099, 3100, 24 В, 220 В, 80 А·ч, электрическая схема, взрыв-схема</cp:keywords>
  <dc:description>Русскоязычное руководство с оригинальными схемами и артикулами поставщика</dc:description>
  <cp:lastModifiedBy>Александр Анненков</cp:lastModifiedBy>
  <cp:revision>3</cp:revision>
  <dcterms:created xsi:type="dcterms:W3CDTF">2013-12-23T23:15:00Z</dcterms:created>
  <dcterms:modified xsi:type="dcterms:W3CDTF">2026-08-24T13:11:00Z</dcterms:modified>
  <cp:category/>
</cp:coreProperties>
</file>