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A84A4" w14:textId="77777777" w:rsidR="00FB1ED4" w:rsidRDefault="00200F30">
      <w:pPr>
        <w:shd w:val="clear" w:color="auto" w:fill="0788B0"/>
        <w:spacing w:after="220"/>
      </w:pPr>
      <w:r>
        <w:t xml:space="preserve"> </w:t>
      </w:r>
    </w:p>
    <w:p w14:paraId="63DF3AFA" w14:textId="77777777" w:rsidR="00FB1ED4" w:rsidRDefault="00200F30">
      <w:pPr>
        <w:spacing w:after="120"/>
        <w:jc w:val="center"/>
      </w:pPr>
      <w:r>
        <w:rPr>
          <w:noProof/>
        </w:rPr>
        <w:drawing>
          <wp:inline distT="0" distB="0" distL="0" distR="0" wp14:anchorId="61E39DC7" wp14:editId="7428BA86">
            <wp:extent cx="1609344" cy="920390"/>
            <wp:effectExtent l="0" t="0" r="0" b="0"/>
            <wp:docPr id="1" name="Официальный фирменный логотип TOR" descr="Официальный фирменный логотип 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_t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9344" cy="9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679E4" w14:textId="77777777" w:rsidR="00FB1ED4" w:rsidRPr="00696AD1" w:rsidRDefault="00200F30">
      <w:pPr>
        <w:spacing w:after="40"/>
        <w:jc w:val="center"/>
        <w:rPr>
          <w:lang w:val="ru-RU"/>
        </w:rPr>
      </w:pPr>
      <w:r w:rsidRPr="00696AD1">
        <w:rPr>
          <w:b/>
          <w:color w:val="123B52"/>
          <w:sz w:val="46"/>
          <w:lang w:val="ru-RU"/>
        </w:rPr>
        <w:t xml:space="preserve">ПОЛОМОЕЧНАЯ МАШИНА </w:t>
      </w:r>
      <w:r>
        <w:rPr>
          <w:b/>
          <w:color w:val="123B52"/>
          <w:sz w:val="46"/>
        </w:rPr>
        <w:t>TOR</w:t>
      </w:r>
    </w:p>
    <w:p w14:paraId="75DED6F9" w14:textId="77777777" w:rsidR="00FB1ED4" w:rsidRPr="00696AD1" w:rsidRDefault="00200F30">
      <w:pPr>
        <w:spacing w:after="120"/>
        <w:jc w:val="center"/>
        <w:rPr>
          <w:lang w:val="ru-RU"/>
        </w:rPr>
      </w:pPr>
      <w:r>
        <w:rPr>
          <w:b/>
          <w:color w:val="0788B0"/>
          <w:sz w:val="72"/>
        </w:rPr>
        <w:t>JH</w:t>
      </w:r>
      <w:r w:rsidRPr="00696AD1">
        <w:rPr>
          <w:b/>
          <w:color w:val="0788B0"/>
          <w:sz w:val="72"/>
          <w:lang w:val="ru-RU"/>
        </w:rPr>
        <w:t>-530</w:t>
      </w:r>
    </w:p>
    <w:p w14:paraId="00EA02AD" w14:textId="77777777" w:rsidR="00FB1ED4" w:rsidRPr="00696AD1" w:rsidRDefault="00200F30">
      <w:pPr>
        <w:spacing w:after="40"/>
        <w:jc w:val="center"/>
        <w:rPr>
          <w:lang w:val="ru-RU"/>
        </w:rPr>
      </w:pPr>
      <w:r w:rsidRPr="00696AD1">
        <w:rPr>
          <w:b/>
          <w:color w:val="D46A12"/>
          <w:sz w:val="26"/>
          <w:lang w:val="ru-RU"/>
        </w:rPr>
        <w:t>СЕТЕВАЯ ВЕРСИЯ</w:t>
      </w:r>
    </w:p>
    <w:p w14:paraId="2C754FD6" w14:textId="77777777" w:rsidR="00FB1ED4" w:rsidRDefault="00200F30">
      <w:pPr>
        <w:spacing w:after="160"/>
        <w:jc w:val="center"/>
      </w:pPr>
      <w:proofErr w:type="spellStart"/>
      <w:r>
        <w:rPr>
          <w:color w:val="687783"/>
          <w:sz w:val="22"/>
        </w:rPr>
        <w:t>Руководство</w:t>
      </w:r>
      <w:proofErr w:type="spellEnd"/>
      <w:r>
        <w:rPr>
          <w:color w:val="687783"/>
          <w:sz w:val="22"/>
        </w:rPr>
        <w:t xml:space="preserve"> </w:t>
      </w:r>
      <w:proofErr w:type="spellStart"/>
      <w:r>
        <w:rPr>
          <w:color w:val="687783"/>
          <w:sz w:val="22"/>
        </w:rPr>
        <w:t>по</w:t>
      </w:r>
      <w:proofErr w:type="spellEnd"/>
      <w:r>
        <w:rPr>
          <w:color w:val="687783"/>
          <w:sz w:val="22"/>
        </w:rPr>
        <w:t xml:space="preserve"> </w:t>
      </w:r>
      <w:proofErr w:type="spellStart"/>
      <w:r>
        <w:rPr>
          <w:color w:val="687783"/>
          <w:sz w:val="22"/>
        </w:rPr>
        <w:t>эксплуатации</w:t>
      </w:r>
      <w:proofErr w:type="spellEnd"/>
    </w:p>
    <w:p w14:paraId="2B8485EF" w14:textId="77777777" w:rsidR="00FB1ED4" w:rsidRDefault="00200F30">
      <w:pPr>
        <w:spacing w:after="0"/>
        <w:jc w:val="center"/>
      </w:pPr>
      <w:r>
        <w:rPr>
          <w:noProof/>
        </w:rPr>
        <w:drawing>
          <wp:inline distT="0" distB="0" distL="0" distR="0" wp14:anchorId="5988A1B6" wp14:editId="69B0A6D8">
            <wp:extent cx="4407408" cy="5389602"/>
            <wp:effectExtent l="0" t="0" r="0" b="0"/>
            <wp:docPr id="2" name="Цветная фотография поломоечной машины TOR JH-530: сетевая версия" descr="Цветная фотография поломоечной машины TOR JH-530: сетевая верс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07408" cy="538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2E1DA" w14:textId="77777777" w:rsidR="00FB1ED4" w:rsidRDefault="00200F30">
      <w:r>
        <w:br w:type="page"/>
      </w:r>
    </w:p>
    <w:p w14:paraId="6D6F36FB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lastRenderedPageBreak/>
        <w:t>РАЗДЕЛ 01   •   СЕТЕВОЕ ПИТАНИЕ</w:t>
      </w:r>
    </w:p>
    <w:p w14:paraId="5E9D2804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Назначение и область применения</w:t>
      </w:r>
    </w:p>
    <w:p w14:paraId="4E15082E" w14:textId="77777777" w:rsidR="00FB1ED4" w:rsidRPr="00696AD1" w:rsidRDefault="00200F30">
      <w:pPr>
        <w:rPr>
          <w:lang w:val="ru-RU"/>
        </w:rPr>
      </w:pPr>
      <w:r>
        <w:t>TOR</w:t>
      </w:r>
      <w:r w:rsidRPr="00696AD1">
        <w:rPr>
          <w:lang w:val="ru-RU"/>
        </w:rPr>
        <w:t xml:space="preserve"> </w:t>
      </w:r>
      <w:r>
        <w:t>JH</w:t>
      </w:r>
      <w:r w:rsidRPr="00696AD1">
        <w:rPr>
          <w:lang w:val="ru-RU"/>
        </w:rPr>
        <w:t xml:space="preserve">-530 - поломоечная машина толкаемого типа для влажной уборки твердых полов внутри помещений. В </w:t>
      </w:r>
      <w:r w:rsidRPr="00696AD1">
        <w:rPr>
          <w:lang w:val="ru-RU"/>
        </w:rPr>
        <w:t>данном исполнении машина работает от электрической сети через штатный кабель питания.</w:t>
      </w:r>
    </w:p>
    <w:p w14:paraId="17E7A7AD" w14:textId="77777777" w:rsidR="00FB1ED4" w:rsidRDefault="00200F30">
      <w:pPr>
        <w:pStyle w:val="2"/>
      </w:pPr>
      <w:proofErr w:type="spellStart"/>
      <w:r>
        <w:t>Подходящие</w:t>
      </w:r>
      <w:proofErr w:type="spellEnd"/>
      <w:r>
        <w:t xml:space="preserve"> </w:t>
      </w:r>
      <w:proofErr w:type="spellStart"/>
      <w:r>
        <w:t>объекты</w:t>
      </w:r>
      <w:proofErr w:type="spellEnd"/>
    </w:p>
    <w:p w14:paraId="2D185EF5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Склады, торговые и выставочные залы, производственные проходы, общественные здания.</w:t>
      </w:r>
    </w:p>
    <w:p w14:paraId="1AFF9EF2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Плитка, бетон, полимерные покрытия и другие твердые водостойкие пов</w:t>
      </w:r>
      <w:r w:rsidRPr="00696AD1">
        <w:rPr>
          <w:sz w:val="20"/>
          <w:lang w:val="ru-RU"/>
        </w:rPr>
        <w:t>ерхности.</w:t>
      </w:r>
    </w:p>
    <w:p w14:paraId="5B815765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 xml:space="preserve">Профессиональная уборка с подходящей щеткой или </w:t>
      </w:r>
      <w:proofErr w:type="spellStart"/>
      <w:r w:rsidRPr="00696AD1">
        <w:rPr>
          <w:sz w:val="20"/>
          <w:lang w:val="ru-RU"/>
        </w:rPr>
        <w:t>падом</w:t>
      </w:r>
      <w:proofErr w:type="spellEnd"/>
      <w:r w:rsidRPr="00696AD1">
        <w:rPr>
          <w:sz w:val="20"/>
          <w:lang w:val="ru-RU"/>
        </w:rPr>
        <w:t xml:space="preserve"> и </w:t>
      </w:r>
      <w:proofErr w:type="spellStart"/>
      <w:r w:rsidRPr="00696AD1">
        <w:rPr>
          <w:sz w:val="20"/>
          <w:lang w:val="ru-RU"/>
        </w:rPr>
        <w:t>низкопенным</w:t>
      </w:r>
      <w:proofErr w:type="spellEnd"/>
      <w:r w:rsidRPr="00696AD1">
        <w:rPr>
          <w:sz w:val="20"/>
          <w:lang w:val="ru-RU"/>
        </w:rPr>
        <w:t xml:space="preserve"> моющим средством.</w:t>
      </w:r>
    </w:p>
    <w:p w14:paraId="0C02A159" w14:textId="77777777" w:rsidR="00FB1ED4" w:rsidRDefault="00200F30">
      <w:pPr>
        <w:pStyle w:val="2"/>
      </w:pPr>
      <w:proofErr w:type="spellStart"/>
      <w:r>
        <w:t>Перед</w:t>
      </w:r>
      <w:proofErr w:type="spellEnd"/>
      <w:r>
        <w:t xml:space="preserve"> </w:t>
      </w:r>
      <w:proofErr w:type="spellStart"/>
      <w:r>
        <w:t>вводом</w:t>
      </w:r>
      <w:proofErr w:type="spellEnd"/>
      <w:r>
        <w:t xml:space="preserve"> в </w:t>
      </w:r>
      <w:proofErr w:type="spellStart"/>
      <w:r>
        <w:t>эксплуатацию</w:t>
      </w:r>
      <w:proofErr w:type="spellEnd"/>
    </w:p>
    <w:p w14:paraId="5BF49D23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Запишите модель, серийный номер и дату ввода машины в работу.</w:t>
      </w:r>
    </w:p>
    <w:p w14:paraId="523D1E55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 xml:space="preserve">Сверьте фактическую комплектацию и технические параметры с паспортной </w:t>
      </w:r>
      <w:r w:rsidRPr="00696AD1">
        <w:rPr>
          <w:sz w:val="20"/>
          <w:lang w:val="ru-RU"/>
        </w:rPr>
        <w:t>табличкой.</w:t>
      </w:r>
    </w:p>
    <w:p w14:paraId="0DC17BD2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Допускайте к работе только обученных сотрудников, ознакомленных с руководством.</w:t>
      </w:r>
    </w:p>
    <w:tbl>
      <w:tblPr>
        <w:tblW w:w="10140" w:type="dxa"/>
        <w:tblInd w:w="170" w:type="dxa"/>
        <w:tblBorders>
          <w:top w:val="single" w:sz="9" w:space="0" w:color="D46A12"/>
          <w:left w:val="single" w:sz="9" w:space="0" w:color="D46A12"/>
          <w:bottom w:val="single" w:sz="9" w:space="0" w:color="D46A12"/>
          <w:right w:val="single" w:sz="9" w:space="0" w:color="D46A12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14:paraId="75CE5AA7" w14:textId="77777777">
        <w:trPr>
          <w:cantSplit/>
          <w:tblHeader/>
        </w:trPr>
        <w:tc>
          <w:tcPr>
            <w:tcW w:w="10140" w:type="dxa"/>
            <w:shd w:val="clear" w:color="auto" w:fill="FFF2E7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2B7F211" w14:textId="77777777" w:rsidR="00FB1ED4" w:rsidRDefault="00200F30">
            <w:pPr>
              <w:spacing w:after="0" w:line="269" w:lineRule="auto"/>
            </w:pPr>
            <w:proofErr w:type="gramStart"/>
            <w:r w:rsidRPr="00696AD1">
              <w:rPr>
                <w:b/>
                <w:color w:val="D46A12"/>
                <w:sz w:val="19"/>
                <w:lang w:val="ru-RU"/>
              </w:rPr>
              <w:t xml:space="preserve">ВАЖНО  </w:t>
            </w:r>
            <w:r w:rsidRPr="00696AD1">
              <w:rPr>
                <w:sz w:val="19"/>
                <w:lang w:val="ru-RU"/>
              </w:rPr>
              <w:t>Данное</w:t>
            </w:r>
            <w:proofErr w:type="gramEnd"/>
            <w:r w:rsidRPr="00696AD1">
              <w:rPr>
                <w:sz w:val="19"/>
                <w:lang w:val="ru-RU"/>
              </w:rPr>
              <w:t xml:space="preserve"> руководство относится только к указанному на обложке типу питания. </w:t>
            </w:r>
            <w:proofErr w:type="spellStart"/>
            <w:r>
              <w:rPr>
                <w:sz w:val="19"/>
              </w:rPr>
              <w:t>Используйте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соответствующие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комплектующие</w:t>
            </w:r>
            <w:proofErr w:type="spellEnd"/>
            <w:r>
              <w:rPr>
                <w:sz w:val="19"/>
              </w:rPr>
              <w:t xml:space="preserve"> и правила подключения.</w:t>
            </w:r>
          </w:p>
        </w:tc>
      </w:tr>
    </w:tbl>
    <w:p w14:paraId="0878A8C4" w14:textId="77777777" w:rsidR="00FB1ED4" w:rsidRDefault="00FB1ED4">
      <w:pPr>
        <w:spacing w:after="20"/>
      </w:pPr>
    </w:p>
    <w:p w14:paraId="17EF107E" w14:textId="47AC7E5D" w:rsidR="00FB1ED4" w:rsidRDefault="00FB1ED4"/>
    <w:p w14:paraId="49586879" w14:textId="77777777" w:rsidR="00FB1ED4" w:rsidRDefault="00200F30">
      <w:pPr>
        <w:keepNext/>
        <w:spacing w:after="40"/>
      </w:pPr>
      <w:r>
        <w:rPr>
          <w:b/>
          <w:color w:val="0788B0"/>
          <w:sz w:val="17"/>
        </w:rPr>
        <w:t xml:space="preserve">РАЗДЕЛ 02   • </w:t>
      </w:r>
      <w:r>
        <w:rPr>
          <w:b/>
          <w:color w:val="0788B0"/>
          <w:sz w:val="17"/>
        </w:rPr>
        <w:t xml:space="preserve">  СЕТЕВОЕ ПИТАНИЕ</w:t>
      </w:r>
    </w:p>
    <w:p w14:paraId="5FACB45C" w14:textId="77777777" w:rsidR="00FB1ED4" w:rsidRDefault="00200F30">
      <w:pPr>
        <w:pStyle w:val="1"/>
      </w:pPr>
      <w:r>
        <w:t>Общие требования безопасности</w:t>
      </w:r>
    </w:p>
    <w:p w14:paraId="7F90156B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Не используйте оборудование рядом с бензином, растворителями, горючими газами и взрывоопасной пылью.</w:t>
      </w:r>
    </w:p>
    <w:p w14:paraId="5592AE91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Не собирайте горячую золу, горящие предметы, химически активные металлы и опасные жидкости.</w:t>
      </w:r>
    </w:p>
    <w:p w14:paraId="773FE4E3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Перед началом р</w:t>
      </w:r>
      <w:r w:rsidRPr="00696AD1">
        <w:rPr>
          <w:sz w:val="20"/>
          <w:lang w:val="ru-RU"/>
        </w:rPr>
        <w:t>аботы осмотрите машину, защитные кожухи, шланги, щетку и водосборную балку.</w:t>
      </w:r>
    </w:p>
    <w:p w14:paraId="693CCE1A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Работайте в нескользящей обуви; снижайте скорость на поворотах, скользких участках и уклонах.</w:t>
      </w:r>
    </w:p>
    <w:p w14:paraId="5CBB9C2D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Не прикасайтесь к вращающейся щетке и не допускайте детей в рабочую зону.</w:t>
      </w:r>
    </w:p>
    <w:p w14:paraId="2463574C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Не мойте кор</w:t>
      </w:r>
      <w:r w:rsidRPr="00696AD1">
        <w:rPr>
          <w:sz w:val="20"/>
          <w:lang w:val="ru-RU"/>
        </w:rPr>
        <w:t>пус струей воды высокого давления и не допускайте попадания воды на электрооборудование.</w:t>
      </w:r>
    </w:p>
    <w:p w14:paraId="1218B622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 xml:space="preserve">Используйте только совместимые </w:t>
      </w:r>
      <w:proofErr w:type="spellStart"/>
      <w:r w:rsidRPr="00696AD1">
        <w:rPr>
          <w:sz w:val="20"/>
          <w:lang w:val="ru-RU"/>
        </w:rPr>
        <w:t>низкопенные</w:t>
      </w:r>
      <w:proofErr w:type="spellEnd"/>
      <w:r w:rsidRPr="00696AD1">
        <w:rPr>
          <w:sz w:val="20"/>
          <w:lang w:val="ru-RU"/>
        </w:rPr>
        <w:t xml:space="preserve"> моющие средства и соблюдайте дозировку производителя.</w:t>
      </w:r>
    </w:p>
    <w:p w14:paraId="591000AE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При неисправности остановите машину и обратитесь к уполномоченному спе</w:t>
      </w:r>
      <w:r w:rsidRPr="00696AD1">
        <w:rPr>
          <w:sz w:val="20"/>
          <w:lang w:val="ru-RU"/>
        </w:rPr>
        <w:t>циалисту.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:rsidRPr="00696AD1" w14:paraId="7E04D0FA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5F6F43E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proofErr w:type="gramStart"/>
            <w:r w:rsidRPr="00696AD1">
              <w:rPr>
                <w:b/>
                <w:color w:val="C5362C"/>
                <w:sz w:val="19"/>
                <w:lang w:val="ru-RU"/>
              </w:rPr>
              <w:t xml:space="preserve">ОПАСНОСТЬ  </w:t>
            </w:r>
            <w:r w:rsidRPr="00696AD1">
              <w:rPr>
                <w:sz w:val="19"/>
                <w:lang w:val="ru-RU"/>
              </w:rPr>
              <w:t>Перед</w:t>
            </w:r>
            <w:proofErr w:type="gramEnd"/>
            <w:r w:rsidRPr="00696AD1">
              <w:rPr>
                <w:sz w:val="19"/>
                <w:lang w:val="ru-RU"/>
              </w:rPr>
              <w:t xml:space="preserve"> чисткой, ремонтом, заменой щетки или обслуживанием полностью отключите источник питания машины.</w:t>
            </w:r>
          </w:p>
        </w:tc>
      </w:tr>
    </w:tbl>
    <w:p w14:paraId="19D1FA96" w14:textId="77777777" w:rsidR="00FB1ED4" w:rsidRPr="00696AD1" w:rsidRDefault="00FB1ED4">
      <w:pPr>
        <w:spacing w:after="20"/>
        <w:rPr>
          <w:lang w:val="ru-RU"/>
        </w:rPr>
      </w:pPr>
    </w:p>
    <w:p w14:paraId="27871865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04BFB49C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03   •   СЕТЕВОЕ ПИТАНИЕ</w:t>
      </w:r>
    </w:p>
    <w:p w14:paraId="498076F3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Электробезопасность сетевой машины</w:t>
      </w:r>
    </w:p>
    <w:p w14:paraId="60601D8B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 xml:space="preserve">Перед подключением сверяйте напряжение и частоту </w:t>
      </w:r>
      <w:r w:rsidRPr="00696AD1">
        <w:rPr>
          <w:sz w:val="20"/>
          <w:lang w:val="ru-RU"/>
        </w:rPr>
        <w:t>питающей сети с паспортной табличкой конкретной машины.</w:t>
      </w:r>
    </w:p>
    <w:p w14:paraId="625A5275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Используйте исправную розетку с защитным заземлением и подходящую защиту электрической цепи.</w:t>
      </w:r>
    </w:p>
    <w:p w14:paraId="3E1A4119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При работе во влажной зоне применяйте устройство защитного отключения согласно требованиям электробезопасно</w:t>
      </w:r>
      <w:r w:rsidRPr="00696AD1">
        <w:rPr>
          <w:sz w:val="20"/>
          <w:lang w:val="ru-RU"/>
        </w:rPr>
        <w:t>сти объекта.</w:t>
      </w:r>
    </w:p>
    <w:p w14:paraId="104039D2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Не подключайте машину поврежденным кабелем, неисправной вилкой или влажными руками.</w:t>
      </w:r>
    </w:p>
    <w:p w14:paraId="0AF6E9AF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Не допускайте проезда щеткой или колесами по кабелю, его натяжения, защемления и контакта с водой.</w:t>
      </w:r>
    </w:p>
    <w:p w14:paraId="3D6FA17C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Удлинитель должен быть рассчитан на мощность машины, полност</w:t>
      </w:r>
      <w:r w:rsidRPr="00696AD1">
        <w:rPr>
          <w:sz w:val="20"/>
          <w:lang w:val="ru-RU"/>
        </w:rPr>
        <w:t>ью размотан и иметь рабочее заземление.</w:t>
      </w:r>
    </w:p>
    <w:p w14:paraId="7E92F3C0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Перед чисткой и обслуживанием сначала выключите машину, затем извлеките вилку из розетки.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14:paraId="5794C7B3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69E078E" w14:textId="77777777" w:rsidR="00FB1ED4" w:rsidRDefault="00200F30">
            <w:pPr>
              <w:spacing w:after="0" w:line="269" w:lineRule="auto"/>
            </w:pPr>
            <w:proofErr w:type="gramStart"/>
            <w:r w:rsidRPr="00696AD1">
              <w:rPr>
                <w:b/>
                <w:color w:val="C5362C"/>
                <w:sz w:val="19"/>
                <w:lang w:val="ru-RU"/>
              </w:rPr>
              <w:t xml:space="preserve">ЭЛЕКТРОБЕЗОПАСНОСТЬ  </w:t>
            </w:r>
            <w:r w:rsidRPr="00696AD1">
              <w:rPr>
                <w:sz w:val="19"/>
                <w:lang w:val="ru-RU"/>
              </w:rPr>
              <w:t>Не</w:t>
            </w:r>
            <w:proofErr w:type="gramEnd"/>
            <w:r w:rsidRPr="00696AD1">
              <w:rPr>
                <w:sz w:val="19"/>
                <w:lang w:val="ru-RU"/>
              </w:rPr>
              <w:t xml:space="preserve"> подключайте машину к сети, параметры которой не совпадают с ее заводской маркировкой. </w:t>
            </w:r>
            <w:r>
              <w:rPr>
                <w:sz w:val="19"/>
              </w:rPr>
              <w:t xml:space="preserve">В </w:t>
            </w:r>
            <w:proofErr w:type="spellStart"/>
            <w:r>
              <w:rPr>
                <w:sz w:val="19"/>
              </w:rPr>
              <w:t>сомнительных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</w:t>
            </w:r>
            <w:r>
              <w:rPr>
                <w:sz w:val="19"/>
              </w:rPr>
              <w:t>лучаях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обратитесь</w:t>
            </w:r>
            <w:proofErr w:type="spellEnd"/>
            <w:r>
              <w:rPr>
                <w:sz w:val="19"/>
              </w:rPr>
              <w:t xml:space="preserve"> к квалифицированному электрику.</w:t>
            </w:r>
          </w:p>
        </w:tc>
      </w:tr>
    </w:tbl>
    <w:p w14:paraId="01BDF433" w14:textId="77777777" w:rsidR="00FB1ED4" w:rsidRDefault="00FB1ED4">
      <w:pPr>
        <w:spacing w:after="20"/>
      </w:pPr>
    </w:p>
    <w:p w14:paraId="1D22CB8A" w14:textId="1207BDD2" w:rsidR="00FB1ED4" w:rsidRDefault="00200F30" w:rsidP="00696AD1">
      <w:r>
        <w:rPr>
          <w:b/>
          <w:color w:val="0788B0"/>
          <w:sz w:val="17"/>
        </w:rPr>
        <w:t>РАЗДЕЛ 04   •   СЕТЕВОЕ ПИТАНИЕ</w:t>
      </w:r>
    </w:p>
    <w:p w14:paraId="5AE74014" w14:textId="77777777" w:rsidR="00FB1ED4" w:rsidRDefault="00200F30">
      <w:pPr>
        <w:pStyle w:val="1"/>
      </w:pPr>
      <w:r>
        <w:t>Технические характеристики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5490"/>
      </w:tblGrid>
      <w:tr w:rsidR="00FB1ED4" w14:paraId="47F253E2" w14:textId="77777777">
        <w:trPr>
          <w:cantSplit/>
          <w:tblHeader/>
        </w:trPr>
        <w:tc>
          <w:tcPr>
            <w:tcW w:w="46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921C06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54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4A0D70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FB1ED4" w14:paraId="0947888F" w14:textId="77777777">
        <w:trPr>
          <w:cantSplit/>
        </w:trPr>
        <w:tc>
          <w:tcPr>
            <w:tcW w:w="4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88E8E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Тип машины</w:t>
            </w:r>
          </w:p>
        </w:tc>
        <w:tc>
          <w:tcPr>
            <w:tcW w:w="5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5BE40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Сетевая поломоечная машина</w:t>
            </w:r>
          </w:p>
        </w:tc>
      </w:tr>
      <w:tr w:rsidR="00FB1ED4" w:rsidRPr="00696AD1" w14:paraId="33BA18AD" w14:textId="77777777">
        <w:trPr>
          <w:cantSplit/>
        </w:trPr>
        <w:tc>
          <w:tcPr>
            <w:tcW w:w="4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4E894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Источник питания</w:t>
            </w:r>
          </w:p>
        </w:tc>
        <w:tc>
          <w:tcPr>
            <w:tcW w:w="5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F52C88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Переменный ток через штатный сетевой кабель</w:t>
            </w:r>
          </w:p>
        </w:tc>
      </w:tr>
      <w:tr w:rsidR="00FB1ED4" w:rsidRPr="00696AD1" w14:paraId="0F46B51B" w14:textId="77777777">
        <w:trPr>
          <w:cantSplit/>
        </w:trPr>
        <w:tc>
          <w:tcPr>
            <w:tcW w:w="4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517254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Номинальное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напряжение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частота</w:t>
            </w:r>
            <w:proofErr w:type="spellEnd"/>
          </w:p>
        </w:tc>
        <w:tc>
          <w:tcPr>
            <w:tcW w:w="5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9BACF3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Только по паспортной табличке машины</w:t>
            </w:r>
          </w:p>
        </w:tc>
      </w:tr>
      <w:tr w:rsidR="00FB1ED4" w14:paraId="448E5E61" w14:textId="77777777">
        <w:trPr>
          <w:cantSplit/>
        </w:trPr>
        <w:tc>
          <w:tcPr>
            <w:tcW w:w="4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9E8395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Ширина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очистки</w:t>
            </w:r>
            <w:proofErr w:type="spellEnd"/>
          </w:p>
        </w:tc>
        <w:tc>
          <w:tcPr>
            <w:tcW w:w="5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2ABC81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530 мм</w:t>
            </w:r>
          </w:p>
        </w:tc>
      </w:tr>
      <w:tr w:rsidR="00FB1ED4" w14:paraId="307FD479" w14:textId="77777777">
        <w:trPr>
          <w:cantSplit/>
        </w:trPr>
        <w:tc>
          <w:tcPr>
            <w:tcW w:w="4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C78DF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Ширина водосборной балки</w:t>
            </w:r>
          </w:p>
        </w:tc>
        <w:tc>
          <w:tcPr>
            <w:tcW w:w="5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9D6D89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770 мм по сетевому руководству</w:t>
            </w:r>
          </w:p>
        </w:tc>
      </w:tr>
      <w:tr w:rsidR="00FB1ED4" w14:paraId="144F8971" w14:textId="77777777">
        <w:trPr>
          <w:cantSplit/>
        </w:trPr>
        <w:tc>
          <w:tcPr>
            <w:tcW w:w="4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06E62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Теоретическая производительность</w:t>
            </w:r>
          </w:p>
        </w:tc>
        <w:tc>
          <w:tcPr>
            <w:tcW w:w="5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B8F30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До 2200 м²/ч</w:t>
            </w:r>
          </w:p>
        </w:tc>
      </w:tr>
      <w:tr w:rsidR="00FB1ED4" w14:paraId="2EBB32DD" w14:textId="77777777">
        <w:trPr>
          <w:cantSplit/>
        </w:trPr>
        <w:tc>
          <w:tcPr>
            <w:tcW w:w="4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58753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Мощность щеточного двигателя</w:t>
            </w:r>
          </w:p>
        </w:tc>
        <w:tc>
          <w:tcPr>
            <w:tcW w:w="5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96800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650 Вт</w:t>
            </w:r>
          </w:p>
        </w:tc>
      </w:tr>
      <w:tr w:rsidR="00FB1ED4" w14:paraId="0316C4DE" w14:textId="77777777">
        <w:trPr>
          <w:cantSplit/>
        </w:trPr>
        <w:tc>
          <w:tcPr>
            <w:tcW w:w="4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9B0E5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 xml:space="preserve">Мощность всасывающего </w:t>
            </w:r>
            <w:r>
              <w:rPr>
                <w:sz w:val="16"/>
              </w:rPr>
              <w:t>двигателя</w:t>
            </w:r>
          </w:p>
        </w:tc>
        <w:tc>
          <w:tcPr>
            <w:tcW w:w="5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82196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500 Вт</w:t>
            </w:r>
          </w:p>
        </w:tc>
      </w:tr>
      <w:tr w:rsidR="00FB1ED4" w14:paraId="769B8E38" w14:textId="77777777">
        <w:trPr>
          <w:cantSplit/>
        </w:trPr>
        <w:tc>
          <w:tcPr>
            <w:tcW w:w="4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8B30C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Суммарная мощность</w:t>
            </w:r>
          </w:p>
        </w:tc>
        <w:tc>
          <w:tcPr>
            <w:tcW w:w="5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DAD14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1150 Вт: 650 + 500</w:t>
            </w:r>
          </w:p>
        </w:tc>
      </w:tr>
      <w:tr w:rsidR="00FB1ED4" w14:paraId="2CA690F3" w14:textId="77777777">
        <w:trPr>
          <w:cantSplit/>
        </w:trPr>
        <w:tc>
          <w:tcPr>
            <w:tcW w:w="4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ABFD1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Скорость вращения щетки</w:t>
            </w:r>
          </w:p>
        </w:tc>
        <w:tc>
          <w:tcPr>
            <w:tcW w:w="5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195A3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185 об/мин</w:t>
            </w:r>
          </w:p>
        </w:tc>
      </w:tr>
      <w:tr w:rsidR="00FB1ED4" w14:paraId="6BEF72CD" w14:textId="77777777">
        <w:trPr>
          <w:cantSplit/>
        </w:trPr>
        <w:tc>
          <w:tcPr>
            <w:tcW w:w="4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13911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Разрежение всасывания</w:t>
            </w:r>
          </w:p>
        </w:tc>
        <w:tc>
          <w:tcPr>
            <w:tcW w:w="5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B319B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180 мбар</w:t>
            </w:r>
          </w:p>
        </w:tc>
      </w:tr>
      <w:tr w:rsidR="00FB1ED4" w14:paraId="53ABA885" w14:textId="77777777">
        <w:trPr>
          <w:cantSplit/>
        </w:trPr>
        <w:tc>
          <w:tcPr>
            <w:tcW w:w="4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14081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Бак чистой воды</w:t>
            </w:r>
          </w:p>
        </w:tc>
        <w:tc>
          <w:tcPr>
            <w:tcW w:w="5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86A66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45 л</w:t>
            </w:r>
          </w:p>
        </w:tc>
      </w:tr>
      <w:tr w:rsidR="00FB1ED4" w14:paraId="7E3E5360" w14:textId="77777777">
        <w:trPr>
          <w:cantSplit/>
        </w:trPr>
        <w:tc>
          <w:tcPr>
            <w:tcW w:w="4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6CD8F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Бак грязной воды</w:t>
            </w:r>
          </w:p>
        </w:tc>
        <w:tc>
          <w:tcPr>
            <w:tcW w:w="5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CD90F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56 л</w:t>
            </w:r>
          </w:p>
        </w:tc>
      </w:tr>
      <w:tr w:rsidR="00FB1ED4" w14:paraId="0C4EA0BE" w14:textId="77777777">
        <w:trPr>
          <w:cantSplit/>
        </w:trPr>
        <w:tc>
          <w:tcPr>
            <w:tcW w:w="4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11844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Габариты Д × Ш × В</w:t>
            </w:r>
          </w:p>
        </w:tc>
        <w:tc>
          <w:tcPr>
            <w:tcW w:w="5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0D9D0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127 × 55 × 109 см по исходному руководству</w:t>
            </w:r>
          </w:p>
        </w:tc>
      </w:tr>
      <w:tr w:rsidR="00FB1ED4" w:rsidRPr="00696AD1" w14:paraId="5B170876" w14:textId="77777777">
        <w:trPr>
          <w:cantSplit/>
        </w:trPr>
        <w:tc>
          <w:tcPr>
            <w:tcW w:w="4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794229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 xml:space="preserve">Масса сетевой </w:t>
            </w:r>
            <w:r>
              <w:rPr>
                <w:sz w:val="16"/>
              </w:rPr>
              <w:t>машины</w:t>
            </w:r>
          </w:p>
        </w:tc>
        <w:tc>
          <w:tcPr>
            <w:tcW w:w="5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EBEE05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Уточняется по шильдику и комплектации</w:t>
            </w:r>
          </w:p>
        </w:tc>
      </w:tr>
      <w:tr w:rsidR="00FB1ED4" w:rsidRPr="00696AD1" w14:paraId="7D6F2A46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DAC7E1F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D79600"/>
                <w:sz w:val="19"/>
                <w:lang w:val="ru-RU"/>
              </w:rPr>
              <w:t xml:space="preserve">ПРОВЕРКА </w:t>
            </w:r>
            <w:proofErr w:type="gramStart"/>
            <w:r w:rsidRPr="00696AD1">
              <w:rPr>
                <w:b/>
                <w:color w:val="D79600"/>
                <w:sz w:val="19"/>
                <w:lang w:val="ru-RU"/>
              </w:rPr>
              <w:t xml:space="preserve">ПАРАМЕТРОВ  </w:t>
            </w:r>
            <w:r w:rsidRPr="00696AD1">
              <w:rPr>
                <w:sz w:val="19"/>
                <w:lang w:val="ru-RU"/>
              </w:rPr>
              <w:t>В</w:t>
            </w:r>
            <w:proofErr w:type="gramEnd"/>
            <w:r w:rsidRPr="00696AD1">
              <w:rPr>
                <w:sz w:val="19"/>
                <w:lang w:val="ru-RU"/>
              </w:rPr>
              <w:t xml:space="preserve"> исходном файле сетевой версии ошибочно сохранена строка «24 В / 120 </w:t>
            </w:r>
            <w:proofErr w:type="spellStart"/>
            <w:r w:rsidRPr="00696AD1">
              <w:rPr>
                <w:sz w:val="19"/>
                <w:lang w:val="ru-RU"/>
              </w:rPr>
              <w:t>А·ч</w:t>
            </w:r>
            <w:proofErr w:type="spellEnd"/>
            <w:r w:rsidRPr="00696AD1">
              <w:rPr>
                <w:sz w:val="19"/>
                <w:lang w:val="ru-RU"/>
              </w:rPr>
              <w:t xml:space="preserve">» от аккумуляторной модели. Она не относится к сетевой машине; номинал сети определяйте только по ее </w:t>
            </w:r>
            <w:r w:rsidRPr="00696AD1">
              <w:rPr>
                <w:sz w:val="19"/>
                <w:lang w:val="ru-RU"/>
              </w:rPr>
              <w:t>заводской табличке.</w:t>
            </w:r>
          </w:p>
        </w:tc>
      </w:tr>
    </w:tbl>
    <w:p w14:paraId="2CB5B66B" w14:textId="77777777" w:rsidR="00FB1ED4" w:rsidRPr="00696AD1" w:rsidRDefault="00FB1ED4">
      <w:pPr>
        <w:spacing w:after="20"/>
        <w:rPr>
          <w:lang w:val="ru-RU"/>
        </w:rPr>
      </w:pPr>
    </w:p>
    <w:p w14:paraId="5223EB6E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470BBC84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05   •   СЕТЕВОЕ ПИТАНИЕ</w:t>
      </w:r>
    </w:p>
    <w:p w14:paraId="284C00D3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Общий вид и основные узлы</w:t>
      </w:r>
    </w:p>
    <w:p w14:paraId="06C87593" w14:textId="77777777" w:rsidR="00FB1ED4" w:rsidRDefault="00200F3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8FDA39B" wp14:editId="757A43CD">
            <wp:extent cx="4096512" cy="5009422"/>
            <wp:effectExtent l="0" t="0" r="0" b="0"/>
            <wp:docPr id="3" name="Качественная цветная фотография машины TOR JH-530" descr="Качественная цветная фотография машины TOR JH-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500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3307D" w14:textId="77777777" w:rsidR="00FB1ED4" w:rsidRPr="00696AD1" w:rsidRDefault="00200F30">
      <w:pPr>
        <w:pStyle w:val="FigureCaption"/>
        <w:keepLines/>
        <w:rPr>
          <w:lang w:val="ru-RU"/>
        </w:rPr>
      </w:pPr>
      <w:r w:rsidRPr="00696AD1">
        <w:rPr>
          <w:lang w:val="ru-RU"/>
        </w:rPr>
        <w:t xml:space="preserve">Поломоечная машина </w:t>
      </w:r>
      <w:r>
        <w:t>TOR</w:t>
      </w:r>
      <w:r w:rsidRPr="00696AD1">
        <w:rPr>
          <w:lang w:val="ru-RU"/>
        </w:rPr>
        <w:t xml:space="preserve"> </w:t>
      </w:r>
      <w:r>
        <w:t>JH</w:t>
      </w:r>
      <w:r w:rsidRPr="00696AD1">
        <w:rPr>
          <w:lang w:val="ru-RU"/>
        </w:rPr>
        <w:t>-530: общий вид и фирменная маркировка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290"/>
        <w:gridCol w:w="6850"/>
      </w:tblGrid>
      <w:tr w:rsidR="00FB1ED4" w14:paraId="6EB8902C" w14:textId="77777777">
        <w:trPr>
          <w:cantSplit/>
          <w:tblHeader/>
        </w:trPr>
        <w:tc>
          <w:tcPr>
            <w:tcW w:w="32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780C12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Узел</w:t>
            </w:r>
            <w:proofErr w:type="spellEnd"/>
          </w:p>
        </w:tc>
        <w:tc>
          <w:tcPr>
            <w:tcW w:w="68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73CE27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FB1ED4" w:rsidRPr="00696AD1" w14:paraId="4330799D" w14:textId="77777777">
        <w:trPr>
          <w:cantSplit/>
        </w:trPr>
        <w:tc>
          <w:tcPr>
            <w:tcW w:w="32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7FD84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Щеточная головка</w:t>
            </w:r>
          </w:p>
        </w:tc>
        <w:tc>
          <w:tcPr>
            <w:tcW w:w="6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99E699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Механическая очистка пола вращающейся щеткой или </w:t>
            </w:r>
            <w:proofErr w:type="spellStart"/>
            <w:r w:rsidRPr="00696AD1">
              <w:rPr>
                <w:sz w:val="16"/>
                <w:lang w:val="ru-RU"/>
              </w:rPr>
              <w:t>падом</w:t>
            </w:r>
            <w:proofErr w:type="spellEnd"/>
            <w:r w:rsidRPr="00696AD1">
              <w:rPr>
                <w:sz w:val="16"/>
                <w:lang w:val="ru-RU"/>
              </w:rPr>
              <w:t>.</w:t>
            </w:r>
          </w:p>
        </w:tc>
      </w:tr>
      <w:tr w:rsidR="00FB1ED4" w:rsidRPr="00696AD1" w14:paraId="76676C6D" w14:textId="77777777">
        <w:trPr>
          <w:cantSplit/>
        </w:trPr>
        <w:tc>
          <w:tcPr>
            <w:tcW w:w="32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B64398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Бак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чистого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раствора</w:t>
            </w:r>
            <w:proofErr w:type="spellEnd"/>
          </w:p>
        </w:tc>
        <w:tc>
          <w:tcPr>
            <w:tcW w:w="68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BE39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Запас воды и </w:t>
            </w:r>
            <w:proofErr w:type="spellStart"/>
            <w:r w:rsidRPr="00696AD1">
              <w:rPr>
                <w:sz w:val="16"/>
                <w:lang w:val="ru-RU"/>
              </w:rPr>
              <w:t>низкопенного</w:t>
            </w:r>
            <w:proofErr w:type="spellEnd"/>
            <w:r w:rsidRPr="00696AD1">
              <w:rPr>
                <w:sz w:val="16"/>
                <w:lang w:val="ru-RU"/>
              </w:rPr>
              <w:t xml:space="preserve"> моющего средства.</w:t>
            </w:r>
          </w:p>
        </w:tc>
      </w:tr>
      <w:tr w:rsidR="00FB1ED4" w:rsidRPr="00696AD1" w14:paraId="3B023049" w14:textId="77777777">
        <w:trPr>
          <w:cantSplit/>
        </w:trPr>
        <w:tc>
          <w:tcPr>
            <w:tcW w:w="32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7777F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Бак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грязной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воды</w:t>
            </w:r>
            <w:proofErr w:type="spellEnd"/>
          </w:p>
        </w:tc>
        <w:tc>
          <w:tcPr>
            <w:tcW w:w="6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70448A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Сбор использованного раствора и загрязнений.</w:t>
            </w:r>
          </w:p>
        </w:tc>
      </w:tr>
      <w:tr w:rsidR="00FB1ED4" w:rsidRPr="00696AD1" w14:paraId="53CD0FD5" w14:textId="77777777">
        <w:trPr>
          <w:cantSplit/>
        </w:trPr>
        <w:tc>
          <w:tcPr>
            <w:tcW w:w="32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03254D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Водосборная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балка</w:t>
            </w:r>
            <w:proofErr w:type="spellEnd"/>
          </w:p>
        </w:tc>
        <w:tc>
          <w:tcPr>
            <w:tcW w:w="68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BAF16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Направление воды к всасывающему шлангу и осушение пола.</w:t>
            </w:r>
          </w:p>
        </w:tc>
      </w:tr>
      <w:tr w:rsidR="00FB1ED4" w:rsidRPr="00696AD1" w14:paraId="537D1B9E" w14:textId="77777777">
        <w:trPr>
          <w:cantSplit/>
        </w:trPr>
        <w:tc>
          <w:tcPr>
            <w:tcW w:w="32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E5366B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Рукоятка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управления</w:t>
            </w:r>
            <w:proofErr w:type="spellEnd"/>
          </w:p>
        </w:tc>
        <w:tc>
          <w:tcPr>
            <w:tcW w:w="6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659120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Направление движения и </w:t>
            </w:r>
            <w:r w:rsidRPr="00696AD1">
              <w:rPr>
                <w:sz w:val="16"/>
                <w:lang w:val="ru-RU"/>
              </w:rPr>
              <w:t>управление рабочими функциями.</w:t>
            </w:r>
          </w:p>
        </w:tc>
      </w:tr>
    </w:tbl>
    <w:p w14:paraId="01994F93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718E6DBA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06   •   СЕТЕВОЕ ПИТАНИЕ</w:t>
      </w:r>
    </w:p>
    <w:p w14:paraId="001462AD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Панель управления и задняя часть</w:t>
      </w:r>
    </w:p>
    <w:p w14:paraId="291A274B" w14:textId="77777777" w:rsidR="00FB1ED4" w:rsidRDefault="00200F3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E880F26" wp14:editId="74BA126C">
            <wp:extent cx="4937760" cy="3976196"/>
            <wp:effectExtent l="0" t="0" r="0" b="0"/>
            <wp:docPr id="4" name="Цветное изображение задней части TOR JH-530 с пронумерованными органами управления" descr="Цветное изображение задней части TOR JH-530 с пронумерованными органами упр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r_map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397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234AC" w14:textId="77777777" w:rsidR="00FB1ED4" w:rsidRPr="00696AD1" w:rsidRDefault="00200F30">
      <w:pPr>
        <w:pStyle w:val="FigureCaption"/>
        <w:keepLines/>
        <w:rPr>
          <w:lang w:val="ru-RU"/>
        </w:rPr>
      </w:pPr>
      <w:r w:rsidRPr="00696AD1">
        <w:rPr>
          <w:lang w:val="ru-RU"/>
        </w:rPr>
        <w:t>Основные органы управления и рабочие узлы задней части машины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3180"/>
        <w:gridCol w:w="6360"/>
      </w:tblGrid>
      <w:tr w:rsidR="00FB1ED4" w14:paraId="55F3F467" w14:textId="77777777">
        <w:trPr>
          <w:cantSplit/>
          <w:tblHeader/>
        </w:trPr>
        <w:tc>
          <w:tcPr>
            <w:tcW w:w="6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8B9C74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1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FDCC41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63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91C9B5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Функция</w:t>
            </w:r>
          </w:p>
        </w:tc>
      </w:tr>
      <w:tr w:rsidR="00FB1ED4" w14:paraId="5183E69B" w14:textId="77777777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F3F07C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1</w:t>
            </w:r>
          </w:p>
        </w:tc>
        <w:tc>
          <w:tcPr>
            <w:tcW w:w="3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5D6916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Выключатель щетки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9558FE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Включает привод рабочей щетки.</w:t>
            </w:r>
          </w:p>
        </w:tc>
      </w:tr>
      <w:tr w:rsidR="00FB1ED4" w14:paraId="54CC0D83" w14:textId="77777777">
        <w:trPr>
          <w:cantSplit/>
        </w:trPr>
        <w:tc>
          <w:tcPr>
            <w:tcW w:w="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32BC72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2</w:t>
            </w:r>
          </w:p>
        </w:tc>
        <w:tc>
          <w:tcPr>
            <w:tcW w:w="3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745015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Выключатель всасывания</w:t>
            </w:r>
          </w:p>
        </w:tc>
        <w:tc>
          <w:tcPr>
            <w:tcW w:w="6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311A54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Включает вакуумный двигатель.</w:t>
            </w:r>
          </w:p>
        </w:tc>
      </w:tr>
      <w:tr w:rsidR="00FB1ED4" w:rsidRPr="00696AD1" w14:paraId="50EB9CBC" w14:textId="77777777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2F4451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3</w:t>
            </w:r>
          </w:p>
        </w:tc>
        <w:tc>
          <w:tcPr>
            <w:tcW w:w="3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5C9637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Основной выключатель / ключ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FB9E0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Подает питание на органы управления.</w:t>
            </w:r>
          </w:p>
        </w:tc>
      </w:tr>
      <w:tr w:rsidR="00FB1ED4" w:rsidRPr="00696AD1" w14:paraId="1BFE5FF2" w14:textId="77777777">
        <w:trPr>
          <w:cantSplit/>
        </w:trPr>
        <w:tc>
          <w:tcPr>
            <w:tcW w:w="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E8B8BA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4</w:t>
            </w:r>
          </w:p>
        </w:tc>
        <w:tc>
          <w:tcPr>
            <w:tcW w:w="3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03AF01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Всасывающий шланг</w:t>
            </w:r>
          </w:p>
        </w:tc>
        <w:tc>
          <w:tcPr>
            <w:tcW w:w="6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5DA7E2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Переносит грязную воду в бак-утилизатор.</w:t>
            </w:r>
          </w:p>
        </w:tc>
      </w:tr>
      <w:tr w:rsidR="00FB1ED4" w14:paraId="3A5065B1" w14:textId="77777777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B38E66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5</w:t>
            </w:r>
          </w:p>
        </w:tc>
        <w:tc>
          <w:tcPr>
            <w:tcW w:w="3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6A9D78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Указатель уровня воды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27EA32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 xml:space="preserve">Позволяет контролировать остаток </w:t>
            </w:r>
            <w:r>
              <w:rPr>
                <w:sz w:val="15"/>
              </w:rPr>
              <w:t>раствора.</w:t>
            </w:r>
          </w:p>
        </w:tc>
      </w:tr>
      <w:tr w:rsidR="00FB1ED4" w:rsidRPr="00696AD1" w14:paraId="7613BE47" w14:textId="77777777">
        <w:trPr>
          <w:cantSplit/>
        </w:trPr>
        <w:tc>
          <w:tcPr>
            <w:tcW w:w="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5A15F0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6</w:t>
            </w:r>
          </w:p>
        </w:tc>
        <w:tc>
          <w:tcPr>
            <w:tcW w:w="3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085B79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Рычаг и регулировки</w:t>
            </w:r>
          </w:p>
        </w:tc>
        <w:tc>
          <w:tcPr>
            <w:tcW w:w="6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AA0F24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Управление положением и настройками рабочей части.</w:t>
            </w:r>
          </w:p>
        </w:tc>
      </w:tr>
      <w:tr w:rsidR="00FB1ED4" w:rsidRPr="00696AD1" w14:paraId="61D23646" w14:textId="77777777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77A0B4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7</w:t>
            </w:r>
          </w:p>
        </w:tc>
        <w:tc>
          <w:tcPr>
            <w:tcW w:w="3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5CFD6B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Водосборная балка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72DE97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Собирает воду после прохода щетки.</w:t>
            </w:r>
          </w:p>
        </w:tc>
      </w:tr>
      <w:tr w:rsidR="00FB1ED4" w14:paraId="33F8C325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878F917" w14:textId="77777777" w:rsidR="00FB1ED4" w:rsidRDefault="00200F30">
            <w:pPr>
              <w:spacing w:after="0" w:line="269" w:lineRule="auto"/>
            </w:pPr>
            <w:proofErr w:type="gramStart"/>
            <w:r w:rsidRPr="00696AD1">
              <w:rPr>
                <w:b/>
                <w:color w:val="0788B0"/>
                <w:sz w:val="19"/>
                <w:lang w:val="ru-RU"/>
              </w:rPr>
              <w:t xml:space="preserve">КОМПЛЕКТАЦИЯ  </w:t>
            </w:r>
            <w:r w:rsidRPr="00696AD1">
              <w:rPr>
                <w:sz w:val="19"/>
                <w:lang w:val="ru-RU"/>
              </w:rPr>
              <w:t>Расположение</w:t>
            </w:r>
            <w:proofErr w:type="gramEnd"/>
            <w:r w:rsidRPr="00696AD1">
              <w:rPr>
                <w:sz w:val="19"/>
                <w:lang w:val="ru-RU"/>
              </w:rPr>
              <w:t xml:space="preserve"> отдельных кнопок и индикаторов может отличаться. </w:t>
            </w:r>
            <w:proofErr w:type="spellStart"/>
            <w:r>
              <w:rPr>
                <w:sz w:val="19"/>
              </w:rPr>
              <w:t>Ориентируйтесь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маркировку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конкретного</w:t>
            </w:r>
            <w:proofErr w:type="spellEnd"/>
            <w:r>
              <w:rPr>
                <w:sz w:val="19"/>
              </w:rPr>
              <w:t xml:space="preserve"> аппарата.</w:t>
            </w:r>
          </w:p>
        </w:tc>
      </w:tr>
    </w:tbl>
    <w:p w14:paraId="69632979" w14:textId="77777777" w:rsidR="00FB1ED4" w:rsidRDefault="00FB1ED4">
      <w:pPr>
        <w:spacing w:after="20"/>
      </w:pPr>
    </w:p>
    <w:p w14:paraId="1C3AE84B" w14:textId="77777777" w:rsidR="00FB1ED4" w:rsidRDefault="00200F30">
      <w:r>
        <w:br w:type="page"/>
      </w:r>
    </w:p>
    <w:p w14:paraId="1AEE36DA" w14:textId="77777777" w:rsidR="00FB1ED4" w:rsidRDefault="00200F30">
      <w:pPr>
        <w:keepNext/>
        <w:spacing w:after="40"/>
      </w:pPr>
      <w:r>
        <w:rPr>
          <w:b/>
          <w:color w:val="0788B0"/>
          <w:sz w:val="17"/>
        </w:rPr>
        <w:t>РАЗДЕЛ 07   •   СЕТЕВОЕ ПИТАНИЕ</w:t>
      </w:r>
    </w:p>
    <w:p w14:paraId="3FBB061D" w14:textId="77777777" w:rsidR="00FB1ED4" w:rsidRDefault="00200F30">
      <w:pPr>
        <w:pStyle w:val="1"/>
      </w:pPr>
      <w:r>
        <w:t>Приемка и комплектация</w:t>
      </w:r>
    </w:p>
    <w:p w14:paraId="04E653DD" w14:textId="77777777" w:rsidR="00FB1ED4" w:rsidRDefault="00200F30">
      <w:pPr>
        <w:pStyle w:val="2"/>
      </w:pPr>
      <w:r>
        <w:t>При получении машины</w:t>
      </w:r>
    </w:p>
    <w:p w14:paraId="132C0A26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Осмотрите упаковку, корпус, рукоятку, шланги и водосборную балку на предмет повреждений.</w:t>
      </w:r>
    </w:p>
    <w:p w14:paraId="1B8E0483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 xml:space="preserve">Проверьте модель, серийный номер и тип питания по </w:t>
      </w:r>
      <w:r w:rsidRPr="00696AD1">
        <w:rPr>
          <w:sz w:val="20"/>
          <w:lang w:val="ru-RU"/>
        </w:rPr>
        <w:t>заводской маркировке.</w:t>
      </w:r>
    </w:p>
    <w:p w14:paraId="324FCB9D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Снимите транспортировочные крепления и аккуратно переместите машину с паллеты по подходящему пандусу.</w:t>
      </w:r>
    </w:p>
    <w:p w14:paraId="3A431E74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При обнаружении недостачи или повреждения зафиксируйте проблему и уведомите поставщика до ввода машины в работу.</w:t>
      </w:r>
    </w:p>
    <w:p w14:paraId="3BF40881" w14:textId="77777777" w:rsidR="00FB1ED4" w:rsidRDefault="00200F30">
      <w:pPr>
        <w:pStyle w:val="2"/>
      </w:pPr>
      <w:proofErr w:type="spellStart"/>
      <w:r>
        <w:t>Типовой</w:t>
      </w:r>
      <w:proofErr w:type="spellEnd"/>
      <w:r>
        <w:t xml:space="preserve"> </w:t>
      </w:r>
      <w:proofErr w:type="spellStart"/>
      <w:r>
        <w:t>комплект</w:t>
      </w:r>
      <w:proofErr w:type="spellEnd"/>
      <w:r>
        <w:t xml:space="preserve"> </w:t>
      </w:r>
      <w:proofErr w:type="spellStart"/>
      <w:r>
        <w:t>по</w:t>
      </w:r>
      <w:r>
        <w:t>ставки</w:t>
      </w:r>
      <w:proofErr w:type="spellEnd"/>
    </w:p>
    <w:p w14:paraId="1BF717D4" w14:textId="77777777" w:rsidR="00FB1ED4" w:rsidRDefault="00200F30">
      <w:pPr>
        <w:numPr>
          <w:ilvl w:val="0"/>
          <w:numId w:val="1"/>
        </w:numPr>
        <w:spacing w:after="60"/>
        <w:ind w:left="0"/>
      </w:pPr>
      <w:r>
        <w:rPr>
          <w:sz w:val="20"/>
        </w:rPr>
        <w:t>Поломоечная машина TOR JH-530.</w:t>
      </w:r>
    </w:p>
    <w:p w14:paraId="7159E71F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Водосборная балка с крепежом и всасывающим шлангом.</w:t>
      </w:r>
    </w:p>
    <w:p w14:paraId="21047890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 xml:space="preserve">Рабочая щетка либо </w:t>
      </w:r>
      <w:proofErr w:type="spellStart"/>
      <w:r w:rsidRPr="00696AD1">
        <w:rPr>
          <w:sz w:val="20"/>
          <w:lang w:val="ru-RU"/>
        </w:rPr>
        <w:t>падодержатель</w:t>
      </w:r>
      <w:proofErr w:type="spellEnd"/>
      <w:r w:rsidRPr="00696AD1">
        <w:rPr>
          <w:sz w:val="20"/>
          <w:lang w:val="ru-RU"/>
        </w:rPr>
        <w:t xml:space="preserve"> с подходящим </w:t>
      </w:r>
      <w:proofErr w:type="spellStart"/>
      <w:r w:rsidRPr="00696AD1">
        <w:rPr>
          <w:sz w:val="20"/>
          <w:lang w:val="ru-RU"/>
        </w:rPr>
        <w:t>падом</w:t>
      </w:r>
      <w:proofErr w:type="spellEnd"/>
      <w:r w:rsidRPr="00696AD1">
        <w:rPr>
          <w:sz w:val="20"/>
          <w:lang w:val="ru-RU"/>
        </w:rPr>
        <w:t>.</w:t>
      </w:r>
    </w:p>
    <w:p w14:paraId="43920028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Руководство по эксплуатации и документы поставки.</w:t>
      </w:r>
    </w:p>
    <w:p w14:paraId="531CE22F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Штатный сетевой кабель и вилка питания.</w:t>
      </w:r>
    </w:p>
    <w:p w14:paraId="161E153F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Дополнительные принадле</w:t>
      </w:r>
      <w:r w:rsidRPr="00696AD1">
        <w:rPr>
          <w:sz w:val="20"/>
          <w:lang w:val="ru-RU"/>
        </w:rPr>
        <w:t>жности - согласно договору поставки.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:rsidRPr="00696AD1" w14:paraId="7921B804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B21C225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proofErr w:type="gramStart"/>
            <w:r w:rsidRPr="00696AD1">
              <w:rPr>
                <w:b/>
                <w:color w:val="0788B0"/>
                <w:sz w:val="19"/>
                <w:lang w:val="ru-RU"/>
              </w:rPr>
              <w:t xml:space="preserve">ПРОВЕРКА  </w:t>
            </w:r>
            <w:r w:rsidRPr="00696AD1">
              <w:rPr>
                <w:sz w:val="19"/>
                <w:lang w:val="ru-RU"/>
              </w:rPr>
              <w:t>Перечень</w:t>
            </w:r>
            <w:proofErr w:type="gramEnd"/>
            <w:r w:rsidRPr="00696AD1">
              <w:rPr>
                <w:sz w:val="19"/>
                <w:lang w:val="ru-RU"/>
              </w:rPr>
              <w:t xml:space="preserve"> поставки может зависеть от заказа. Сравнивайте комплектность с упаковочным листом и спецификацией поставщика.</w:t>
            </w:r>
          </w:p>
        </w:tc>
      </w:tr>
    </w:tbl>
    <w:p w14:paraId="1D9D6299" w14:textId="77777777" w:rsidR="00FB1ED4" w:rsidRPr="00696AD1" w:rsidRDefault="00FB1ED4">
      <w:pPr>
        <w:spacing w:after="20"/>
        <w:rPr>
          <w:lang w:val="ru-RU"/>
        </w:rPr>
      </w:pPr>
    </w:p>
    <w:p w14:paraId="52706D7F" w14:textId="6DA0ED6E" w:rsidR="00FB1ED4" w:rsidRPr="00696AD1" w:rsidRDefault="00200F30" w:rsidP="00696AD1">
      <w:pPr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08   •   СЕТЕВОЕ ПИТАНИЕ</w:t>
      </w:r>
    </w:p>
    <w:p w14:paraId="3E258EE8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Установка водосборной балки</w:t>
      </w:r>
    </w:p>
    <w:p w14:paraId="41E83817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 xml:space="preserve">Установите машину на </w:t>
      </w:r>
      <w:r w:rsidRPr="00696AD1">
        <w:rPr>
          <w:sz w:val="20"/>
          <w:lang w:val="ru-RU"/>
        </w:rPr>
        <w:t>ровной площадке и полностью отключите питание.</w:t>
      </w:r>
    </w:p>
    <w:p w14:paraId="04BCB415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Проверьте целостность балки, резиновых лезвий, креплений, колес и всасывающего патрубка.</w:t>
      </w:r>
    </w:p>
    <w:p w14:paraId="5655486B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Расположите балку на заднем кронштейне и закрепите ее штатными фиксаторами.</w:t>
      </w:r>
    </w:p>
    <w:p w14:paraId="20C812F4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Подсоедините всасывающий шланг без перекручи</w:t>
      </w:r>
      <w:r w:rsidRPr="00696AD1">
        <w:rPr>
          <w:sz w:val="20"/>
          <w:lang w:val="ru-RU"/>
        </w:rPr>
        <w:t>вания и убедитесь в плотности посадки.</w:t>
      </w:r>
    </w:p>
    <w:p w14:paraId="368BEB90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Опустите балку рабочим рычагом и проверьте равномерный контакт резины с полом.</w:t>
      </w:r>
    </w:p>
    <w:p w14:paraId="30D8D3BF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Отрегулируйте положение опорных колес и прижим: резиновая кромка должна изгибаться равномерно.</w:t>
      </w:r>
    </w:p>
    <w:p w14:paraId="09401776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 xml:space="preserve">Сделайте короткий пробный проход и </w:t>
      </w:r>
      <w:r w:rsidRPr="00696AD1">
        <w:rPr>
          <w:sz w:val="20"/>
          <w:lang w:val="ru-RU"/>
        </w:rPr>
        <w:t>убедитесь, что за машиной не остается водяных полос.</w:t>
      </w:r>
    </w:p>
    <w:p w14:paraId="7AD0D1DF" w14:textId="77777777" w:rsidR="00FB1ED4" w:rsidRDefault="00200F30">
      <w:pPr>
        <w:pStyle w:val="2"/>
      </w:pPr>
      <w:proofErr w:type="spellStart"/>
      <w:r>
        <w:t>Если</w:t>
      </w:r>
      <w:proofErr w:type="spellEnd"/>
      <w:r>
        <w:t xml:space="preserve"> </w:t>
      </w:r>
      <w:proofErr w:type="spellStart"/>
      <w:r>
        <w:t>остаются</w:t>
      </w:r>
      <w:proofErr w:type="spellEnd"/>
      <w:r>
        <w:t xml:space="preserve"> </w:t>
      </w:r>
      <w:proofErr w:type="spellStart"/>
      <w:r>
        <w:t>полосы</w:t>
      </w:r>
      <w:proofErr w:type="spellEnd"/>
      <w:r>
        <w:t xml:space="preserve"> </w:t>
      </w:r>
      <w:proofErr w:type="spellStart"/>
      <w:r>
        <w:t>воды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440"/>
        <w:gridCol w:w="6700"/>
      </w:tblGrid>
      <w:tr w:rsidR="00FB1ED4" w14:paraId="076385E1" w14:textId="77777777">
        <w:trPr>
          <w:cantSplit/>
          <w:tblHeader/>
        </w:trPr>
        <w:tc>
          <w:tcPr>
            <w:tcW w:w="34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104735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Признак</w:t>
            </w:r>
          </w:p>
        </w:tc>
        <w:tc>
          <w:tcPr>
            <w:tcW w:w="67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888502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FB1ED4" w:rsidRPr="00696AD1" w14:paraId="7EFAB028" w14:textId="77777777">
        <w:trPr>
          <w:cantSplit/>
        </w:trPr>
        <w:tc>
          <w:tcPr>
            <w:tcW w:w="34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13CEA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Полоса с одной стороны</w:t>
            </w:r>
          </w:p>
        </w:tc>
        <w:tc>
          <w:tcPr>
            <w:tcW w:w="6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EB7BD6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Отрегулируйте горизонтальность и опорное колесо балки.</w:t>
            </w:r>
          </w:p>
        </w:tc>
      </w:tr>
      <w:tr w:rsidR="00FB1ED4" w:rsidRPr="00696AD1" w14:paraId="3485A2B9" w14:textId="77777777">
        <w:trPr>
          <w:cantSplit/>
        </w:trPr>
        <w:tc>
          <w:tcPr>
            <w:tcW w:w="34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44F28D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Полоса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всей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ширине</w:t>
            </w:r>
            <w:proofErr w:type="spellEnd"/>
          </w:p>
        </w:tc>
        <w:tc>
          <w:tcPr>
            <w:tcW w:w="67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1A0D86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Проверьте засорение, целостность шланга и </w:t>
            </w:r>
            <w:r w:rsidRPr="00696AD1">
              <w:rPr>
                <w:sz w:val="16"/>
                <w:lang w:val="ru-RU"/>
              </w:rPr>
              <w:t>вакуумное всасывание.</w:t>
            </w:r>
          </w:p>
        </w:tc>
      </w:tr>
      <w:tr w:rsidR="00FB1ED4" w:rsidRPr="00696AD1" w14:paraId="43345C39" w14:textId="77777777">
        <w:trPr>
          <w:cantSplit/>
        </w:trPr>
        <w:tc>
          <w:tcPr>
            <w:tcW w:w="34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C07345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Прерывистый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след</w:t>
            </w:r>
            <w:proofErr w:type="spellEnd"/>
          </w:p>
        </w:tc>
        <w:tc>
          <w:tcPr>
            <w:tcW w:w="6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12CC4C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Очистите резинку и удалите намотанный мусор.</w:t>
            </w:r>
          </w:p>
        </w:tc>
      </w:tr>
      <w:tr w:rsidR="00FB1ED4" w:rsidRPr="00696AD1" w14:paraId="23E56A5A" w14:textId="77777777">
        <w:trPr>
          <w:cantSplit/>
        </w:trPr>
        <w:tc>
          <w:tcPr>
            <w:tcW w:w="34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C2BDAA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Порезы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жесткая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кромка</w:t>
            </w:r>
            <w:proofErr w:type="spellEnd"/>
          </w:p>
        </w:tc>
        <w:tc>
          <w:tcPr>
            <w:tcW w:w="67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F2FD1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Переверните либо замените резиновое лезвие.</w:t>
            </w:r>
          </w:p>
        </w:tc>
      </w:tr>
    </w:tbl>
    <w:p w14:paraId="332DBB3D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7C74E401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09   •   СЕТЕВОЕ ПИТАНИЕ</w:t>
      </w:r>
    </w:p>
    <w:p w14:paraId="2B5BFA31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 xml:space="preserve">Установка щетки и выбор </w:t>
      </w:r>
      <w:proofErr w:type="spellStart"/>
      <w:r w:rsidRPr="00696AD1">
        <w:rPr>
          <w:lang w:val="ru-RU"/>
        </w:rPr>
        <w:t>пада</w:t>
      </w:r>
      <w:proofErr w:type="spellEnd"/>
    </w:p>
    <w:p w14:paraId="0299FF26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 xml:space="preserve">Остановите машину, </w:t>
      </w:r>
      <w:r w:rsidRPr="00696AD1">
        <w:rPr>
          <w:sz w:val="20"/>
          <w:lang w:val="ru-RU"/>
        </w:rPr>
        <w:t>отключите питание и поднимите щеточную головку транспортной педалью.</w:t>
      </w:r>
    </w:p>
    <w:p w14:paraId="68DE0402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 xml:space="preserve">Проверьте посадочный узел, фиксатор, состояние щетки либо </w:t>
      </w:r>
      <w:proofErr w:type="spellStart"/>
      <w:r w:rsidRPr="00696AD1">
        <w:rPr>
          <w:sz w:val="20"/>
          <w:lang w:val="ru-RU"/>
        </w:rPr>
        <w:t>падодержателя</w:t>
      </w:r>
      <w:proofErr w:type="spellEnd"/>
      <w:r w:rsidRPr="00696AD1">
        <w:rPr>
          <w:sz w:val="20"/>
          <w:lang w:val="ru-RU"/>
        </w:rPr>
        <w:t>.</w:t>
      </w:r>
    </w:p>
    <w:p w14:paraId="284CAB34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Установите щетку или диск в соответствии с конструкцией штатного крепления.</w:t>
      </w:r>
    </w:p>
    <w:p w14:paraId="2050B8A4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 xml:space="preserve">При использовании </w:t>
      </w:r>
      <w:proofErr w:type="spellStart"/>
      <w:r w:rsidRPr="00696AD1">
        <w:rPr>
          <w:sz w:val="20"/>
          <w:lang w:val="ru-RU"/>
        </w:rPr>
        <w:t>пада</w:t>
      </w:r>
      <w:proofErr w:type="spellEnd"/>
      <w:r w:rsidRPr="00696AD1">
        <w:rPr>
          <w:sz w:val="20"/>
          <w:lang w:val="ru-RU"/>
        </w:rPr>
        <w:t xml:space="preserve"> выровняйте его </w:t>
      </w:r>
      <w:r w:rsidRPr="00696AD1">
        <w:rPr>
          <w:sz w:val="20"/>
          <w:lang w:val="ru-RU"/>
        </w:rPr>
        <w:t xml:space="preserve">на </w:t>
      </w:r>
      <w:proofErr w:type="spellStart"/>
      <w:r w:rsidRPr="00696AD1">
        <w:rPr>
          <w:sz w:val="20"/>
          <w:lang w:val="ru-RU"/>
        </w:rPr>
        <w:t>падодержателе</w:t>
      </w:r>
      <w:proofErr w:type="spellEnd"/>
      <w:r w:rsidRPr="00696AD1">
        <w:rPr>
          <w:sz w:val="20"/>
          <w:lang w:val="ru-RU"/>
        </w:rPr>
        <w:t xml:space="preserve"> и надежно закрепите центральным фиксатором.</w:t>
      </w:r>
    </w:p>
    <w:p w14:paraId="53C841BF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Опустите щеточную головку и кратковременно проверьте вращение без посторонних шумов.</w:t>
      </w:r>
    </w:p>
    <w:p w14:paraId="448F11E1" w14:textId="77777777" w:rsidR="00FB1ED4" w:rsidRDefault="00200F30">
      <w:pPr>
        <w:pStyle w:val="2"/>
      </w:pPr>
      <w:proofErr w:type="spellStart"/>
      <w:r>
        <w:t>Подбор</w:t>
      </w:r>
      <w:proofErr w:type="spellEnd"/>
      <w:r>
        <w:t xml:space="preserve"> </w:t>
      </w:r>
      <w:proofErr w:type="spellStart"/>
      <w:r>
        <w:t>рабочего</w:t>
      </w:r>
      <w:proofErr w:type="spellEnd"/>
      <w:r>
        <w:t xml:space="preserve"> </w:t>
      </w:r>
      <w:proofErr w:type="spellStart"/>
      <w:r>
        <w:t>инструмента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6240"/>
      </w:tblGrid>
      <w:tr w:rsidR="00FB1ED4" w14:paraId="40D9CEF9" w14:textId="77777777">
        <w:trPr>
          <w:cantSplit/>
          <w:tblHeader/>
        </w:trPr>
        <w:tc>
          <w:tcPr>
            <w:tcW w:w="39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ADC83E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Инструмент</w:t>
            </w:r>
          </w:p>
        </w:tc>
        <w:tc>
          <w:tcPr>
            <w:tcW w:w="62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E7D4C2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Применение</w:t>
            </w:r>
          </w:p>
        </w:tc>
      </w:tr>
      <w:tr w:rsidR="00FB1ED4" w:rsidRPr="00696AD1" w14:paraId="0149CAF5" w14:textId="77777777">
        <w:trPr>
          <w:cantSplit/>
        </w:trPr>
        <w:tc>
          <w:tcPr>
            <w:tcW w:w="3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E5FEA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Мягкая щетка / белый пад</w:t>
            </w:r>
          </w:p>
        </w:tc>
        <w:tc>
          <w:tcPr>
            <w:tcW w:w="6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66F820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Деликатная уборка и обработка чувс</w:t>
            </w:r>
            <w:r w:rsidRPr="00696AD1">
              <w:rPr>
                <w:sz w:val="16"/>
                <w:lang w:val="ru-RU"/>
              </w:rPr>
              <w:t>твительного покрытия.</w:t>
            </w:r>
          </w:p>
        </w:tc>
      </w:tr>
      <w:tr w:rsidR="00FB1ED4" w14:paraId="076056ED" w14:textId="77777777">
        <w:trPr>
          <w:cantSplit/>
        </w:trPr>
        <w:tc>
          <w:tcPr>
            <w:tcW w:w="3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FBB8A1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Красный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пад</w:t>
            </w:r>
            <w:proofErr w:type="spellEnd"/>
          </w:p>
        </w:tc>
        <w:tc>
          <w:tcPr>
            <w:tcW w:w="6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E69EA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Повседневная очистка умеренных загрязнений.</w:t>
            </w:r>
          </w:p>
        </w:tc>
      </w:tr>
      <w:tr w:rsidR="00FB1ED4" w:rsidRPr="00696AD1" w14:paraId="4115881E" w14:textId="77777777">
        <w:trPr>
          <w:cantSplit/>
        </w:trPr>
        <w:tc>
          <w:tcPr>
            <w:tcW w:w="3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F3886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Черный пад</w:t>
            </w:r>
          </w:p>
        </w:tc>
        <w:tc>
          <w:tcPr>
            <w:tcW w:w="6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C5608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Глубокая очистка стойких загрязнений на совместимых покрытиях.</w:t>
            </w:r>
          </w:p>
        </w:tc>
      </w:tr>
      <w:tr w:rsidR="00FB1ED4" w:rsidRPr="00696AD1" w14:paraId="39F0329A" w14:textId="77777777">
        <w:trPr>
          <w:cantSplit/>
        </w:trPr>
        <w:tc>
          <w:tcPr>
            <w:tcW w:w="3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13B5A5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Щетка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средней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жесткости</w:t>
            </w:r>
            <w:proofErr w:type="spellEnd"/>
          </w:p>
        </w:tc>
        <w:tc>
          <w:tcPr>
            <w:tcW w:w="6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2C7778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Регулярная уборка твердых износостойких полов.</w:t>
            </w:r>
          </w:p>
        </w:tc>
      </w:tr>
      <w:tr w:rsidR="00FB1ED4" w:rsidRPr="00696AD1" w14:paraId="6AB3E509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ED20919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proofErr w:type="gramStart"/>
            <w:r w:rsidRPr="00696AD1">
              <w:rPr>
                <w:b/>
                <w:color w:val="D79600"/>
                <w:sz w:val="19"/>
                <w:lang w:val="ru-RU"/>
              </w:rPr>
              <w:t xml:space="preserve">ОГРАНИЧЕНИЕ  </w:t>
            </w:r>
            <w:r w:rsidRPr="00696AD1">
              <w:rPr>
                <w:sz w:val="19"/>
                <w:lang w:val="ru-RU"/>
              </w:rPr>
              <w:t>Перед</w:t>
            </w:r>
            <w:proofErr w:type="gramEnd"/>
            <w:r w:rsidRPr="00696AD1">
              <w:rPr>
                <w:sz w:val="19"/>
                <w:lang w:val="ru-RU"/>
              </w:rPr>
              <w:t xml:space="preserve"> </w:t>
            </w:r>
            <w:r w:rsidRPr="00696AD1">
              <w:rPr>
                <w:sz w:val="19"/>
                <w:lang w:val="ru-RU"/>
              </w:rPr>
              <w:t xml:space="preserve">применением абразивного </w:t>
            </w:r>
            <w:proofErr w:type="spellStart"/>
            <w:r w:rsidRPr="00696AD1">
              <w:rPr>
                <w:sz w:val="19"/>
                <w:lang w:val="ru-RU"/>
              </w:rPr>
              <w:t>пада</w:t>
            </w:r>
            <w:proofErr w:type="spellEnd"/>
            <w:r w:rsidRPr="00696AD1">
              <w:rPr>
                <w:sz w:val="19"/>
                <w:lang w:val="ru-RU"/>
              </w:rPr>
              <w:t xml:space="preserve"> проверьте совместимость с покрытием на незаметном участке.</w:t>
            </w:r>
          </w:p>
        </w:tc>
      </w:tr>
    </w:tbl>
    <w:p w14:paraId="12668C20" w14:textId="77777777" w:rsidR="00FB1ED4" w:rsidRPr="00696AD1" w:rsidRDefault="00FB1ED4">
      <w:pPr>
        <w:spacing w:after="20"/>
        <w:rPr>
          <w:lang w:val="ru-RU"/>
        </w:rPr>
      </w:pPr>
    </w:p>
    <w:p w14:paraId="23E6B479" w14:textId="060F116D" w:rsidR="00FB1ED4" w:rsidRPr="00696AD1" w:rsidRDefault="00200F30" w:rsidP="00696AD1">
      <w:pPr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10   •   СЕТЕВОЕ ПИТАНИЕ</w:t>
      </w:r>
    </w:p>
    <w:p w14:paraId="64A65C6D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Заполнение баков и моющий раствор</w:t>
      </w:r>
    </w:p>
    <w:p w14:paraId="5D34A39A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Убедитесь, что бак грязной воды пуст, слив закрыт, а поплавковый фильтр установлен.</w:t>
      </w:r>
    </w:p>
    <w:p w14:paraId="47753B43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Откройте заливную горловину бака чистой воды и заполните его чистой водой.</w:t>
      </w:r>
    </w:p>
    <w:p w14:paraId="776F5DE4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 xml:space="preserve">Добавьте </w:t>
      </w:r>
      <w:proofErr w:type="spellStart"/>
      <w:r w:rsidRPr="00696AD1">
        <w:rPr>
          <w:sz w:val="20"/>
          <w:lang w:val="ru-RU"/>
        </w:rPr>
        <w:t>низкопенное</w:t>
      </w:r>
      <w:proofErr w:type="spellEnd"/>
      <w:r w:rsidRPr="00696AD1">
        <w:rPr>
          <w:sz w:val="20"/>
          <w:lang w:val="ru-RU"/>
        </w:rPr>
        <w:t xml:space="preserve"> средство в дозировке, указанной изготовителем химии.</w:t>
      </w:r>
    </w:p>
    <w:p w14:paraId="0671EAE5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Закройте горловину и убедитесь в отсутствии протечек, перегибов шлангов и загрязнения фильтра.</w:t>
      </w:r>
    </w:p>
    <w:p w14:paraId="5B4CF86E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Отрегулируйт</w:t>
      </w:r>
      <w:r w:rsidRPr="00696AD1">
        <w:rPr>
          <w:sz w:val="20"/>
          <w:lang w:val="ru-RU"/>
        </w:rPr>
        <w:t>е подачу раствора так, чтобы поверхность увлажнялась без образования луж.</w:t>
      </w:r>
    </w:p>
    <w:p w14:paraId="32E3785E" w14:textId="77777777" w:rsidR="00FB1ED4" w:rsidRDefault="00200F30">
      <w:pPr>
        <w:pStyle w:val="2"/>
      </w:pPr>
      <w:proofErr w:type="spellStart"/>
      <w:r>
        <w:t>Раздельное</w:t>
      </w:r>
      <w:proofErr w:type="spellEnd"/>
      <w:r>
        <w:t xml:space="preserve"> </w:t>
      </w:r>
      <w:proofErr w:type="spellStart"/>
      <w:r>
        <w:t>назначение</w:t>
      </w:r>
      <w:proofErr w:type="spellEnd"/>
      <w:r>
        <w:t xml:space="preserve"> </w:t>
      </w:r>
      <w:proofErr w:type="spellStart"/>
      <w:r>
        <w:t>баков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3280"/>
        <w:gridCol w:w="5110"/>
      </w:tblGrid>
      <w:tr w:rsidR="00FB1ED4" w14:paraId="2BE50D17" w14:textId="77777777">
        <w:trPr>
          <w:cantSplit/>
          <w:tblHeader/>
        </w:trPr>
        <w:tc>
          <w:tcPr>
            <w:tcW w:w="17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8D70E8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Бак</w:t>
            </w:r>
          </w:p>
        </w:tc>
        <w:tc>
          <w:tcPr>
            <w:tcW w:w="32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316E6A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находится внутри</w:t>
            </w:r>
          </w:p>
        </w:tc>
        <w:tc>
          <w:tcPr>
            <w:tcW w:w="51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65B531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запрещено</w:t>
            </w:r>
          </w:p>
        </w:tc>
      </w:tr>
      <w:tr w:rsidR="00FB1ED4" w:rsidRPr="00696AD1" w14:paraId="3E275BD8" w14:textId="77777777">
        <w:trPr>
          <w:cantSplit/>
        </w:trPr>
        <w:tc>
          <w:tcPr>
            <w:tcW w:w="17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34019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Чистой воды</w:t>
            </w:r>
          </w:p>
        </w:tc>
        <w:tc>
          <w:tcPr>
            <w:tcW w:w="3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2E270C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Вода и совместимое </w:t>
            </w:r>
            <w:proofErr w:type="spellStart"/>
            <w:r w:rsidRPr="00696AD1">
              <w:rPr>
                <w:sz w:val="16"/>
                <w:lang w:val="ru-RU"/>
              </w:rPr>
              <w:t>низкопенное</w:t>
            </w:r>
            <w:proofErr w:type="spellEnd"/>
            <w:r w:rsidRPr="00696AD1">
              <w:rPr>
                <w:sz w:val="16"/>
                <w:lang w:val="ru-RU"/>
              </w:rPr>
              <w:t xml:space="preserve"> средство.</w:t>
            </w:r>
          </w:p>
        </w:tc>
        <w:tc>
          <w:tcPr>
            <w:tcW w:w="5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9CB061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Растворители, горючие жидкости, чрезмерная </w:t>
            </w:r>
            <w:r w:rsidRPr="00696AD1">
              <w:rPr>
                <w:sz w:val="16"/>
                <w:lang w:val="ru-RU"/>
              </w:rPr>
              <w:t>концентрация химии.</w:t>
            </w:r>
          </w:p>
        </w:tc>
      </w:tr>
      <w:tr w:rsidR="00FB1ED4" w:rsidRPr="00696AD1" w14:paraId="04DE9C47" w14:textId="77777777">
        <w:trPr>
          <w:cantSplit/>
        </w:trPr>
        <w:tc>
          <w:tcPr>
            <w:tcW w:w="17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FB48CF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Грязной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воды</w:t>
            </w:r>
            <w:proofErr w:type="spellEnd"/>
          </w:p>
        </w:tc>
        <w:tc>
          <w:tcPr>
            <w:tcW w:w="32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24F0C8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Собранный раствор, загрязнения и допустимый </w:t>
            </w:r>
            <w:proofErr w:type="spellStart"/>
            <w:r w:rsidRPr="00696AD1">
              <w:rPr>
                <w:sz w:val="16"/>
                <w:lang w:val="ru-RU"/>
              </w:rPr>
              <w:t>пеногаситель</w:t>
            </w:r>
            <w:proofErr w:type="spellEnd"/>
            <w:r w:rsidRPr="00696AD1">
              <w:rPr>
                <w:sz w:val="16"/>
                <w:lang w:val="ru-RU"/>
              </w:rPr>
              <w:t>.</w:t>
            </w:r>
          </w:p>
        </w:tc>
        <w:tc>
          <w:tcPr>
            <w:tcW w:w="51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3622B7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Переполнение, отсутствие фильтра, работа с поврежденной крышкой.</w:t>
            </w:r>
          </w:p>
        </w:tc>
      </w:tr>
      <w:tr w:rsidR="00FB1ED4" w14:paraId="7950A128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B1E0271" w14:textId="77777777" w:rsidR="00FB1ED4" w:rsidRDefault="00200F30">
            <w:pPr>
              <w:spacing w:after="0" w:line="269" w:lineRule="auto"/>
            </w:pPr>
            <w:proofErr w:type="gramStart"/>
            <w:r w:rsidRPr="00696AD1">
              <w:rPr>
                <w:b/>
                <w:color w:val="D79600"/>
                <w:sz w:val="19"/>
                <w:lang w:val="ru-RU"/>
              </w:rPr>
              <w:t xml:space="preserve">ПЕНООБРАЗОВАНИЕ  </w:t>
            </w:r>
            <w:r w:rsidRPr="00696AD1">
              <w:rPr>
                <w:sz w:val="19"/>
                <w:lang w:val="ru-RU"/>
              </w:rPr>
              <w:t>Если</w:t>
            </w:r>
            <w:proofErr w:type="gramEnd"/>
            <w:r w:rsidRPr="00696AD1">
              <w:rPr>
                <w:sz w:val="19"/>
                <w:lang w:val="ru-RU"/>
              </w:rPr>
              <w:t xml:space="preserve"> появляется пена, используйте совместимый </w:t>
            </w:r>
            <w:proofErr w:type="spellStart"/>
            <w:r w:rsidRPr="00696AD1">
              <w:rPr>
                <w:sz w:val="19"/>
                <w:lang w:val="ru-RU"/>
              </w:rPr>
              <w:t>пеногаситель</w:t>
            </w:r>
            <w:proofErr w:type="spellEnd"/>
            <w:r w:rsidRPr="00696AD1">
              <w:rPr>
                <w:sz w:val="19"/>
                <w:lang w:val="ru-RU"/>
              </w:rPr>
              <w:t xml:space="preserve"> в баке грязной </w:t>
            </w:r>
            <w:r w:rsidRPr="00696AD1">
              <w:rPr>
                <w:sz w:val="19"/>
                <w:lang w:val="ru-RU"/>
              </w:rPr>
              <w:t xml:space="preserve">воды.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допускайте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попадания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пены</w:t>
            </w:r>
            <w:proofErr w:type="spellEnd"/>
            <w:r>
              <w:rPr>
                <w:sz w:val="19"/>
              </w:rPr>
              <w:t xml:space="preserve"> во всасывающий мотор.</w:t>
            </w:r>
          </w:p>
        </w:tc>
      </w:tr>
    </w:tbl>
    <w:p w14:paraId="25438254" w14:textId="77777777" w:rsidR="00FB1ED4" w:rsidRDefault="00FB1ED4">
      <w:pPr>
        <w:spacing w:after="20"/>
      </w:pPr>
    </w:p>
    <w:p w14:paraId="29EBA1AA" w14:textId="77777777" w:rsidR="00FB1ED4" w:rsidRDefault="00200F30">
      <w:r>
        <w:br w:type="page"/>
      </w:r>
    </w:p>
    <w:p w14:paraId="4FA5C5BB" w14:textId="77777777" w:rsidR="00FB1ED4" w:rsidRDefault="00200F30">
      <w:pPr>
        <w:keepNext/>
        <w:spacing w:after="40"/>
      </w:pPr>
      <w:r>
        <w:rPr>
          <w:b/>
          <w:color w:val="0788B0"/>
          <w:sz w:val="17"/>
        </w:rPr>
        <w:t>РАЗДЕЛ 11   •   СЕТЬ</w:t>
      </w:r>
    </w:p>
    <w:p w14:paraId="259F8202" w14:textId="77777777" w:rsidR="00FB1ED4" w:rsidRDefault="00200F30">
      <w:pPr>
        <w:pStyle w:val="1"/>
      </w:pPr>
      <w:r>
        <w:t>Подключение к электрической сети</w:t>
      </w:r>
    </w:p>
    <w:p w14:paraId="734B4FDB" w14:textId="77777777" w:rsidR="00FB1ED4" w:rsidRDefault="00200F3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161AF8C" wp14:editId="3B986082">
            <wp:extent cx="6126480" cy="2773038"/>
            <wp:effectExtent l="0" t="0" r="0" b="0"/>
            <wp:docPr id="5" name="Функциональная схема: электрическая сеть, защита, сетевой кабель и машина TOR JH-530" descr="Функциональная схема: электрическая сеть, защита, сетевой кабель и машина TOR JH-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s_flow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77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36930" w14:textId="77777777" w:rsidR="00FB1ED4" w:rsidRPr="00696AD1" w:rsidRDefault="00200F30">
      <w:pPr>
        <w:pStyle w:val="FigureCaption"/>
        <w:keepLines/>
        <w:rPr>
          <w:lang w:val="ru-RU"/>
        </w:rPr>
      </w:pPr>
      <w:r w:rsidRPr="00696AD1">
        <w:rPr>
          <w:lang w:val="ru-RU"/>
        </w:rPr>
        <w:t>Последовательность безопасного подключения сетевой поломоечной машины</w:t>
      </w:r>
    </w:p>
    <w:p w14:paraId="54272E2D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 xml:space="preserve">Сверьте напряжение и частоту розетки со значениями на </w:t>
      </w:r>
      <w:r w:rsidRPr="00696AD1">
        <w:rPr>
          <w:sz w:val="20"/>
          <w:lang w:val="ru-RU"/>
        </w:rPr>
        <w:t>паспортной табличке машины.</w:t>
      </w:r>
    </w:p>
    <w:p w14:paraId="7E236915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Проверьте целостность вилки, оболочки кабеля, ввода в корпус и защитного заземления.</w:t>
      </w:r>
    </w:p>
    <w:p w14:paraId="2F834AAF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Убедитесь, что линия питания защищена и соответствует мощности машины; используйте УЗО по правилам объекта.</w:t>
      </w:r>
    </w:p>
    <w:p w14:paraId="5AD4DF62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 xml:space="preserve">Разложите кабель по сухому </w:t>
      </w:r>
      <w:r w:rsidRPr="00696AD1">
        <w:rPr>
          <w:sz w:val="20"/>
          <w:lang w:val="ru-RU"/>
        </w:rPr>
        <w:t>маршруту, исключающему контакт с щеткой, колесами и водосборной балкой.</w:t>
      </w:r>
    </w:p>
    <w:p w14:paraId="338A9B34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При выключенном аппарате вставьте вилку в исправную сухую розетку.</w:t>
      </w:r>
    </w:p>
    <w:p w14:paraId="6770E33E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Включите основное питание и убедитесь, что органы управления работают без запаха нагрева и искрения.</w:t>
      </w:r>
    </w:p>
    <w:tbl>
      <w:tblPr>
        <w:tblW w:w="10140" w:type="dxa"/>
        <w:tblInd w:w="170" w:type="dxa"/>
        <w:tblBorders>
          <w:top w:val="single" w:sz="9" w:space="0" w:color="D46A12"/>
          <w:left w:val="single" w:sz="9" w:space="0" w:color="D46A12"/>
          <w:bottom w:val="single" w:sz="9" w:space="0" w:color="D46A12"/>
          <w:right w:val="single" w:sz="9" w:space="0" w:color="D46A12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:rsidRPr="00696AD1" w14:paraId="2C76F9C1" w14:textId="77777777">
        <w:trPr>
          <w:cantSplit/>
          <w:tblHeader/>
        </w:trPr>
        <w:tc>
          <w:tcPr>
            <w:tcW w:w="10140" w:type="dxa"/>
            <w:shd w:val="clear" w:color="auto" w:fill="FFF2E7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70CABB0E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D46A12"/>
                <w:sz w:val="19"/>
                <w:lang w:val="ru-RU"/>
              </w:rPr>
              <w:t xml:space="preserve">ПАСПОРТНАЯ </w:t>
            </w:r>
            <w:proofErr w:type="gramStart"/>
            <w:r w:rsidRPr="00696AD1">
              <w:rPr>
                <w:b/>
                <w:color w:val="D46A12"/>
                <w:sz w:val="19"/>
                <w:lang w:val="ru-RU"/>
              </w:rPr>
              <w:t>ТАБЛИ</w:t>
            </w:r>
            <w:r w:rsidRPr="00696AD1">
              <w:rPr>
                <w:b/>
                <w:color w:val="D46A12"/>
                <w:sz w:val="19"/>
                <w:lang w:val="ru-RU"/>
              </w:rPr>
              <w:t xml:space="preserve">ЧКА  </w:t>
            </w:r>
            <w:r w:rsidRPr="00696AD1">
              <w:rPr>
                <w:sz w:val="19"/>
                <w:lang w:val="ru-RU"/>
              </w:rPr>
              <w:t>Параметры</w:t>
            </w:r>
            <w:proofErr w:type="gramEnd"/>
            <w:r w:rsidRPr="00696AD1">
              <w:rPr>
                <w:sz w:val="19"/>
                <w:lang w:val="ru-RU"/>
              </w:rPr>
              <w:t xml:space="preserve"> сети нельзя определять по описанию другой модификации. Используйте только напряжение и частоту, указанные на корпусе конкретной машины.</w:t>
            </w:r>
          </w:p>
        </w:tc>
      </w:tr>
    </w:tbl>
    <w:p w14:paraId="6B5829B7" w14:textId="77777777" w:rsidR="00FB1ED4" w:rsidRPr="00696AD1" w:rsidRDefault="00FB1ED4">
      <w:pPr>
        <w:spacing w:after="20"/>
        <w:rPr>
          <w:lang w:val="ru-RU"/>
        </w:rPr>
      </w:pPr>
    </w:p>
    <w:p w14:paraId="6E69D799" w14:textId="0B1C3601" w:rsidR="00FB1ED4" w:rsidRPr="00696AD1" w:rsidRDefault="00200F30" w:rsidP="00696AD1">
      <w:pPr>
        <w:rPr>
          <w:lang w:val="ru-RU"/>
        </w:rPr>
      </w:pPr>
      <w:r w:rsidRPr="00696AD1">
        <w:rPr>
          <w:lang w:val="ru-RU"/>
        </w:rPr>
        <w:br w:type="page"/>
      </w:r>
      <w:r w:rsidRPr="00696AD1">
        <w:rPr>
          <w:b/>
          <w:color w:val="0788B0"/>
          <w:sz w:val="17"/>
          <w:lang w:val="ru-RU"/>
        </w:rPr>
        <w:t>РАЗДЕЛ 12   •   СЕТЬ</w:t>
      </w:r>
    </w:p>
    <w:p w14:paraId="6D80F3BA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Кабель питания и рабочий маршрут</w:t>
      </w:r>
    </w:p>
    <w:p w14:paraId="07131D30" w14:textId="77777777" w:rsidR="00FB1ED4" w:rsidRDefault="00200F30">
      <w:pPr>
        <w:pStyle w:val="2"/>
      </w:pPr>
      <w:proofErr w:type="spellStart"/>
      <w:r>
        <w:t>Перед</w:t>
      </w:r>
      <w:proofErr w:type="spellEnd"/>
      <w:r>
        <w:t xml:space="preserve"> </w:t>
      </w:r>
      <w:proofErr w:type="spellStart"/>
      <w:r>
        <w:t>началом</w:t>
      </w:r>
      <w:proofErr w:type="spellEnd"/>
      <w:r>
        <w:t xml:space="preserve"> </w:t>
      </w:r>
      <w:proofErr w:type="spellStart"/>
      <w:r>
        <w:t>уборки</w:t>
      </w:r>
      <w:proofErr w:type="spellEnd"/>
    </w:p>
    <w:p w14:paraId="03535C3C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 xml:space="preserve">Проверьте всю длину </w:t>
      </w:r>
      <w:r w:rsidRPr="00696AD1">
        <w:rPr>
          <w:sz w:val="20"/>
          <w:lang w:val="ru-RU"/>
        </w:rPr>
        <w:t>кабеля: изоляция должна быть целой, без порезов, скруток и следов перегрева.</w:t>
      </w:r>
    </w:p>
    <w:p w14:paraId="30061A34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Убедитесь, что вилка и розетка сухие, а защитный контакт заземления присутствует.</w:t>
      </w:r>
    </w:p>
    <w:p w14:paraId="7527FD67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При использовании удлинителя полностью размотайте его и проверьте допустимую нагрузку.</w:t>
      </w:r>
    </w:p>
    <w:p w14:paraId="1A315853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Спланируйт</w:t>
      </w:r>
      <w:r w:rsidRPr="00696AD1">
        <w:rPr>
          <w:sz w:val="20"/>
          <w:lang w:val="ru-RU"/>
        </w:rPr>
        <w:t>е уборку так, чтобы кабель постоянно оставался вне зоны вращения щетки и движения колес.</w:t>
      </w:r>
    </w:p>
    <w:p w14:paraId="72161E06" w14:textId="77777777" w:rsidR="00FB1ED4" w:rsidRDefault="00200F30">
      <w:pPr>
        <w:pStyle w:val="2"/>
      </w:pPr>
      <w:proofErr w:type="spellStart"/>
      <w:r>
        <w:t>Во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работы</w:t>
      </w:r>
      <w:proofErr w:type="spellEnd"/>
    </w:p>
    <w:p w14:paraId="558ABD05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Держите кабель свободным, не допускайте натяжения, перекручивания и контакта с мокрыми участками.</w:t>
      </w:r>
    </w:p>
    <w:p w14:paraId="468257EF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Не вытягивайте вилку за провод и не перемещайте машин</w:t>
      </w:r>
      <w:r w:rsidRPr="00696AD1">
        <w:rPr>
          <w:sz w:val="20"/>
          <w:lang w:val="ru-RU"/>
        </w:rPr>
        <w:t>у рывком за кабель.</w:t>
      </w:r>
    </w:p>
    <w:p w14:paraId="117453FA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При повреждении изоляции немедленно выключите машину и отсоедините вилку от сети.</w:t>
      </w:r>
    </w:p>
    <w:p w14:paraId="36C663BB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Замену кабеля, вилки и внутренних соединений поручайте квалифицированному сервису.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14:paraId="5CED3EA6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73ECC277" w14:textId="77777777" w:rsidR="00FB1ED4" w:rsidRDefault="00200F30">
            <w:pPr>
              <w:spacing w:after="0" w:line="269" w:lineRule="auto"/>
            </w:pPr>
            <w:proofErr w:type="gramStart"/>
            <w:r w:rsidRPr="00696AD1">
              <w:rPr>
                <w:b/>
                <w:color w:val="C5362C"/>
                <w:sz w:val="19"/>
                <w:lang w:val="ru-RU"/>
              </w:rPr>
              <w:t xml:space="preserve">ОПАСНОСТЬ  </w:t>
            </w:r>
            <w:r w:rsidRPr="00696AD1">
              <w:rPr>
                <w:sz w:val="19"/>
                <w:lang w:val="ru-RU"/>
              </w:rPr>
              <w:t>Не</w:t>
            </w:r>
            <w:proofErr w:type="gramEnd"/>
            <w:r w:rsidRPr="00696AD1">
              <w:rPr>
                <w:sz w:val="19"/>
                <w:lang w:val="ru-RU"/>
              </w:rPr>
              <w:t xml:space="preserve"> прокладывайте кабель через лужи и не допускайте его </w:t>
            </w:r>
            <w:r w:rsidRPr="00696AD1">
              <w:rPr>
                <w:sz w:val="19"/>
                <w:lang w:val="ru-RU"/>
              </w:rPr>
              <w:t xml:space="preserve">попадания под вращающуюся щетку. </w:t>
            </w:r>
            <w:proofErr w:type="spellStart"/>
            <w:r>
              <w:rPr>
                <w:sz w:val="19"/>
              </w:rPr>
              <w:t>Это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может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привести</w:t>
            </w:r>
            <w:proofErr w:type="spellEnd"/>
            <w:r>
              <w:rPr>
                <w:sz w:val="19"/>
              </w:rPr>
              <w:t xml:space="preserve"> к поражению током.</w:t>
            </w:r>
          </w:p>
        </w:tc>
      </w:tr>
    </w:tbl>
    <w:p w14:paraId="1489440B" w14:textId="77777777" w:rsidR="00FB1ED4" w:rsidRDefault="00FB1ED4">
      <w:pPr>
        <w:spacing w:after="20"/>
      </w:pPr>
    </w:p>
    <w:p w14:paraId="71041663" w14:textId="77777777" w:rsidR="00FB1ED4" w:rsidRDefault="00200F30">
      <w:r>
        <w:br w:type="page"/>
      </w:r>
    </w:p>
    <w:p w14:paraId="44DBBD3D" w14:textId="77777777" w:rsidR="00FB1ED4" w:rsidRDefault="00200F30">
      <w:pPr>
        <w:keepNext/>
        <w:spacing w:after="40"/>
      </w:pPr>
      <w:r>
        <w:rPr>
          <w:b/>
          <w:color w:val="0788B0"/>
          <w:sz w:val="17"/>
        </w:rPr>
        <w:t>РАЗДЕЛ 13   •   СЕТЕВОЕ ПИТАНИЕ</w:t>
      </w:r>
    </w:p>
    <w:p w14:paraId="3CF7AEF1" w14:textId="77777777" w:rsidR="00FB1ED4" w:rsidRDefault="00200F30">
      <w:pPr>
        <w:pStyle w:val="1"/>
      </w:pPr>
      <w:r>
        <w:t>Подготовка к работе и запуск</w:t>
      </w:r>
    </w:p>
    <w:p w14:paraId="04FF2EF8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Осмотрите машину, рабочую щетку, резиновые лезвия, шланги и колеса.</w:t>
      </w:r>
    </w:p>
    <w:p w14:paraId="4CB98449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Проверьте кабель, розетку, заземление и соответствие</w:t>
      </w:r>
      <w:r w:rsidRPr="00696AD1">
        <w:rPr>
          <w:sz w:val="20"/>
          <w:lang w:val="ru-RU"/>
        </w:rPr>
        <w:t xml:space="preserve"> сети паспортной табличке.</w:t>
      </w:r>
    </w:p>
    <w:p w14:paraId="0414B419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Убедитесь, что бак грязной воды пуст, фильтр чист, крышка закрывается герметично.</w:t>
      </w:r>
    </w:p>
    <w:p w14:paraId="294DD2D0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Заполните бак чистым раствором и установите умеренную подачу воды.</w:t>
      </w:r>
    </w:p>
    <w:p w14:paraId="299D4417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Опустите водосборную балку, затем приведите щеточную головку в рабочее положение</w:t>
      </w:r>
      <w:r w:rsidRPr="00696AD1">
        <w:rPr>
          <w:sz w:val="20"/>
          <w:lang w:val="ru-RU"/>
        </w:rPr>
        <w:t>.</w:t>
      </w:r>
    </w:p>
    <w:p w14:paraId="1149E79F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Включите основной выключатель или поверните ключ в рабочее положение.</w:t>
      </w:r>
    </w:p>
    <w:p w14:paraId="5B477A41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Включите щеточный двигатель и всасывание штатными переключателями.</w:t>
      </w:r>
    </w:p>
    <w:p w14:paraId="6029F1FE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Начните движение плавно и убедитесь, что раствор подается, а использованная вода полностью собирается.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:rsidRPr="00696AD1" w14:paraId="54FEA47D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4358A12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D79600"/>
                <w:sz w:val="19"/>
                <w:lang w:val="ru-RU"/>
              </w:rPr>
              <w:t xml:space="preserve">ПЕРВЫЙ </w:t>
            </w:r>
            <w:proofErr w:type="gramStart"/>
            <w:r w:rsidRPr="00696AD1">
              <w:rPr>
                <w:b/>
                <w:color w:val="D79600"/>
                <w:sz w:val="19"/>
                <w:lang w:val="ru-RU"/>
              </w:rPr>
              <w:t xml:space="preserve">ПРОХОД </w:t>
            </w:r>
            <w:r w:rsidRPr="00696AD1">
              <w:rPr>
                <w:b/>
                <w:color w:val="D79600"/>
                <w:sz w:val="19"/>
                <w:lang w:val="ru-RU"/>
              </w:rPr>
              <w:t xml:space="preserve"> </w:t>
            </w:r>
            <w:r w:rsidRPr="00696AD1">
              <w:rPr>
                <w:sz w:val="19"/>
                <w:lang w:val="ru-RU"/>
              </w:rPr>
              <w:t>Проверьте</w:t>
            </w:r>
            <w:proofErr w:type="gramEnd"/>
            <w:r w:rsidRPr="00696AD1">
              <w:rPr>
                <w:sz w:val="19"/>
                <w:lang w:val="ru-RU"/>
              </w:rPr>
              <w:t xml:space="preserve"> машину на небольшом участке. При постороннем шуме, сильной вибрации или плохом сборе воды остановите работу и устраните причину.</w:t>
            </w:r>
          </w:p>
        </w:tc>
      </w:tr>
    </w:tbl>
    <w:p w14:paraId="47F921FB" w14:textId="77777777" w:rsidR="00FB1ED4" w:rsidRPr="00696AD1" w:rsidRDefault="00FB1ED4">
      <w:pPr>
        <w:spacing w:after="20"/>
        <w:rPr>
          <w:lang w:val="ru-RU"/>
        </w:rPr>
      </w:pPr>
    </w:p>
    <w:p w14:paraId="09FC10BC" w14:textId="09D8ADF3" w:rsidR="00FB1ED4" w:rsidRPr="001125A9" w:rsidRDefault="00200F30" w:rsidP="001125A9">
      <w:pPr>
        <w:rPr>
          <w:lang w:val="ru-RU"/>
        </w:rPr>
      </w:pPr>
      <w:r w:rsidRPr="001125A9">
        <w:rPr>
          <w:b/>
          <w:color w:val="0788B0"/>
          <w:sz w:val="17"/>
          <w:lang w:val="ru-RU"/>
        </w:rPr>
        <w:t>РАЗДЕЛ 14   •   СЕТЕВОЕ ПИТАНИЕ</w:t>
      </w:r>
    </w:p>
    <w:p w14:paraId="261AA62F" w14:textId="77777777" w:rsidR="00FB1ED4" w:rsidRPr="001125A9" w:rsidRDefault="00200F30">
      <w:pPr>
        <w:pStyle w:val="1"/>
        <w:rPr>
          <w:lang w:val="ru-RU"/>
        </w:rPr>
      </w:pPr>
      <w:r w:rsidRPr="001125A9">
        <w:rPr>
          <w:lang w:val="ru-RU"/>
        </w:rPr>
        <w:t>Технология уборки</w:t>
      </w:r>
    </w:p>
    <w:p w14:paraId="67662127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 xml:space="preserve">Двигайтесь ровными полосами с небольшим перекрытием </w:t>
      </w:r>
      <w:r w:rsidRPr="00696AD1">
        <w:rPr>
          <w:sz w:val="20"/>
          <w:lang w:val="ru-RU"/>
        </w:rPr>
        <w:t>соседних проходов.</w:t>
      </w:r>
    </w:p>
    <w:p w14:paraId="5412CB54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Поддерживайте равномерную скорость и избегайте резких поворотов с опущенной балкой.</w:t>
      </w:r>
    </w:p>
    <w:p w14:paraId="700F4083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Уменьшайте подачу воды на гладких полах и увеличивайте ее только при необходимости.</w:t>
      </w:r>
    </w:p>
    <w:p w14:paraId="142ACA1E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Следите за наполнением бака грязной воды и остатком чистого раствора.</w:t>
      </w:r>
    </w:p>
    <w:p w14:paraId="4898A35C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 xml:space="preserve">При появлении пены добавьте совместимый </w:t>
      </w:r>
      <w:proofErr w:type="spellStart"/>
      <w:r w:rsidRPr="00696AD1">
        <w:rPr>
          <w:sz w:val="20"/>
          <w:lang w:val="ru-RU"/>
        </w:rPr>
        <w:t>пеногаситель</w:t>
      </w:r>
      <w:proofErr w:type="spellEnd"/>
      <w:r w:rsidRPr="00696AD1">
        <w:rPr>
          <w:sz w:val="20"/>
          <w:lang w:val="ru-RU"/>
        </w:rPr>
        <w:t xml:space="preserve"> в бак грязной воды.</w:t>
      </w:r>
    </w:p>
    <w:p w14:paraId="22BFDEAF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При стойких загрязнениях выполните двойную уборку: нанесите раствор, выдержите 3-5 минут, затем соберите его.</w:t>
      </w:r>
    </w:p>
    <w:p w14:paraId="35CEA662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На уклонах и скользких участках двигайтесь медленно; исходные руководств</w:t>
      </w:r>
      <w:r w:rsidRPr="00696AD1">
        <w:rPr>
          <w:sz w:val="20"/>
          <w:lang w:val="ru-RU"/>
        </w:rPr>
        <w:t>а рекомендуют уклон не более 5 %.</w:t>
      </w:r>
    </w:p>
    <w:tbl>
      <w:tblPr>
        <w:tblW w:w="10140" w:type="dxa"/>
        <w:tblInd w:w="170" w:type="dxa"/>
        <w:tblBorders>
          <w:top w:val="single" w:sz="9" w:space="0" w:color="D46A12"/>
          <w:left w:val="single" w:sz="9" w:space="0" w:color="D46A12"/>
          <w:bottom w:val="single" w:sz="9" w:space="0" w:color="D46A12"/>
          <w:right w:val="single" w:sz="9" w:space="0" w:color="D46A12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:rsidRPr="00696AD1" w14:paraId="324052E0" w14:textId="77777777">
        <w:trPr>
          <w:cantSplit/>
          <w:tblHeader/>
        </w:trPr>
        <w:tc>
          <w:tcPr>
            <w:tcW w:w="10140" w:type="dxa"/>
            <w:shd w:val="clear" w:color="auto" w:fill="FFF2E7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3D1CA07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D46A12"/>
                <w:sz w:val="19"/>
                <w:lang w:val="ru-RU"/>
              </w:rPr>
              <w:t xml:space="preserve">КОНТРОЛЬ </w:t>
            </w:r>
            <w:proofErr w:type="gramStart"/>
            <w:r w:rsidRPr="00696AD1">
              <w:rPr>
                <w:b/>
                <w:color w:val="D46A12"/>
                <w:sz w:val="19"/>
                <w:lang w:val="ru-RU"/>
              </w:rPr>
              <w:t xml:space="preserve">КАБЕЛЯ  </w:t>
            </w:r>
            <w:r w:rsidRPr="00696AD1">
              <w:rPr>
                <w:sz w:val="19"/>
                <w:lang w:val="ru-RU"/>
              </w:rPr>
              <w:t>В</w:t>
            </w:r>
            <w:proofErr w:type="gramEnd"/>
            <w:r w:rsidRPr="00696AD1">
              <w:rPr>
                <w:sz w:val="19"/>
                <w:lang w:val="ru-RU"/>
              </w:rPr>
              <w:t xml:space="preserve"> течение всего маршрута контролируйте положение кабеля. При переходе в другую зону сначала выключайте рабочие функции и </w:t>
            </w:r>
            <w:proofErr w:type="spellStart"/>
            <w:r w:rsidRPr="00696AD1">
              <w:rPr>
                <w:sz w:val="19"/>
                <w:lang w:val="ru-RU"/>
              </w:rPr>
              <w:t>переукладывайте</w:t>
            </w:r>
            <w:proofErr w:type="spellEnd"/>
            <w:r w:rsidRPr="00696AD1">
              <w:rPr>
                <w:sz w:val="19"/>
                <w:lang w:val="ru-RU"/>
              </w:rPr>
              <w:t xml:space="preserve"> провод.</w:t>
            </w:r>
          </w:p>
        </w:tc>
      </w:tr>
    </w:tbl>
    <w:p w14:paraId="68B8172A" w14:textId="77777777" w:rsidR="00FB1ED4" w:rsidRPr="00696AD1" w:rsidRDefault="00FB1ED4">
      <w:pPr>
        <w:spacing w:after="20"/>
        <w:rPr>
          <w:lang w:val="ru-RU"/>
        </w:rPr>
      </w:pPr>
    </w:p>
    <w:p w14:paraId="795DA482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187D11E7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15   •   СЕТЕВОЕ ПИТАНИЕ</w:t>
      </w:r>
    </w:p>
    <w:p w14:paraId="11249C5E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 xml:space="preserve">Опорожнение и </w:t>
      </w:r>
      <w:r w:rsidRPr="00696AD1">
        <w:rPr>
          <w:lang w:val="ru-RU"/>
        </w:rPr>
        <w:t>промывка баков</w:t>
      </w:r>
    </w:p>
    <w:p w14:paraId="448F86A2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Остановите машину на ровной поверхности в специально отведенной зоне слива.</w:t>
      </w:r>
    </w:p>
    <w:p w14:paraId="512CCF70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Выключите щетку, всасывание и основное питание; отсоедините источник питания перед обслуживанием.</w:t>
      </w:r>
    </w:p>
    <w:p w14:paraId="3F1EECAE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Слейте грязную воду через штатный сливной шланг или крышку, контрол</w:t>
      </w:r>
      <w:r w:rsidRPr="00696AD1">
        <w:rPr>
          <w:sz w:val="20"/>
          <w:lang w:val="ru-RU"/>
        </w:rPr>
        <w:t>ируя скорость потока.</w:t>
      </w:r>
    </w:p>
    <w:p w14:paraId="206AA5C1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Откройте крышку бака грязной воды, промойте стенки и извлеките загрязнения из фильтра.</w:t>
      </w:r>
    </w:p>
    <w:p w14:paraId="3665AF16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Проверьте поплавок, уплотнение крышки и всасывающий шланг; при необходимости промойте их.</w:t>
      </w:r>
    </w:p>
    <w:p w14:paraId="75FAADE4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Слейте остаток чистого раствора, промойте бак чистой воды</w:t>
      </w:r>
      <w:r w:rsidRPr="00696AD1">
        <w:rPr>
          <w:sz w:val="20"/>
          <w:lang w:val="ru-RU"/>
        </w:rPr>
        <w:t xml:space="preserve"> и фильтр подачи.</w:t>
      </w:r>
    </w:p>
    <w:p w14:paraId="2CEDE7EF" w14:textId="77777777" w:rsidR="00FB1ED4" w:rsidRPr="00696AD1" w:rsidRDefault="00200F30">
      <w:pPr>
        <w:numPr>
          <w:ilvl w:val="0"/>
          <w:numId w:val="1"/>
        </w:numPr>
        <w:spacing w:after="80"/>
        <w:rPr>
          <w:lang w:val="ru-RU"/>
        </w:rPr>
      </w:pPr>
      <w:r w:rsidRPr="00696AD1">
        <w:rPr>
          <w:sz w:val="20"/>
          <w:lang w:val="ru-RU"/>
        </w:rPr>
        <w:t>Оставьте баки просыхать с приоткрытыми крышками, если машина не используется.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:rsidRPr="00696AD1" w14:paraId="76828227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DE78913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D79600"/>
                <w:sz w:val="19"/>
                <w:lang w:val="ru-RU"/>
              </w:rPr>
              <w:t xml:space="preserve">ТЕМПЕРАТУРА </w:t>
            </w:r>
            <w:proofErr w:type="gramStart"/>
            <w:r w:rsidRPr="00696AD1">
              <w:rPr>
                <w:b/>
                <w:color w:val="D79600"/>
                <w:sz w:val="19"/>
                <w:lang w:val="ru-RU"/>
              </w:rPr>
              <w:t xml:space="preserve">ВОДЫ  </w:t>
            </w:r>
            <w:r w:rsidRPr="00696AD1">
              <w:rPr>
                <w:sz w:val="19"/>
                <w:lang w:val="ru-RU"/>
              </w:rPr>
              <w:t>Для</w:t>
            </w:r>
            <w:proofErr w:type="gramEnd"/>
            <w:r w:rsidRPr="00696AD1">
              <w:rPr>
                <w:sz w:val="19"/>
                <w:lang w:val="ru-RU"/>
              </w:rPr>
              <w:t xml:space="preserve"> промывки используйте воду температурой менее 60 °</w:t>
            </w:r>
            <w:r>
              <w:rPr>
                <w:sz w:val="19"/>
              </w:rPr>
              <w:t>C</w:t>
            </w:r>
            <w:r w:rsidRPr="00696AD1">
              <w:rPr>
                <w:sz w:val="19"/>
                <w:lang w:val="ru-RU"/>
              </w:rPr>
              <w:t>. Не направляйте струю воды на электрические узлы машины.</w:t>
            </w:r>
          </w:p>
        </w:tc>
      </w:tr>
    </w:tbl>
    <w:p w14:paraId="07C813B9" w14:textId="77777777" w:rsidR="00FB1ED4" w:rsidRPr="00696AD1" w:rsidRDefault="00FB1ED4">
      <w:pPr>
        <w:spacing w:after="20"/>
        <w:rPr>
          <w:lang w:val="ru-RU"/>
        </w:rPr>
      </w:pPr>
    </w:p>
    <w:p w14:paraId="78526E5D" w14:textId="0D6A0D4E" w:rsidR="00FB1ED4" w:rsidRPr="001125A9" w:rsidRDefault="00200F30" w:rsidP="001125A9">
      <w:pPr>
        <w:rPr>
          <w:lang w:val="ru-RU"/>
        </w:rPr>
      </w:pPr>
      <w:r>
        <w:rPr>
          <w:b/>
          <w:color w:val="0788B0"/>
          <w:sz w:val="17"/>
        </w:rPr>
        <w:t xml:space="preserve">РАЗДЕЛ 16   •   </w:t>
      </w:r>
      <w:r>
        <w:rPr>
          <w:b/>
          <w:color w:val="0788B0"/>
          <w:sz w:val="17"/>
        </w:rPr>
        <w:t>СЕТЕВОЕ ПИТАНИЕ</w:t>
      </w:r>
    </w:p>
    <w:p w14:paraId="0D60DD00" w14:textId="77777777" w:rsidR="00FB1ED4" w:rsidRDefault="00200F30">
      <w:pPr>
        <w:pStyle w:val="1"/>
      </w:pPr>
      <w:r>
        <w:t>Ежедневное обслуживание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6880"/>
      </w:tblGrid>
      <w:tr w:rsidR="00FB1ED4" w14:paraId="1AC7331A" w14:textId="77777777">
        <w:trPr>
          <w:cantSplit/>
          <w:tblHeader/>
        </w:trPr>
        <w:tc>
          <w:tcPr>
            <w:tcW w:w="32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0AFC2D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68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792683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Действие после смены</w:t>
            </w:r>
          </w:p>
        </w:tc>
      </w:tr>
      <w:tr w:rsidR="00FB1ED4" w:rsidRPr="00696AD1" w14:paraId="64443E53" w14:textId="77777777">
        <w:trPr>
          <w:cantSplit/>
        </w:trPr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00392B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Бак грязной воды</w:t>
            </w:r>
          </w:p>
        </w:tc>
        <w:tc>
          <w:tcPr>
            <w:tcW w:w="6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9E26D4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7"/>
                <w:lang w:val="ru-RU"/>
              </w:rPr>
              <w:t>Слить, промыть, очистить поплавковый фильтр.</w:t>
            </w:r>
          </w:p>
        </w:tc>
      </w:tr>
      <w:tr w:rsidR="00FB1ED4" w:rsidRPr="00696AD1" w14:paraId="3CF0E5F6" w14:textId="77777777">
        <w:trPr>
          <w:cantSplit/>
        </w:trPr>
        <w:tc>
          <w:tcPr>
            <w:tcW w:w="32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17CF8B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7"/>
              </w:rPr>
              <w:t>Бак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чистой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воды</w:t>
            </w:r>
            <w:proofErr w:type="spellEnd"/>
          </w:p>
        </w:tc>
        <w:tc>
          <w:tcPr>
            <w:tcW w:w="68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81D5B9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7"/>
                <w:lang w:val="ru-RU"/>
              </w:rPr>
              <w:t>Слить остаток раствора, при необходимости промыть.</w:t>
            </w:r>
          </w:p>
        </w:tc>
      </w:tr>
      <w:tr w:rsidR="00FB1ED4" w:rsidRPr="00696AD1" w14:paraId="0F6479B8" w14:textId="77777777">
        <w:trPr>
          <w:cantSplit/>
        </w:trPr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B2DA59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7"/>
              </w:rPr>
              <w:t>Щетка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или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пад</w:t>
            </w:r>
            <w:proofErr w:type="spellEnd"/>
          </w:p>
        </w:tc>
        <w:tc>
          <w:tcPr>
            <w:tcW w:w="6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6F42D9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7"/>
                <w:lang w:val="ru-RU"/>
              </w:rPr>
              <w:t xml:space="preserve">Очистить, проверить износ и </w:t>
            </w:r>
            <w:r w:rsidRPr="00696AD1">
              <w:rPr>
                <w:sz w:val="17"/>
                <w:lang w:val="ru-RU"/>
              </w:rPr>
              <w:t>надежность крепления.</w:t>
            </w:r>
          </w:p>
        </w:tc>
      </w:tr>
      <w:tr w:rsidR="00FB1ED4" w:rsidRPr="00696AD1" w14:paraId="44B8C9A7" w14:textId="77777777">
        <w:trPr>
          <w:cantSplit/>
        </w:trPr>
        <w:tc>
          <w:tcPr>
            <w:tcW w:w="32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9E4297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7"/>
              </w:rPr>
              <w:t>Водосборная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балка</w:t>
            </w:r>
            <w:proofErr w:type="spellEnd"/>
          </w:p>
        </w:tc>
        <w:tc>
          <w:tcPr>
            <w:tcW w:w="68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6D5DEA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7"/>
                <w:lang w:val="ru-RU"/>
              </w:rPr>
              <w:t>Протереть резинки, удалить мусор, проверить положение колес.</w:t>
            </w:r>
          </w:p>
        </w:tc>
      </w:tr>
      <w:tr w:rsidR="00FB1ED4" w:rsidRPr="00696AD1" w14:paraId="7E71459F" w14:textId="77777777">
        <w:trPr>
          <w:cantSplit/>
        </w:trPr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1CD806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7"/>
              </w:rPr>
              <w:t>Всасывающий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шланг</w:t>
            </w:r>
            <w:proofErr w:type="spellEnd"/>
          </w:p>
        </w:tc>
        <w:tc>
          <w:tcPr>
            <w:tcW w:w="6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98152D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7"/>
                <w:lang w:val="ru-RU"/>
              </w:rPr>
              <w:t>Проверить засорение, трещины и плотность соединений.</w:t>
            </w:r>
          </w:p>
        </w:tc>
      </w:tr>
      <w:tr w:rsidR="00FB1ED4" w:rsidRPr="00696AD1" w14:paraId="6C358FF7" w14:textId="77777777">
        <w:trPr>
          <w:cantSplit/>
        </w:trPr>
        <w:tc>
          <w:tcPr>
            <w:tcW w:w="32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88F11A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7"/>
              </w:rPr>
              <w:t>Корпус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колеса</w:t>
            </w:r>
            <w:proofErr w:type="spellEnd"/>
          </w:p>
        </w:tc>
        <w:tc>
          <w:tcPr>
            <w:tcW w:w="68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965487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7"/>
                <w:lang w:val="ru-RU"/>
              </w:rPr>
              <w:t xml:space="preserve">Протереть влажной салфеткой; удалить налипшие </w:t>
            </w:r>
            <w:r w:rsidRPr="00696AD1">
              <w:rPr>
                <w:sz w:val="17"/>
                <w:lang w:val="ru-RU"/>
              </w:rPr>
              <w:t>загрязнения.</w:t>
            </w:r>
          </w:p>
        </w:tc>
      </w:tr>
      <w:tr w:rsidR="00FB1ED4" w:rsidRPr="00696AD1" w14:paraId="64795FC1" w14:textId="77777777">
        <w:trPr>
          <w:cantSplit/>
        </w:trPr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E0D729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7"/>
              </w:rPr>
              <w:t>Сетевой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кабель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вилка</w:t>
            </w:r>
            <w:proofErr w:type="spellEnd"/>
          </w:p>
        </w:tc>
        <w:tc>
          <w:tcPr>
            <w:tcW w:w="6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AB3768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7"/>
                <w:lang w:val="ru-RU"/>
              </w:rPr>
              <w:t>Осмотреть изоляцию, высушить и аккуратно уложить без перегибов.</w:t>
            </w:r>
          </w:p>
        </w:tc>
      </w:tr>
    </w:tbl>
    <w:p w14:paraId="1F5B5A30" w14:textId="77777777" w:rsidR="00FB1ED4" w:rsidRDefault="00200F30">
      <w:pPr>
        <w:pStyle w:val="2"/>
      </w:pPr>
      <w:r>
        <w:t xml:space="preserve">В </w:t>
      </w:r>
      <w:proofErr w:type="spellStart"/>
      <w:r>
        <w:t>завершение</w:t>
      </w:r>
      <w:proofErr w:type="spellEnd"/>
    </w:p>
    <w:p w14:paraId="0E9FAC92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Поднимите щеточную головку и водосборную балку в транспортное положение.</w:t>
      </w:r>
    </w:p>
    <w:p w14:paraId="1EAC1B4F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 xml:space="preserve">Оставьте </w:t>
      </w:r>
      <w:proofErr w:type="gramStart"/>
      <w:r w:rsidRPr="00696AD1">
        <w:rPr>
          <w:sz w:val="20"/>
          <w:lang w:val="ru-RU"/>
        </w:rPr>
        <w:t>крышку бака грязной воды</w:t>
      </w:r>
      <w:proofErr w:type="gramEnd"/>
      <w:r w:rsidRPr="00696AD1">
        <w:rPr>
          <w:sz w:val="20"/>
          <w:lang w:val="ru-RU"/>
        </w:rPr>
        <w:t xml:space="preserve"> приоткрытой для просушки.</w:t>
      </w:r>
    </w:p>
    <w:p w14:paraId="4BA05700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Осмотрите машину на наличие протечек и сообщите о неисправностях до следующей смены.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:rsidRPr="00696AD1" w14:paraId="0429CB61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13688C5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C5362C"/>
                <w:sz w:val="19"/>
                <w:lang w:val="ru-RU"/>
              </w:rPr>
              <w:t xml:space="preserve">ПЕРЕД </w:t>
            </w:r>
            <w:proofErr w:type="gramStart"/>
            <w:r w:rsidRPr="00696AD1">
              <w:rPr>
                <w:b/>
                <w:color w:val="C5362C"/>
                <w:sz w:val="19"/>
                <w:lang w:val="ru-RU"/>
              </w:rPr>
              <w:t xml:space="preserve">ОБСЛУЖИВАНИЕМ  </w:t>
            </w:r>
            <w:r w:rsidRPr="00696AD1">
              <w:rPr>
                <w:sz w:val="19"/>
                <w:lang w:val="ru-RU"/>
              </w:rPr>
              <w:t>Всегда</w:t>
            </w:r>
            <w:proofErr w:type="gramEnd"/>
            <w:r w:rsidRPr="00696AD1">
              <w:rPr>
                <w:sz w:val="19"/>
                <w:lang w:val="ru-RU"/>
              </w:rPr>
              <w:t xml:space="preserve"> отключайте машину от ее источника питания: это снижает риск случайного включения и поражения током.</w:t>
            </w:r>
          </w:p>
        </w:tc>
      </w:tr>
    </w:tbl>
    <w:p w14:paraId="526C0B99" w14:textId="77777777" w:rsidR="00FB1ED4" w:rsidRPr="00696AD1" w:rsidRDefault="00FB1ED4">
      <w:pPr>
        <w:spacing w:after="20"/>
        <w:rPr>
          <w:lang w:val="ru-RU"/>
        </w:rPr>
      </w:pPr>
    </w:p>
    <w:p w14:paraId="1605D1BD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784BFB60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17   •   СЕТЕВОЕ ПИТАНИЕ</w:t>
      </w:r>
    </w:p>
    <w:p w14:paraId="15F7892A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Плановое техническое обслуживание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190"/>
        <w:gridCol w:w="6950"/>
      </w:tblGrid>
      <w:tr w:rsidR="00FB1ED4" w14:paraId="7C256DDC" w14:textId="77777777">
        <w:trPr>
          <w:cantSplit/>
          <w:tblHeader/>
        </w:trPr>
        <w:tc>
          <w:tcPr>
            <w:tcW w:w="31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55CA54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Периодичность</w:t>
            </w:r>
            <w:proofErr w:type="spellEnd"/>
          </w:p>
        </w:tc>
        <w:tc>
          <w:tcPr>
            <w:tcW w:w="69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3FC996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Перечень работ</w:t>
            </w:r>
          </w:p>
        </w:tc>
      </w:tr>
      <w:tr w:rsidR="00FB1ED4" w:rsidRPr="00696AD1" w14:paraId="03B88395" w14:textId="77777777">
        <w:trPr>
          <w:cantSplit/>
        </w:trPr>
        <w:tc>
          <w:tcPr>
            <w:tcW w:w="31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F48031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После каждой смены</w:t>
            </w:r>
          </w:p>
        </w:tc>
        <w:tc>
          <w:tcPr>
            <w:tcW w:w="6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E6A79A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Баки, фильтры, щетка, резинки </w:t>
            </w:r>
            <w:proofErr w:type="spellStart"/>
            <w:r w:rsidRPr="00696AD1">
              <w:rPr>
                <w:sz w:val="16"/>
                <w:lang w:val="ru-RU"/>
              </w:rPr>
              <w:t>водосгона</w:t>
            </w:r>
            <w:proofErr w:type="spellEnd"/>
            <w:r w:rsidRPr="00696AD1">
              <w:rPr>
                <w:sz w:val="16"/>
                <w:lang w:val="ru-RU"/>
              </w:rPr>
              <w:t>, шланги и внешняя очистка.</w:t>
            </w:r>
          </w:p>
        </w:tc>
      </w:tr>
      <w:tr w:rsidR="00FB1ED4" w:rsidRPr="00696AD1" w14:paraId="54739624" w14:textId="77777777">
        <w:trPr>
          <w:cantSplit/>
        </w:trPr>
        <w:tc>
          <w:tcPr>
            <w:tcW w:w="31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9CAD4A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Еженедельно</w:t>
            </w:r>
            <w:proofErr w:type="spellEnd"/>
          </w:p>
        </w:tc>
        <w:tc>
          <w:tcPr>
            <w:tcW w:w="69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B0D8A3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Проверка соединений, сливов, подачи воды и равномерности прижима балки.</w:t>
            </w:r>
          </w:p>
        </w:tc>
      </w:tr>
      <w:tr w:rsidR="00FB1ED4" w:rsidRPr="00696AD1" w14:paraId="0179D83E" w14:textId="77777777">
        <w:trPr>
          <w:cantSplit/>
        </w:trPr>
        <w:tc>
          <w:tcPr>
            <w:tcW w:w="31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53D45E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Ежемесячно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около</w:t>
            </w:r>
            <w:proofErr w:type="spellEnd"/>
            <w:r>
              <w:rPr>
                <w:sz w:val="16"/>
              </w:rPr>
              <w:t xml:space="preserve"> 80 часов</w:t>
            </w:r>
          </w:p>
        </w:tc>
        <w:tc>
          <w:tcPr>
            <w:tcW w:w="6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070C91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Очистка фильтра чистой воды, проверка крепежа, шарниров, уплотнений и протечек.</w:t>
            </w:r>
          </w:p>
        </w:tc>
      </w:tr>
      <w:tr w:rsidR="00FB1ED4" w:rsidRPr="00696AD1" w14:paraId="61AC97F2" w14:textId="77777777">
        <w:trPr>
          <w:cantSplit/>
        </w:trPr>
        <w:tc>
          <w:tcPr>
            <w:tcW w:w="31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697387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Ежеквартально</w:t>
            </w:r>
            <w:proofErr w:type="spellEnd"/>
          </w:p>
        </w:tc>
        <w:tc>
          <w:tcPr>
            <w:tcW w:w="69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81D3F0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Проверка привода, вакуумной системы, износа рабочих компонентов и электрических соединений.</w:t>
            </w:r>
          </w:p>
        </w:tc>
      </w:tr>
      <w:tr w:rsidR="00FB1ED4" w:rsidRPr="00696AD1" w14:paraId="2959EC02" w14:textId="77777777">
        <w:trPr>
          <w:cantSplit/>
        </w:trPr>
        <w:tc>
          <w:tcPr>
            <w:tcW w:w="31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4DFF33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Около</w:t>
            </w:r>
            <w:proofErr w:type="spellEnd"/>
            <w:r>
              <w:rPr>
                <w:sz w:val="16"/>
              </w:rPr>
              <w:t xml:space="preserve"> 250 </w:t>
            </w:r>
            <w:proofErr w:type="spellStart"/>
            <w:r>
              <w:rPr>
                <w:sz w:val="16"/>
              </w:rPr>
              <w:t>часов</w:t>
            </w:r>
            <w:proofErr w:type="spellEnd"/>
          </w:p>
        </w:tc>
        <w:tc>
          <w:tcPr>
            <w:tcW w:w="6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440AA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Проверка угольных щеток </w:t>
            </w:r>
            <w:r w:rsidRPr="00696AD1">
              <w:rPr>
                <w:sz w:val="16"/>
                <w:lang w:val="ru-RU"/>
              </w:rPr>
              <w:t>двигателей сервисным специалистом; ориентир замены - длина около 10 мм.</w:t>
            </w:r>
          </w:p>
        </w:tc>
      </w:tr>
    </w:tbl>
    <w:p w14:paraId="79BFD0CE" w14:textId="77777777" w:rsidR="00FB1ED4" w:rsidRDefault="00200F30">
      <w:pPr>
        <w:pStyle w:val="2"/>
      </w:pPr>
      <w:proofErr w:type="spellStart"/>
      <w:r>
        <w:t>Дополнительный</w:t>
      </w:r>
      <w:proofErr w:type="spellEnd"/>
      <w:r>
        <w:t xml:space="preserve"> </w:t>
      </w:r>
      <w:proofErr w:type="spellStart"/>
      <w:r>
        <w:t>контроль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версии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190"/>
        <w:gridCol w:w="6950"/>
      </w:tblGrid>
      <w:tr w:rsidR="00FB1ED4" w14:paraId="1BCD9040" w14:textId="77777777">
        <w:trPr>
          <w:cantSplit/>
          <w:tblHeader/>
        </w:trPr>
        <w:tc>
          <w:tcPr>
            <w:tcW w:w="31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BA64FF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69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C175B5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Контроль</w:t>
            </w:r>
          </w:p>
        </w:tc>
      </w:tr>
      <w:tr w:rsidR="00FB1ED4" w:rsidRPr="00696AD1" w14:paraId="4D65EB2B" w14:textId="77777777">
        <w:trPr>
          <w:cantSplit/>
        </w:trPr>
        <w:tc>
          <w:tcPr>
            <w:tcW w:w="31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23A584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Сетевой кабель</w:t>
            </w:r>
          </w:p>
        </w:tc>
        <w:tc>
          <w:tcPr>
            <w:tcW w:w="6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91909E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Проверить изоляцию, ввод в корпус, отсутствие перегрева и перегибов.</w:t>
            </w:r>
          </w:p>
        </w:tc>
      </w:tr>
      <w:tr w:rsidR="00FB1ED4" w:rsidRPr="00696AD1" w14:paraId="19E46DBB" w14:textId="77777777">
        <w:trPr>
          <w:cantSplit/>
        </w:trPr>
        <w:tc>
          <w:tcPr>
            <w:tcW w:w="31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FBAE6E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Вилка</w:t>
            </w:r>
            <w:proofErr w:type="spellEnd"/>
            <w:r>
              <w:rPr>
                <w:sz w:val="16"/>
              </w:rPr>
              <w:t xml:space="preserve"> и </w:t>
            </w:r>
            <w:proofErr w:type="spellStart"/>
            <w:r>
              <w:rPr>
                <w:sz w:val="16"/>
              </w:rPr>
              <w:t>заземление</w:t>
            </w:r>
            <w:proofErr w:type="spellEnd"/>
          </w:p>
        </w:tc>
        <w:tc>
          <w:tcPr>
            <w:tcW w:w="69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5F9BB0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Проверить </w:t>
            </w:r>
            <w:r w:rsidRPr="00696AD1">
              <w:rPr>
                <w:sz w:val="16"/>
                <w:lang w:val="ru-RU"/>
              </w:rPr>
              <w:t>состояние контактов и непрерывность защитного проводника.</w:t>
            </w:r>
          </w:p>
        </w:tc>
      </w:tr>
      <w:tr w:rsidR="00FB1ED4" w:rsidRPr="00696AD1" w14:paraId="4BE7464A" w14:textId="77777777">
        <w:trPr>
          <w:cantSplit/>
        </w:trPr>
        <w:tc>
          <w:tcPr>
            <w:tcW w:w="31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525AA6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Сетевая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защита</w:t>
            </w:r>
            <w:proofErr w:type="spellEnd"/>
          </w:p>
        </w:tc>
        <w:tc>
          <w:tcPr>
            <w:tcW w:w="6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6C8997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Проверить исправность защитной цепи и УЗО согласно регламенту объекта.</w:t>
            </w:r>
          </w:p>
        </w:tc>
      </w:tr>
      <w:tr w:rsidR="00FB1ED4" w:rsidRPr="00696AD1" w14:paraId="106E6003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28055F6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proofErr w:type="gramStart"/>
            <w:r w:rsidRPr="00696AD1">
              <w:rPr>
                <w:b/>
                <w:color w:val="D79600"/>
                <w:sz w:val="19"/>
                <w:lang w:val="ru-RU"/>
              </w:rPr>
              <w:t xml:space="preserve">СЕРВИС  </w:t>
            </w:r>
            <w:r w:rsidRPr="00696AD1">
              <w:rPr>
                <w:sz w:val="19"/>
                <w:lang w:val="ru-RU"/>
              </w:rPr>
              <w:t>Внутренний</w:t>
            </w:r>
            <w:proofErr w:type="gramEnd"/>
            <w:r w:rsidRPr="00696AD1">
              <w:rPr>
                <w:sz w:val="19"/>
                <w:lang w:val="ru-RU"/>
              </w:rPr>
              <w:t xml:space="preserve"> ремонт двигателя, платы, проводки и силовых компонентов должен выполнять </w:t>
            </w:r>
            <w:r w:rsidRPr="00696AD1">
              <w:rPr>
                <w:sz w:val="19"/>
                <w:lang w:val="ru-RU"/>
              </w:rPr>
              <w:t>квалифицированный персонал.</w:t>
            </w:r>
          </w:p>
        </w:tc>
      </w:tr>
    </w:tbl>
    <w:p w14:paraId="75661BEB" w14:textId="77777777" w:rsidR="00FB1ED4" w:rsidRPr="00696AD1" w:rsidRDefault="00FB1ED4">
      <w:pPr>
        <w:spacing w:after="20"/>
        <w:rPr>
          <w:lang w:val="ru-RU"/>
        </w:rPr>
      </w:pPr>
    </w:p>
    <w:p w14:paraId="58CE1D02" w14:textId="1857EC15" w:rsidR="00FB1ED4" w:rsidRPr="00696AD1" w:rsidRDefault="00200F30" w:rsidP="001125A9">
      <w:pPr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18   •   СЕТЕВОЕ ПИТАНИЕ</w:t>
      </w:r>
    </w:p>
    <w:p w14:paraId="763BAA64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Неисправности питания и приводов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620"/>
        <w:gridCol w:w="3420"/>
        <w:gridCol w:w="4100"/>
      </w:tblGrid>
      <w:tr w:rsidR="00FB1ED4" w14:paraId="223E5882" w14:textId="77777777">
        <w:trPr>
          <w:cantSplit/>
          <w:tblHeader/>
        </w:trPr>
        <w:tc>
          <w:tcPr>
            <w:tcW w:w="26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04C845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Проблема</w:t>
            </w:r>
            <w:proofErr w:type="spellEnd"/>
          </w:p>
        </w:tc>
        <w:tc>
          <w:tcPr>
            <w:tcW w:w="34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83E857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41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75334F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FB1ED4" w:rsidRPr="00696AD1" w14:paraId="282A56B9" w14:textId="77777777">
        <w:trPr>
          <w:cantSplit/>
        </w:trPr>
        <w:tc>
          <w:tcPr>
            <w:tcW w:w="2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D641E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Машина не включается</w:t>
            </w:r>
          </w:p>
        </w:tc>
        <w:tc>
          <w:tcPr>
            <w:tcW w:w="3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AB0A1E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Нет напряжения в розетке, поврежден кабель или вилка.</w:t>
            </w:r>
          </w:p>
        </w:tc>
        <w:tc>
          <w:tcPr>
            <w:tcW w:w="4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AFFA84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Проверить источник питания, защиту линии, </w:t>
            </w:r>
            <w:r w:rsidRPr="00696AD1">
              <w:rPr>
                <w:sz w:val="16"/>
                <w:lang w:val="ru-RU"/>
              </w:rPr>
              <w:t>кабель и вилку.</w:t>
            </w:r>
          </w:p>
        </w:tc>
      </w:tr>
      <w:tr w:rsidR="00FB1ED4" w:rsidRPr="00696AD1" w14:paraId="5AAFF934" w14:textId="77777777">
        <w:trPr>
          <w:cantSplit/>
        </w:trPr>
        <w:tc>
          <w:tcPr>
            <w:tcW w:w="2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4DB698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Срабатывает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защита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линии</w:t>
            </w:r>
            <w:proofErr w:type="spellEnd"/>
          </w:p>
        </w:tc>
        <w:tc>
          <w:tcPr>
            <w:tcW w:w="3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62D8AE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Перегрузка, повреждение кабеля, электрическая неисправность.</w:t>
            </w:r>
          </w:p>
        </w:tc>
        <w:tc>
          <w:tcPr>
            <w:tcW w:w="41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1F87F8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Отключить машину от сети и вызвать электрика или сервис.</w:t>
            </w:r>
          </w:p>
        </w:tc>
      </w:tr>
      <w:tr w:rsidR="00FB1ED4" w:rsidRPr="00696AD1" w14:paraId="3B3EAFD0" w14:textId="77777777">
        <w:trPr>
          <w:cantSplit/>
        </w:trPr>
        <w:tc>
          <w:tcPr>
            <w:tcW w:w="2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F81E01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Вилка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кабель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нагреваются</w:t>
            </w:r>
            <w:proofErr w:type="spellEnd"/>
          </w:p>
        </w:tc>
        <w:tc>
          <w:tcPr>
            <w:tcW w:w="3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3C53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Слабый контакт, неподходящий удлинитель, перегрузка.</w:t>
            </w:r>
          </w:p>
        </w:tc>
        <w:tc>
          <w:tcPr>
            <w:tcW w:w="4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D26377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Остановить работу; проверить соединения и соответствие удлинителя.</w:t>
            </w:r>
          </w:p>
        </w:tc>
      </w:tr>
      <w:tr w:rsidR="00FB1ED4" w:rsidRPr="00696AD1" w14:paraId="0F84CF92" w14:textId="77777777">
        <w:trPr>
          <w:cantSplit/>
        </w:trPr>
        <w:tc>
          <w:tcPr>
            <w:tcW w:w="2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EB8179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Щетка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вращается</w:t>
            </w:r>
            <w:proofErr w:type="spellEnd"/>
          </w:p>
        </w:tc>
        <w:tc>
          <w:tcPr>
            <w:tcW w:w="3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D2E0AA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Щетка поднята, засор, сработала защита двигателя.</w:t>
            </w:r>
          </w:p>
        </w:tc>
        <w:tc>
          <w:tcPr>
            <w:tcW w:w="41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01AE34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Опустить головку, устранить засор, проверить штатный выключатель.</w:t>
            </w:r>
          </w:p>
        </w:tc>
      </w:tr>
      <w:tr w:rsidR="00FB1ED4" w:rsidRPr="00696AD1" w14:paraId="210EC463" w14:textId="77777777">
        <w:trPr>
          <w:cantSplit/>
        </w:trPr>
        <w:tc>
          <w:tcPr>
            <w:tcW w:w="2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1BBCDF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Всасывание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включается</w:t>
            </w:r>
            <w:proofErr w:type="spellEnd"/>
          </w:p>
        </w:tc>
        <w:tc>
          <w:tcPr>
            <w:tcW w:w="3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29B6FD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Балка поднята, </w:t>
            </w:r>
            <w:r w:rsidRPr="00696AD1">
              <w:rPr>
                <w:sz w:val="16"/>
                <w:lang w:val="ru-RU"/>
              </w:rPr>
              <w:t>неисправен выключатель или двигатель.</w:t>
            </w:r>
          </w:p>
        </w:tc>
        <w:tc>
          <w:tcPr>
            <w:tcW w:w="4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5DEB0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Опустить балку, проверить органы управления и обратиться в сервис.</w:t>
            </w:r>
          </w:p>
        </w:tc>
      </w:tr>
      <w:tr w:rsidR="00FB1ED4" w:rsidRPr="00696AD1" w14:paraId="4B175C27" w14:textId="77777777">
        <w:trPr>
          <w:cantSplit/>
        </w:trPr>
        <w:tc>
          <w:tcPr>
            <w:tcW w:w="2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90D711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Машина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отключается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работе</w:t>
            </w:r>
            <w:proofErr w:type="spellEnd"/>
          </w:p>
        </w:tc>
        <w:tc>
          <w:tcPr>
            <w:tcW w:w="3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977D7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Повреждение кабеля, нестабильный контакт или перегрев.</w:t>
            </w:r>
          </w:p>
        </w:tc>
        <w:tc>
          <w:tcPr>
            <w:tcW w:w="41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B62E34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Отключить вилку, осмотреть линию питания и передать машину в </w:t>
            </w:r>
            <w:r w:rsidRPr="00696AD1">
              <w:rPr>
                <w:sz w:val="16"/>
                <w:lang w:val="ru-RU"/>
              </w:rPr>
              <w:t>сервис.</w:t>
            </w:r>
          </w:p>
        </w:tc>
      </w:tr>
      <w:tr w:rsidR="00FB1ED4" w:rsidRPr="00696AD1" w14:paraId="10E5B4A0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A372726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proofErr w:type="gramStart"/>
            <w:r w:rsidRPr="00696AD1">
              <w:rPr>
                <w:b/>
                <w:color w:val="C5362C"/>
                <w:sz w:val="19"/>
                <w:lang w:val="ru-RU"/>
              </w:rPr>
              <w:t xml:space="preserve">БЕЗОПАСНОСТЬ  </w:t>
            </w:r>
            <w:r w:rsidRPr="00696AD1">
              <w:rPr>
                <w:sz w:val="19"/>
                <w:lang w:val="ru-RU"/>
              </w:rPr>
              <w:t>Не</w:t>
            </w:r>
            <w:proofErr w:type="gramEnd"/>
            <w:r w:rsidRPr="00696AD1">
              <w:rPr>
                <w:sz w:val="19"/>
                <w:lang w:val="ru-RU"/>
              </w:rPr>
              <w:t xml:space="preserve"> вскрывайте силовые цепи и не заменяйте внутренние защитные устройства без соответствующей квалификации.</w:t>
            </w:r>
          </w:p>
        </w:tc>
      </w:tr>
    </w:tbl>
    <w:p w14:paraId="574F0D1B" w14:textId="77777777" w:rsidR="00FB1ED4" w:rsidRPr="00696AD1" w:rsidRDefault="00FB1ED4">
      <w:pPr>
        <w:spacing w:after="20"/>
        <w:rPr>
          <w:lang w:val="ru-RU"/>
        </w:rPr>
      </w:pPr>
    </w:p>
    <w:p w14:paraId="0EB69A61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0E4D3F5A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19   •   СЕТЕВОЕ ПИТАНИЕ</w:t>
      </w:r>
    </w:p>
    <w:p w14:paraId="44841771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Неисправности уборки и сбора воды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4110"/>
      </w:tblGrid>
      <w:tr w:rsidR="00FB1ED4" w14:paraId="492E9DA7" w14:textId="77777777">
        <w:trPr>
          <w:cantSplit/>
          <w:tblHeader/>
        </w:trPr>
        <w:tc>
          <w:tcPr>
            <w:tcW w:w="25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84294A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Проблема</w:t>
            </w:r>
            <w:proofErr w:type="spellEnd"/>
          </w:p>
        </w:tc>
        <w:tc>
          <w:tcPr>
            <w:tcW w:w="35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30AA30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Причина</w:t>
            </w:r>
          </w:p>
        </w:tc>
        <w:tc>
          <w:tcPr>
            <w:tcW w:w="41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FDD704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Решение</w:t>
            </w:r>
          </w:p>
        </w:tc>
      </w:tr>
      <w:tr w:rsidR="00FB1ED4" w:rsidRPr="00696AD1" w14:paraId="60431D92" w14:textId="77777777">
        <w:trPr>
          <w:cantSplit/>
        </w:trPr>
        <w:tc>
          <w:tcPr>
            <w:tcW w:w="2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62EA69" w14:textId="77777777" w:rsidR="00FB1ED4" w:rsidRDefault="00200F30">
            <w:pPr>
              <w:spacing w:after="0" w:line="254" w:lineRule="auto"/>
            </w:pPr>
            <w:r>
              <w:rPr>
                <w:sz w:val="15"/>
              </w:rPr>
              <w:t>На полу остаются полосы</w:t>
            </w:r>
          </w:p>
        </w:tc>
        <w:tc>
          <w:tcPr>
            <w:tcW w:w="3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C77059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Изношены или загрязнены резинки; нарушен прижим.</w:t>
            </w:r>
          </w:p>
        </w:tc>
        <w:tc>
          <w:tcPr>
            <w:tcW w:w="4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2DD4A3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Очистить, отрегулировать, перевернуть либо заменить лезвия.</w:t>
            </w:r>
          </w:p>
        </w:tc>
      </w:tr>
      <w:tr w:rsidR="00FB1ED4" w:rsidRPr="00696AD1" w14:paraId="4BD88E26" w14:textId="77777777">
        <w:trPr>
          <w:cantSplit/>
        </w:trPr>
        <w:tc>
          <w:tcPr>
            <w:tcW w:w="25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D25843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5"/>
              </w:rPr>
              <w:t>Вода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собирается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плохо</w:t>
            </w:r>
            <w:proofErr w:type="spellEnd"/>
          </w:p>
        </w:tc>
        <w:tc>
          <w:tcPr>
            <w:tcW w:w="35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90BD3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Засорен шланг; повреждено уплотнение крышки.</w:t>
            </w:r>
          </w:p>
        </w:tc>
        <w:tc>
          <w:tcPr>
            <w:tcW w:w="41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B877CA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Прочистить шланг; проверить фильтр и уплотнение бака.</w:t>
            </w:r>
          </w:p>
        </w:tc>
      </w:tr>
      <w:tr w:rsidR="00FB1ED4" w:rsidRPr="00696AD1" w14:paraId="4549E8F2" w14:textId="77777777">
        <w:trPr>
          <w:cantSplit/>
        </w:trPr>
        <w:tc>
          <w:tcPr>
            <w:tcW w:w="2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D214C1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5"/>
              </w:rPr>
              <w:t>Нет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подачи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раствора</w:t>
            </w:r>
            <w:proofErr w:type="spellEnd"/>
          </w:p>
        </w:tc>
        <w:tc>
          <w:tcPr>
            <w:tcW w:w="3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731EDC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Пустой бак, закрыта подача или засорен фильтр.</w:t>
            </w:r>
          </w:p>
        </w:tc>
        <w:tc>
          <w:tcPr>
            <w:tcW w:w="4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73A33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Заполнить бак, открыть подачу и очистить фильтр.</w:t>
            </w:r>
          </w:p>
        </w:tc>
      </w:tr>
      <w:tr w:rsidR="00FB1ED4" w:rsidRPr="00696AD1" w14:paraId="6586AC2A" w14:textId="77777777">
        <w:trPr>
          <w:cantSplit/>
        </w:trPr>
        <w:tc>
          <w:tcPr>
            <w:tcW w:w="25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7A75F0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полу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много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воды</w:t>
            </w:r>
            <w:proofErr w:type="spellEnd"/>
          </w:p>
        </w:tc>
        <w:tc>
          <w:tcPr>
            <w:tcW w:w="35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0B52D9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Чрезмерная подача раствора или слабое всасывание.</w:t>
            </w:r>
          </w:p>
        </w:tc>
        <w:tc>
          <w:tcPr>
            <w:tcW w:w="41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7646C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Снизить подачу и проверить вакуумную систему.</w:t>
            </w:r>
          </w:p>
        </w:tc>
      </w:tr>
      <w:tr w:rsidR="00FB1ED4" w:rsidRPr="00696AD1" w14:paraId="7320BC5E" w14:textId="77777777">
        <w:trPr>
          <w:cantSplit/>
        </w:trPr>
        <w:tc>
          <w:tcPr>
            <w:tcW w:w="2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87BFF7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5"/>
              </w:rPr>
              <w:t>Появляется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пена</w:t>
            </w:r>
            <w:proofErr w:type="spellEnd"/>
          </w:p>
        </w:tc>
        <w:tc>
          <w:tcPr>
            <w:tcW w:w="3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DC5879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Используется неподходящее средство либо высокая дозировка.</w:t>
            </w:r>
          </w:p>
        </w:tc>
        <w:tc>
          <w:tcPr>
            <w:tcW w:w="4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AE99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 xml:space="preserve">Заменить средство; добавить совместимый </w:t>
            </w:r>
            <w:proofErr w:type="spellStart"/>
            <w:r w:rsidRPr="00696AD1">
              <w:rPr>
                <w:sz w:val="15"/>
                <w:lang w:val="ru-RU"/>
              </w:rPr>
              <w:t>пеногаситель</w:t>
            </w:r>
            <w:proofErr w:type="spellEnd"/>
            <w:r w:rsidRPr="00696AD1">
              <w:rPr>
                <w:sz w:val="15"/>
                <w:lang w:val="ru-RU"/>
              </w:rPr>
              <w:t xml:space="preserve"> в бак грязной воды.</w:t>
            </w:r>
          </w:p>
        </w:tc>
      </w:tr>
      <w:tr w:rsidR="00FB1ED4" w:rsidRPr="00696AD1" w14:paraId="1B94577B" w14:textId="77777777">
        <w:trPr>
          <w:cantSplit/>
        </w:trPr>
        <w:tc>
          <w:tcPr>
            <w:tcW w:w="25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E752EA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5"/>
              </w:rPr>
              <w:t>Щетка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очищает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неравномерно</w:t>
            </w:r>
            <w:proofErr w:type="spellEnd"/>
          </w:p>
        </w:tc>
        <w:tc>
          <w:tcPr>
            <w:tcW w:w="35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64C315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Износ, неверный тип щетки или неправильная установка.</w:t>
            </w:r>
          </w:p>
        </w:tc>
        <w:tc>
          <w:tcPr>
            <w:tcW w:w="41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9CE1E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 xml:space="preserve">Проверить крепление и подобрать щетку по </w:t>
            </w:r>
            <w:r w:rsidRPr="00696AD1">
              <w:rPr>
                <w:sz w:val="15"/>
                <w:lang w:val="ru-RU"/>
              </w:rPr>
              <w:t>типу покрытия.</w:t>
            </w:r>
          </w:p>
        </w:tc>
      </w:tr>
      <w:tr w:rsidR="00FB1ED4" w:rsidRPr="00696AD1" w14:paraId="7CBC9EC8" w14:textId="77777777">
        <w:trPr>
          <w:cantSplit/>
        </w:trPr>
        <w:tc>
          <w:tcPr>
            <w:tcW w:w="2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ECD25E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5"/>
              </w:rPr>
              <w:t>Протечка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под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машиной</w:t>
            </w:r>
            <w:proofErr w:type="spellEnd"/>
          </w:p>
        </w:tc>
        <w:tc>
          <w:tcPr>
            <w:tcW w:w="3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F1AF8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Поврежден шланг, ослаб хомут, неисправен слив.</w:t>
            </w:r>
          </w:p>
        </w:tc>
        <w:tc>
          <w:tcPr>
            <w:tcW w:w="4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CA661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5"/>
                <w:lang w:val="ru-RU"/>
              </w:rPr>
              <w:t>Остановить машину, проверить соединения и устранить неисправность.</w:t>
            </w:r>
          </w:p>
        </w:tc>
      </w:tr>
      <w:tr w:rsidR="00FB1ED4" w:rsidRPr="00696AD1" w14:paraId="6B5E066D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B2451AB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0788B0"/>
                <w:sz w:val="19"/>
                <w:lang w:val="ru-RU"/>
              </w:rPr>
              <w:t xml:space="preserve">ЕСЛИ ПРОБЛЕМА </w:t>
            </w:r>
            <w:proofErr w:type="gramStart"/>
            <w:r w:rsidRPr="00696AD1">
              <w:rPr>
                <w:b/>
                <w:color w:val="0788B0"/>
                <w:sz w:val="19"/>
                <w:lang w:val="ru-RU"/>
              </w:rPr>
              <w:t xml:space="preserve">СОХРАНЯЕТСЯ  </w:t>
            </w:r>
            <w:r w:rsidRPr="00696AD1">
              <w:rPr>
                <w:sz w:val="19"/>
                <w:lang w:val="ru-RU"/>
              </w:rPr>
              <w:t>Прекратите</w:t>
            </w:r>
            <w:proofErr w:type="gramEnd"/>
            <w:r w:rsidRPr="00696AD1">
              <w:rPr>
                <w:sz w:val="19"/>
                <w:lang w:val="ru-RU"/>
              </w:rPr>
              <w:t xml:space="preserve"> эксплуатацию и сообщите сервису модель </w:t>
            </w:r>
            <w:r>
              <w:rPr>
                <w:sz w:val="19"/>
              </w:rPr>
              <w:t>TOR</w:t>
            </w:r>
            <w:r w:rsidRPr="00696AD1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JH</w:t>
            </w:r>
            <w:r w:rsidRPr="00696AD1">
              <w:rPr>
                <w:sz w:val="19"/>
                <w:lang w:val="ru-RU"/>
              </w:rPr>
              <w:t xml:space="preserve">-530, тип </w:t>
            </w:r>
            <w:r w:rsidRPr="00696AD1">
              <w:rPr>
                <w:sz w:val="19"/>
                <w:lang w:val="ru-RU"/>
              </w:rPr>
              <w:t>питания, серийный номер и описание симптомов.</w:t>
            </w:r>
          </w:p>
        </w:tc>
      </w:tr>
    </w:tbl>
    <w:p w14:paraId="112986CD" w14:textId="77777777" w:rsidR="00FB1ED4" w:rsidRPr="00696AD1" w:rsidRDefault="00FB1ED4">
      <w:pPr>
        <w:spacing w:after="20"/>
        <w:rPr>
          <w:lang w:val="ru-RU"/>
        </w:rPr>
      </w:pPr>
    </w:p>
    <w:p w14:paraId="07B1CD55" w14:textId="66526733" w:rsidR="00FB1ED4" w:rsidRPr="00696AD1" w:rsidRDefault="00200F30" w:rsidP="001125A9">
      <w:pPr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20   •   СЕТЕВОЕ ПИТАНИЕ</w:t>
      </w:r>
    </w:p>
    <w:p w14:paraId="4B1EE89B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Хранение, транспортировка и сервис</w:t>
      </w:r>
    </w:p>
    <w:p w14:paraId="7BCE6686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Слейте воду из обоих баков, промойте шланги и оставьте машину просохнуть.</w:t>
      </w:r>
    </w:p>
    <w:p w14:paraId="38400D87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Поднимите щеточную головку и водосборную балку, защитите резиновы</w:t>
      </w:r>
      <w:r w:rsidRPr="00696AD1">
        <w:rPr>
          <w:sz w:val="20"/>
          <w:lang w:val="ru-RU"/>
        </w:rPr>
        <w:t>е лезвия от деформации.</w:t>
      </w:r>
    </w:p>
    <w:p w14:paraId="0C53CEC9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Храните машину в сухом помещении; не допускайте замерзания остаточной воды.</w:t>
      </w:r>
    </w:p>
    <w:p w14:paraId="0630A73A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При перевозке используйте подходящий пандус, противооткатные упоры и надежные крепежные ремни.</w:t>
      </w:r>
    </w:p>
    <w:p w14:paraId="138C0403" w14:textId="77777777" w:rsidR="00FB1ED4" w:rsidRPr="00696AD1" w:rsidRDefault="00200F30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96AD1">
        <w:rPr>
          <w:sz w:val="20"/>
          <w:lang w:val="ru-RU"/>
        </w:rPr>
        <w:t>Перед хранением аккуратно смотайте сухой сетевой кабель без н</w:t>
      </w:r>
      <w:r w:rsidRPr="00696AD1">
        <w:rPr>
          <w:sz w:val="20"/>
          <w:lang w:val="ru-RU"/>
        </w:rPr>
        <w:t>атяжения, узлов и резких перегибов.</w:t>
      </w:r>
    </w:p>
    <w:p w14:paraId="7D829372" w14:textId="77777777" w:rsidR="00FB1ED4" w:rsidRDefault="00200F30">
      <w:pPr>
        <w:pStyle w:val="2"/>
      </w:pPr>
      <w:proofErr w:type="spellStart"/>
      <w:r>
        <w:t>Паспортные</w:t>
      </w:r>
      <w:proofErr w:type="spellEnd"/>
      <w:r>
        <w:t xml:space="preserve"> </w:t>
      </w:r>
      <w:proofErr w:type="spellStart"/>
      <w:r>
        <w:t>данные</w:t>
      </w:r>
      <w:proofErr w:type="spellEnd"/>
      <w:r>
        <w:t xml:space="preserve"> </w:t>
      </w:r>
      <w:proofErr w:type="spellStart"/>
      <w:r>
        <w:t>владельца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880"/>
        <w:gridCol w:w="6260"/>
      </w:tblGrid>
      <w:tr w:rsidR="00FB1ED4" w:rsidRPr="00696AD1" w14:paraId="4AAFA50A" w14:textId="77777777">
        <w:trPr>
          <w:cantSplit/>
          <w:tblHeader/>
        </w:trPr>
        <w:tc>
          <w:tcPr>
            <w:tcW w:w="38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5F6AA3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w="62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8AAA30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b/>
                <w:color w:val="FFFFFF"/>
                <w:sz w:val="18"/>
                <w:lang w:val="ru-RU"/>
              </w:rPr>
              <w:t>Заполняется при вводе в эксплуатацию</w:t>
            </w:r>
          </w:p>
        </w:tc>
      </w:tr>
      <w:tr w:rsidR="00FB1ED4" w14:paraId="3E6C791A" w14:textId="77777777">
        <w:trPr>
          <w:cantSplit/>
        </w:trPr>
        <w:tc>
          <w:tcPr>
            <w:tcW w:w="3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5B53EA" w14:textId="77777777" w:rsidR="00FB1ED4" w:rsidRDefault="00200F30">
            <w:pPr>
              <w:spacing w:after="0" w:line="254" w:lineRule="auto"/>
            </w:pPr>
            <w:proofErr w:type="spellStart"/>
            <w:r>
              <w:rPr>
                <w:sz w:val="16"/>
              </w:rPr>
              <w:t>Бренд</w:t>
            </w:r>
            <w:proofErr w:type="spellEnd"/>
            <w:r>
              <w:rPr>
                <w:sz w:val="16"/>
              </w:rPr>
              <w:t xml:space="preserve"> и </w:t>
            </w:r>
            <w:proofErr w:type="spellStart"/>
            <w:r>
              <w:rPr>
                <w:sz w:val="16"/>
              </w:rPr>
              <w:t>модель</w:t>
            </w:r>
            <w:proofErr w:type="spellEnd"/>
          </w:p>
        </w:tc>
        <w:tc>
          <w:tcPr>
            <w:tcW w:w="6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AF055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TOR JH-530</w:t>
            </w:r>
          </w:p>
        </w:tc>
      </w:tr>
      <w:tr w:rsidR="00FB1ED4" w14:paraId="476A1B20" w14:textId="77777777">
        <w:trPr>
          <w:cantSplit/>
        </w:trPr>
        <w:tc>
          <w:tcPr>
            <w:tcW w:w="38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6EB19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Исполнение</w:t>
            </w:r>
          </w:p>
        </w:tc>
        <w:tc>
          <w:tcPr>
            <w:tcW w:w="62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9FAAD9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Сетевая версия</w:t>
            </w:r>
          </w:p>
        </w:tc>
      </w:tr>
      <w:tr w:rsidR="00FB1ED4" w14:paraId="2E7B0FF5" w14:textId="77777777">
        <w:trPr>
          <w:cantSplit/>
        </w:trPr>
        <w:tc>
          <w:tcPr>
            <w:tcW w:w="3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9F81B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Серийный номер</w:t>
            </w:r>
          </w:p>
        </w:tc>
        <w:tc>
          <w:tcPr>
            <w:tcW w:w="6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09404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________________________________________________</w:t>
            </w:r>
          </w:p>
        </w:tc>
      </w:tr>
      <w:tr w:rsidR="00FB1ED4" w14:paraId="55186D9D" w14:textId="77777777">
        <w:trPr>
          <w:cantSplit/>
        </w:trPr>
        <w:tc>
          <w:tcPr>
            <w:tcW w:w="38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1FEDD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Дата приобретения</w:t>
            </w:r>
          </w:p>
        </w:tc>
        <w:tc>
          <w:tcPr>
            <w:tcW w:w="62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F32D29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________________________________________________</w:t>
            </w:r>
          </w:p>
        </w:tc>
      </w:tr>
      <w:tr w:rsidR="00FB1ED4" w14:paraId="67314D7A" w14:textId="77777777">
        <w:trPr>
          <w:cantSplit/>
        </w:trPr>
        <w:tc>
          <w:tcPr>
            <w:tcW w:w="3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31F33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Дата ввода в работу</w:t>
            </w:r>
          </w:p>
        </w:tc>
        <w:tc>
          <w:tcPr>
            <w:tcW w:w="6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4C039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________________________________________________</w:t>
            </w:r>
          </w:p>
        </w:tc>
      </w:tr>
      <w:tr w:rsidR="00FB1ED4" w14:paraId="0AD386B6" w14:textId="77777777">
        <w:trPr>
          <w:cantSplit/>
        </w:trPr>
        <w:tc>
          <w:tcPr>
            <w:tcW w:w="38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763AE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Поставщик / сервис</w:t>
            </w:r>
          </w:p>
        </w:tc>
        <w:tc>
          <w:tcPr>
            <w:tcW w:w="62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BF8EB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________________________________________________</w:t>
            </w:r>
          </w:p>
        </w:tc>
      </w:tr>
      <w:tr w:rsidR="00FB1ED4" w14:paraId="7228702E" w14:textId="77777777">
        <w:trPr>
          <w:cantSplit/>
        </w:trPr>
        <w:tc>
          <w:tcPr>
            <w:tcW w:w="3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3A17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Параметры по шильдику</w:t>
            </w:r>
          </w:p>
        </w:tc>
        <w:tc>
          <w:tcPr>
            <w:tcW w:w="6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B58E8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________________________________________________</w:t>
            </w:r>
          </w:p>
        </w:tc>
      </w:tr>
      <w:tr w:rsidR="00FB1ED4" w:rsidRPr="00696AD1" w14:paraId="71194DAE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46490F2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0788B0"/>
                <w:sz w:val="19"/>
                <w:lang w:val="ru-RU"/>
              </w:rPr>
              <w:t xml:space="preserve">ЗАПАСНЫЕ </w:t>
            </w:r>
            <w:proofErr w:type="gramStart"/>
            <w:r w:rsidRPr="00696AD1">
              <w:rPr>
                <w:b/>
                <w:color w:val="0788B0"/>
                <w:sz w:val="19"/>
                <w:lang w:val="ru-RU"/>
              </w:rPr>
              <w:t xml:space="preserve">ЧАСТИ  </w:t>
            </w:r>
            <w:r w:rsidRPr="00696AD1">
              <w:rPr>
                <w:sz w:val="19"/>
                <w:lang w:val="ru-RU"/>
              </w:rPr>
              <w:t>При</w:t>
            </w:r>
            <w:proofErr w:type="gramEnd"/>
            <w:r w:rsidRPr="00696AD1">
              <w:rPr>
                <w:sz w:val="19"/>
                <w:lang w:val="ru-RU"/>
              </w:rPr>
              <w:t xml:space="preserve"> обращении в сервис сообщайте бренд </w:t>
            </w:r>
            <w:r>
              <w:rPr>
                <w:sz w:val="19"/>
              </w:rPr>
              <w:t>TOR</w:t>
            </w:r>
            <w:r w:rsidRPr="00696AD1">
              <w:rPr>
                <w:sz w:val="19"/>
                <w:lang w:val="ru-RU"/>
              </w:rPr>
              <w:t xml:space="preserve">, модель </w:t>
            </w:r>
            <w:r>
              <w:rPr>
                <w:sz w:val="19"/>
              </w:rPr>
              <w:t>JH</w:t>
            </w:r>
            <w:r w:rsidRPr="00696AD1">
              <w:rPr>
                <w:sz w:val="19"/>
                <w:lang w:val="ru-RU"/>
              </w:rPr>
              <w:t xml:space="preserve">-530, тип питания, серийный номер и фактическую </w:t>
            </w:r>
            <w:r w:rsidRPr="00696AD1">
              <w:rPr>
                <w:sz w:val="19"/>
                <w:lang w:val="ru-RU"/>
              </w:rPr>
              <w:t>комплектацию машины.</w:t>
            </w:r>
          </w:p>
        </w:tc>
      </w:tr>
    </w:tbl>
    <w:p w14:paraId="72C60E22" w14:textId="77777777" w:rsidR="00FB1ED4" w:rsidRPr="00696AD1" w:rsidRDefault="00FB1ED4">
      <w:pPr>
        <w:spacing w:after="20"/>
        <w:rPr>
          <w:lang w:val="ru-RU"/>
        </w:rPr>
      </w:pPr>
    </w:p>
    <w:p w14:paraId="33192D5B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67EDD166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21   •   СЕТЕВОЕ ПИТАНИЕ</w:t>
      </w:r>
    </w:p>
    <w:p w14:paraId="298731FD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Каталог деталей и взрыв-схемы</w:t>
      </w:r>
    </w:p>
    <w:p w14:paraId="42957B05" w14:textId="77777777" w:rsidR="00FB1ED4" w:rsidRDefault="00200F30">
      <w:r w:rsidRPr="00696AD1">
        <w:rPr>
          <w:lang w:val="ru-RU"/>
        </w:rPr>
        <w:t xml:space="preserve">Приложение содержит заводские сборочные чертежи </w:t>
      </w:r>
      <w:r>
        <w:t>TOR</w:t>
      </w:r>
      <w:r w:rsidRPr="00696AD1">
        <w:rPr>
          <w:lang w:val="ru-RU"/>
        </w:rPr>
        <w:t xml:space="preserve"> </w:t>
      </w:r>
      <w:r>
        <w:t>JH</w:t>
      </w:r>
      <w:r w:rsidRPr="00696AD1">
        <w:rPr>
          <w:lang w:val="ru-RU"/>
        </w:rPr>
        <w:t xml:space="preserve">-530 и переведенную на русский язык спецификацию запасных частей. </w:t>
      </w:r>
      <w:proofErr w:type="spellStart"/>
      <w:r>
        <w:t>Номера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схемах</w:t>
      </w:r>
      <w:proofErr w:type="spellEnd"/>
      <w:r>
        <w:t xml:space="preserve"> </w:t>
      </w:r>
      <w:proofErr w:type="spellStart"/>
      <w:r>
        <w:t>соответствуют</w:t>
      </w:r>
      <w:proofErr w:type="spellEnd"/>
      <w:r>
        <w:t xml:space="preserve"> позициям в </w:t>
      </w:r>
      <w:r>
        <w:t>таблице каждого узла.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1000"/>
        <w:gridCol w:w="7640"/>
        <w:gridCol w:w="1500"/>
      </w:tblGrid>
      <w:tr w:rsidR="00FB1ED4" w14:paraId="1F7BA250" w14:textId="77777777">
        <w:trPr>
          <w:cantSplit/>
          <w:tblHeader/>
        </w:trPr>
        <w:tc>
          <w:tcPr>
            <w:tcW w:w="10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9D4CEC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Схема</w:t>
            </w:r>
          </w:p>
        </w:tc>
        <w:tc>
          <w:tcPr>
            <w:tcW w:w="76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9CFF55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Сборочный узел</w:t>
            </w:r>
          </w:p>
        </w:tc>
        <w:tc>
          <w:tcPr>
            <w:tcW w:w="15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FC34A0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Позиций</w:t>
            </w:r>
          </w:p>
        </w:tc>
      </w:tr>
      <w:tr w:rsidR="00FB1ED4" w14:paraId="4226BEC9" w14:textId="77777777">
        <w:trPr>
          <w:cantSplit/>
        </w:trPr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0E95C7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01</w:t>
            </w:r>
          </w:p>
        </w:tc>
        <w:tc>
          <w:tcPr>
            <w:tcW w:w="76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94CE67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Блок управления</w:t>
            </w:r>
          </w:p>
        </w:tc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BF40D4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23</w:t>
            </w:r>
          </w:p>
        </w:tc>
      </w:tr>
      <w:tr w:rsidR="00FB1ED4" w14:paraId="01B24A91" w14:textId="77777777">
        <w:trPr>
          <w:cantSplit/>
        </w:trPr>
        <w:tc>
          <w:tcPr>
            <w:tcW w:w="1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720094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02</w:t>
            </w:r>
          </w:p>
        </w:tc>
        <w:tc>
          <w:tcPr>
            <w:tcW w:w="76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8D2C9F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Бак грязной воды</w:t>
            </w:r>
          </w:p>
        </w:tc>
        <w:tc>
          <w:tcPr>
            <w:tcW w:w="15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F59717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24</w:t>
            </w:r>
          </w:p>
        </w:tc>
      </w:tr>
      <w:tr w:rsidR="00FB1ED4" w14:paraId="1F174B30" w14:textId="77777777">
        <w:trPr>
          <w:cantSplit/>
        </w:trPr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33DDF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03</w:t>
            </w:r>
          </w:p>
        </w:tc>
        <w:tc>
          <w:tcPr>
            <w:tcW w:w="76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C95966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Бак чистой воды</w:t>
            </w:r>
          </w:p>
        </w:tc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77702D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34</w:t>
            </w:r>
          </w:p>
        </w:tc>
      </w:tr>
      <w:tr w:rsidR="00FB1ED4" w14:paraId="078334A6" w14:textId="77777777">
        <w:trPr>
          <w:cantSplit/>
        </w:trPr>
        <w:tc>
          <w:tcPr>
            <w:tcW w:w="1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AC25EF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04</w:t>
            </w:r>
          </w:p>
        </w:tc>
        <w:tc>
          <w:tcPr>
            <w:tcW w:w="76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38362F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Щеточный узел</w:t>
            </w:r>
          </w:p>
        </w:tc>
        <w:tc>
          <w:tcPr>
            <w:tcW w:w="15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83ACA5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23</w:t>
            </w:r>
          </w:p>
        </w:tc>
      </w:tr>
      <w:tr w:rsidR="00FB1ED4" w14:paraId="57CB9286" w14:textId="77777777">
        <w:trPr>
          <w:cantSplit/>
        </w:trPr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877DB3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05</w:t>
            </w:r>
          </w:p>
        </w:tc>
        <w:tc>
          <w:tcPr>
            <w:tcW w:w="76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EE1B1D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Рама и ходовая часть</w:t>
            </w:r>
          </w:p>
        </w:tc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92EE45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20</w:t>
            </w:r>
          </w:p>
        </w:tc>
      </w:tr>
      <w:tr w:rsidR="00FB1ED4" w14:paraId="43DA15BD" w14:textId="77777777">
        <w:trPr>
          <w:cantSplit/>
        </w:trPr>
        <w:tc>
          <w:tcPr>
            <w:tcW w:w="1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C10721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06</w:t>
            </w:r>
          </w:p>
        </w:tc>
        <w:tc>
          <w:tcPr>
            <w:tcW w:w="76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3B5EC6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Кронштейн водосборной балки</w:t>
            </w:r>
          </w:p>
        </w:tc>
        <w:tc>
          <w:tcPr>
            <w:tcW w:w="15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AF86FB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12</w:t>
            </w:r>
          </w:p>
        </w:tc>
      </w:tr>
      <w:tr w:rsidR="00FB1ED4" w14:paraId="2A6A8192" w14:textId="77777777">
        <w:trPr>
          <w:cantSplit/>
        </w:trPr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80DA3D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07</w:t>
            </w:r>
          </w:p>
        </w:tc>
        <w:tc>
          <w:tcPr>
            <w:tcW w:w="76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412331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Водосборная балка</w:t>
            </w:r>
          </w:p>
        </w:tc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EFB7C8" w14:textId="77777777" w:rsidR="00FB1ED4" w:rsidRDefault="00200F30">
            <w:pPr>
              <w:spacing w:after="0" w:line="254" w:lineRule="auto"/>
            </w:pPr>
            <w:r>
              <w:rPr>
                <w:sz w:val="17"/>
              </w:rPr>
              <w:t>13</w:t>
            </w:r>
          </w:p>
        </w:tc>
      </w:tr>
    </w:tbl>
    <w:p w14:paraId="52F99913" w14:textId="77777777" w:rsidR="00FB1ED4" w:rsidRDefault="00200F30">
      <w:pPr>
        <w:pStyle w:val="2"/>
        <w:spacing w:before="240"/>
      </w:pPr>
      <w:r>
        <w:t xml:space="preserve">Порядок подбора </w:t>
      </w:r>
      <w:r>
        <w:t>запасной части</w:t>
      </w:r>
    </w:p>
    <w:p w14:paraId="4C726257" w14:textId="77777777" w:rsidR="00FB1ED4" w:rsidRPr="00696AD1" w:rsidRDefault="00200F30">
      <w:pPr>
        <w:numPr>
          <w:ilvl w:val="0"/>
          <w:numId w:val="1"/>
        </w:numPr>
        <w:rPr>
          <w:lang w:val="ru-RU"/>
        </w:rPr>
      </w:pPr>
      <w:r w:rsidRPr="00696AD1">
        <w:rPr>
          <w:sz w:val="19"/>
          <w:lang w:val="ru-RU"/>
        </w:rPr>
        <w:t>Найдите нужный сборочный узел и номер позиции на соответствующей взрыв-схеме.</w:t>
      </w:r>
    </w:p>
    <w:p w14:paraId="5B3387C9" w14:textId="77777777" w:rsidR="00FB1ED4" w:rsidRPr="00696AD1" w:rsidRDefault="00200F30">
      <w:pPr>
        <w:numPr>
          <w:ilvl w:val="0"/>
          <w:numId w:val="1"/>
        </w:numPr>
        <w:rPr>
          <w:lang w:val="ru-RU"/>
        </w:rPr>
      </w:pPr>
      <w:r w:rsidRPr="00696AD1">
        <w:rPr>
          <w:sz w:val="19"/>
          <w:lang w:val="ru-RU"/>
        </w:rPr>
        <w:t>Откройте следующую страницу и сопоставьте позицию с артикулом поставщика, наименованием и количеством.</w:t>
      </w:r>
    </w:p>
    <w:p w14:paraId="62ECFE3D" w14:textId="77777777" w:rsidR="00FB1ED4" w:rsidRPr="00696AD1" w:rsidRDefault="00200F30">
      <w:pPr>
        <w:numPr>
          <w:ilvl w:val="0"/>
          <w:numId w:val="1"/>
        </w:numPr>
        <w:rPr>
          <w:lang w:val="ru-RU"/>
        </w:rPr>
      </w:pPr>
      <w:r w:rsidRPr="00696AD1">
        <w:rPr>
          <w:sz w:val="19"/>
          <w:lang w:val="ru-RU"/>
        </w:rPr>
        <w:t xml:space="preserve">Сообщите сервису бренд </w:t>
      </w:r>
      <w:r>
        <w:rPr>
          <w:sz w:val="19"/>
        </w:rPr>
        <w:t>TOR</w:t>
      </w:r>
      <w:r w:rsidRPr="00696AD1">
        <w:rPr>
          <w:sz w:val="19"/>
          <w:lang w:val="ru-RU"/>
        </w:rPr>
        <w:t xml:space="preserve">, модель </w:t>
      </w:r>
      <w:r>
        <w:rPr>
          <w:sz w:val="19"/>
        </w:rPr>
        <w:t>JH</w:t>
      </w:r>
      <w:r w:rsidRPr="00696AD1">
        <w:rPr>
          <w:sz w:val="19"/>
          <w:lang w:val="ru-RU"/>
        </w:rPr>
        <w:t>-530, тип питания, сери</w:t>
      </w:r>
      <w:r w:rsidRPr="00696AD1">
        <w:rPr>
          <w:sz w:val="19"/>
          <w:lang w:val="ru-RU"/>
        </w:rPr>
        <w:t>йный номер, узел и артикул детали.</w:t>
      </w:r>
    </w:p>
    <w:p w14:paraId="38E24A4B" w14:textId="77777777" w:rsidR="00FB1ED4" w:rsidRPr="00696AD1" w:rsidRDefault="00200F30">
      <w:pPr>
        <w:numPr>
          <w:ilvl w:val="0"/>
          <w:numId w:val="1"/>
        </w:numPr>
        <w:rPr>
          <w:lang w:val="ru-RU"/>
        </w:rPr>
      </w:pPr>
      <w:r w:rsidRPr="00696AD1">
        <w:rPr>
          <w:sz w:val="19"/>
          <w:lang w:val="ru-RU"/>
        </w:rPr>
        <w:t>Перед заказом электрооборудования отдельно проверьте напряжение, мощность, разъем и фактическое исполнение машины.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14:paraId="76CAAFB0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C48FACF" w14:textId="77777777" w:rsidR="00FB1ED4" w:rsidRDefault="00200F30">
            <w:pPr>
              <w:spacing w:after="0" w:line="269" w:lineRule="auto"/>
            </w:pPr>
            <w:r w:rsidRPr="00696AD1">
              <w:rPr>
                <w:b/>
                <w:color w:val="C5362C"/>
                <w:sz w:val="19"/>
                <w:lang w:val="ru-RU"/>
              </w:rPr>
              <w:t xml:space="preserve">РАЗНЫЕ ТИПЫ </w:t>
            </w:r>
            <w:proofErr w:type="gramStart"/>
            <w:r w:rsidRPr="00696AD1">
              <w:rPr>
                <w:b/>
                <w:color w:val="C5362C"/>
                <w:sz w:val="19"/>
                <w:lang w:val="ru-RU"/>
              </w:rPr>
              <w:t xml:space="preserve">ПИТАНИЯ  </w:t>
            </w:r>
            <w:r w:rsidRPr="00696AD1">
              <w:rPr>
                <w:sz w:val="19"/>
                <w:lang w:val="ru-RU"/>
              </w:rPr>
              <w:t>Заводской</w:t>
            </w:r>
            <w:proofErr w:type="gramEnd"/>
            <w:r w:rsidRPr="00696AD1">
              <w:rPr>
                <w:sz w:val="19"/>
                <w:lang w:val="ru-RU"/>
              </w:rPr>
              <w:t xml:space="preserve"> каталог объединяет разные исполнения: позиции </w:t>
            </w:r>
            <w:r>
              <w:rPr>
                <w:sz w:val="19"/>
              </w:rPr>
              <w:t>E</w:t>
            </w:r>
            <w:r w:rsidRPr="00696AD1">
              <w:rPr>
                <w:sz w:val="19"/>
                <w:lang w:val="ru-RU"/>
              </w:rPr>
              <w:t xml:space="preserve">010109 (вакуумный двигатель </w:t>
            </w:r>
            <w:r w:rsidRPr="00696AD1">
              <w:rPr>
                <w:sz w:val="19"/>
                <w:lang w:val="ru-RU"/>
              </w:rPr>
              <w:t xml:space="preserve">24 В) и </w:t>
            </w:r>
            <w:r>
              <w:rPr>
                <w:sz w:val="19"/>
              </w:rPr>
              <w:t>E</w:t>
            </w:r>
            <w:r w:rsidRPr="00696AD1">
              <w:rPr>
                <w:sz w:val="19"/>
                <w:lang w:val="ru-RU"/>
              </w:rPr>
              <w:t xml:space="preserve">010135 (разъем </w:t>
            </w:r>
            <w:r>
              <w:rPr>
                <w:sz w:val="19"/>
              </w:rPr>
              <w:t>Anderson</w:t>
            </w:r>
            <w:r w:rsidRPr="00696AD1">
              <w:rPr>
                <w:sz w:val="19"/>
                <w:lang w:val="ru-RU"/>
              </w:rPr>
              <w:t xml:space="preserve">) относятся к аккумуляторной машине. </w:t>
            </w:r>
            <w:r>
              <w:rPr>
                <w:sz w:val="19"/>
              </w:rPr>
              <w:t>Для сетевой версии их не заказывают без проверки совместимости.</w:t>
            </w:r>
          </w:p>
        </w:tc>
      </w:tr>
    </w:tbl>
    <w:p w14:paraId="58C2E0A2" w14:textId="77777777" w:rsidR="00FB1ED4" w:rsidRDefault="00FB1ED4">
      <w:pPr>
        <w:spacing w:after="20"/>
      </w:pPr>
    </w:p>
    <w:p w14:paraId="47307DB1" w14:textId="77777777" w:rsidR="00FB1ED4" w:rsidRDefault="00200F30">
      <w:r>
        <w:br w:type="page"/>
      </w:r>
    </w:p>
    <w:p w14:paraId="2A52DD26" w14:textId="77777777" w:rsidR="00FB1ED4" w:rsidRDefault="00200F30">
      <w:pPr>
        <w:keepNext/>
        <w:spacing w:after="40"/>
      </w:pPr>
      <w:r>
        <w:rPr>
          <w:b/>
          <w:color w:val="0788B0"/>
          <w:sz w:val="17"/>
        </w:rPr>
        <w:t>РАЗДЕЛ П01   •   СЕТЕВОЕ ПИТАНИЕ</w:t>
      </w:r>
    </w:p>
    <w:p w14:paraId="47FAB938" w14:textId="77777777" w:rsidR="00FB1ED4" w:rsidRDefault="00200F30">
      <w:pPr>
        <w:pStyle w:val="1"/>
      </w:pPr>
      <w:r>
        <w:t>Взрыв-схема: Блок управления</w:t>
      </w:r>
    </w:p>
    <w:p w14:paraId="78A07EF2" w14:textId="77777777" w:rsidR="00FB1ED4" w:rsidRDefault="00200F30">
      <w:r>
        <w:rPr>
          <w:sz w:val="19"/>
        </w:rPr>
        <w:t>Органы управления, выключатели и крепеж</w:t>
      </w:r>
    </w:p>
    <w:p w14:paraId="4032EF71" w14:textId="77777777" w:rsidR="00FB1ED4" w:rsidRDefault="00200F3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5FBB1C1D" wp14:editId="283269EA">
            <wp:extent cx="5669280" cy="5731191"/>
            <wp:effectExtent l="0" t="0" r="0" b="0"/>
            <wp:docPr id="6" name="Заводская взрыв-схема TOR JH-530: Блок управления; номера деталей соответствуют следующей странице каталога" descr="Заводская взрыв-схема TOR JH-530: Блок управления; номера деталей соответствуют следующей странице ката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73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8A0AF" w14:textId="77777777" w:rsidR="00FB1ED4" w:rsidRPr="00696AD1" w:rsidRDefault="00200F30">
      <w:pPr>
        <w:pStyle w:val="FigureCaption"/>
        <w:spacing w:after="180"/>
        <w:rPr>
          <w:lang w:val="ru-RU"/>
        </w:rPr>
      </w:pPr>
      <w:r w:rsidRPr="00696AD1">
        <w:rPr>
          <w:lang w:val="ru-RU"/>
        </w:rPr>
        <w:t xml:space="preserve">Схема 1. </w:t>
      </w:r>
      <w:r w:rsidRPr="00696AD1">
        <w:rPr>
          <w:lang w:val="ru-RU"/>
        </w:rPr>
        <w:t>Блок управления. Заводская нумерация позиций сохранена.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:rsidRPr="00696AD1" w14:paraId="0DF4C00C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4D94339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D79600"/>
                <w:sz w:val="19"/>
                <w:lang w:val="ru-RU"/>
              </w:rPr>
              <w:t xml:space="preserve">ПОЗИЦИЯ </w:t>
            </w:r>
            <w:proofErr w:type="gramStart"/>
            <w:r w:rsidRPr="00696AD1">
              <w:rPr>
                <w:b/>
                <w:color w:val="D79600"/>
                <w:sz w:val="19"/>
                <w:lang w:val="ru-RU"/>
              </w:rPr>
              <w:t xml:space="preserve">19  </w:t>
            </w:r>
            <w:r w:rsidRPr="00696AD1">
              <w:rPr>
                <w:sz w:val="19"/>
                <w:lang w:val="ru-RU"/>
              </w:rPr>
              <w:t>Разъем</w:t>
            </w:r>
            <w:proofErr w:type="gramEnd"/>
            <w:r w:rsidRPr="00696AD1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Anderson</w:t>
            </w:r>
            <w:r w:rsidRPr="00696AD1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E</w:t>
            </w:r>
            <w:r w:rsidRPr="00696AD1">
              <w:rPr>
                <w:sz w:val="19"/>
                <w:lang w:val="ru-RU"/>
              </w:rPr>
              <w:t>010135 на общем заводском чертеже относится к аккумуляторному исполнению и не является обязательной деталью сетевой машины.</w:t>
            </w:r>
          </w:p>
        </w:tc>
      </w:tr>
    </w:tbl>
    <w:p w14:paraId="017833C7" w14:textId="77777777" w:rsidR="00FB1ED4" w:rsidRPr="00696AD1" w:rsidRDefault="00FB1ED4">
      <w:pPr>
        <w:spacing w:after="20"/>
        <w:rPr>
          <w:lang w:val="ru-RU"/>
        </w:rPr>
      </w:pPr>
    </w:p>
    <w:p w14:paraId="7B66FB3B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38C11181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П01   •   СЕТЕВОЕ ПИТАНИЕ</w:t>
      </w:r>
    </w:p>
    <w:p w14:paraId="61C945AC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Каталог деталей: Блок управления</w:t>
      </w:r>
    </w:p>
    <w:p w14:paraId="0182C017" w14:textId="77777777" w:rsidR="00FB1ED4" w:rsidRDefault="00200F30">
      <w:pPr>
        <w:spacing w:after="140"/>
      </w:pPr>
      <w:proofErr w:type="spellStart"/>
      <w:r>
        <w:rPr>
          <w:color w:val="687783"/>
          <w:sz w:val="18"/>
        </w:rPr>
        <w:t>Схема</w:t>
      </w:r>
      <w:proofErr w:type="spellEnd"/>
      <w:r>
        <w:rPr>
          <w:color w:val="687783"/>
          <w:sz w:val="18"/>
        </w:rPr>
        <w:t xml:space="preserve"> </w:t>
      </w:r>
      <w:proofErr w:type="gramStart"/>
      <w:r>
        <w:rPr>
          <w:color w:val="687783"/>
          <w:sz w:val="18"/>
        </w:rPr>
        <w:t>1  •</w:t>
      </w:r>
      <w:proofErr w:type="gramEnd"/>
      <w:r>
        <w:rPr>
          <w:color w:val="687783"/>
          <w:sz w:val="18"/>
        </w:rPr>
        <w:t xml:space="preserve">  23 позиций  •  Артикулы поставщика сохранены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710"/>
        <w:gridCol w:w="7020"/>
        <w:gridCol w:w="800"/>
      </w:tblGrid>
      <w:tr w:rsidR="00FB1ED4" w14:paraId="2CE87D91" w14:textId="77777777">
        <w:trPr>
          <w:cantSplit/>
          <w:tblHeader/>
        </w:trPr>
        <w:tc>
          <w:tcPr>
            <w:tcW w:w="6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00FD55A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A788A81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02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D664DAC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80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8BE7057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FB1ED4" w14:paraId="401246C1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E25F3D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108B34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G010123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5D3B1B3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Винт с полукруглой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5 × 12,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554C4E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8</w:t>
            </w:r>
          </w:p>
        </w:tc>
      </w:tr>
      <w:tr w:rsidR="00FB1ED4" w14:paraId="2A2B21CD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831317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2440D9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G010177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7C9D50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8 × 16 × 1,5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4FF88A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</w:tr>
      <w:tr w:rsidR="00FB1ED4" w14:paraId="648A857F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3BC7DD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134FFD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G010156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948C229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40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74D88E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1CC8B0A8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130491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4706C5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B010184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7F92AE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Пластиковая плоская шайба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CEFF64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8</w:t>
            </w:r>
          </w:p>
        </w:tc>
      </w:tr>
      <w:tr w:rsidR="00FB1ED4" w14:paraId="46B3F7BB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A2DD80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BC44FF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G010170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53C9A03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Пружинная шайба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8, нержавеющая сталь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0ED326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9</w:t>
            </w:r>
          </w:p>
        </w:tc>
      </w:tr>
      <w:tr w:rsidR="00FB1ED4" w14:paraId="36F56FE1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133980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35B146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G010134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829F262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Винт с внутренним шестигранником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20, нержавеющий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C44657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</w:tr>
      <w:tr w:rsidR="00FB1ED4" w14:paraId="7D517F09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0D1E8E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FE18BF1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E010132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AC246B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Клавишный выключатель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A2089C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FB1ED4" w14:paraId="35858AFA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A8378E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0C105E9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G010178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80CA1F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8 × 24 × 2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7AF921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</w:tr>
      <w:tr w:rsidR="00FB1ED4" w14:paraId="565399BD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F3158E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32BBB8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G010100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FC70E2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Гайка M6, нержавеющая сталь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277BB2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35A221EF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03DC7F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D2C520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G010106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8548CF8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proofErr w:type="spellStart"/>
            <w:r w:rsidRPr="00696AD1">
              <w:rPr>
                <w:sz w:val="16"/>
                <w:lang w:val="ru-RU"/>
              </w:rPr>
              <w:t>Самоконтрящаяся</w:t>
            </w:r>
            <w:proofErr w:type="spellEnd"/>
            <w:r w:rsidRPr="00696AD1">
              <w:rPr>
                <w:sz w:val="16"/>
                <w:lang w:val="ru-RU"/>
              </w:rPr>
              <w:t xml:space="preserve"> гайка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6, нержавеющая сталь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EB0F48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5380810F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7FC927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F8B7B0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G010131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4FBA44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Винт с внутренним шестигранником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6 × 16,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4DAA88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61DC1824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3E40ED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F1B1C2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E010134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E133B1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Выключатель с ключом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2CF9D8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26F582BF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39708D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43A682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G010169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FB9C641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Пружинная шайба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6, нержавеющая сталь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4F786A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3B0032FE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3A5973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2A67A1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C010121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7A7644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Медная втулка, 8 × 12 × 4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BBFDFF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386E68A0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1B1048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F07891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G010175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F23B76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6 × 12 × 1 мм, нержавеющая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83F1DF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2935A5D8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EB0834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4AA6EF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A010103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96F46D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Рычаг подъема водосборной балки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CFE0C9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486808CB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A2810A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E13D7E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G010151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A4F38E0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 xml:space="preserve">6 × 25, </w:t>
            </w:r>
            <w:r w:rsidRPr="00696AD1">
              <w:rPr>
                <w:sz w:val="16"/>
                <w:lang w:val="ru-RU"/>
              </w:rPr>
              <w:t>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C45AF6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4CAE4E94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A263B1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7B50DE4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B010193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7E289F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Бакелитовая рукоятка M8 × 40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8D3B40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20516C7F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6095C0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01C77B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E010135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F28CAD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Разъем </w:t>
            </w:r>
            <w:r>
              <w:rPr>
                <w:sz w:val="16"/>
              </w:rPr>
              <w:t>Anderson</w:t>
            </w:r>
            <w:r w:rsidRPr="00696AD1">
              <w:rPr>
                <w:sz w:val="16"/>
                <w:lang w:val="ru-RU"/>
              </w:rPr>
              <w:t xml:space="preserve"> - относится к исполнению АКБ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AFB935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75F4CDE4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EBBF49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BA418E1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G010152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15B54A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20, нержавеющий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7CBF14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2531DB2B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B8BA98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7F26F2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B010103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A9E712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Корпус блока управления JH-530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B688E8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0EB77B4A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4B1C49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2CF584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A010116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77B697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 xml:space="preserve">Кронштейн </w:t>
            </w:r>
            <w:r>
              <w:rPr>
                <w:sz w:val="16"/>
              </w:rPr>
              <w:t>рычага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48934B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2D88D579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0018B9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65410A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A010113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210458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Кронштейн бака чистой воды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5489BA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</w:tbl>
    <w:p w14:paraId="75726170" w14:textId="77777777" w:rsidR="00FB1ED4" w:rsidRPr="00696AD1" w:rsidRDefault="00200F30">
      <w:pPr>
        <w:spacing w:before="140" w:after="0"/>
        <w:rPr>
          <w:lang w:val="ru-RU"/>
        </w:rPr>
      </w:pPr>
      <w:r w:rsidRPr="00696AD1">
        <w:rPr>
          <w:i/>
          <w:color w:val="687783"/>
          <w:sz w:val="16"/>
          <w:lang w:val="ru-RU"/>
        </w:rPr>
        <w:t>Позиция соответствует номеру на предыдущей схеме. Если артикул отсутствует, уточняйте его по номеру позиции и фотографии узла.</w:t>
      </w:r>
    </w:p>
    <w:p w14:paraId="401107C3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6863AA44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П02   •   СЕТЕВОЕ ПИТАНИЕ</w:t>
      </w:r>
    </w:p>
    <w:p w14:paraId="5287D828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Взрыв-схема: Бак грязной воды</w:t>
      </w:r>
    </w:p>
    <w:p w14:paraId="407C4E1F" w14:textId="77777777" w:rsidR="00FB1ED4" w:rsidRPr="00696AD1" w:rsidRDefault="00200F30">
      <w:pPr>
        <w:rPr>
          <w:lang w:val="ru-RU"/>
        </w:rPr>
      </w:pPr>
      <w:r w:rsidRPr="00696AD1">
        <w:rPr>
          <w:sz w:val="19"/>
          <w:lang w:val="ru-RU"/>
        </w:rPr>
        <w:t>Бак-утилизатор, вакуумная система и уплотнения</w:t>
      </w:r>
    </w:p>
    <w:p w14:paraId="7BCDE20F" w14:textId="77777777" w:rsidR="00FB1ED4" w:rsidRDefault="00200F3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311606A2" wp14:editId="35093969">
            <wp:extent cx="5760720" cy="5686770"/>
            <wp:effectExtent l="0" t="0" r="0" b="0"/>
            <wp:docPr id="7" name="Заводская взрыв-схема TOR JH-530: Бак грязной воды; номера деталей соответствуют следующей странице каталога" descr="Заводская взрыв-схема TOR JH-530: Бак грязной воды; номера деталей соответствуют следующей странице ката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8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661BF" w14:textId="77777777" w:rsidR="00FB1ED4" w:rsidRPr="00696AD1" w:rsidRDefault="00200F30">
      <w:pPr>
        <w:pStyle w:val="FigureCaption"/>
        <w:spacing w:after="180"/>
        <w:rPr>
          <w:lang w:val="ru-RU"/>
        </w:rPr>
      </w:pPr>
      <w:r w:rsidRPr="00696AD1">
        <w:rPr>
          <w:lang w:val="ru-RU"/>
        </w:rPr>
        <w:t>Схема 2. Бак грязной воды. Заводская нумерация позиций сохранена.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:rsidRPr="00696AD1" w14:paraId="26B1C80F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6C09F74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C5362C"/>
                <w:sz w:val="19"/>
                <w:lang w:val="ru-RU"/>
              </w:rPr>
              <w:t xml:space="preserve">ПОЗИЦИЯ </w:t>
            </w:r>
            <w:proofErr w:type="gramStart"/>
            <w:r w:rsidRPr="00696AD1">
              <w:rPr>
                <w:b/>
                <w:color w:val="C5362C"/>
                <w:sz w:val="19"/>
                <w:lang w:val="ru-RU"/>
              </w:rPr>
              <w:t xml:space="preserve">16  </w:t>
            </w:r>
            <w:r w:rsidRPr="00696AD1">
              <w:rPr>
                <w:sz w:val="19"/>
                <w:lang w:val="ru-RU"/>
              </w:rPr>
              <w:t>В</w:t>
            </w:r>
            <w:proofErr w:type="gramEnd"/>
            <w:r w:rsidRPr="00696AD1">
              <w:rPr>
                <w:sz w:val="19"/>
                <w:lang w:val="ru-RU"/>
              </w:rPr>
              <w:t xml:space="preserve"> исходной спецификации указан всасывающий двигатель </w:t>
            </w:r>
            <w:r>
              <w:rPr>
                <w:sz w:val="19"/>
              </w:rPr>
              <w:t>E</w:t>
            </w:r>
            <w:r w:rsidRPr="00696AD1">
              <w:rPr>
                <w:sz w:val="19"/>
                <w:lang w:val="ru-RU"/>
              </w:rPr>
              <w:t>010109 на 24 В. Для сетевой машины двигатель подбирается отдельно по паспор</w:t>
            </w:r>
            <w:r w:rsidRPr="00696AD1">
              <w:rPr>
                <w:sz w:val="19"/>
                <w:lang w:val="ru-RU"/>
              </w:rPr>
              <w:t>тной табличке.</w:t>
            </w:r>
          </w:p>
        </w:tc>
      </w:tr>
    </w:tbl>
    <w:p w14:paraId="0D54B3A8" w14:textId="77777777" w:rsidR="00FB1ED4" w:rsidRPr="00696AD1" w:rsidRDefault="00FB1ED4">
      <w:pPr>
        <w:spacing w:after="20"/>
        <w:rPr>
          <w:lang w:val="ru-RU"/>
        </w:rPr>
      </w:pPr>
    </w:p>
    <w:p w14:paraId="057CDD19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223AA9E0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П02   •   СЕТЕВОЕ ПИТАНИЕ</w:t>
      </w:r>
    </w:p>
    <w:p w14:paraId="3F93CD24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Каталог деталей: Бак грязной воды</w:t>
      </w:r>
    </w:p>
    <w:p w14:paraId="2431C4F5" w14:textId="77777777" w:rsidR="00FB1ED4" w:rsidRDefault="00200F30">
      <w:pPr>
        <w:spacing w:after="140"/>
      </w:pPr>
      <w:proofErr w:type="spellStart"/>
      <w:r>
        <w:rPr>
          <w:color w:val="687783"/>
          <w:sz w:val="18"/>
        </w:rPr>
        <w:t>Схема</w:t>
      </w:r>
      <w:proofErr w:type="spellEnd"/>
      <w:r>
        <w:rPr>
          <w:color w:val="687783"/>
          <w:sz w:val="18"/>
        </w:rPr>
        <w:t xml:space="preserve"> </w:t>
      </w:r>
      <w:proofErr w:type="gramStart"/>
      <w:r>
        <w:rPr>
          <w:color w:val="687783"/>
          <w:sz w:val="18"/>
        </w:rPr>
        <w:t>2  •</w:t>
      </w:r>
      <w:proofErr w:type="gramEnd"/>
      <w:r>
        <w:rPr>
          <w:color w:val="687783"/>
          <w:sz w:val="18"/>
        </w:rPr>
        <w:t xml:space="preserve">  24 позиций  •  Артикулы поставщика сохранены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710"/>
        <w:gridCol w:w="7020"/>
        <w:gridCol w:w="800"/>
      </w:tblGrid>
      <w:tr w:rsidR="00FB1ED4" w14:paraId="44AF4749" w14:textId="77777777">
        <w:trPr>
          <w:cantSplit/>
          <w:tblHeader/>
        </w:trPr>
        <w:tc>
          <w:tcPr>
            <w:tcW w:w="6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45DAD8B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8D76C5D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02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B64EE79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80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A1D64C3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FB1ED4" w14:paraId="3C0A4A4B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34E891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6ED514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G010168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954E80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Пружинная шайба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5, нержавеющая сталь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956A52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9</w:t>
            </w:r>
          </w:p>
        </w:tc>
      </w:tr>
      <w:tr w:rsidR="00FB1ED4" w14:paraId="259A2E65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1D0EE8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75B44E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G010182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36F0AA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 xml:space="preserve">Плоская </w:t>
            </w:r>
            <w:r>
              <w:rPr>
                <w:sz w:val="16"/>
              </w:rPr>
              <w:t>шайба 6 × 18 × 1,5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5F7FC6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FB1ED4" w14:paraId="4593D276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6F296A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38A8D3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G010131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5574254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Винт с внутренним шестигранником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6 × 16,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F986CD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11B6D779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2FDE3C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1189DF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G010174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86FED0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5 × 15 × 1,5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8E62F7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</w:tr>
      <w:tr w:rsidR="00FB1ED4" w14:paraId="36878B9B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E74F32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7A01F5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G010172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4DF2B1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5 × 10 × 1 мм, нержавеющая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084ED1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</w:tr>
      <w:tr w:rsidR="00FB1ED4" w14:paraId="3C883B5C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903787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5319884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G010198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AB4E2A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 xml:space="preserve">Шланговый хомут 27-51 мм, </w:t>
            </w:r>
            <w:r>
              <w:rPr>
                <w:sz w:val="16"/>
              </w:rPr>
              <w:t>нержавеющий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867432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7BB5650E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15A0C7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69E0FF9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G010178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8D780E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8 × 24 × 2 мм, нержавеющая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E78CF4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3F8F5B27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8F2D12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64FBEB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B010182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C54F0D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Полиуретановый стержень, 6 × 16 × 65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1A91B7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FB1ED4" w14:paraId="7C25834E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9A8C67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AD311F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B010102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E64C389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Крышка бака грязной воды </w:t>
            </w:r>
            <w:r>
              <w:rPr>
                <w:sz w:val="16"/>
              </w:rPr>
              <w:t>JH</w:t>
            </w:r>
            <w:r w:rsidRPr="00696AD1">
              <w:rPr>
                <w:sz w:val="16"/>
                <w:lang w:val="ru-RU"/>
              </w:rPr>
              <w:t>-530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AAE4F5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62D5E492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62B3FF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441F80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G010123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1D49302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Винт с полукруглой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5 × 12, нержавеющий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318A09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</w:tr>
      <w:tr w:rsidR="00FB1ED4" w14:paraId="6014C3CB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2AEB0D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2C25BD4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B010141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549B14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 xml:space="preserve">Сливной </w:t>
            </w:r>
            <w:r>
              <w:rPr>
                <w:sz w:val="16"/>
              </w:rPr>
              <w:t>шланг, диаметр 38 × 780 мм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723B64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72F317D5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7A8223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8350E77" w14:textId="77777777" w:rsidR="00FB1ED4" w:rsidRDefault="00200F30">
            <w:pPr>
              <w:spacing w:after="0" w:line="254" w:lineRule="auto"/>
            </w:pPr>
            <w:r>
              <w:rPr>
                <w:i/>
                <w:color w:val="D79600"/>
                <w:sz w:val="15"/>
              </w:rPr>
              <w:t>не указан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678C273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Винт с внутренним шестигранником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5 × 20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1C879B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</w:tr>
      <w:tr w:rsidR="00FB1ED4" w14:paraId="1016FBAC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2E62DD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379FE8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G010169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A2758E3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Пружинная шайба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6, нержавеющая сталь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289EB5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</w:tr>
      <w:tr w:rsidR="00FB1ED4" w14:paraId="51B54157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CC1A16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B59641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B010153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F620D1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Сетчатый фильтр всасывающего патрубка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F9C13E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5F61530D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198832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2EBE26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A010115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E5A7471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Крепление крышки бака грязной воды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F32152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39277D75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3BBFF2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E3938F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E010109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44A35FE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b/>
                <w:color w:val="C5362C"/>
                <w:sz w:val="16"/>
                <w:lang w:val="ru-RU"/>
              </w:rPr>
              <w:t>Вакуумный двигатель 24 В / 500 Вт - НЕ для сетевой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E060CD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72C68FAD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B04B3D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E73294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B010142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3024B4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Всасывающий шланг грязной воды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A0F94A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3361115E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682C4D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1C6B35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B010178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EDAE9C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Уплотнитель бака грязной воды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F470A4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07B18274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DE40E0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0FA017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B010175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2165E6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Уплотнение вакуумного двигателя, 145 × 90 × 11 мм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F2FCBF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559E0C22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FE651F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1E24E11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A010114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1D9888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 xml:space="preserve">Крышка </w:t>
            </w:r>
            <w:r>
              <w:rPr>
                <w:sz w:val="16"/>
              </w:rPr>
              <w:t>всасывающего двигателя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157EFF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2206BB15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B4444C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50E4FC4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B010152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117002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Уплотнительная прокладка всасывающего патрубка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A6C911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1BA996BB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743D00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F9137C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B010151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115717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Корпус всасывающего патрубка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EAF71B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6FD56A9A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408337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9AB9F9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B010101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816DC0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Бак грязной воды JH-530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003761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6B7BC5BA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9677C8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220EDC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B010176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44EE7F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Шумоизоляция вакуумного двигателя, 650 × 100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2261EE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</w:tbl>
    <w:p w14:paraId="065D538E" w14:textId="77777777" w:rsidR="00FB1ED4" w:rsidRPr="00696AD1" w:rsidRDefault="00200F30">
      <w:pPr>
        <w:spacing w:before="140" w:after="0"/>
        <w:rPr>
          <w:lang w:val="ru-RU"/>
        </w:rPr>
      </w:pPr>
      <w:r w:rsidRPr="00696AD1">
        <w:rPr>
          <w:i/>
          <w:color w:val="687783"/>
          <w:sz w:val="16"/>
          <w:lang w:val="ru-RU"/>
        </w:rPr>
        <w:t xml:space="preserve">Позиция </w:t>
      </w:r>
      <w:r w:rsidRPr="00696AD1">
        <w:rPr>
          <w:i/>
          <w:color w:val="687783"/>
          <w:sz w:val="16"/>
          <w:lang w:val="ru-RU"/>
        </w:rPr>
        <w:t>соответствует номеру на предыдущей схеме. Если артикул отсутствует, уточняйте его по номеру позиции и фотографии узла.</w:t>
      </w:r>
    </w:p>
    <w:p w14:paraId="455B201D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53EBD4D9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П03   •   СЕТЕВОЕ ПИТАНИЕ</w:t>
      </w:r>
    </w:p>
    <w:p w14:paraId="19515A48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Взрыв-схема: Бак чистой воды</w:t>
      </w:r>
    </w:p>
    <w:p w14:paraId="610140A4" w14:textId="77777777" w:rsidR="00FB1ED4" w:rsidRPr="00696AD1" w:rsidRDefault="00200F30">
      <w:pPr>
        <w:rPr>
          <w:lang w:val="ru-RU"/>
        </w:rPr>
      </w:pPr>
      <w:r w:rsidRPr="00696AD1">
        <w:rPr>
          <w:sz w:val="19"/>
          <w:lang w:val="ru-RU"/>
        </w:rPr>
        <w:t>Бак раствора, подача воды и элементы крепления</w:t>
      </w:r>
    </w:p>
    <w:p w14:paraId="0819AE2C" w14:textId="77777777" w:rsidR="00FB1ED4" w:rsidRDefault="00200F3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3DEC52B4" wp14:editId="2E2D89E6">
            <wp:extent cx="6126480" cy="4466716"/>
            <wp:effectExtent l="0" t="0" r="0" b="0"/>
            <wp:docPr id="8" name="Заводская взрыв-схема TOR JH-530: Бак чистой воды; номера деталей соответствуют следующей странице каталога" descr="Заводская взрыв-схема TOR JH-530: Бак чистой воды; номера деталей соответствуют следующей странице ката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6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B7240" w14:textId="77777777" w:rsidR="00FB1ED4" w:rsidRPr="00696AD1" w:rsidRDefault="00200F30">
      <w:pPr>
        <w:pStyle w:val="FigureCaption"/>
        <w:spacing w:after="180"/>
        <w:rPr>
          <w:lang w:val="ru-RU"/>
        </w:rPr>
      </w:pPr>
      <w:r w:rsidRPr="00696AD1">
        <w:rPr>
          <w:lang w:val="ru-RU"/>
        </w:rPr>
        <w:t>Схема 3. Бак чистой воды</w:t>
      </w:r>
      <w:r w:rsidRPr="00696AD1">
        <w:rPr>
          <w:lang w:val="ru-RU"/>
        </w:rPr>
        <w:t>. Заводская нумерация позиций сохранена.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:rsidRPr="00696AD1" w14:paraId="225558B8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F9AD7CA" w14:textId="77777777" w:rsidR="00FB1ED4" w:rsidRPr="00696AD1" w:rsidRDefault="00200F30">
            <w:pPr>
              <w:spacing w:after="0" w:line="269" w:lineRule="auto"/>
              <w:rPr>
                <w:lang w:val="ru-RU"/>
              </w:rPr>
            </w:pPr>
            <w:r w:rsidRPr="00696AD1">
              <w:rPr>
                <w:b/>
                <w:color w:val="D79600"/>
                <w:sz w:val="19"/>
                <w:lang w:val="ru-RU"/>
              </w:rPr>
              <w:t xml:space="preserve">ПОЗИЦИЯ </w:t>
            </w:r>
            <w:proofErr w:type="gramStart"/>
            <w:r w:rsidRPr="00696AD1">
              <w:rPr>
                <w:b/>
                <w:color w:val="D79600"/>
                <w:sz w:val="19"/>
                <w:lang w:val="ru-RU"/>
              </w:rPr>
              <w:t xml:space="preserve">29  </w:t>
            </w:r>
            <w:r w:rsidRPr="00696AD1">
              <w:rPr>
                <w:sz w:val="19"/>
                <w:lang w:val="ru-RU"/>
              </w:rPr>
              <w:t>Световой</w:t>
            </w:r>
            <w:proofErr w:type="gramEnd"/>
            <w:r w:rsidRPr="00696AD1">
              <w:rPr>
                <w:sz w:val="19"/>
                <w:lang w:val="ru-RU"/>
              </w:rPr>
              <w:t xml:space="preserve"> индикатор </w:t>
            </w:r>
            <w:r>
              <w:rPr>
                <w:sz w:val="19"/>
              </w:rPr>
              <w:t>E</w:t>
            </w:r>
            <w:r w:rsidRPr="00696AD1">
              <w:rPr>
                <w:sz w:val="19"/>
                <w:lang w:val="ru-RU"/>
              </w:rPr>
              <w:t>010144 указан на 24 В. Применимость к сетевому исполнению необходимо сверить по электрической схеме конкретной машины.</w:t>
            </w:r>
          </w:p>
        </w:tc>
      </w:tr>
    </w:tbl>
    <w:p w14:paraId="3F3959E5" w14:textId="77777777" w:rsidR="00FB1ED4" w:rsidRPr="00696AD1" w:rsidRDefault="00FB1ED4">
      <w:pPr>
        <w:spacing w:after="20"/>
        <w:rPr>
          <w:lang w:val="ru-RU"/>
        </w:rPr>
      </w:pPr>
    </w:p>
    <w:p w14:paraId="163A71DF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5B2F3D05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П03   •   СЕТЕВОЕ ПИТАНИЕ</w:t>
      </w:r>
    </w:p>
    <w:p w14:paraId="3E44CDD2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 xml:space="preserve">Каталог деталей: Бак </w:t>
      </w:r>
      <w:r w:rsidRPr="00696AD1">
        <w:rPr>
          <w:lang w:val="ru-RU"/>
        </w:rPr>
        <w:t>чистой воды</w:t>
      </w:r>
    </w:p>
    <w:p w14:paraId="7098C56E" w14:textId="77777777" w:rsidR="00FB1ED4" w:rsidRDefault="00200F30">
      <w:pPr>
        <w:spacing w:after="140"/>
      </w:pPr>
      <w:proofErr w:type="spellStart"/>
      <w:r>
        <w:rPr>
          <w:color w:val="687783"/>
          <w:sz w:val="18"/>
        </w:rPr>
        <w:t>Схема</w:t>
      </w:r>
      <w:proofErr w:type="spellEnd"/>
      <w:r>
        <w:rPr>
          <w:color w:val="687783"/>
          <w:sz w:val="18"/>
        </w:rPr>
        <w:t xml:space="preserve"> </w:t>
      </w:r>
      <w:proofErr w:type="gramStart"/>
      <w:r>
        <w:rPr>
          <w:color w:val="687783"/>
          <w:sz w:val="18"/>
        </w:rPr>
        <w:t>3  •</w:t>
      </w:r>
      <w:proofErr w:type="gramEnd"/>
      <w:r>
        <w:rPr>
          <w:color w:val="687783"/>
          <w:sz w:val="18"/>
        </w:rPr>
        <w:t xml:space="preserve">  34 позиций  •  Артикулы поставщика сохранены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710"/>
        <w:gridCol w:w="7020"/>
        <w:gridCol w:w="800"/>
      </w:tblGrid>
      <w:tr w:rsidR="00FB1ED4" w14:paraId="49A70D89" w14:textId="77777777">
        <w:trPr>
          <w:cantSplit/>
          <w:tblHeader/>
        </w:trPr>
        <w:tc>
          <w:tcPr>
            <w:tcW w:w="610" w:type="dxa"/>
            <w:shd w:val="clear" w:color="auto" w:fill="123B52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FDB0C7D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10" w:type="dxa"/>
            <w:shd w:val="clear" w:color="auto" w:fill="123B52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17AF73F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020" w:type="dxa"/>
            <w:shd w:val="clear" w:color="auto" w:fill="123B52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56BEB93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800" w:type="dxa"/>
            <w:shd w:val="clear" w:color="auto" w:fill="123B52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8394F60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FB1ED4" w14:paraId="1FF1218F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8BF1DC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6E55EE9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G010113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876FCC4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 xml:space="preserve">Винт с потайной головкой </w:t>
            </w:r>
            <w:r>
              <w:rPr>
                <w:sz w:val="14"/>
              </w:rPr>
              <w:t>M</w:t>
            </w:r>
            <w:r w:rsidRPr="00696AD1">
              <w:rPr>
                <w:sz w:val="14"/>
                <w:lang w:val="ru-RU"/>
              </w:rPr>
              <w:t>6 × 16, нержавеющий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7CBC92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FB1ED4" w14:paraId="44B64B07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0A1218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08EE7F8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A010119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565DEF9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Рычаг прижимного кронштейна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027DF8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60883643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0692C6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DDA261D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B010183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4F5228B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Уплотнение указателя уровня воды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B3AF9A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FB1ED4" w14:paraId="0C2A7A52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49683D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D4C2D89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G010123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E7BD295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 xml:space="preserve">Винт с полукруглой головкой </w:t>
            </w:r>
            <w:r>
              <w:rPr>
                <w:sz w:val="14"/>
              </w:rPr>
              <w:t>M</w:t>
            </w:r>
            <w:r w:rsidRPr="00696AD1">
              <w:rPr>
                <w:sz w:val="14"/>
                <w:lang w:val="ru-RU"/>
              </w:rPr>
              <w:t>5 × 12, нержавеющий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F4A9B0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6</w:t>
            </w:r>
          </w:p>
        </w:tc>
      </w:tr>
      <w:tr w:rsidR="00FB1ED4" w14:paraId="79BFCABA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4A34B4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78C5C3B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G010122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EBB110E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>Саморез с полукруглой головкой и крестообразным шлицем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98A4D2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5</w:t>
            </w:r>
          </w:p>
        </w:tc>
      </w:tr>
      <w:tr w:rsidR="00FB1ED4" w14:paraId="5A5BB6BC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DD14CC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17BA7BD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G010131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FDEED01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 xml:space="preserve">Винт с внутренним шестигранником </w:t>
            </w:r>
            <w:r>
              <w:rPr>
                <w:sz w:val="14"/>
              </w:rPr>
              <w:t>M</w:t>
            </w:r>
            <w:r w:rsidRPr="00696AD1">
              <w:rPr>
                <w:sz w:val="14"/>
                <w:lang w:val="ru-RU"/>
              </w:rPr>
              <w:t>6 × 16, нержавеющий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637163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FB1ED4" w14:paraId="6874CF23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B7E2F1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2E0D182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B010181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5D22765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Пластиковая петля, 65 × 65 мм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A3E05E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FB1ED4" w14:paraId="1D5F8254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43B620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52CB176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G010169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EA0CC91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 xml:space="preserve">Пружинная шайба </w:t>
            </w:r>
            <w:r>
              <w:rPr>
                <w:sz w:val="14"/>
              </w:rPr>
              <w:t>M</w:t>
            </w:r>
            <w:r w:rsidRPr="00696AD1">
              <w:rPr>
                <w:sz w:val="14"/>
                <w:lang w:val="ru-RU"/>
              </w:rPr>
              <w:t>6, нержавеющая сталь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9D4A23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FB1ED4" w14:paraId="4F629186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417976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817F773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G010170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A7CD70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 xml:space="preserve">Пружинная шайба </w:t>
            </w:r>
            <w:r>
              <w:rPr>
                <w:sz w:val="14"/>
              </w:rPr>
              <w:t>M</w:t>
            </w:r>
            <w:r w:rsidRPr="00696AD1">
              <w:rPr>
                <w:sz w:val="14"/>
                <w:lang w:val="ru-RU"/>
              </w:rPr>
              <w:t>8, нержавеющая сталь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25343F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FB1ED4" w14:paraId="13565202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375B02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4F2A26E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G010106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B4E1188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proofErr w:type="spellStart"/>
            <w:r w:rsidRPr="00696AD1">
              <w:rPr>
                <w:sz w:val="14"/>
                <w:lang w:val="ru-RU"/>
              </w:rPr>
              <w:t>Самоконтрящаяся</w:t>
            </w:r>
            <w:proofErr w:type="spellEnd"/>
            <w:r w:rsidRPr="00696AD1">
              <w:rPr>
                <w:sz w:val="14"/>
                <w:lang w:val="ru-RU"/>
              </w:rPr>
              <w:t xml:space="preserve"> гайка </w:t>
            </w:r>
            <w:r>
              <w:rPr>
                <w:sz w:val="14"/>
              </w:rPr>
              <w:t>M</w:t>
            </w:r>
            <w:r w:rsidRPr="00696AD1">
              <w:rPr>
                <w:sz w:val="14"/>
                <w:lang w:val="ru-RU"/>
              </w:rPr>
              <w:t>6, нержавеющая сталь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D03516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1D26C10D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194C0A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2B0EEFC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A010118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8CD2BAB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Тяга прижимного кронштейна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210E4C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FB1ED4" w14:paraId="6329ECC4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2C8E01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F4ADB48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G010134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5CB20B7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 xml:space="preserve">Винт с внутренним шестигранником </w:t>
            </w:r>
            <w:r>
              <w:rPr>
                <w:sz w:val="14"/>
              </w:rPr>
              <w:t>M</w:t>
            </w:r>
            <w:r w:rsidRPr="00696AD1">
              <w:rPr>
                <w:sz w:val="14"/>
                <w:lang w:val="ru-RU"/>
              </w:rPr>
              <w:t xml:space="preserve">8 × 20, </w:t>
            </w:r>
            <w:r w:rsidRPr="00696AD1">
              <w:rPr>
                <w:sz w:val="14"/>
                <w:lang w:val="ru-RU"/>
              </w:rPr>
              <w:t>нержавеющий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CB2D1D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FB1ED4" w14:paraId="23E73C17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A6D011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2D043D9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B010193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AC7A9E9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Бакелитовая рукоятка M8 × 40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8CE0D7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33520660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8F8F81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253BF31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C010120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1DA6D13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Медная втулка, 6 × 10 × 6 мм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3976D8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49976385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CCB500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ECA6E31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C010124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6F230A2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Медная втулка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44080B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2B6218A2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FD1BA2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BDE9BDE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G010107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60E749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proofErr w:type="spellStart"/>
            <w:r w:rsidRPr="00696AD1">
              <w:rPr>
                <w:sz w:val="14"/>
                <w:lang w:val="ru-RU"/>
              </w:rPr>
              <w:t>Самоконтрящаяся</w:t>
            </w:r>
            <w:proofErr w:type="spellEnd"/>
            <w:r w:rsidRPr="00696AD1">
              <w:rPr>
                <w:sz w:val="14"/>
                <w:lang w:val="ru-RU"/>
              </w:rPr>
              <w:t xml:space="preserve"> гайка </w:t>
            </w:r>
            <w:r>
              <w:rPr>
                <w:sz w:val="14"/>
              </w:rPr>
              <w:t>M</w:t>
            </w:r>
            <w:r w:rsidRPr="00696AD1">
              <w:rPr>
                <w:sz w:val="14"/>
                <w:lang w:val="ru-RU"/>
              </w:rPr>
              <w:t>8, нержавеющая сталь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39C39C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27C6BB4A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D57CA4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BF8E8CD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A010121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707F1FC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Крючок сливного шланга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6DB57D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3A19BF8F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E0BBEF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3AA6664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B010100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B2707E8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 xml:space="preserve">Бак чистой воды </w:t>
            </w:r>
            <w:r>
              <w:rPr>
                <w:sz w:val="14"/>
              </w:rPr>
              <w:t>JH-530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367399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41A5A129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8D6990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BB997B5" w14:textId="77777777" w:rsidR="00FB1ED4" w:rsidRDefault="00200F30">
            <w:pPr>
              <w:spacing w:after="0" w:line="254" w:lineRule="auto"/>
            </w:pPr>
            <w:r>
              <w:rPr>
                <w:i/>
                <w:color w:val="D79600"/>
                <w:sz w:val="14"/>
              </w:rPr>
              <w:t>не указан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9FDBF64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>Трубка указателя уровня воды, 12 × 300 мм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6A4217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2A095CA3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A24793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449F15E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G010172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3BD6F34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Плоская шайба 5 × 10 × 1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55FDF6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FB1ED4" w14:paraId="02493763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433AF3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DD6585B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A010120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3086070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Металлическая панель заливной горловины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368B08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29D7757A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DDE8C9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DC506A0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A010207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A9C23A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>Кронштейн бака; вариант с двумя щетками - проверить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311B84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447A4738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9C2A28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AE32E9A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B010191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87F9DF2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Пластиковый угловой соединитель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2DAF1C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FB1ED4" w14:paraId="26ACF3E5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20B06B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C0D4604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G010177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443CF62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Плоская шайба 8 × 16 × 1,5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877CAD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FB1ED4" w14:paraId="08270BAE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41559C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221187B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G010175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AB4F894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Плоская шайба 6 × 12 × 1 мм, нержавеющая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BB1340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FB1ED4" w14:paraId="5115CFEB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CF7B8C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67958DB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C010129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8528EDF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Трос бака, 350 мм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23FB52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0B5CF9D9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CD6450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3233BDE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A010117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9BC8613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Прижимной кронштейн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07032E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12817C47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8E9A2F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61DD339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B010149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13CDDFD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 xml:space="preserve">Резиновая крышка </w:t>
            </w:r>
            <w:r>
              <w:rPr>
                <w:sz w:val="14"/>
              </w:rPr>
              <w:t>заливной горловины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71D1A2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7747A2A4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C895A0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C508FA6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E010144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9A38E80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>Световой индикатор 24 В - проверить совместимость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29E8B0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3D9296D6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237626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1C6770F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B010150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5D26765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Малая крышка заливной горловины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3D56BB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55FAAD2D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BB1688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0040C9D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C010140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5664A964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Пружина сжатия, 2 × 17 × 22 мм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6EC350A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21320EAF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CD2775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138C582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C010139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9FDC698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Пружина растяжения, 3 × 25 × 170 × 115 мм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7B8A22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FB1ED4" w14:paraId="5F0FD7B0" w14:textId="77777777">
        <w:trPr>
          <w:cantSplit/>
        </w:trPr>
        <w:tc>
          <w:tcPr>
            <w:tcW w:w="6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186A18D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171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394855C3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G010150</w:t>
            </w:r>
          </w:p>
        </w:tc>
        <w:tc>
          <w:tcPr>
            <w:tcW w:w="702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270EE944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4"/>
                <w:lang w:val="ru-RU"/>
              </w:rPr>
              <w:t xml:space="preserve">Болт с </w:t>
            </w:r>
            <w:r w:rsidRPr="00696AD1">
              <w:rPr>
                <w:sz w:val="14"/>
                <w:lang w:val="ru-RU"/>
              </w:rPr>
              <w:t xml:space="preserve">шестигранной головкой </w:t>
            </w:r>
            <w:r>
              <w:rPr>
                <w:sz w:val="14"/>
              </w:rPr>
              <w:t>M</w:t>
            </w:r>
            <w:r w:rsidRPr="00696AD1">
              <w:rPr>
                <w:sz w:val="14"/>
                <w:lang w:val="ru-RU"/>
              </w:rPr>
              <w:t>6 × 12, нержавеющий</w:t>
            </w:r>
          </w:p>
        </w:tc>
        <w:tc>
          <w:tcPr>
            <w:tcW w:w="800" w:type="dxa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2179DD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FB1ED4" w14:paraId="01A49083" w14:textId="77777777">
        <w:trPr>
          <w:cantSplit/>
        </w:trPr>
        <w:tc>
          <w:tcPr>
            <w:tcW w:w="6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7DD261D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171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AFF6878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B010104</w:t>
            </w:r>
          </w:p>
        </w:tc>
        <w:tc>
          <w:tcPr>
            <w:tcW w:w="702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03577979" w14:textId="77777777" w:rsidR="00FB1ED4" w:rsidRDefault="00200F30">
            <w:pPr>
              <w:spacing w:after="0" w:line="254" w:lineRule="auto"/>
            </w:pPr>
            <w:r>
              <w:rPr>
                <w:sz w:val="14"/>
              </w:rPr>
              <w:t>Кожух двигателя JH-530</w:t>
            </w:r>
          </w:p>
        </w:tc>
        <w:tc>
          <w:tcPr>
            <w:tcW w:w="800" w:type="dxa"/>
            <w:shd w:val="clear" w:color="auto" w:fill="F3F6F8"/>
            <w:tcMar>
              <w:top w:w="62" w:type="dxa"/>
              <w:left w:w="120" w:type="dxa"/>
              <w:bottom w:w="62" w:type="dxa"/>
              <w:right w:w="120" w:type="dxa"/>
            </w:tcMar>
            <w:vAlign w:val="center"/>
          </w:tcPr>
          <w:p w14:paraId="4DDBBB1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4"/>
              </w:rPr>
              <w:t>1</w:t>
            </w:r>
          </w:p>
        </w:tc>
      </w:tr>
    </w:tbl>
    <w:p w14:paraId="2148A571" w14:textId="77777777" w:rsidR="00FB1ED4" w:rsidRPr="00696AD1" w:rsidRDefault="00200F30">
      <w:pPr>
        <w:spacing w:before="140" w:after="0"/>
        <w:rPr>
          <w:lang w:val="ru-RU"/>
        </w:rPr>
      </w:pPr>
      <w:r w:rsidRPr="00696AD1">
        <w:rPr>
          <w:i/>
          <w:color w:val="687783"/>
          <w:sz w:val="16"/>
          <w:lang w:val="ru-RU"/>
        </w:rPr>
        <w:t>Позиция соответствует номеру на предыдущей схеме. Если артикул отсутствует, уточняйте его по номеру позиции и фотографии узла.</w:t>
      </w:r>
    </w:p>
    <w:p w14:paraId="7AFFAE33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3DCAD12D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П04   •   СЕТЕВОЕ ПИТАНИЕ</w:t>
      </w:r>
    </w:p>
    <w:p w14:paraId="28C78A22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Взрыв-схема: Щеточный узел</w:t>
      </w:r>
    </w:p>
    <w:p w14:paraId="0A0B0B94" w14:textId="77777777" w:rsidR="00FB1ED4" w:rsidRDefault="00200F30">
      <w:proofErr w:type="spellStart"/>
      <w:r>
        <w:rPr>
          <w:sz w:val="19"/>
        </w:rPr>
        <w:t>Щеточная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головка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двигатель</w:t>
      </w:r>
      <w:proofErr w:type="spellEnd"/>
      <w:r>
        <w:rPr>
          <w:sz w:val="19"/>
        </w:rPr>
        <w:t xml:space="preserve"> и диск</w:t>
      </w:r>
    </w:p>
    <w:p w14:paraId="64C7DC58" w14:textId="77777777" w:rsidR="00FB1ED4" w:rsidRDefault="00200F3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24101379" wp14:editId="17C7D769">
            <wp:extent cx="4754880" cy="6297269"/>
            <wp:effectExtent l="0" t="0" r="0" b="0"/>
            <wp:docPr id="9" name="Заводская взрыв-схема TOR JH-530: Щеточный узел; номера деталей соответствуют следующей странице каталога" descr="Заводская взрыв-схема TOR JH-530: Щеточный узел; номера деталей соответствуют следующей странице ката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629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D02EB" w14:textId="77777777" w:rsidR="00FB1ED4" w:rsidRPr="00696AD1" w:rsidRDefault="00200F30">
      <w:pPr>
        <w:pStyle w:val="FigureCaption"/>
        <w:spacing w:after="180"/>
        <w:rPr>
          <w:lang w:val="ru-RU"/>
        </w:rPr>
      </w:pPr>
      <w:r w:rsidRPr="00696AD1">
        <w:rPr>
          <w:lang w:val="ru-RU"/>
        </w:rPr>
        <w:t>Схема 4. Щеточный узел. Заводская нумерация позиций сохранена.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14:paraId="04DEC245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545E13E" w14:textId="77777777" w:rsidR="00FB1ED4" w:rsidRDefault="00200F30">
            <w:pPr>
              <w:spacing w:after="0" w:line="269" w:lineRule="auto"/>
            </w:pPr>
            <w:r w:rsidRPr="00696AD1">
              <w:rPr>
                <w:b/>
                <w:color w:val="D79600"/>
                <w:sz w:val="19"/>
                <w:lang w:val="ru-RU"/>
              </w:rPr>
              <w:t xml:space="preserve">ПОЗИЦИЯ </w:t>
            </w:r>
            <w:proofErr w:type="gramStart"/>
            <w:r w:rsidRPr="00696AD1">
              <w:rPr>
                <w:b/>
                <w:color w:val="D79600"/>
                <w:sz w:val="19"/>
                <w:lang w:val="ru-RU"/>
              </w:rPr>
              <w:t xml:space="preserve">15  </w:t>
            </w:r>
            <w:r w:rsidRPr="00696AD1">
              <w:rPr>
                <w:sz w:val="19"/>
                <w:lang w:val="ru-RU"/>
              </w:rPr>
              <w:t>В</w:t>
            </w:r>
            <w:proofErr w:type="gramEnd"/>
            <w:r w:rsidRPr="00696AD1">
              <w:rPr>
                <w:sz w:val="19"/>
                <w:lang w:val="ru-RU"/>
              </w:rPr>
              <w:t xml:space="preserve"> каталоге указан двигатель </w:t>
            </w:r>
            <w:r>
              <w:rPr>
                <w:sz w:val="19"/>
              </w:rPr>
              <w:t>E</w:t>
            </w:r>
            <w:r w:rsidRPr="00696AD1">
              <w:rPr>
                <w:sz w:val="19"/>
                <w:lang w:val="ru-RU"/>
              </w:rPr>
              <w:t xml:space="preserve">010100: 220 В / 550 Вт; в исходном руководстве сетевой версии встречается 650 Вт. </w:t>
            </w:r>
            <w:proofErr w:type="spellStart"/>
            <w:r>
              <w:rPr>
                <w:sz w:val="19"/>
              </w:rPr>
              <w:t>Перед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заказом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проверьте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маркировку</w:t>
            </w:r>
            <w:proofErr w:type="spellEnd"/>
            <w:r>
              <w:rPr>
                <w:sz w:val="19"/>
              </w:rPr>
              <w:t xml:space="preserve"> установленного двигателя.</w:t>
            </w:r>
          </w:p>
        </w:tc>
      </w:tr>
    </w:tbl>
    <w:p w14:paraId="70CF9420" w14:textId="77777777" w:rsidR="00FB1ED4" w:rsidRDefault="00FB1ED4">
      <w:pPr>
        <w:spacing w:after="20"/>
      </w:pPr>
    </w:p>
    <w:p w14:paraId="66727F44" w14:textId="77777777" w:rsidR="00FB1ED4" w:rsidRDefault="00200F30">
      <w:r>
        <w:br w:type="page"/>
      </w:r>
    </w:p>
    <w:p w14:paraId="5189466B" w14:textId="77777777" w:rsidR="00FB1ED4" w:rsidRDefault="00200F30">
      <w:pPr>
        <w:keepNext/>
        <w:spacing w:after="40"/>
      </w:pPr>
      <w:r>
        <w:rPr>
          <w:b/>
          <w:color w:val="0788B0"/>
          <w:sz w:val="17"/>
        </w:rPr>
        <w:t>РАЗДЕЛ П04   •   СЕТЕВОЕ ПИТАНИЕ</w:t>
      </w:r>
    </w:p>
    <w:p w14:paraId="1A5F543C" w14:textId="77777777" w:rsidR="00FB1ED4" w:rsidRDefault="00200F30">
      <w:pPr>
        <w:pStyle w:val="1"/>
      </w:pPr>
      <w:r>
        <w:t>Каталог деталей: Щеточный узел</w:t>
      </w:r>
    </w:p>
    <w:p w14:paraId="562F41B6" w14:textId="77777777" w:rsidR="00FB1ED4" w:rsidRDefault="00200F30">
      <w:pPr>
        <w:spacing w:after="140"/>
      </w:pPr>
      <w:r>
        <w:rPr>
          <w:color w:val="687783"/>
          <w:sz w:val="18"/>
        </w:rPr>
        <w:t>Схема 4  •  23 позиций  •  Артикулы поставщика сохранены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710"/>
        <w:gridCol w:w="7020"/>
        <w:gridCol w:w="800"/>
      </w:tblGrid>
      <w:tr w:rsidR="00FB1ED4" w14:paraId="2E5C5B0B" w14:textId="77777777">
        <w:trPr>
          <w:cantSplit/>
          <w:tblHeader/>
        </w:trPr>
        <w:tc>
          <w:tcPr>
            <w:tcW w:w="6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DF8BAA2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A1CB8AE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02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AE5F7B4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80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35C7E0C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FB1ED4" w14:paraId="6291BAA5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81D6FD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C576EF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G010131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148722A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Винт с внутренним </w:t>
            </w:r>
            <w:r w:rsidRPr="00696AD1">
              <w:rPr>
                <w:sz w:val="16"/>
                <w:lang w:val="ru-RU"/>
              </w:rPr>
              <w:t xml:space="preserve">шестигранником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6 × 16,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35081D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</w:tr>
      <w:tr w:rsidR="00FB1ED4" w14:paraId="3D997659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BB225D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C631B3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G010169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11748CD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Пружинная шайба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6, нержавеющая сталь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55088B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</w:tr>
      <w:tr w:rsidR="00FB1ED4" w14:paraId="4BFD53CF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35E121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AE7F8E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G010170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045ABBD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Пружинная шайба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8, нержавеющая сталь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BDA2D0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</w:tr>
      <w:tr w:rsidR="00FB1ED4" w14:paraId="638FB6CE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085094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AC0BDB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G010177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F3B94D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8 × 16 × 1,5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BC9B0C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</w:tr>
      <w:tr w:rsidR="00FB1ED4" w14:paraId="6F49832C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B64E7F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9247EA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G010192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81B607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Подшипник 6001 ZZ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D4FF3D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7AE91B0F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23A1E8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AB2F2E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C010122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E1D15C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 xml:space="preserve">Медная </w:t>
            </w:r>
            <w:r>
              <w:rPr>
                <w:sz w:val="16"/>
              </w:rPr>
              <w:t>втулка, 8 × 12 × 9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CD9644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FB1ED4" w14:paraId="6D0B8070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BC006C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0D11C11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G010107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12EAA38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proofErr w:type="spellStart"/>
            <w:r w:rsidRPr="00696AD1">
              <w:rPr>
                <w:sz w:val="16"/>
                <w:lang w:val="ru-RU"/>
              </w:rPr>
              <w:t>Самоконтрящаяся</w:t>
            </w:r>
            <w:proofErr w:type="spellEnd"/>
            <w:r w:rsidRPr="00696AD1">
              <w:rPr>
                <w:sz w:val="16"/>
                <w:lang w:val="ru-RU"/>
              </w:rPr>
              <w:t xml:space="preserve"> гайка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8, нержавеющая сталь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644EB8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3457AC3F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D4B3AF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A217CA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G010175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1B70C2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6 × 12 × 1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65ACC2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</w:tr>
      <w:tr w:rsidR="00FB1ED4" w14:paraId="6929515B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277B4D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5609E2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G010113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6A00B0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Винт с потайной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6 × 16,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4D48CC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</w:tr>
      <w:tr w:rsidR="00FB1ED4" w14:paraId="026FBBA9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123108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93F2B7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A010109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7747031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Кронштейн щеточного узла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900E57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72059592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37EE31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5D9BE2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B010196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D60806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Защитный ролик, диаметр 80 × 25 мм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A2B165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15D70EC8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B47ED2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1631AA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A010110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2039A0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Кронштейн щеточного узла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F3881C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428EC796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65EB93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AF4536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G010178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A30DAA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8 × 24 × 2 мм, нержавеющая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F412E0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FB1ED4" w14:paraId="5F93DF54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A8B9C8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901F65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G010152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B5419BC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20, нержавеющий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46C08A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4C97B883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6EB875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4B4B93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E010100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431BF22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Двигатель щетки 220 В / 550 Вт - сверить </w:t>
            </w:r>
            <w:r w:rsidRPr="00696AD1">
              <w:rPr>
                <w:sz w:val="16"/>
                <w:lang w:val="ru-RU"/>
              </w:rPr>
              <w:t>исполнение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37E3A8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27C97591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38E5C6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77C651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C010123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A3FE74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Медная втулка, 8 × 12 × 17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09824D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15CDFE2D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6AFF70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7A44F4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B010125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5818C1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Щеточный диск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5E8248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6B28CD8F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A9CC17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AB7BAA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C010146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5800470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Литой алюминиевый кожух щеточного диска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B3714E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0E28B850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762CE4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4903FD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G010156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CEE61AA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40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0259DF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2D4B5597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B338A6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351C49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G010154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2EEFA7E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 xml:space="preserve">8 × 30, </w:t>
            </w:r>
            <w:r w:rsidRPr="00696AD1">
              <w:rPr>
                <w:sz w:val="16"/>
                <w:lang w:val="ru-RU"/>
              </w:rPr>
              <w:t>нержавеющий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50C8B5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</w:tr>
      <w:tr w:rsidR="00FB1ED4" w14:paraId="7F3EE7F1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E1F3D6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F84419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G010155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FD4D9CE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35,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3B4842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69C57AAB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B54FA9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61E5E6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C010134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6177BD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Фиксирующий палец щеточного диска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DF5CCF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6B7E88F7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7FFE8E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F95FC1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A010104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7F5F8D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Магнитный держатель щеточного диска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25755A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</w:tbl>
    <w:p w14:paraId="705951A2" w14:textId="77777777" w:rsidR="00FB1ED4" w:rsidRPr="00696AD1" w:rsidRDefault="00200F30">
      <w:pPr>
        <w:spacing w:before="140" w:after="0"/>
        <w:rPr>
          <w:lang w:val="ru-RU"/>
        </w:rPr>
      </w:pPr>
      <w:r w:rsidRPr="00696AD1">
        <w:rPr>
          <w:i/>
          <w:color w:val="687783"/>
          <w:sz w:val="16"/>
          <w:lang w:val="ru-RU"/>
        </w:rPr>
        <w:t xml:space="preserve">Позиция соответствует номеру на предыдущей схеме. Если артикул </w:t>
      </w:r>
      <w:r w:rsidRPr="00696AD1">
        <w:rPr>
          <w:i/>
          <w:color w:val="687783"/>
          <w:sz w:val="16"/>
          <w:lang w:val="ru-RU"/>
        </w:rPr>
        <w:t>отсутствует, уточняйте его по номеру позиции и фотографии узла.</w:t>
      </w:r>
    </w:p>
    <w:p w14:paraId="2D9DA5F8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13F4E726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П05   •   СЕТЕВОЕ ПИТАНИЕ</w:t>
      </w:r>
    </w:p>
    <w:p w14:paraId="35545E4B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Взрыв-схема: Рама и ходовая часть</w:t>
      </w:r>
    </w:p>
    <w:p w14:paraId="00B233A6" w14:textId="77777777" w:rsidR="00FB1ED4" w:rsidRPr="00696AD1" w:rsidRDefault="00200F30">
      <w:pPr>
        <w:rPr>
          <w:lang w:val="ru-RU"/>
        </w:rPr>
      </w:pPr>
      <w:r w:rsidRPr="00696AD1">
        <w:rPr>
          <w:sz w:val="19"/>
          <w:lang w:val="ru-RU"/>
        </w:rPr>
        <w:t>Основание машины, колеса и опорные элементы</w:t>
      </w:r>
    </w:p>
    <w:p w14:paraId="4F7416F5" w14:textId="77777777" w:rsidR="00FB1ED4" w:rsidRDefault="00200F3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689F9170" wp14:editId="4C9B5BAA">
            <wp:extent cx="5989320" cy="4911571"/>
            <wp:effectExtent l="0" t="0" r="0" b="0"/>
            <wp:docPr id="10" name="Заводская взрыв-схема TOR JH-530: Рама и ходовая часть; номера деталей соответствуют следующей странице каталога" descr="Заводская взрыв-схема TOR JH-530: Рама и ходовая часть; номера деталей соответствуют следующей странице ката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91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1A2ED" w14:textId="77777777" w:rsidR="00FB1ED4" w:rsidRDefault="00200F30">
      <w:pPr>
        <w:pStyle w:val="FigureCaption"/>
        <w:spacing w:after="180"/>
      </w:pPr>
      <w:r w:rsidRPr="00696AD1">
        <w:rPr>
          <w:lang w:val="ru-RU"/>
        </w:rPr>
        <w:t xml:space="preserve">Схема 5. Рама и ходовая часть. </w:t>
      </w:r>
      <w:proofErr w:type="spellStart"/>
      <w:r>
        <w:t>Заводская</w:t>
      </w:r>
      <w:proofErr w:type="spellEnd"/>
      <w:r>
        <w:t xml:space="preserve"> </w:t>
      </w:r>
      <w:proofErr w:type="spellStart"/>
      <w:r>
        <w:t>нумерация</w:t>
      </w:r>
      <w:proofErr w:type="spellEnd"/>
      <w:r>
        <w:t xml:space="preserve"> </w:t>
      </w:r>
      <w:proofErr w:type="spellStart"/>
      <w:r>
        <w:t>позиций</w:t>
      </w:r>
      <w:proofErr w:type="spellEnd"/>
      <w:r>
        <w:t xml:space="preserve"> </w:t>
      </w:r>
      <w:proofErr w:type="spellStart"/>
      <w:r>
        <w:t>сохранена</w:t>
      </w:r>
      <w:proofErr w:type="spellEnd"/>
      <w:r>
        <w:t>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14:paraId="64B9D360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AF42EF2" w14:textId="77777777" w:rsidR="00FB1ED4" w:rsidRDefault="00200F30">
            <w:pPr>
              <w:spacing w:after="0" w:line="269" w:lineRule="auto"/>
            </w:pPr>
            <w:r w:rsidRPr="00696AD1">
              <w:rPr>
                <w:b/>
                <w:color w:val="0788B0"/>
                <w:sz w:val="19"/>
                <w:lang w:val="ru-RU"/>
              </w:rPr>
              <w:t xml:space="preserve">КАК ЧИТАТЬ </w:t>
            </w:r>
            <w:proofErr w:type="gramStart"/>
            <w:r w:rsidRPr="00696AD1">
              <w:rPr>
                <w:b/>
                <w:color w:val="0788B0"/>
                <w:sz w:val="19"/>
                <w:lang w:val="ru-RU"/>
              </w:rPr>
              <w:t xml:space="preserve">ЧЕРТЕЖ  </w:t>
            </w:r>
            <w:r w:rsidRPr="00696AD1">
              <w:rPr>
                <w:sz w:val="19"/>
                <w:lang w:val="ru-RU"/>
              </w:rPr>
              <w:t>Цифры</w:t>
            </w:r>
            <w:proofErr w:type="gramEnd"/>
            <w:r w:rsidRPr="00696AD1">
              <w:rPr>
                <w:sz w:val="19"/>
                <w:lang w:val="ru-RU"/>
              </w:rPr>
              <w:t xml:space="preserve"> в кружках соответствуют позициям следующей страницы каталога. </w:t>
            </w:r>
            <w:proofErr w:type="spellStart"/>
            <w:r>
              <w:rPr>
                <w:sz w:val="19"/>
              </w:rPr>
              <w:t>Конструкция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отдельных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компонентов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может</w:t>
            </w:r>
            <w:proofErr w:type="spellEnd"/>
            <w:r>
              <w:rPr>
                <w:sz w:val="19"/>
              </w:rPr>
              <w:t xml:space="preserve"> отличаться в зависимости от комплектации.</w:t>
            </w:r>
          </w:p>
        </w:tc>
      </w:tr>
    </w:tbl>
    <w:p w14:paraId="47EF056E" w14:textId="77777777" w:rsidR="00FB1ED4" w:rsidRDefault="00FB1ED4">
      <w:pPr>
        <w:spacing w:after="20"/>
      </w:pPr>
    </w:p>
    <w:p w14:paraId="37B03AF5" w14:textId="77777777" w:rsidR="00FB1ED4" w:rsidRDefault="00200F30">
      <w:r>
        <w:br w:type="page"/>
      </w:r>
    </w:p>
    <w:p w14:paraId="7ED2955A" w14:textId="77777777" w:rsidR="00FB1ED4" w:rsidRDefault="00200F30">
      <w:pPr>
        <w:keepNext/>
        <w:spacing w:after="40"/>
      </w:pPr>
      <w:r>
        <w:rPr>
          <w:b/>
          <w:color w:val="0788B0"/>
          <w:sz w:val="17"/>
        </w:rPr>
        <w:t>РАЗДЕЛ П05   •   СЕТЕВОЕ ПИТАНИЕ</w:t>
      </w:r>
    </w:p>
    <w:p w14:paraId="6FB8A16B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 xml:space="preserve">Каталог деталей: Рама и ходовая </w:t>
      </w:r>
      <w:r w:rsidRPr="00696AD1">
        <w:rPr>
          <w:lang w:val="ru-RU"/>
        </w:rPr>
        <w:t>часть</w:t>
      </w:r>
    </w:p>
    <w:p w14:paraId="19156C4D" w14:textId="77777777" w:rsidR="00FB1ED4" w:rsidRDefault="00200F30">
      <w:pPr>
        <w:spacing w:after="140"/>
      </w:pPr>
      <w:proofErr w:type="spellStart"/>
      <w:r>
        <w:rPr>
          <w:color w:val="687783"/>
          <w:sz w:val="18"/>
        </w:rPr>
        <w:t>Схема</w:t>
      </w:r>
      <w:proofErr w:type="spellEnd"/>
      <w:r>
        <w:rPr>
          <w:color w:val="687783"/>
          <w:sz w:val="18"/>
        </w:rPr>
        <w:t xml:space="preserve"> </w:t>
      </w:r>
      <w:proofErr w:type="gramStart"/>
      <w:r>
        <w:rPr>
          <w:color w:val="687783"/>
          <w:sz w:val="18"/>
        </w:rPr>
        <w:t>5  •</w:t>
      </w:r>
      <w:proofErr w:type="gramEnd"/>
      <w:r>
        <w:rPr>
          <w:color w:val="687783"/>
          <w:sz w:val="18"/>
        </w:rPr>
        <w:t xml:space="preserve">  20 </w:t>
      </w:r>
      <w:proofErr w:type="spellStart"/>
      <w:r>
        <w:rPr>
          <w:color w:val="687783"/>
          <w:sz w:val="18"/>
        </w:rPr>
        <w:t>позиций</w:t>
      </w:r>
      <w:proofErr w:type="spellEnd"/>
      <w:r>
        <w:rPr>
          <w:color w:val="687783"/>
          <w:sz w:val="18"/>
        </w:rPr>
        <w:t xml:space="preserve">  •  Артикулы поставщика сохранены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710"/>
        <w:gridCol w:w="7020"/>
        <w:gridCol w:w="800"/>
      </w:tblGrid>
      <w:tr w:rsidR="00FB1ED4" w14:paraId="15DFF827" w14:textId="77777777">
        <w:trPr>
          <w:cantSplit/>
          <w:tblHeader/>
        </w:trPr>
        <w:tc>
          <w:tcPr>
            <w:tcW w:w="6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5E88523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4486E47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02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9BB561D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80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2E3527A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FB1ED4" w14:paraId="42805B5D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C3F9DF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F9B4C71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G010152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3D06ABC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20,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D9B866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18</w:t>
            </w:r>
          </w:p>
        </w:tc>
      </w:tr>
      <w:tr w:rsidR="00FB1ED4" w14:paraId="0DF1801D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13DC3D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990079F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G010177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5812EC9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8 × 16 × 1,5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7ECAE8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22</w:t>
            </w:r>
          </w:p>
        </w:tc>
      </w:tr>
      <w:tr w:rsidR="00FB1ED4" w14:paraId="2BFBDB1D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4CC9C0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88B451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G010109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1E636D5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proofErr w:type="spellStart"/>
            <w:r w:rsidRPr="00696AD1">
              <w:rPr>
                <w:sz w:val="16"/>
                <w:lang w:val="ru-RU"/>
              </w:rPr>
              <w:t>Самоконтрящаяся</w:t>
            </w:r>
            <w:proofErr w:type="spellEnd"/>
            <w:r w:rsidRPr="00696AD1">
              <w:rPr>
                <w:sz w:val="16"/>
                <w:lang w:val="ru-RU"/>
              </w:rPr>
              <w:t xml:space="preserve"> гайка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12, нержавеющая сталь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7D25B0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1284D1C6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811B5C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A76C59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G010170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9872446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Пружинная шайба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8, нержавеющая сталь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08752E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10</w:t>
            </w:r>
          </w:p>
        </w:tc>
      </w:tr>
      <w:tr w:rsidR="00FB1ED4" w14:paraId="2C567728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C7048A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AA049E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G010154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240A400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30,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4E04F7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FB1ED4" w14:paraId="0E53291D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C2616F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C4B9301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G010106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A534EF6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proofErr w:type="spellStart"/>
            <w:r w:rsidRPr="00696AD1">
              <w:rPr>
                <w:sz w:val="16"/>
                <w:lang w:val="ru-RU"/>
              </w:rPr>
              <w:t>Самоконтрящаяся</w:t>
            </w:r>
            <w:proofErr w:type="spellEnd"/>
            <w:r w:rsidRPr="00696AD1">
              <w:rPr>
                <w:sz w:val="16"/>
                <w:lang w:val="ru-RU"/>
              </w:rPr>
              <w:t xml:space="preserve"> гайка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6, нержавеющая сталь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909216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4784CD80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75CF5F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454893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G010107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A214C04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proofErr w:type="spellStart"/>
            <w:r w:rsidRPr="00696AD1">
              <w:rPr>
                <w:sz w:val="16"/>
                <w:lang w:val="ru-RU"/>
              </w:rPr>
              <w:t>Самоконтрящаяся</w:t>
            </w:r>
            <w:proofErr w:type="spellEnd"/>
            <w:r w:rsidRPr="00696AD1">
              <w:rPr>
                <w:sz w:val="16"/>
                <w:lang w:val="ru-RU"/>
              </w:rPr>
              <w:t xml:space="preserve"> гайка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8, нержавеющая сталь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A6DF60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13</w:t>
            </w:r>
          </w:p>
        </w:tc>
      </w:tr>
      <w:tr w:rsidR="00FB1ED4" w14:paraId="1CA58285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CCC889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DA18BB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A010111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97A7494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Кронштейн педали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9D71DF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200D7E25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48CF07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DF228B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C010123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E11281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Медная втулка, 8 × 12 × 17 мм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33B969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6EF09069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0AD100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A4C00E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B010161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0CB988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Поворотное колесо, 3 дюйма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DA646A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39E60CA9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DE10B2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D75862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G010113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0A83561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Винт с потайной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6 × 16,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01467F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50AA09C8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98073B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FE4999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B010155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FE4E25C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Колесо с </w:t>
            </w:r>
            <w:r w:rsidRPr="00696AD1">
              <w:rPr>
                <w:sz w:val="16"/>
                <w:lang w:val="ru-RU"/>
              </w:rPr>
              <w:t>подшипником, диаметр 200 × 50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ACCDF9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5E86BA87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6460F6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8C9C2C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G010155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F421666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35,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562132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328C5C3C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1AEBFA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7FC72F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G010178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AD3583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8 × 24 × 2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8EBA10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</w:tr>
      <w:tr w:rsidR="00FB1ED4" w14:paraId="32F30F50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DBB3E7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3583ED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A010108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B6E746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Кронштейн подъема щеточного узла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77447C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15BA0677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19F3E5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528488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A010123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5726B1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Ограничительная пластина колесной оси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182E5E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2DFB3872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C96C44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EF4638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A010122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09ABC5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Фиксирующая пластина колесной оси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B38680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0748FEFF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9B142D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05DC1E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C010100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7E5145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Соединительная ось поворотного колеса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A4AEBE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31DF975E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66B3CB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B04847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A010105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75B3A46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Рама основания JH-530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1D7763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69433AB4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9BEB422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411650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A010112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A5D8DD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Кронштейн фильтра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2184CB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</w:tbl>
    <w:p w14:paraId="532FF6C3" w14:textId="77777777" w:rsidR="00FB1ED4" w:rsidRPr="00696AD1" w:rsidRDefault="00200F30">
      <w:pPr>
        <w:spacing w:before="140" w:after="0"/>
        <w:rPr>
          <w:lang w:val="ru-RU"/>
        </w:rPr>
      </w:pPr>
      <w:r w:rsidRPr="00696AD1">
        <w:rPr>
          <w:i/>
          <w:color w:val="687783"/>
          <w:sz w:val="16"/>
          <w:lang w:val="ru-RU"/>
        </w:rPr>
        <w:t xml:space="preserve">Позиция соответствует номеру на предыдущей схеме. Если артикул отсутствует, </w:t>
      </w:r>
      <w:r w:rsidRPr="00696AD1">
        <w:rPr>
          <w:i/>
          <w:color w:val="687783"/>
          <w:sz w:val="16"/>
          <w:lang w:val="ru-RU"/>
        </w:rPr>
        <w:t>уточняйте его по номеру позиции и фотографии узла.</w:t>
      </w:r>
    </w:p>
    <w:p w14:paraId="721A7BD7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7D0DE19C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П06   •   СЕТЕВОЕ ПИТАНИЕ</w:t>
      </w:r>
    </w:p>
    <w:p w14:paraId="18951D47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Взрыв-схема: Кронштейн водосборной балки</w:t>
      </w:r>
    </w:p>
    <w:p w14:paraId="2B90ED28" w14:textId="77777777" w:rsidR="00FB1ED4" w:rsidRPr="00696AD1" w:rsidRDefault="00200F30">
      <w:pPr>
        <w:rPr>
          <w:lang w:val="ru-RU"/>
        </w:rPr>
      </w:pPr>
      <w:r w:rsidRPr="00696AD1">
        <w:rPr>
          <w:sz w:val="19"/>
          <w:lang w:val="ru-RU"/>
        </w:rPr>
        <w:t>Механизм подвески и подъема водосборной балки</w:t>
      </w:r>
    </w:p>
    <w:p w14:paraId="71E6F27E" w14:textId="77777777" w:rsidR="00FB1ED4" w:rsidRDefault="00200F3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7F186AC3" wp14:editId="66C4AB28">
            <wp:extent cx="5577840" cy="5628919"/>
            <wp:effectExtent l="0" t="0" r="0" b="0"/>
            <wp:docPr id="11" name="Заводская взрыв-схема TOR JH-530: Кронштейн водосборной балки; номера деталей соответствуют следующей странице каталога" descr="Заводская взрыв-схема TOR JH-530: Кронштейн водосборной балки; номера деталей соответствуют следующей странице ката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5628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B93E" w14:textId="77777777" w:rsidR="00FB1ED4" w:rsidRPr="00696AD1" w:rsidRDefault="00200F30">
      <w:pPr>
        <w:pStyle w:val="FigureCaption"/>
        <w:spacing w:after="180"/>
        <w:rPr>
          <w:lang w:val="ru-RU"/>
        </w:rPr>
      </w:pPr>
      <w:r w:rsidRPr="00696AD1">
        <w:rPr>
          <w:lang w:val="ru-RU"/>
        </w:rPr>
        <w:t>Схема 6. Кронштейн водосборной балки. Заводская нумерация позиций сохранена.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14:paraId="130ABD5F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B5C67E6" w14:textId="77777777" w:rsidR="00FB1ED4" w:rsidRDefault="00200F30">
            <w:pPr>
              <w:spacing w:after="0" w:line="269" w:lineRule="auto"/>
            </w:pPr>
            <w:r w:rsidRPr="00696AD1">
              <w:rPr>
                <w:b/>
                <w:color w:val="0788B0"/>
                <w:sz w:val="19"/>
                <w:lang w:val="ru-RU"/>
              </w:rPr>
              <w:t xml:space="preserve">КАК </w:t>
            </w:r>
            <w:r w:rsidRPr="00696AD1">
              <w:rPr>
                <w:b/>
                <w:color w:val="0788B0"/>
                <w:sz w:val="19"/>
                <w:lang w:val="ru-RU"/>
              </w:rPr>
              <w:t xml:space="preserve">ЧИТАТЬ </w:t>
            </w:r>
            <w:proofErr w:type="gramStart"/>
            <w:r w:rsidRPr="00696AD1">
              <w:rPr>
                <w:b/>
                <w:color w:val="0788B0"/>
                <w:sz w:val="19"/>
                <w:lang w:val="ru-RU"/>
              </w:rPr>
              <w:t xml:space="preserve">ЧЕРТЕЖ  </w:t>
            </w:r>
            <w:r w:rsidRPr="00696AD1">
              <w:rPr>
                <w:sz w:val="19"/>
                <w:lang w:val="ru-RU"/>
              </w:rPr>
              <w:t>Цифры</w:t>
            </w:r>
            <w:proofErr w:type="gramEnd"/>
            <w:r w:rsidRPr="00696AD1">
              <w:rPr>
                <w:sz w:val="19"/>
                <w:lang w:val="ru-RU"/>
              </w:rPr>
              <w:t xml:space="preserve"> в кружках соответствуют позициям следующей страницы каталога. </w:t>
            </w:r>
            <w:proofErr w:type="spellStart"/>
            <w:r>
              <w:rPr>
                <w:sz w:val="19"/>
              </w:rPr>
              <w:t>Конструкция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отдельных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компонентов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может</w:t>
            </w:r>
            <w:proofErr w:type="spellEnd"/>
            <w:r>
              <w:rPr>
                <w:sz w:val="19"/>
              </w:rPr>
              <w:t xml:space="preserve"> отличаться в зависимости от комплектации.</w:t>
            </w:r>
          </w:p>
        </w:tc>
      </w:tr>
    </w:tbl>
    <w:p w14:paraId="1E0F9EAF" w14:textId="77777777" w:rsidR="00FB1ED4" w:rsidRDefault="00FB1ED4">
      <w:pPr>
        <w:spacing w:after="20"/>
      </w:pPr>
    </w:p>
    <w:p w14:paraId="584769C1" w14:textId="77777777" w:rsidR="00FB1ED4" w:rsidRDefault="00200F30">
      <w:r>
        <w:br w:type="page"/>
      </w:r>
    </w:p>
    <w:p w14:paraId="46B0E435" w14:textId="77777777" w:rsidR="00FB1ED4" w:rsidRDefault="00200F30">
      <w:pPr>
        <w:keepNext/>
        <w:spacing w:after="40"/>
      </w:pPr>
      <w:r>
        <w:rPr>
          <w:b/>
          <w:color w:val="0788B0"/>
          <w:sz w:val="17"/>
        </w:rPr>
        <w:t>РАЗДЕЛ П06   •   СЕТЕВОЕ ПИТАНИЕ</w:t>
      </w:r>
    </w:p>
    <w:p w14:paraId="0B2FAFF5" w14:textId="77777777" w:rsidR="00FB1ED4" w:rsidRDefault="00200F30">
      <w:pPr>
        <w:pStyle w:val="1"/>
      </w:pPr>
      <w:r>
        <w:t>Каталог деталей: Кронштейн водосборной балки</w:t>
      </w:r>
    </w:p>
    <w:p w14:paraId="3F7DF04B" w14:textId="77777777" w:rsidR="00FB1ED4" w:rsidRDefault="00200F30">
      <w:pPr>
        <w:spacing w:after="140"/>
      </w:pPr>
      <w:r>
        <w:rPr>
          <w:color w:val="687783"/>
          <w:sz w:val="18"/>
        </w:rPr>
        <w:t>Схема 6  •  12 позиций  •  Артикулы поставщика сохранены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710"/>
        <w:gridCol w:w="7020"/>
        <w:gridCol w:w="800"/>
      </w:tblGrid>
      <w:tr w:rsidR="00FB1ED4" w14:paraId="6971F46A" w14:textId="77777777">
        <w:trPr>
          <w:cantSplit/>
          <w:tblHeader/>
        </w:trPr>
        <w:tc>
          <w:tcPr>
            <w:tcW w:w="6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D78401E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94094B0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02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D952350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80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D78AC2D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FB1ED4" w14:paraId="420D1530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3BA7DF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47E74E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A010101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2584A9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Верхний кронштейн водосборной балки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031656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0D71FAE8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AF29F5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8D6A7D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C010128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DF1AC8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Трос водосборной балки, 490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B74DDE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1510B015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8B33FC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FA31A59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G010167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F36ACBC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Наружное стопорное кольцо, диаметр 9 мм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F8D916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177F9015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C3FD2E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78B7189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C010101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B8F91C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Соединительная ось водосборной балки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DD74BB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4D8E3123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3C733B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C18F01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C010138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3C07E8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Пружина растяжения, 2,8 × 20 × 109 мм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AC39DEC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1619DA72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2FFF3B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03591D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C010122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227CCB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Медная втулка, 8 × 12 × 9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BE4DDB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6347AB02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8DE06B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8B4FA1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B010206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1EA389D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Нейлоновая шайба, 12 × 24 × 2 мм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18AC22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</w:tr>
      <w:tr w:rsidR="00FB1ED4" w14:paraId="53022946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F785F3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7E8B11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G010178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4DFAF5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Плоская шайба 8 × 24 × 2 мм, нержавеющая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45604C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3FC48F11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4F63A4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525583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G010154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4B6A500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</w:t>
            </w:r>
            <w:r w:rsidRPr="00696AD1">
              <w:rPr>
                <w:sz w:val="16"/>
                <w:lang w:val="ru-RU"/>
              </w:rPr>
              <w:t xml:space="preserve">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30,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DE4DB79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5A37FD50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2B15E6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97FB6D1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G010107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3952D4B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proofErr w:type="spellStart"/>
            <w:r w:rsidRPr="00696AD1">
              <w:rPr>
                <w:sz w:val="16"/>
                <w:lang w:val="ru-RU"/>
              </w:rPr>
              <w:t>Самоконтрящаяся</w:t>
            </w:r>
            <w:proofErr w:type="spellEnd"/>
            <w:r w:rsidRPr="00696AD1">
              <w:rPr>
                <w:sz w:val="16"/>
                <w:lang w:val="ru-RU"/>
              </w:rPr>
              <w:t xml:space="preserve"> гайка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8, нержавеющая сталь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CF76705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21AE07B5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0FDBF6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1A3B38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A010102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029DF0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Нижний кронштейн водосборной балки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15D41B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64209924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C6A6D8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9F834B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G010101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20B79E5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Гайка M8, нержавеющая сталь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D50141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</w:tbl>
    <w:p w14:paraId="519FD68A" w14:textId="77777777" w:rsidR="00FB1ED4" w:rsidRPr="00696AD1" w:rsidRDefault="00200F30">
      <w:pPr>
        <w:spacing w:before="140" w:after="0"/>
        <w:rPr>
          <w:lang w:val="ru-RU"/>
        </w:rPr>
      </w:pPr>
      <w:r w:rsidRPr="00696AD1">
        <w:rPr>
          <w:i/>
          <w:color w:val="687783"/>
          <w:sz w:val="16"/>
          <w:lang w:val="ru-RU"/>
        </w:rPr>
        <w:t xml:space="preserve">Позиция соответствует номеру на предыдущей схеме. Если </w:t>
      </w:r>
      <w:r w:rsidRPr="00696AD1">
        <w:rPr>
          <w:i/>
          <w:color w:val="687783"/>
          <w:sz w:val="16"/>
          <w:lang w:val="ru-RU"/>
        </w:rPr>
        <w:t>артикул отсутствует, уточняйте его по номеру позиции и фотографии узла.</w:t>
      </w:r>
    </w:p>
    <w:p w14:paraId="7BF64B83" w14:textId="77777777" w:rsidR="00FB1ED4" w:rsidRPr="00696AD1" w:rsidRDefault="00200F30">
      <w:pPr>
        <w:rPr>
          <w:lang w:val="ru-RU"/>
        </w:rPr>
      </w:pPr>
      <w:r w:rsidRPr="00696AD1">
        <w:rPr>
          <w:lang w:val="ru-RU"/>
        </w:rPr>
        <w:br w:type="page"/>
      </w:r>
    </w:p>
    <w:p w14:paraId="32BBE98F" w14:textId="77777777" w:rsidR="00FB1ED4" w:rsidRPr="00696AD1" w:rsidRDefault="00200F30">
      <w:pPr>
        <w:keepNext/>
        <w:spacing w:after="40"/>
        <w:rPr>
          <w:lang w:val="ru-RU"/>
        </w:rPr>
      </w:pPr>
      <w:r w:rsidRPr="00696AD1">
        <w:rPr>
          <w:b/>
          <w:color w:val="0788B0"/>
          <w:sz w:val="17"/>
          <w:lang w:val="ru-RU"/>
        </w:rPr>
        <w:t>РАЗДЕЛ П07   •   СЕТЕВОЕ ПИТАНИЕ</w:t>
      </w:r>
    </w:p>
    <w:p w14:paraId="6DFBEE49" w14:textId="77777777" w:rsidR="00FB1ED4" w:rsidRPr="00696AD1" w:rsidRDefault="00200F30">
      <w:pPr>
        <w:pStyle w:val="1"/>
        <w:rPr>
          <w:lang w:val="ru-RU"/>
        </w:rPr>
      </w:pPr>
      <w:r w:rsidRPr="00696AD1">
        <w:rPr>
          <w:lang w:val="ru-RU"/>
        </w:rPr>
        <w:t>Взрыв-схема: Водосборная балка</w:t>
      </w:r>
    </w:p>
    <w:p w14:paraId="74F15077" w14:textId="77777777" w:rsidR="00FB1ED4" w:rsidRPr="00696AD1" w:rsidRDefault="00200F30">
      <w:pPr>
        <w:rPr>
          <w:lang w:val="ru-RU"/>
        </w:rPr>
      </w:pPr>
      <w:r w:rsidRPr="00696AD1">
        <w:rPr>
          <w:sz w:val="19"/>
          <w:lang w:val="ru-RU"/>
        </w:rPr>
        <w:t>Корпус балки, ролики, крепеж и резиновые лезвия</w:t>
      </w:r>
    </w:p>
    <w:p w14:paraId="68A8DF70" w14:textId="77777777" w:rsidR="00FB1ED4" w:rsidRDefault="00200F3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21E70229" wp14:editId="364AB690">
            <wp:extent cx="6126480" cy="4225445"/>
            <wp:effectExtent l="0" t="0" r="0" b="0"/>
            <wp:docPr id="12" name="Заводская взрыв-схема TOR JH-530: Водосборная балка; номера деталей соответствуют следующей странице каталога" descr="Заводская взрыв-схема TOR JH-530: Водосборная балка; номера деталей соответствуют следующей странице ката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2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0AF6B" w14:textId="77777777" w:rsidR="00FB1ED4" w:rsidRPr="00696AD1" w:rsidRDefault="00200F30">
      <w:pPr>
        <w:pStyle w:val="FigureCaption"/>
        <w:spacing w:after="180"/>
        <w:rPr>
          <w:lang w:val="ru-RU"/>
        </w:rPr>
      </w:pPr>
      <w:r w:rsidRPr="00696AD1">
        <w:rPr>
          <w:lang w:val="ru-RU"/>
        </w:rPr>
        <w:t>Схема 7. Водосборная балка. Заводская нумерация позиций сохранена.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B1ED4" w14:paraId="09A2C871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6A66CA6" w14:textId="77777777" w:rsidR="00FB1ED4" w:rsidRDefault="00200F30">
            <w:pPr>
              <w:spacing w:after="0" w:line="269" w:lineRule="auto"/>
            </w:pPr>
            <w:r w:rsidRPr="00696AD1">
              <w:rPr>
                <w:b/>
                <w:color w:val="D79600"/>
                <w:sz w:val="19"/>
                <w:lang w:val="ru-RU"/>
              </w:rPr>
              <w:t>Р</w:t>
            </w:r>
            <w:r w:rsidRPr="00696AD1">
              <w:rPr>
                <w:b/>
                <w:color w:val="D79600"/>
                <w:sz w:val="19"/>
                <w:lang w:val="ru-RU"/>
              </w:rPr>
              <w:t xml:space="preserve">АЗМЕР </w:t>
            </w:r>
            <w:proofErr w:type="gramStart"/>
            <w:r w:rsidRPr="00696AD1">
              <w:rPr>
                <w:b/>
                <w:color w:val="D79600"/>
                <w:sz w:val="19"/>
                <w:lang w:val="ru-RU"/>
              </w:rPr>
              <w:t xml:space="preserve">БАЛКИ  </w:t>
            </w:r>
            <w:r w:rsidRPr="00696AD1">
              <w:rPr>
                <w:sz w:val="19"/>
                <w:lang w:val="ru-RU"/>
              </w:rPr>
              <w:t>На</w:t>
            </w:r>
            <w:proofErr w:type="gramEnd"/>
            <w:r w:rsidRPr="00696AD1">
              <w:rPr>
                <w:sz w:val="19"/>
                <w:lang w:val="ru-RU"/>
              </w:rPr>
              <w:t xml:space="preserve"> заводской взрыв-схеме присутствуют детали балки 800 мм, тогда как в исходном сетевом руководстве указано 770 мм. </w:t>
            </w:r>
            <w:proofErr w:type="spellStart"/>
            <w:r>
              <w:rPr>
                <w:sz w:val="19"/>
              </w:rPr>
              <w:t>Подбирайте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лезвия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фактической</w:t>
            </w:r>
            <w:proofErr w:type="spellEnd"/>
            <w:r>
              <w:rPr>
                <w:sz w:val="19"/>
              </w:rPr>
              <w:t xml:space="preserve"> длине.</w:t>
            </w:r>
          </w:p>
        </w:tc>
      </w:tr>
    </w:tbl>
    <w:p w14:paraId="44F04A01" w14:textId="77777777" w:rsidR="00FB1ED4" w:rsidRDefault="00FB1ED4">
      <w:pPr>
        <w:spacing w:after="20"/>
      </w:pPr>
    </w:p>
    <w:p w14:paraId="5153CF9F" w14:textId="77777777" w:rsidR="00FB1ED4" w:rsidRDefault="00200F30">
      <w:r>
        <w:br w:type="page"/>
      </w:r>
    </w:p>
    <w:p w14:paraId="1750D6A3" w14:textId="77777777" w:rsidR="00FB1ED4" w:rsidRDefault="00200F30">
      <w:pPr>
        <w:keepNext/>
        <w:spacing w:after="40"/>
      </w:pPr>
      <w:r>
        <w:rPr>
          <w:b/>
          <w:color w:val="0788B0"/>
          <w:sz w:val="17"/>
        </w:rPr>
        <w:t>РАЗДЕЛ П07   •   СЕТЕВОЕ ПИТАНИЕ</w:t>
      </w:r>
    </w:p>
    <w:p w14:paraId="1346F6D2" w14:textId="77777777" w:rsidR="00FB1ED4" w:rsidRDefault="00200F30">
      <w:pPr>
        <w:pStyle w:val="1"/>
      </w:pPr>
      <w:r>
        <w:t>Каталог деталей: Водосборная балка</w:t>
      </w:r>
    </w:p>
    <w:p w14:paraId="24779455" w14:textId="77777777" w:rsidR="00FB1ED4" w:rsidRDefault="00200F30">
      <w:pPr>
        <w:spacing w:after="140"/>
      </w:pPr>
      <w:r>
        <w:rPr>
          <w:color w:val="687783"/>
          <w:sz w:val="18"/>
        </w:rPr>
        <w:t xml:space="preserve">Схема 7  •  </w:t>
      </w:r>
      <w:r>
        <w:rPr>
          <w:color w:val="687783"/>
          <w:sz w:val="18"/>
        </w:rPr>
        <w:t>13 позиций  •  Артикулы поставщика сохранены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710"/>
        <w:gridCol w:w="7020"/>
        <w:gridCol w:w="800"/>
      </w:tblGrid>
      <w:tr w:rsidR="00FB1ED4" w14:paraId="30BD4944" w14:textId="77777777">
        <w:trPr>
          <w:cantSplit/>
          <w:tblHeader/>
        </w:trPr>
        <w:tc>
          <w:tcPr>
            <w:tcW w:w="6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A8243A5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1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269BE5A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02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DB83904" w14:textId="77777777" w:rsidR="00FB1ED4" w:rsidRDefault="00200F30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800" w:type="dxa"/>
            <w:shd w:val="clear" w:color="auto" w:fill="123B52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F7042BF" w14:textId="77777777" w:rsidR="00FB1ED4" w:rsidRDefault="00200F3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FB1ED4" w14:paraId="4917DE18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8B0922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8E434A4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G010107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5C45A2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proofErr w:type="spellStart"/>
            <w:r w:rsidRPr="00696AD1">
              <w:rPr>
                <w:sz w:val="16"/>
                <w:lang w:val="ru-RU"/>
              </w:rPr>
              <w:t>Самоконтрящаяся</w:t>
            </w:r>
            <w:proofErr w:type="spellEnd"/>
            <w:r w:rsidRPr="00696AD1">
              <w:rPr>
                <w:sz w:val="16"/>
                <w:lang w:val="ru-RU"/>
              </w:rPr>
              <w:t xml:space="preserve"> гайка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8, нержавеющая сталь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8C4986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FB1ED4" w14:paraId="4ED4E830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3B0126A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4BF423B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C010149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85C7D1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Корпус водосборной балки, 800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F38BDC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4DACBB84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8DC471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59F118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B010195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270EE72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Бакелитовая крестообразная рукоятка M10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17842F0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430BC8A2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6A297FB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6AD810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B010196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93AD0E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Защитный ролик, диаметр 80 × 25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06D7AC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2DFC9749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61CCC5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9D8D9A4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A010214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F22117D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Стальная планка водосборной балки, 800 мм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905C8F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1BC28E66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E448B4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6A0391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B010194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BBB5C2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Бакелитовая крестообразная рукоятка M8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DCB4FD6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04FBBD29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1DDA7B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F78B87A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B010222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54A10B6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>Прижимная пластина резинового лезвия, 800 мм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57001A4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1422C2A1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894736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21D433E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B010220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37A953CD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Поворотный ролик 2 дюйма, шпилька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 xml:space="preserve">10 × </w:t>
            </w:r>
            <w:r w:rsidRPr="00696AD1">
              <w:rPr>
                <w:sz w:val="16"/>
                <w:lang w:val="ru-RU"/>
              </w:rPr>
              <w:t>40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600B4BE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4DB693EA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49159A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7293A3B" w14:textId="77777777" w:rsidR="00FB1ED4" w:rsidRDefault="00200F30">
            <w:pPr>
              <w:spacing w:after="0" w:line="254" w:lineRule="auto"/>
            </w:pPr>
            <w:r>
              <w:rPr>
                <w:i/>
                <w:color w:val="D79600"/>
                <w:sz w:val="15"/>
              </w:rPr>
              <w:t>не указан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3ABA5BF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65 с неполной резьбой,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B02990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19701257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0554C13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13546D77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B010185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28F82BC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Переднее резиновое лезвие, 52 × 844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3B31D1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58ACB9D7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B7C474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9C861E9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A010215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47611B1C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Кронштейн поворотного ролика балки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359D77D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FB1ED4" w14:paraId="68793F6D" w14:textId="77777777">
        <w:trPr>
          <w:cantSplit/>
        </w:trPr>
        <w:tc>
          <w:tcPr>
            <w:tcW w:w="6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5624871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71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6820100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B010186</w:t>
            </w:r>
          </w:p>
        </w:tc>
        <w:tc>
          <w:tcPr>
            <w:tcW w:w="702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46D30D8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Заднее резиновое лезвие, 51 × 895 мм</w:t>
            </w:r>
          </w:p>
        </w:tc>
        <w:tc>
          <w:tcPr>
            <w:tcW w:w="800" w:type="dxa"/>
            <w:shd w:val="clear" w:color="auto" w:fill="F3F6F8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7BF7B21F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FB1ED4" w14:paraId="670CD390" w14:textId="77777777">
        <w:trPr>
          <w:cantSplit/>
        </w:trPr>
        <w:tc>
          <w:tcPr>
            <w:tcW w:w="6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E8335A8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71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5AAE2793" w14:textId="77777777" w:rsidR="00FB1ED4" w:rsidRDefault="00200F30">
            <w:pPr>
              <w:spacing w:after="0" w:line="254" w:lineRule="auto"/>
            </w:pPr>
            <w:r>
              <w:rPr>
                <w:sz w:val="16"/>
              </w:rPr>
              <w:t>G010154</w:t>
            </w:r>
          </w:p>
        </w:tc>
        <w:tc>
          <w:tcPr>
            <w:tcW w:w="702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66311F6C" w14:textId="77777777" w:rsidR="00FB1ED4" w:rsidRPr="00696AD1" w:rsidRDefault="00200F30">
            <w:pPr>
              <w:spacing w:after="0" w:line="254" w:lineRule="auto"/>
              <w:rPr>
                <w:lang w:val="ru-RU"/>
              </w:rPr>
            </w:pPr>
            <w:r w:rsidRPr="00696AD1">
              <w:rPr>
                <w:sz w:val="16"/>
                <w:lang w:val="ru-RU"/>
              </w:rPr>
              <w:t xml:space="preserve">Болт с </w:t>
            </w:r>
            <w:r w:rsidRPr="00696AD1">
              <w:rPr>
                <w:sz w:val="16"/>
                <w:lang w:val="ru-RU"/>
              </w:rPr>
              <w:t xml:space="preserve">шестигранной головкой </w:t>
            </w:r>
            <w:r>
              <w:rPr>
                <w:sz w:val="16"/>
              </w:rPr>
              <w:t>M</w:t>
            </w:r>
            <w:r w:rsidRPr="00696AD1">
              <w:rPr>
                <w:sz w:val="16"/>
                <w:lang w:val="ru-RU"/>
              </w:rPr>
              <w:t>8 × 30, нержавеющий</w:t>
            </w:r>
          </w:p>
        </w:tc>
        <w:tc>
          <w:tcPr>
            <w:tcW w:w="800" w:type="dxa"/>
            <w:tcMar>
              <w:top w:w="77" w:type="dxa"/>
              <w:left w:w="120" w:type="dxa"/>
              <w:bottom w:w="77" w:type="dxa"/>
              <w:right w:w="120" w:type="dxa"/>
            </w:tcMar>
            <w:vAlign w:val="center"/>
          </w:tcPr>
          <w:p w14:paraId="058F5717" w14:textId="77777777" w:rsidR="00FB1ED4" w:rsidRDefault="00200F30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</w:tbl>
    <w:p w14:paraId="721D1CB7" w14:textId="77777777" w:rsidR="00FB1ED4" w:rsidRPr="00696AD1" w:rsidRDefault="00200F30">
      <w:pPr>
        <w:spacing w:before="140" w:after="0"/>
        <w:rPr>
          <w:lang w:val="ru-RU"/>
        </w:rPr>
      </w:pPr>
      <w:r w:rsidRPr="00696AD1">
        <w:rPr>
          <w:i/>
          <w:color w:val="687783"/>
          <w:sz w:val="16"/>
          <w:lang w:val="ru-RU"/>
        </w:rPr>
        <w:t>Позиция соответствует номеру на предыдущей схеме. Если артикул отсутствует, уточняйте его по номеру позиции и фотографии узла.</w:t>
      </w:r>
    </w:p>
    <w:sectPr w:rsidR="00FB1ED4" w:rsidRPr="00696AD1" w:rsidSect="00034616">
      <w:headerReference w:type="default" r:id="rId19"/>
      <w:footerReference w:type="default" r:id="rId20"/>
      <w:pgSz w:w="11906" w:h="16838"/>
      <w:pgMar w:top="879" w:right="879" w:bottom="879" w:left="879" w:header="397" w:footer="4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51CD7" w14:textId="77777777" w:rsidR="00200F30" w:rsidRDefault="00200F30">
      <w:pPr>
        <w:spacing w:after="0" w:line="240" w:lineRule="auto"/>
      </w:pPr>
      <w:r>
        <w:separator/>
      </w:r>
    </w:p>
  </w:endnote>
  <w:endnote w:type="continuationSeparator" w:id="0">
    <w:p w14:paraId="361F8940" w14:textId="77777777" w:rsidR="00200F30" w:rsidRDefault="0020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9C4A2" w14:textId="77777777" w:rsidR="00FB1ED4" w:rsidRDefault="00200F30">
    <w:pPr>
      <w:pStyle w:val="a6"/>
      <w:jc w:val="center"/>
    </w:pPr>
    <w:r>
      <w:rPr>
        <w:color w:val="687783"/>
        <w:sz w:val="16"/>
      </w:rPr>
      <w:t>TOR</w:t>
    </w:r>
    <w:r w:rsidRPr="00696AD1">
      <w:rPr>
        <w:color w:val="687783"/>
        <w:sz w:val="16"/>
        <w:lang w:val="ru-RU"/>
      </w:rPr>
      <w:t xml:space="preserve">  •  </w:t>
    </w:r>
    <w:r>
      <w:rPr>
        <w:color w:val="687783"/>
        <w:sz w:val="16"/>
      </w:rPr>
      <w:t>JH</w:t>
    </w:r>
    <w:r w:rsidRPr="00696AD1">
      <w:rPr>
        <w:color w:val="687783"/>
        <w:sz w:val="16"/>
        <w:lang w:val="ru-RU"/>
      </w:rPr>
      <w:t xml:space="preserve">-530  •  СЕТЕВОЕ ПИТАНИЕ  •  стр. </w:t>
    </w:r>
    <w:r>
      <w:rPr>
        <w:rFonts w:ascii="Calibri" w:eastAsia="Calibri" w:hAnsi="Calibri"/>
        <w:color w:val="687783"/>
        <w:sz w:val="18"/>
      </w:rPr>
      <w:fldChar w:fldCharType="begin"/>
    </w:r>
    <w:r>
      <w:rPr>
        <w:rFonts w:ascii="Calibri" w:eastAsia="Calibri" w:hAnsi="Calibri"/>
        <w:color w:val="687783"/>
        <w:sz w:val="18"/>
      </w:rPr>
      <w:instrText>PAGE</w:instrText>
    </w:r>
    <w:r>
      <w:rPr>
        <w:rFonts w:ascii="Calibri" w:eastAsia="Calibri" w:hAnsi="Calibri"/>
        <w:color w:val="687783"/>
        <w:sz w:val="18"/>
      </w:rPr>
      <w:fldChar w:fldCharType="separate"/>
    </w:r>
    <w:r>
      <w:rPr>
        <w:rFonts w:ascii="Calibri" w:eastAsia="Calibri" w:hAnsi="Calibri"/>
        <w:color w:val="687783"/>
        <w:sz w:val="18"/>
      </w:rPr>
      <w:t>1</w:t>
    </w:r>
    <w:r>
      <w:rPr>
        <w:rFonts w:ascii="Calibri" w:eastAsia="Calibri" w:hAnsi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E1D64" w14:textId="77777777" w:rsidR="00200F30" w:rsidRDefault="00200F30">
      <w:pPr>
        <w:spacing w:after="0" w:line="240" w:lineRule="auto"/>
      </w:pPr>
      <w:r>
        <w:separator/>
      </w:r>
    </w:p>
  </w:footnote>
  <w:footnote w:type="continuationSeparator" w:id="0">
    <w:p w14:paraId="55B2938A" w14:textId="77777777" w:rsidR="00200F30" w:rsidRDefault="0020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9AD6C" w14:textId="77777777" w:rsidR="00FB1ED4" w:rsidRDefault="00200F30">
    <w:pPr>
      <w:pStyle w:val="a4"/>
      <w:tabs>
        <w:tab w:val="right" w:pos="9808"/>
      </w:tabs>
    </w:pPr>
    <w:r>
      <w:rPr>
        <w:b/>
        <w:color w:val="0788B0"/>
        <w:sz w:val="16"/>
      </w:rPr>
      <w:t>TOR • JH-530</w:t>
    </w:r>
    <w:r>
      <w:rPr>
        <w:b/>
        <w:color w:val="687783"/>
        <w:sz w:val="16"/>
      </w:rPr>
      <w:tab/>
      <w:t>СЕТЕВАЯ ВЕРСИЯ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3508CA"/>
    <w:multiLevelType w:val="singleLevel"/>
    <w:tmpl w:val="A59E366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0" w15:restartNumberingAfterBreak="0">
    <w:nsid w:val="089A3CCC"/>
    <w:multiLevelType w:val="singleLevel"/>
    <w:tmpl w:val="3FD09DE0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1" w15:restartNumberingAfterBreak="0">
    <w:nsid w:val="186808DA"/>
    <w:multiLevelType w:val="singleLevel"/>
    <w:tmpl w:val="7CD0C60C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2" w15:restartNumberingAfterBreak="0">
    <w:nsid w:val="20C67E23"/>
    <w:multiLevelType w:val="singleLevel"/>
    <w:tmpl w:val="93325724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3" w15:restartNumberingAfterBreak="0">
    <w:nsid w:val="29736928"/>
    <w:multiLevelType w:val="singleLevel"/>
    <w:tmpl w:val="BD40E73C"/>
    <w:lvl w:ilvl="0">
      <w:start w:val="1"/>
      <w:numFmt w:val="decimal"/>
      <w:pStyle w:val="a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4" w15:restartNumberingAfterBreak="0">
    <w:nsid w:val="3FCC4722"/>
    <w:multiLevelType w:val="singleLevel"/>
    <w:tmpl w:val="5028959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5" w15:restartNumberingAfterBreak="0">
    <w:nsid w:val="416C1D95"/>
    <w:multiLevelType w:val="singleLevel"/>
    <w:tmpl w:val="16202096"/>
    <w:lvl w:ilvl="0">
      <w:start w:val="1"/>
      <w:numFmt w:val="bullet"/>
      <w:lvlText w:val="•"/>
      <w:lvlJc w:val="left"/>
      <w:pPr>
        <w:tabs>
          <w:tab w:val="num" w:pos="420"/>
        </w:tabs>
        <w:ind w:left="420" w:hanging="220"/>
      </w:pPr>
      <w:rPr>
        <w:rFonts w:ascii="Calibri" w:hAnsi="Calibri"/>
        <w:color w:val="0788B0"/>
      </w:rPr>
    </w:lvl>
  </w:abstractNum>
  <w:abstractNum w:abstractNumId="16" w15:restartNumberingAfterBreak="0">
    <w:nsid w:val="4FF83053"/>
    <w:multiLevelType w:val="singleLevel"/>
    <w:tmpl w:val="4D681C6C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7" w15:restartNumberingAfterBreak="0">
    <w:nsid w:val="5015786F"/>
    <w:multiLevelType w:val="singleLevel"/>
    <w:tmpl w:val="3F58614C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8" w15:restartNumberingAfterBreak="0">
    <w:nsid w:val="55821456"/>
    <w:multiLevelType w:val="singleLevel"/>
    <w:tmpl w:val="D7BA956C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9" w15:restartNumberingAfterBreak="0">
    <w:nsid w:val="70663FEE"/>
    <w:multiLevelType w:val="singleLevel"/>
    <w:tmpl w:val="9190DE98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num w:numId="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5A9"/>
    <w:rsid w:val="0015074B"/>
    <w:rsid w:val="00200F30"/>
    <w:rsid w:val="0029639D"/>
    <w:rsid w:val="00326F90"/>
    <w:rsid w:val="00696AD1"/>
    <w:rsid w:val="00AA1D8D"/>
    <w:rsid w:val="00B47730"/>
    <w:rsid w:val="00CB0664"/>
    <w:rsid w:val="00FB1E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2DC27C"/>
  <w14:defaultImageDpi w14:val="300"/>
  <w15:docId w15:val="{B1A5909E-7F31-4E0A-AE71-086AE4FC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83" w:lineRule="auto"/>
    </w:pPr>
    <w:rPr>
      <w:rFonts w:ascii="Arial" w:eastAsia="Arial" w:hAnsi="Arial"/>
      <w:color w:val="24313A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160"/>
      <w:outlineLvl w:val="0"/>
    </w:pPr>
    <w:rPr>
      <w:rFonts w:asciiTheme="majorHAnsi" w:eastAsiaTheme="majorEastAsia" w:hAnsiTheme="majorHAnsi" w:cstheme="majorBidi"/>
      <w:b/>
      <w:bCs/>
      <w:color w:val="123B52"/>
      <w:sz w:val="3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56A87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123B52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40"/>
      <w:jc w:val="center"/>
    </w:pPr>
    <w:rPr>
      <w:rFonts w:ascii="Arial" w:hAnsi="Arial"/>
      <w:i/>
      <w:color w:val="687783"/>
      <w:sz w:val="17"/>
    </w:rPr>
  </w:style>
  <w:style w:type="paragraph" w:customStyle="1" w:styleId="SmallText">
    <w:name w:val="Small Text"/>
    <w:pPr>
      <w:spacing w:after="60" w:line="264" w:lineRule="auto"/>
    </w:pPr>
    <w:rPr>
      <w:rFonts w:ascii="Arial" w:hAnsi="Arial"/>
      <w:color w:val="687783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4708</Words>
  <Characters>26837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 JH-530 - сетевая версия - руководство по эксплуатации</dc:title>
  <dc:subject>Поломоечная машина TOR JH-530, сетевая версия; взрыв-схемы и каталог запасных частей</dc:subject>
  <dc:creator>TOR</dc:creator>
  <cp:keywords>TOR, JH-530, сетевая версия, инструкция, взрыв-схема, запасные части, каталог</cp:keywords>
  <dc:description>generated by python-docx</dc:description>
  <cp:lastModifiedBy>Александр Анненков</cp:lastModifiedBy>
  <cp:revision>3</cp:revision>
  <dcterms:created xsi:type="dcterms:W3CDTF">2013-12-23T23:15:00Z</dcterms:created>
  <dcterms:modified xsi:type="dcterms:W3CDTF">2026-08-24T13:08:00Z</dcterms:modified>
  <cp:category/>
</cp:coreProperties>
</file>