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2442D" w14:textId="77777777" w:rsidR="001B335A" w:rsidRDefault="001B335A">
      <w:pPr>
        <w:pBdr>
          <w:bottom w:val="single" w:sz="22" w:space="0" w:color="9BA2A7"/>
        </w:pBdr>
        <w:spacing w:after="260" w:line="84" w:lineRule="auto"/>
      </w:pPr>
    </w:p>
    <w:p w14:paraId="537E607E" w14:textId="77777777" w:rsidR="001B335A" w:rsidRDefault="009D2300">
      <w:pPr>
        <w:spacing w:after="140"/>
        <w:jc w:val="center"/>
      </w:pPr>
      <w:r>
        <w:rPr>
          <w:noProof/>
        </w:rPr>
        <w:drawing>
          <wp:inline distT="0" distB="0" distL="0" distR="0" wp14:anchorId="2148D263" wp14:editId="01BBE221">
            <wp:extent cx="1783080" cy="1243410"/>
            <wp:effectExtent l="0" t="0" r="0" b="0"/>
            <wp:docPr id="1" name="Picture 1" descr="Официальный логотип VELARG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LARGOS_official_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83080" cy="1243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489C10" w14:textId="77777777" w:rsidR="001B335A" w:rsidRPr="00623F12" w:rsidRDefault="009D2300">
      <w:pPr>
        <w:spacing w:after="80" w:line="259" w:lineRule="auto"/>
        <w:jc w:val="center"/>
        <w:rPr>
          <w:lang w:val="ru-RU"/>
        </w:rPr>
      </w:pPr>
      <w:r w:rsidRPr="00623F12">
        <w:rPr>
          <w:b/>
          <w:color w:val="123B52"/>
          <w:sz w:val="36"/>
          <w:lang w:val="ru-RU"/>
        </w:rPr>
        <w:t>АККУМУЛЯТОРНАЯ</w:t>
      </w:r>
      <w:r w:rsidRPr="00623F12">
        <w:rPr>
          <w:b/>
          <w:color w:val="123B52"/>
          <w:sz w:val="36"/>
          <w:lang w:val="ru-RU"/>
        </w:rPr>
        <w:br/>
        <w:t>МИНИ-ПОЛОМОЕЧНАЯ МАШИНА</w:t>
      </w:r>
    </w:p>
    <w:p w14:paraId="2697E6EF" w14:textId="77777777" w:rsidR="001B335A" w:rsidRPr="00623F12" w:rsidRDefault="009D2300">
      <w:pPr>
        <w:spacing w:after="40"/>
        <w:jc w:val="center"/>
        <w:rPr>
          <w:lang w:val="ru-RU"/>
        </w:rPr>
      </w:pPr>
      <w:r>
        <w:rPr>
          <w:b/>
          <w:color w:val="0788B0"/>
          <w:sz w:val="44"/>
        </w:rPr>
        <w:t>AMOP</w:t>
      </w:r>
      <w:r w:rsidRPr="00623F12">
        <w:rPr>
          <w:b/>
          <w:color w:val="0788B0"/>
          <w:sz w:val="44"/>
          <w:lang w:val="ru-RU"/>
        </w:rPr>
        <w:t>-3</w:t>
      </w:r>
    </w:p>
    <w:p w14:paraId="3D5BCEE2" w14:textId="77777777" w:rsidR="001B335A" w:rsidRPr="00623F12" w:rsidRDefault="009D2300">
      <w:pPr>
        <w:spacing w:after="180"/>
        <w:jc w:val="center"/>
        <w:rPr>
          <w:lang w:val="ru-RU"/>
        </w:rPr>
      </w:pPr>
      <w:r w:rsidRPr="00623F12">
        <w:rPr>
          <w:color w:val="687783"/>
          <w:sz w:val="18"/>
          <w:lang w:val="ru-RU"/>
        </w:rPr>
        <w:t>Руководство по эксплуатации и техническому обслуживанию</w:t>
      </w:r>
    </w:p>
    <w:p w14:paraId="061C9117" w14:textId="77777777" w:rsidR="001B335A" w:rsidRDefault="009D2300">
      <w:pPr>
        <w:spacing w:after="80"/>
        <w:jc w:val="center"/>
      </w:pPr>
      <w:r>
        <w:rPr>
          <w:noProof/>
        </w:rPr>
        <w:drawing>
          <wp:inline distT="0" distB="0" distL="0" distR="0" wp14:anchorId="1FDECE61" wp14:editId="41A0102B">
            <wp:extent cx="2578608" cy="5537760"/>
            <wp:effectExtent l="0" t="0" r="0" b="0"/>
            <wp:docPr id="2" name="Picture 2" descr="Мини-поломоечная машина VELARGOS AMOP-3, вид сперед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ver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78608" cy="553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6E2CB" w14:textId="77777777" w:rsidR="001B335A" w:rsidRPr="00623F12" w:rsidRDefault="009D2300">
      <w:pPr>
        <w:jc w:val="center"/>
        <w:rPr>
          <w:lang w:val="ru-RU"/>
        </w:rPr>
      </w:pPr>
      <w:r w:rsidRPr="00623F12">
        <w:rPr>
          <w:b/>
          <w:color w:val="123B52"/>
          <w:sz w:val="17"/>
          <w:lang w:val="ru-RU"/>
        </w:rPr>
        <w:t>Перед началом эксплуатации внимательно прочитайте руководство</w:t>
      </w:r>
    </w:p>
    <w:p w14:paraId="6A674B81" w14:textId="77777777" w:rsidR="001B335A" w:rsidRPr="00623F12" w:rsidRDefault="009D2300">
      <w:pPr>
        <w:rPr>
          <w:lang w:val="ru-RU"/>
        </w:rPr>
      </w:pPr>
      <w:r w:rsidRPr="00623F12">
        <w:rPr>
          <w:lang w:val="ru-RU"/>
        </w:rPr>
        <w:br w:type="page"/>
      </w:r>
    </w:p>
    <w:p w14:paraId="17C871D3" w14:textId="77777777" w:rsidR="001B335A" w:rsidRDefault="009D2300">
      <w:pPr>
        <w:keepNext/>
        <w:spacing w:after="40"/>
      </w:pPr>
      <w:r>
        <w:rPr>
          <w:b/>
          <w:color w:val="0788B0"/>
          <w:sz w:val="18"/>
        </w:rPr>
        <w:lastRenderedPageBreak/>
        <w:t>РАЗДЕЛ 01</w:t>
      </w:r>
    </w:p>
    <w:p w14:paraId="7FC37CF2" w14:textId="77777777" w:rsidR="001B335A" w:rsidRDefault="009D2300">
      <w:pPr>
        <w:pStyle w:val="1"/>
      </w:pPr>
      <w:r>
        <w:t>Быстрый старт</w:t>
      </w:r>
    </w:p>
    <w:tbl>
      <w:tblPr>
        <w:tblW w:w="10140" w:type="dxa"/>
        <w:tblInd w:w="175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1B335A" w:rsidRPr="00623F12" w14:paraId="738D3B44" w14:textId="77777777">
        <w:trPr>
          <w:cantSplit/>
          <w:tblHeader/>
        </w:trPr>
        <w:tc>
          <w:tcPr>
            <w:tcW w:w="10140" w:type="dxa"/>
            <w:shd w:val="clear" w:color="auto" w:fill="EAF7FA"/>
            <w:tcMar>
              <w:top w:w="125" w:type="dxa"/>
              <w:left w:w="175" w:type="dxa"/>
              <w:bottom w:w="125" w:type="dxa"/>
              <w:right w:w="175" w:type="dxa"/>
            </w:tcMar>
          </w:tcPr>
          <w:p w14:paraId="099D5331" w14:textId="77777777" w:rsidR="001B335A" w:rsidRPr="00623F12" w:rsidRDefault="009D2300">
            <w:pPr>
              <w:spacing w:after="0"/>
              <w:rPr>
                <w:lang w:val="ru-RU"/>
              </w:rPr>
            </w:pPr>
            <w:proofErr w:type="gramStart"/>
            <w:r w:rsidRPr="00623F12">
              <w:rPr>
                <w:b/>
                <w:color w:val="0788B0"/>
                <w:sz w:val="19"/>
                <w:lang w:val="ru-RU"/>
              </w:rPr>
              <w:t xml:space="preserve">НАЗНАЧЕНИЕ  </w:t>
            </w:r>
            <w:r>
              <w:rPr>
                <w:sz w:val="20"/>
              </w:rPr>
              <w:t>AMOP</w:t>
            </w:r>
            <w:proofErr w:type="gramEnd"/>
            <w:r w:rsidRPr="00623F12">
              <w:rPr>
                <w:sz w:val="20"/>
                <w:lang w:val="ru-RU"/>
              </w:rPr>
              <w:t xml:space="preserve">-3 — </w:t>
            </w:r>
            <w:r w:rsidRPr="00623F12">
              <w:rPr>
                <w:sz w:val="20"/>
                <w:lang w:val="ru-RU"/>
              </w:rPr>
              <w:t>аккумуляторная мини-поломоечная машина для ежедневной влажной уборки ровных твёрдых полов внутри помещений.</w:t>
            </w:r>
          </w:p>
        </w:tc>
      </w:tr>
    </w:tbl>
    <w:p w14:paraId="0C278FF3" w14:textId="77777777" w:rsidR="001B335A" w:rsidRPr="00623F12" w:rsidRDefault="001B335A">
      <w:pPr>
        <w:spacing w:after="20" w:line="240" w:lineRule="auto"/>
        <w:rPr>
          <w:lang w:val="ru-RU"/>
        </w:rPr>
      </w:pPr>
    </w:p>
    <w:p w14:paraId="64CA14A6" w14:textId="77777777" w:rsidR="001B335A" w:rsidRDefault="009D2300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3499238E" wp14:editId="71F5C192">
            <wp:extent cx="6309360" cy="1129043"/>
            <wp:effectExtent l="0" t="0" r="0" b="0"/>
            <wp:docPr id="3" name="Осмотр, заполнение водой, настройка, уборка и очистка" descr="Осмотр, заполнение водой, настройка, уборка и очист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cess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1129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870710" w14:textId="77777777" w:rsidR="001B335A" w:rsidRPr="00623F12" w:rsidRDefault="009D2300">
      <w:pPr>
        <w:pStyle w:val="FigureCaption"/>
        <w:keepLines/>
        <w:rPr>
          <w:lang w:val="ru-RU"/>
        </w:rPr>
      </w:pPr>
      <w:r w:rsidRPr="00623F12">
        <w:rPr>
          <w:lang w:val="ru-RU"/>
        </w:rPr>
        <w:t>Пять этапов рабочего цикла</w:t>
      </w:r>
    </w:p>
    <w:p w14:paraId="5226B3B9" w14:textId="77777777" w:rsidR="001B335A" w:rsidRPr="00623F12" w:rsidRDefault="009D2300">
      <w:pPr>
        <w:pStyle w:val="2"/>
        <w:rPr>
          <w:lang w:val="ru-RU"/>
        </w:rPr>
      </w:pPr>
      <w:r w:rsidRPr="00623F12">
        <w:rPr>
          <w:lang w:val="ru-RU"/>
        </w:rPr>
        <w:t>Перед первым включением</w:t>
      </w:r>
    </w:p>
    <w:p w14:paraId="31C9A1EA" w14:textId="77777777" w:rsidR="001B335A" w:rsidRPr="00623F12" w:rsidRDefault="009D230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623F12">
        <w:rPr>
          <w:sz w:val="19"/>
          <w:lang w:val="ru-RU"/>
        </w:rPr>
        <w:t>Убедитесь, что оператор обучен, а машина не имеет повреждений после перевозки.</w:t>
      </w:r>
    </w:p>
    <w:p w14:paraId="1F556274" w14:textId="77777777" w:rsidR="001B335A" w:rsidRPr="00623F12" w:rsidRDefault="009D230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623F12">
        <w:rPr>
          <w:sz w:val="19"/>
          <w:lang w:val="ru-RU"/>
        </w:rPr>
        <w:t>Проверьте заряд аккумулятора 36 В, щётки, водосборную балку, шланги и правильность установки баков.</w:t>
      </w:r>
    </w:p>
    <w:p w14:paraId="29AECAD1" w14:textId="77777777" w:rsidR="001B335A" w:rsidRPr="00623F12" w:rsidRDefault="009D230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623F12">
        <w:rPr>
          <w:sz w:val="19"/>
          <w:lang w:val="ru-RU"/>
        </w:rPr>
        <w:t xml:space="preserve">Заполните бак чистой воды, при необходимости добавьте </w:t>
      </w:r>
      <w:proofErr w:type="spellStart"/>
      <w:r w:rsidRPr="00623F12">
        <w:rPr>
          <w:sz w:val="19"/>
          <w:lang w:val="ru-RU"/>
        </w:rPr>
        <w:t>малопенящееся</w:t>
      </w:r>
      <w:proofErr w:type="spellEnd"/>
      <w:r w:rsidRPr="00623F12">
        <w:rPr>
          <w:sz w:val="19"/>
          <w:lang w:val="ru-RU"/>
        </w:rPr>
        <w:t xml:space="preserve"> средство с </w:t>
      </w:r>
      <w:r>
        <w:rPr>
          <w:sz w:val="19"/>
        </w:rPr>
        <w:t>pH</w:t>
      </w:r>
      <w:r w:rsidRPr="00623F12">
        <w:rPr>
          <w:sz w:val="19"/>
          <w:lang w:val="ru-RU"/>
        </w:rPr>
        <w:t xml:space="preserve"> 3–11.</w:t>
      </w:r>
    </w:p>
    <w:p w14:paraId="31A78320" w14:textId="77777777" w:rsidR="001B335A" w:rsidRPr="00623F12" w:rsidRDefault="009D230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623F12">
        <w:rPr>
          <w:sz w:val="19"/>
          <w:lang w:val="ru-RU"/>
        </w:rPr>
        <w:t>Освободите маршрут от проводов, верёвок, крупного мусора и посторонн</w:t>
      </w:r>
      <w:r w:rsidRPr="00623F12">
        <w:rPr>
          <w:sz w:val="19"/>
          <w:lang w:val="ru-RU"/>
        </w:rPr>
        <w:t>их предметов.</w:t>
      </w:r>
    </w:p>
    <w:p w14:paraId="025E3C3E" w14:textId="77777777" w:rsidR="001B335A" w:rsidRPr="00623F12" w:rsidRDefault="009D230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623F12">
        <w:rPr>
          <w:sz w:val="19"/>
          <w:lang w:val="ru-RU"/>
        </w:rPr>
        <w:t>Включите питание, подачу воды, щётки и вакуум; начните движение плавно.</w:t>
      </w:r>
    </w:p>
    <w:tbl>
      <w:tblPr>
        <w:tblW w:w="10140" w:type="dxa"/>
        <w:tblInd w:w="175" w:type="dxa"/>
        <w:tblBorders>
          <w:top w:val="single" w:sz="9" w:space="0" w:color="18845A"/>
          <w:left w:val="single" w:sz="9" w:space="0" w:color="18845A"/>
          <w:bottom w:val="single" w:sz="9" w:space="0" w:color="18845A"/>
          <w:right w:val="single" w:sz="9" w:space="0" w:color="18845A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1B335A" w:rsidRPr="00623F12" w14:paraId="696BA3A3" w14:textId="77777777">
        <w:trPr>
          <w:cantSplit/>
          <w:tblHeader/>
        </w:trPr>
        <w:tc>
          <w:tcPr>
            <w:tcW w:w="10140" w:type="dxa"/>
            <w:shd w:val="clear" w:color="auto" w:fill="EAF7F1"/>
            <w:tcMar>
              <w:top w:w="125" w:type="dxa"/>
              <w:left w:w="175" w:type="dxa"/>
              <w:bottom w:w="125" w:type="dxa"/>
              <w:right w:w="175" w:type="dxa"/>
            </w:tcMar>
          </w:tcPr>
          <w:p w14:paraId="7439D34A" w14:textId="77777777" w:rsidR="001B335A" w:rsidRPr="00623F12" w:rsidRDefault="009D2300">
            <w:pPr>
              <w:spacing w:after="0"/>
              <w:rPr>
                <w:lang w:val="ru-RU"/>
              </w:rPr>
            </w:pPr>
            <w:r w:rsidRPr="00623F12">
              <w:rPr>
                <w:b/>
                <w:color w:val="18845A"/>
                <w:sz w:val="19"/>
                <w:lang w:val="ru-RU"/>
              </w:rPr>
              <w:t xml:space="preserve">ПОСЛЕ </w:t>
            </w:r>
            <w:proofErr w:type="gramStart"/>
            <w:r w:rsidRPr="00623F12">
              <w:rPr>
                <w:b/>
                <w:color w:val="18845A"/>
                <w:sz w:val="19"/>
                <w:lang w:val="ru-RU"/>
              </w:rPr>
              <w:t xml:space="preserve">РАБОТЫ  </w:t>
            </w:r>
            <w:r w:rsidRPr="00623F12">
              <w:rPr>
                <w:sz w:val="20"/>
                <w:lang w:val="ru-RU"/>
              </w:rPr>
              <w:t>Остановите</w:t>
            </w:r>
            <w:proofErr w:type="gramEnd"/>
            <w:r w:rsidRPr="00623F12">
              <w:rPr>
                <w:sz w:val="20"/>
                <w:lang w:val="ru-RU"/>
              </w:rPr>
              <w:t xml:space="preserve"> воду и щётки, пройдите ещё 5–8 м для сбора остаточной воды, затем выключите вакуум и питание.</w:t>
            </w:r>
          </w:p>
        </w:tc>
      </w:tr>
    </w:tbl>
    <w:p w14:paraId="61718864" w14:textId="77777777" w:rsidR="001B335A" w:rsidRPr="00623F12" w:rsidRDefault="001B335A">
      <w:pPr>
        <w:spacing w:after="20" w:line="240" w:lineRule="auto"/>
        <w:rPr>
          <w:lang w:val="ru-RU"/>
        </w:rPr>
      </w:pPr>
    </w:p>
    <w:p w14:paraId="6667F0C7" w14:textId="17809B93" w:rsidR="001B335A" w:rsidRPr="00623F12" w:rsidRDefault="009D2300" w:rsidP="00623F12">
      <w:pPr>
        <w:rPr>
          <w:lang w:val="ru-RU"/>
        </w:rPr>
      </w:pPr>
      <w:r>
        <w:rPr>
          <w:b/>
          <w:color w:val="0788B0"/>
          <w:sz w:val="18"/>
        </w:rPr>
        <w:t>РАЗДЕЛ 02</w:t>
      </w:r>
    </w:p>
    <w:p w14:paraId="3C8CDDDB" w14:textId="77777777" w:rsidR="001B335A" w:rsidRDefault="009D2300">
      <w:pPr>
        <w:pStyle w:val="1"/>
      </w:pPr>
      <w:r>
        <w:t>Безопасность</w:t>
      </w:r>
    </w:p>
    <w:p w14:paraId="0327F30E" w14:textId="77777777" w:rsidR="001B335A" w:rsidRDefault="009D2300">
      <w:pPr>
        <w:pStyle w:val="2"/>
      </w:pPr>
      <w:r>
        <w:t xml:space="preserve">Обязательные </w:t>
      </w:r>
      <w:r>
        <w:t>правила</w:t>
      </w:r>
    </w:p>
    <w:p w14:paraId="2EA4010E" w14:textId="77777777" w:rsidR="001B335A" w:rsidRPr="00623F12" w:rsidRDefault="009D230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623F12">
        <w:rPr>
          <w:sz w:val="19"/>
          <w:lang w:val="ru-RU"/>
        </w:rPr>
        <w:t>Допускайте к работе только обученного оператора; не разрешайте детям и посторонним находиться в рабочей зоне.</w:t>
      </w:r>
    </w:p>
    <w:p w14:paraId="64C94CEE" w14:textId="77777777" w:rsidR="001B335A" w:rsidRPr="00623F12" w:rsidRDefault="009D230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623F12">
        <w:rPr>
          <w:sz w:val="19"/>
          <w:lang w:val="ru-RU"/>
        </w:rPr>
        <w:t>Перед обслуживанием выключайте питание и отсоединяйте аккумулятор или зарядное устройство.</w:t>
      </w:r>
    </w:p>
    <w:p w14:paraId="199924F3" w14:textId="77777777" w:rsidR="001B335A" w:rsidRPr="00623F12" w:rsidRDefault="009D230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623F12">
        <w:rPr>
          <w:sz w:val="19"/>
          <w:lang w:val="ru-RU"/>
        </w:rPr>
        <w:t>Не убирайте горючие, взрывоопасные, токсичные ж</w:t>
      </w:r>
      <w:r w:rsidRPr="00623F12">
        <w:rPr>
          <w:sz w:val="19"/>
          <w:lang w:val="ru-RU"/>
        </w:rPr>
        <w:t>идкости, порошки и тлеющие предметы.</w:t>
      </w:r>
    </w:p>
    <w:p w14:paraId="232B33A1" w14:textId="77777777" w:rsidR="001B335A" w:rsidRPr="00623F12" w:rsidRDefault="009D230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623F12">
        <w:rPr>
          <w:sz w:val="19"/>
          <w:lang w:val="ru-RU"/>
        </w:rPr>
        <w:t>Не используйте воду горячее 45 °</w:t>
      </w:r>
      <w:r>
        <w:rPr>
          <w:sz w:val="19"/>
        </w:rPr>
        <w:t>C</w:t>
      </w:r>
      <w:r w:rsidRPr="00623F12">
        <w:rPr>
          <w:sz w:val="19"/>
          <w:lang w:val="ru-RU"/>
        </w:rPr>
        <w:t xml:space="preserve"> и растворы с </w:t>
      </w:r>
      <w:r>
        <w:rPr>
          <w:sz w:val="19"/>
        </w:rPr>
        <w:t>pH</w:t>
      </w:r>
      <w:r w:rsidRPr="00623F12">
        <w:rPr>
          <w:sz w:val="19"/>
          <w:lang w:val="ru-RU"/>
        </w:rPr>
        <w:t xml:space="preserve"> ниже 3 или выше 11.</w:t>
      </w:r>
    </w:p>
    <w:p w14:paraId="4B68678D" w14:textId="77777777" w:rsidR="001B335A" w:rsidRPr="00623F12" w:rsidRDefault="009D230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623F12">
        <w:rPr>
          <w:sz w:val="19"/>
          <w:lang w:val="ru-RU"/>
        </w:rPr>
        <w:t>Не работайте на улице, на неровной поверхности, лестницах, крутых уклонах и в местах риска падения.</w:t>
      </w:r>
    </w:p>
    <w:p w14:paraId="7F5971AC" w14:textId="77777777" w:rsidR="001B335A" w:rsidRPr="00623F12" w:rsidRDefault="009D230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623F12">
        <w:rPr>
          <w:sz w:val="19"/>
          <w:lang w:val="ru-RU"/>
        </w:rPr>
        <w:t>Не перевозите людей, не используйте машину как ле</w:t>
      </w:r>
      <w:r w:rsidRPr="00623F12">
        <w:rPr>
          <w:sz w:val="19"/>
          <w:lang w:val="ru-RU"/>
        </w:rPr>
        <w:t>стницу, платформу или опору.</w:t>
      </w:r>
    </w:p>
    <w:p w14:paraId="256AD171" w14:textId="77777777" w:rsidR="001B335A" w:rsidRPr="00623F12" w:rsidRDefault="009D230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623F12">
        <w:rPr>
          <w:sz w:val="19"/>
          <w:lang w:val="ru-RU"/>
        </w:rPr>
        <w:t>Держите руки, одежду и волосы вдали от вращающихся щёток и подвижных деталей.</w:t>
      </w:r>
    </w:p>
    <w:p w14:paraId="0DF19C91" w14:textId="77777777" w:rsidR="001B335A" w:rsidRPr="00623F12" w:rsidRDefault="009D230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623F12">
        <w:rPr>
          <w:sz w:val="19"/>
          <w:lang w:val="ru-RU"/>
        </w:rPr>
        <w:t>При запахе гари, искрении, перегреве, течи или необычном шуме немедленно остановите машину.</w:t>
      </w:r>
    </w:p>
    <w:tbl>
      <w:tblPr>
        <w:tblW w:w="10140" w:type="dxa"/>
        <w:tblInd w:w="175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1B335A" w:rsidRPr="00623F12" w14:paraId="4C09E1D8" w14:textId="77777777">
        <w:trPr>
          <w:cantSplit/>
          <w:tblHeader/>
        </w:trPr>
        <w:tc>
          <w:tcPr>
            <w:tcW w:w="10140" w:type="dxa"/>
            <w:shd w:val="clear" w:color="auto" w:fill="EAF7FA"/>
            <w:tcMar>
              <w:top w:w="125" w:type="dxa"/>
              <w:left w:w="175" w:type="dxa"/>
              <w:bottom w:w="125" w:type="dxa"/>
              <w:right w:w="175" w:type="dxa"/>
            </w:tcMar>
          </w:tcPr>
          <w:p w14:paraId="09102937" w14:textId="77777777" w:rsidR="001B335A" w:rsidRPr="00623F12" w:rsidRDefault="009D2300">
            <w:pPr>
              <w:spacing w:after="0"/>
              <w:rPr>
                <w:lang w:val="ru-RU"/>
              </w:rPr>
            </w:pPr>
            <w:r w:rsidRPr="00623F12">
              <w:rPr>
                <w:b/>
                <w:color w:val="0788B0"/>
                <w:sz w:val="19"/>
                <w:lang w:val="ru-RU"/>
              </w:rPr>
              <w:t xml:space="preserve">СИЛЬНЫЕ </w:t>
            </w:r>
            <w:proofErr w:type="gramStart"/>
            <w:r w:rsidRPr="00623F12">
              <w:rPr>
                <w:b/>
                <w:color w:val="0788B0"/>
                <w:sz w:val="19"/>
                <w:lang w:val="ru-RU"/>
              </w:rPr>
              <w:t xml:space="preserve">МАГНИТЫ  </w:t>
            </w:r>
            <w:r w:rsidRPr="00623F12">
              <w:rPr>
                <w:sz w:val="20"/>
                <w:lang w:val="ru-RU"/>
              </w:rPr>
              <w:t>Крепления</w:t>
            </w:r>
            <w:proofErr w:type="gramEnd"/>
            <w:r w:rsidRPr="00623F12">
              <w:rPr>
                <w:sz w:val="20"/>
                <w:lang w:val="ru-RU"/>
              </w:rPr>
              <w:t xml:space="preserve"> щёток содержат мощные магниты.</w:t>
            </w:r>
            <w:r w:rsidRPr="00623F12">
              <w:rPr>
                <w:sz w:val="20"/>
                <w:lang w:val="ru-RU"/>
              </w:rPr>
              <w:t xml:space="preserve"> Пользователям кардиостимуляторов следует сохранять расстояние не менее 15 см.</w:t>
            </w:r>
          </w:p>
        </w:tc>
      </w:tr>
    </w:tbl>
    <w:p w14:paraId="322A0485" w14:textId="77777777" w:rsidR="001B335A" w:rsidRPr="00623F12" w:rsidRDefault="001B335A">
      <w:pPr>
        <w:spacing w:after="20" w:line="240" w:lineRule="auto"/>
        <w:rPr>
          <w:lang w:val="ru-RU"/>
        </w:rPr>
      </w:pPr>
    </w:p>
    <w:tbl>
      <w:tblPr>
        <w:tblW w:w="10140" w:type="dxa"/>
        <w:tblInd w:w="175" w:type="dxa"/>
        <w:tblBorders>
          <w:top w:val="single" w:sz="9" w:space="0" w:color="D79600"/>
          <w:left w:val="single" w:sz="9" w:space="0" w:color="D79600"/>
          <w:bottom w:val="single" w:sz="9" w:space="0" w:color="D79600"/>
          <w:right w:val="single" w:sz="9" w:space="0" w:color="D7960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1B335A" w:rsidRPr="00623F12" w14:paraId="35A872B5" w14:textId="77777777">
        <w:trPr>
          <w:cantSplit/>
          <w:tblHeader/>
        </w:trPr>
        <w:tc>
          <w:tcPr>
            <w:tcW w:w="10140" w:type="dxa"/>
            <w:shd w:val="clear" w:color="auto" w:fill="FFF7DF"/>
            <w:tcMar>
              <w:top w:w="125" w:type="dxa"/>
              <w:left w:w="175" w:type="dxa"/>
              <w:bottom w:w="125" w:type="dxa"/>
              <w:right w:w="175" w:type="dxa"/>
            </w:tcMar>
          </w:tcPr>
          <w:p w14:paraId="10FC2F1F" w14:textId="77777777" w:rsidR="001B335A" w:rsidRPr="00623F12" w:rsidRDefault="009D2300">
            <w:pPr>
              <w:spacing w:after="0"/>
              <w:rPr>
                <w:lang w:val="ru-RU"/>
              </w:rPr>
            </w:pPr>
            <w:r w:rsidRPr="00623F12">
              <w:rPr>
                <w:b/>
                <w:color w:val="D79600"/>
                <w:sz w:val="19"/>
                <w:lang w:val="ru-RU"/>
              </w:rPr>
              <w:t xml:space="preserve">СКОЛЬЗКИЙ </w:t>
            </w:r>
            <w:proofErr w:type="gramStart"/>
            <w:r w:rsidRPr="00623F12">
              <w:rPr>
                <w:b/>
                <w:color w:val="D79600"/>
                <w:sz w:val="19"/>
                <w:lang w:val="ru-RU"/>
              </w:rPr>
              <w:t xml:space="preserve">ПОЛ  </w:t>
            </w:r>
            <w:r w:rsidRPr="00623F12">
              <w:rPr>
                <w:sz w:val="20"/>
                <w:lang w:val="ru-RU"/>
              </w:rPr>
              <w:t>Ограждайте</w:t>
            </w:r>
            <w:proofErr w:type="gramEnd"/>
            <w:r w:rsidRPr="00623F12">
              <w:rPr>
                <w:sz w:val="20"/>
                <w:lang w:val="ru-RU"/>
              </w:rPr>
              <w:t xml:space="preserve"> мокрый участок и устанавливайте предупреждающие знаки до полного высыхания поверхности.</w:t>
            </w:r>
          </w:p>
        </w:tc>
      </w:tr>
    </w:tbl>
    <w:p w14:paraId="1A45574F" w14:textId="77777777" w:rsidR="001B335A" w:rsidRPr="00623F12" w:rsidRDefault="001B335A">
      <w:pPr>
        <w:spacing w:after="20" w:line="240" w:lineRule="auto"/>
        <w:rPr>
          <w:lang w:val="ru-RU"/>
        </w:rPr>
      </w:pPr>
    </w:p>
    <w:p w14:paraId="71332519" w14:textId="77777777" w:rsidR="001B335A" w:rsidRPr="00623F12" w:rsidRDefault="009D2300">
      <w:pPr>
        <w:rPr>
          <w:lang w:val="ru-RU"/>
        </w:rPr>
      </w:pPr>
      <w:r w:rsidRPr="00623F12">
        <w:rPr>
          <w:lang w:val="ru-RU"/>
        </w:rPr>
        <w:br w:type="page"/>
      </w:r>
    </w:p>
    <w:p w14:paraId="52232126" w14:textId="77777777" w:rsidR="001B335A" w:rsidRDefault="009D2300">
      <w:pPr>
        <w:keepNext/>
        <w:spacing w:after="40"/>
      </w:pPr>
      <w:r>
        <w:rPr>
          <w:b/>
          <w:color w:val="0788B0"/>
          <w:sz w:val="18"/>
        </w:rPr>
        <w:t>РАЗДЕЛ 03</w:t>
      </w:r>
    </w:p>
    <w:p w14:paraId="28BB8C64" w14:textId="77777777" w:rsidR="001B335A" w:rsidRDefault="009D2300">
      <w:pPr>
        <w:pStyle w:val="1"/>
      </w:pPr>
      <w:r>
        <w:t>Применение и ограничения</w:t>
      </w:r>
    </w:p>
    <w:p w14:paraId="3E05AD26" w14:textId="77777777" w:rsidR="001B335A" w:rsidRDefault="009D2300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7C0FE6B6" wp14:editId="0912CAE2">
            <wp:extent cx="6144768" cy="3395793"/>
            <wp:effectExtent l="0" t="0" r="0" b="0"/>
            <wp:docPr id="4" name="Два боковых вида мини-поломоечной машины" descr="Два боковых вида мини-поломоечной маши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ews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44768" cy="3395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055F4" w14:textId="77777777" w:rsidR="001B335A" w:rsidRPr="00623F12" w:rsidRDefault="009D2300">
      <w:pPr>
        <w:pStyle w:val="FigureCaption"/>
        <w:keepLines/>
        <w:rPr>
          <w:lang w:val="ru-RU"/>
        </w:rPr>
      </w:pPr>
      <w:r>
        <w:t>VELARGOS</w:t>
      </w:r>
      <w:r w:rsidRPr="00623F12">
        <w:rPr>
          <w:lang w:val="ru-RU"/>
        </w:rPr>
        <w:t xml:space="preserve"> </w:t>
      </w:r>
      <w:r>
        <w:t>AMOP</w:t>
      </w:r>
      <w:r w:rsidRPr="00623F12">
        <w:rPr>
          <w:lang w:val="ru-RU"/>
        </w:rPr>
        <w:t>-3 с двух сторон</w:t>
      </w:r>
    </w:p>
    <w:p w14:paraId="257E78F7" w14:textId="77777777" w:rsidR="001B335A" w:rsidRPr="00623F12" w:rsidRDefault="009D2300">
      <w:pPr>
        <w:pStyle w:val="2"/>
        <w:rPr>
          <w:lang w:val="ru-RU"/>
        </w:rPr>
      </w:pPr>
      <w:r w:rsidRPr="00623F12">
        <w:rPr>
          <w:lang w:val="ru-RU"/>
        </w:rPr>
        <w:t>Подходит для</w:t>
      </w:r>
    </w:p>
    <w:p w14:paraId="7FF35100" w14:textId="77777777" w:rsidR="001B335A" w:rsidRPr="00623F12" w:rsidRDefault="009D230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623F12">
        <w:rPr>
          <w:sz w:val="19"/>
          <w:lang w:val="ru-RU"/>
        </w:rPr>
        <w:t>гладких твёрдых полов в магазинах, гостиницах, офисах, медучреждениях и общественных зданиях;</w:t>
      </w:r>
    </w:p>
    <w:p w14:paraId="347772D3" w14:textId="77777777" w:rsidR="001B335A" w:rsidRPr="00623F12" w:rsidRDefault="009D230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623F12">
        <w:rPr>
          <w:sz w:val="19"/>
          <w:lang w:val="ru-RU"/>
        </w:rPr>
        <w:t>регулярной мойки участков, где требуется компактная и манёвренная машина;</w:t>
      </w:r>
    </w:p>
    <w:p w14:paraId="657CCC03" w14:textId="77777777" w:rsidR="001B335A" w:rsidRPr="00623F12" w:rsidRDefault="009D230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623F12">
        <w:rPr>
          <w:sz w:val="19"/>
          <w:lang w:val="ru-RU"/>
        </w:rPr>
        <w:t xml:space="preserve">работы с чистой водой или </w:t>
      </w:r>
      <w:proofErr w:type="spellStart"/>
      <w:r w:rsidRPr="00623F12">
        <w:rPr>
          <w:sz w:val="19"/>
          <w:lang w:val="ru-RU"/>
        </w:rPr>
        <w:t>малопенящимся</w:t>
      </w:r>
      <w:proofErr w:type="spellEnd"/>
      <w:r w:rsidRPr="00623F12">
        <w:rPr>
          <w:sz w:val="19"/>
          <w:lang w:val="ru-RU"/>
        </w:rPr>
        <w:t xml:space="preserve"> средством, сов</w:t>
      </w:r>
      <w:r w:rsidRPr="00623F12">
        <w:rPr>
          <w:sz w:val="19"/>
          <w:lang w:val="ru-RU"/>
        </w:rPr>
        <w:t>местимым с покрытием.</w:t>
      </w:r>
    </w:p>
    <w:p w14:paraId="7FAB743D" w14:textId="77777777" w:rsidR="001B335A" w:rsidRDefault="009D2300">
      <w:pPr>
        <w:pStyle w:val="2"/>
      </w:pPr>
      <w:proofErr w:type="spellStart"/>
      <w:r>
        <w:t>Не</w:t>
      </w:r>
      <w:proofErr w:type="spellEnd"/>
      <w:r>
        <w:t xml:space="preserve"> </w:t>
      </w:r>
      <w:proofErr w:type="spellStart"/>
      <w:r>
        <w:t>допускается</w:t>
      </w:r>
      <w:proofErr w:type="spellEnd"/>
    </w:p>
    <w:p w14:paraId="6F97509A" w14:textId="77777777" w:rsidR="001B335A" w:rsidRPr="00623F12" w:rsidRDefault="009D230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623F12">
        <w:rPr>
          <w:sz w:val="19"/>
          <w:lang w:val="ru-RU"/>
        </w:rPr>
        <w:t>эксплуатация на ковровых покрытиях и поверхностях, не стойких к воде;</w:t>
      </w:r>
    </w:p>
    <w:p w14:paraId="1AFC1B4F" w14:textId="77777777" w:rsidR="001B335A" w:rsidRPr="00623F12" w:rsidRDefault="009D230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623F12">
        <w:rPr>
          <w:sz w:val="19"/>
          <w:lang w:val="ru-RU"/>
        </w:rPr>
        <w:t>сбор крупных предметов, строительного мусора, масла, топлива и агрессивных химикатов;</w:t>
      </w:r>
    </w:p>
    <w:p w14:paraId="54B066D0" w14:textId="77777777" w:rsidR="001B335A" w:rsidRPr="00623F12" w:rsidRDefault="009D230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623F12">
        <w:rPr>
          <w:sz w:val="19"/>
          <w:lang w:val="ru-RU"/>
        </w:rPr>
        <w:t xml:space="preserve">движение с рукояткой дальше вытянутой руки или работа при </w:t>
      </w:r>
      <w:r w:rsidRPr="00623F12">
        <w:rPr>
          <w:sz w:val="19"/>
          <w:lang w:val="ru-RU"/>
        </w:rPr>
        <w:t>наклоне корпуса менее 45° к полу.</w:t>
      </w:r>
    </w:p>
    <w:tbl>
      <w:tblPr>
        <w:tblW w:w="10140" w:type="dxa"/>
        <w:tblInd w:w="175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1B335A" w:rsidRPr="00623F12" w14:paraId="55C3124E" w14:textId="77777777">
        <w:trPr>
          <w:cantSplit/>
          <w:tblHeader/>
        </w:trPr>
        <w:tc>
          <w:tcPr>
            <w:tcW w:w="10140" w:type="dxa"/>
            <w:shd w:val="clear" w:color="auto" w:fill="EAF7FA"/>
            <w:tcMar>
              <w:top w:w="125" w:type="dxa"/>
              <w:left w:w="175" w:type="dxa"/>
              <w:bottom w:w="125" w:type="dxa"/>
              <w:right w:w="175" w:type="dxa"/>
            </w:tcMar>
          </w:tcPr>
          <w:p w14:paraId="0E650D7C" w14:textId="77777777" w:rsidR="001B335A" w:rsidRPr="00623F12" w:rsidRDefault="009D2300">
            <w:pPr>
              <w:spacing w:after="0"/>
              <w:rPr>
                <w:lang w:val="ru-RU"/>
              </w:rPr>
            </w:pPr>
            <w:proofErr w:type="gramStart"/>
            <w:r w:rsidRPr="00623F12">
              <w:rPr>
                <w:b/>
                <w:color w:val="0788B0"/>
                <w:sz w:val="19"/>
                <w:lang w:val="ru-RU"/>
              </w:rPr>
              <w:t xml:space="preserve">ВАЖНО  </w:t>
            </w:r>
            <w:r w:rsidRPr="00623F12">
              <w:rPr>
                <w:sz w:val="20"/>
                <w:lang w:val="ru-RU"/>
              </w:rPr>
              <w:t>Слишком</w:t>
            </w:r>
            <w:proofErr w:type="gramEnd"/>
            <w:r w:rsidRPr="00623F12">
              <w:rPr>
                <w:sz w:val="20"/>
                <w:lang w:val="ru-RU"/>
              </w:rPr>
              <w:t xml:space="preserve"> малый угол наклона может привести к попаданию воды в вакуумный двигатель.</w:t>
            </w:r>
          </w:p>
        </w:tc>
      </w:tr>
    </w:tbl>
    <w:p w14:paraId="37A22662" w14:textId="77777777" w:rsidR="001B335A" w:rsidRPr="00623F12" w:rsidRDefault="001B335A">
      <w:pPr>
        <w:spacing w:after="20" w:line="240" w:lineRule="auto"/>
        <w:rPr>
          <w:lang w:val="ru-RU"/>
        </w:rPr>
      </w:pPr>
    </w:p>
    <w:p w14:paraId="62A75497" w14:textId="77777777" w:rsidR="001B335A" w:rsidRPr="00623F12" w:rsidRDefault="009D2300">
      <w:pPr>
        <w:rPr>
          <w:lang w:val="ru-RU"/>
        </w:rPr>
      </w:pPr>
      <w:r w:rsidRPr="00623F12">
        <w:rPr>
          <w:lang w:val="ru-RU"/>
        </w:rPr>
        <w:br w:type="page"/>
      </w:r>
    </w:p>
    <w:p w14:paraId="486520A3" w14:textId="77777777" w:rsidR="001B335A" w:rsidRDefault="009D2300">
      <w:pPr>
        <w:keepNext/>
        <w:spacing w:after="40"/>
      </w:pPr>
      <w:r>
        <w:rPr>
          <w:b/>
          <w:color w:val="0788B0"/>
          <w:sz w:val="18"/>
        </w:rPr>
        <w:t>РАЗДЕЛ 04</w:t>
      </w:r>
    </w:p>
    <w:p w14:paraId="6AA1E9C0" w14:textId="77777777" w:rsidR="001B335A" w:rsidRDefault="009D2300">
      <w:pPr>
        <w:pStyle w:val="1"/>
      </w:pPr>
      <w:r>
        <w:t>Технические характеристики</w:t>
      </w:r>
    </w:p>
    <w:tbl>
      <w:tblPr>
        <w:tblW w:w="10140" w:type="dxa"/>
        <w:tblInd w:w="135" w:type="dxa"/>
        <w:tblBorders>
          <w:top w:val="single" w:sz="6" w:space="0" w:color="D5DDE2"/>
          <w:left w:val="single" w:sz="6" w:space="0" w:color="D5DDE2"/>
          <w:bottom w:val="single" w:sz="6" w:space="0" w:color="D5DDE2"/>
          <w:right w:val="single" w:sz="6" w:space="0" w:color="D5DDE2"/>
          <w:insideH w:val="single" w:sz="6" w:space="0" w:color="D5DDE2"/>
          <w:insideV w:val="single" w:sz="6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5450"/>
        <w:gridCol w:w="4690"/>
      </w:tblGrid>
      <w:tr w:rsidR="001B335A" w14:paraId="771EF62C" w14:textId="77777777">
        <w:trPr>
          <w:cantSplit/>
          <w:tblHeader/>
        </w:trPr>
        <w:tc>
          <w:tcPr>
            <w:tcW w:w="545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091511A" w14:textId="77777777" w:rsidR="001B335A" w:rsidRDefault="009D2300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Параметр</w:t>
            </w:r>
          </w:p>
        </w:tc>
        <w:tc>
          <w:tcPr>
            <w:tcW w:w="469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1E130EE" w14:textId="77777777" w:rsidR="001B335A" w:rsidRDefault="009D2300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Значение</w:t>
            </w:r>
          </w:p>
        </w:tc>
      </w:tr>
      <w:tr w:rsidR="001B335A" w14:paraId="2291DE1F" w14:textId="77777777">
        <w:trPr>
          <w:cantSplit/>
        </w:trPr>
        <w:tc>
          <w:tcPr>
            <w:tcW w:w="545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9D6DC68" w14:textId="77777777" w:rsidR="001B335A" w:rsidRDefault="009D2300">
            <w:pPr>
              <w:spacing w:after="0" w:line="259" w:lineRule="auto"/>
            </w:pPr>
            <w:r>
              <w:rPr>
                <w:sz w:val="16"/>
              </w:rPr>
              <w:t>Модель / артикул</w:t>
            </w:r>
          </w:p>
        </w:tc>
        <w:tc>
          <w:tcPr>
            <w:tcW w:w="469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2D28DAC" w14:textId="77777777" w:rsidR="001B335A" w:rsidRDefault="009D2300">
            <w:pPr>
              <w:spacing w:after="0" w:line="259" w:lineRule="auto"/>
            </w:pPr>
            <w:r>
              <w:rPr>
                <w:sz w:val="16"/>
              </w:rPr>
              <w:t>AMOP-3 / AN 600305</w:t>
            </w:r>
          </w:p>
        </w:tc>
      </w:tr>
      <w:tr w:rsidR="001B335A" w14:paraId="4B4C5F33" w14:textId="77777777">
        <w:trPr>
          <w:cantSplit/>
        </w:trPr>
        <w:tc>
          <w:tcPr>
            <w:tcW w:w="545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1030E8C" w14:textId="77777777" w:rsidR="001B335A" w:rsidRDefault="009D2300">
            <w:pPr>
              <w:spacing w:after="0" w:line="259" w:lineRule="auto"/>
            </w:pPr>
            <w:r>
              <w:rPr>
                <w:sz w:val="16"/>
              </w:rPr>
              <w:t>Номинальное напряжение</w:t>
            </w:r>
          </w:p>
        </w:tc>
        <w:tc>
          <w:tcPr>
            <w:tcW w:w="469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D51EF0A" w14:textId="77777777" w:rsidR="001B335A" w:rsidRDefault="009D2300">
            <w:pPr>
              <w:spacing w:after="0" w:line="259" w:lineRule="auto"/>
            </w:pPr>
            <w:r>
              <w:rPr>
                <w:sz w:val="16"/>
              </w:rPr>
              <w:t xml:space="preserve">36 В </w:t>
            </w:r>
            <w:r>
              <w:rPr>
                <w:sz w:val="16"/>
              </w:rPr>
              <w:t>постоянного тока</w:t>
            </w:r>
          </w:p>
        </w:tc>
      </w:tr>
      <w:tr w:rsidR="001B335A" w14:paraId="5DF3BB3C" w14:textId="77777777">
        <w:trPr>
          <w:cantSplit/>
        </w:trPr>
        <w:tc>
          <w:tcPr>
            <w:tcW w:w="545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BECF813" w14:textId="77777777" w:rsidR="001B335A" w:rsidRDefault="009D2300">
            <w:pPr>
              <w:spacing w:after="0" w:line="259" w:lineRule="auto"/>
            </w:pPr>
            <w:r>
              <w:rPr>
                <w:sz w:val="16"/>
              </w:rPr>
              <w:t>Производительность</w:t>
            </w:r>
          </w:p>
        </w:tc>
        <w:tc>
          <w:tcPr>
            <w:tcW w:w="469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CF5D4DB" w14:textId="77777777" w:rsidR="001B335A" w:rsidRDefault="009D2300">
            <w:pPr>
              <w:spacing w:after="0" w:line="259" w:lineRule="auto"/>
            </w:pPr>
            <w:r>
              <w:rPr>
                <w:sz w:val="16"/>
              </w:rPr>
              <w:t>до 1000 м²/ч</w:t>
            </w:r>
          </w:p>
        </w:tc>
      </w:tr>
      <w:tr w:rsidR="001B335A" w14:paraId="6F22D8A0" w14:textId="77777777">
        <w:trPr>
          <w:cantSplit/>
        </w:trPr>
        <w:tc>
          <w:tcPr>
            <w:tcW w:w="545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A62D94A" w14:textId="77777777" w:rsidR="001B335A" w:rsidRDefault="009D2300">
            <w:pPr>
              <w:spacing w:after="0" w:line="259" w:lineRule="auto"/>
            </w:pPr>
            <w:r>
              <w:rPr>
                <w:sz w:val="16"/>
              </w:rPr>
              <w:t>Рабочая ширина щёток</w:t>
            </w:r>
          </w:p>
        </w:tc>
        <w:tc>
          <w:tcPr>
            <w:tcW w:w="469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D36ECAF" w14:textId="77777777" w:rsidR="001B335A" w:rsidRDefault="009D2300">
            <w:pPr>
              <w:spacing w:after="0" w:line="259" w:lineRule="auto"/>
            </w:pPr>
            <w:r>
              <w:rPr>
                <w:sz w:val="16"/>
              </w:rPr>
              <w:t>2 × 212 мм</w:t>
            </w:r>
          </w:p>
        </w:tc>
      </w:tr>
      <w:tr w:rsidR="001B335A" w14:paraId="127E5544" w14:textId="77777777">
        <w:trPr>
          <w:cantSplit/>
        </w:trPr>
        <w:tc>
          <w:tcPr>
            <w:tcW w:w="545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26DD776D" w14:textId="77777777" w:rsidR="001B335A" w:rsidRDefault="009D2300">
            <w:pPr>
              <w:spacing w:after="0" w:line="259" w:lineRule="auto"/>
            </w:pPr>
            <w:r>
              <w:rPr>
                <w:sz w:val="16"/>
              </w:rPr>
              <w:t>Скорость вращения щёток</w:t>
            </w:r>
          </w:p>
        </w:tc>
        <w:tc>
          <w:tcPr>
            <w:tcW w:w="469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193B4979" w14:textId="77777777" w:rsidR="001B335A" w:rsidRDefault="009D2300">
            <w:pPr>
              <w:spacing w:after="0" w:line="259" w:lineRule="auto"/>
            </w:pPr>
            <w:r>
              <w:rPr>
                <w:sz w:val="16"/>
              </w:rPr>
              <w:t>0–450 об/мин</w:t>
            </w:r>
          </w:p>
        </w:tc>
      </w:tr>
      <w:tr w:rsidR="001B335A" w14:paraId="433719C7" w14:textId="77777777">
        <w:trPr>
          <w:cantSplit/>
        </w:trPr>
        <w:tc>
          <w:tcPr>
            <w:tcW w:w="545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1399CEEC" w14:textId="77777777" w:rsidR="001B335A" w:rsidRDefault="009D2300">
            <w:pPr>
              <w:spacing w:after="0" w:line="259" w:lineRule="auto"/>
            </w:pPr>
            <w:r>
              <w:rPr>
                <w:sz w:val="16"/>
              </w:rPr>
              <w:t>Мощность щёточного узла</w:t>
            </w:r>
          </w:p>
        </w:tc>
        <w:tc>
          <w:tcPr>
            <w:tcW w:w="469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EA3F693" w14:textId="77777777" w:rsidR="001B335A" w:rsidRDefault="009D2300">
            <w:pPr>
              <w:spacing w:after="0" w:line="259" w:lineRule="auto"/>
            </w:pPr>
            <w:r>
              <w:rPr>
                <w:sz w:val="16"/>
              </w:rPr>
              <w:t>120/140 Вт, 36 В</w:t>
            </w:r>
          </w:p>
        </w:tc>
      </w:tr>
      <w:tr w:rsidR="001B335A" w14:paraId="66B7426D" w14:textId="77777777">
        <w:trPr>
          <w:cantSplit/>
        </w:trPr>
        <w:tc>
          <w:tcPr>
            <w:tcW w:w="545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3E4BFDC" w14:textId="77777777" w:rsidR="001B335A" w:rsidRDefault="009D2300">
            <w:pPr>
              <w:spacing w:after="0" w:line="259" w:lineRule="auto"/>
            </w:pPr>
            <w:r>
              <w:rPr>
                <w:sz w:val="16"/>
              </w:rPr>
              <w:t>Давление щёток</w:t>
            </w:r>
          </w:p>
        </w:tc>
        <w:tc>
          <w:tcPr>
            <w:tcW w:w="469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9A12938" w14:textId="77777777" w:rsidR="001B335A" w:rsidRDefault="009D2300">
            <w:pPr>
              <w:spacing w:after="0" w:line="259" w:lineRule="auto"/>
            </w:pPr>
            <w:r>
              <w:rPr>
                <w:sz w:val="16"/>
              </w:rPr>
              <w:t>6 кг</w:t>
            </w:r>
          </w:p>
        </w:tc>
      </w:tr>
      <w:tr w:rsidR="001B335A" w14:paraId="7E494811" w14:textId="77777777">
        <w:trPr>
          <w:cantSplit/>
        </w:trPr>
        <w:tc>
          <w:tcPr>
            <w:tcW w:w="545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1F7C3DD2" w14:textId="77777777" w:rsidR="001B335A" w:rsidRDefault="009D2300">
            <w:pPr>
              <w:spacing w:after="0" w:line="259" w:lineRule="auto"/>
            </w:pPr>
            <w:r>
              <w:rPr>
                <w:sz w:val="16"/>
              </w:rPr>
              <w:t>Мощность вакуумного двигателя</w:t>
            </w:r>
          </w:p>
        </w:tc>
        <w:tc>
          <w:tcPr>
            <w:tcW w:w="469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C5C5C2E" w14:textId="77777777" w:rsidR="001B335A" w:rsidRDefault="009D2300">
            <w:pPr>
              <w:spacing w:after="0" w:line="259" w:lineRule="auto"/>
            </w:pPr>
            <w:r>
              <w:rPr>
                <w:sz w:val="16"/>
              </w:rPr>
              <w:t>200 Вт, 36 В</w:t>
            </w:r>
          </w:p>
        </w:tc>
      </w:tr>
      <w:tr w:rsidR="001B335A" w14:paraId="26CCF202" w14:textId="77777777">
        <w:trPr>
          <w:cantSplit/>
        </w:trPr>
        <w:tc>
          <w:tcPr>
            <w:tcW w:w="545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C5EC203" w14:textId="77777777" w:rsidR="001B335A" w:rsidRDefault="009D2300">
            <w:pPr>
              <w:spacing w:after="0" w:line="259" w:lineRule="auto"/>
            </w:pPr>
            <w:r>
              <w:rPr>
                <w:sz w:val="16"/>
              </w:rPr>
              <w:t xml:space="preserve">Вакуумное </w:t>
            </w:r>
            <w:r>
              <w:rPr>
                <w:sz w:val="16"/>
              </w:rPr>
              <w:t>разрежение</w:t>
            </w:r>
          </w:p>
        </w:tc>
        <w:tc>
          <w:tcPr>
            <w:tcW w:w="469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A45E773" w14:textId="77777777" w:rsidR="001B335A" w:rsidRDefault="009D2300">
            <w:pPr>
              <w:spacing w:after="0" w:line="259" w:lineRule="auto"/>
            </w:pPr>
            <w:r>
              <w:rPr>
                <w:sz w:val="16"/>
              </w:rPr>
              <w:t>10–12 кПа</w:t>
            </w:r>
          </w:p>
        </w:tc>
      </w:tr>
      <w:tr w:rsidR="001B335A" w14:paraId="27C29726" w14:textId="77777777">
        <w:trPr>
          <w:cantSplit/>
        </w:trPr>
        <w:tc>
          <w:tcPr>
            <w:tcW w:w="545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1F6CF84B" w14:textId="77777777" w:rsidR="001B335A" w:rsidRDefault="009D2300">
            <w:pPr>
              <w:spacing w:after="0" w:line="259" w:lineRule="auto"/>
            </w:pPr>
            <w:r>
              <w:rPr>
                <w:sz w:val="16"/>
              </w:rPr>
              <w:t>Бак чистой воды</w:t>
            </w:r>
          </w:p>
        </w:tc>
        <w:tc>
          <w:tcPr>
            <w:tcW w:w="469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27E0640" w14:textId="77777777" w:rsidR="001B335A" w:rsidRDefault="009D2300">
            <w:pPr>
              <w:spacing w:after="0" w:line="259" w:lineRule="auto"/>
            </w:pPr>
            <w:r>
              <w:rPr>
                <w:sz w:val="16"/>
              </w:rPr>
              <w:t>4 л максимум</w:t>
            </w:r>
          </w:p>
        </w:tc>
      </w:tr>
      <w:tr w:rsidR="001B335A" w14:paraId="7FA019A1" w14:textId="77777777">
        <w:trPr>
          <w:cantSplit/>
        </w:trPr>
        <w:tc>
          <w:tcPr>
            <w:tcW w:w="545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F2D54BC" w14:textId="77777777" w:rsidR="001B335A" w:rsidRDefault="009D2300">
            <w:pPr>
              <w:spacing w:after="0" w:line="259" w:lineRule="auto"/>
            </w:pPr>
            <w:r>
              <w:rPr>
                <w:sz w:val="16"/>
              </w:rPr>
              <w:t>Бак грязной воды</w:t>
            </w:r>
          </w:p>
        </w:tc>
        <w:tc>
          <w:tcPr>
            <w:tcW w:w="469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9189886" w14:textId="77777777" w:rsidR="001B335A" w:rsidRDefault="009D2300">
            <w:pPr>
              <w:spacing w:after="0" w:line="259" w:lineRule="auto"/>
            </w:pPr>
            <w:r>
              <w:rPr>
                <w:sz w:val="16"/>
              </w:rPr>
              <w:t>6,5 л максимум</w:t>
            </w:r>
          </w:p>
        </w:tc>
      </w:tr>
      <w:tr w:rsidR="001B335A" w14:paraId="36C4C110" w14:textId="77777777">
        <w:trPr>
          <w:cantSplit/>
        </w:trPr>
        <w:tc>
          <w:tcPr>
            <w:tcW w:w="545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C04243C" w14:textId="77777777" w:rsidR="001B335A" w:rsidRDefault="009D2300">
            <w:pPr>
              <w:spacing w:after="0" w:line="259" w:lineRule="auto"/>
            </w:pPr>
            <w:r>
              <w:rPr>
                <w:sz w:val="16"/>
              </w:rPr>
              <w:t>Уровень шума</w:t>
            </w:r>
          </w:p>
        </w:tc>
        <w:tc>
          <w:tcPr>
            <w:tcW w:w="469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5EED742" w14:textId="77777777" w:rsidR="001B335A" w:rsidRDefault="009D2300">
            <w:pPr>
              <w:spacing w:after="0" w:line="259" w:lineRule="auto"/>
            </w:pPr>
            <w:r>
              <w:rPr>
                <w:sz w:val="16"/>
              </w:rPr>
              <w:t>65–67 дБ</w:t>
            </w:r>
          </w:p>
        </w:tc>
      </w:tr>
      <w:tr w:rsidR="001B335A" w14:paraId="1C2C6F68" w14:textId="77777777">
        <w:trPr>
          <w:cantSplit/>
        </w:trPr>
        <w:tc>
          <w:tcPr>
            <w:tcW w:w="545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52F6498" w14:textId="77777777" w:rsidR="001B335A" w:rsidRPr="00623F12" w:rsidRDefault="009D2300">
            <w:pPr>
              <w:spacing w:after="0" w:line="259" w:lineRule="auto"/>
              <w:rPr>
                <w:lang w:val="ru-RU"/>
              </w:rPr>
            </w:pPr>
            <w:r w:rsidRPr="00623F12">
              <w:rPr>
                <w:sz w:val="16"/>
                <w:lang w:val="ru-RU"/>
              </w:rPr>
              <w:t xml:space="preserve">Время работы, аккумулятор 8 </w:t>
            </w:r>
            <w:proofErr w:type="spellStart"/>
            <w:r w:rsidRPr="00623F12">
              <w:rPr>
                <w:sz w:val="16"/>
                <w:lang w:val="ru-RU"/>
              </w:rPr>
              <w:t>А·ч</w:t>
            </w:r>
            <w:proofErr w:type="spellEnd"/>
          </w:p>
        </w:tc>
        <w:tc>
          <w:tcPr>
            <w:tcW w:w="469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632F6A1" w14:textId="77777777" w:rsidR="001B335A" w:rsidRDefault="009D2300">
            <w:pPr>
              <w:spacing w:after="0" w:line="259" w:lineRule="auto"/>
            </w:pPr>
            <w:proofErr w:type="spellStart"/>
            <w:r>
              <w:rPr>
                <w:sz w:val="16"/>
              </w:rPr>
              <w:t>до</w:t>
            </w:r>
            <w:proofErr w:type="spellEnd"/>
            <w:r>
              <w:rPr>
                <w:sz w:val="16"/>
              </w:rPr>
              <w:t xml:space="preserve"> 78 </w:t>
            </w:r>
            <w:proofErr w:type="spellStart"/>
            <w:r>
              <w:rPr>
                <w:sz w:val="16"/>
              </w:rPr>
              <w:t>мин</w:t>
            </w:r>
            <w:proofErr w:type="spellEnd"/>
          </w:p>
        </w:tc>
      </w:tr>
      <w:tr w:rsidR="001B335A" w14:paraId="2B5F7DBC" w14:textId="77777777">
        <w:trPr>
          <w:cantSplit/>
        </w:trPr>
        <w:tc>
          <w:tcPr>
            <w:tcW w:w="545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FBAB86D" w14:textId="77777777" w:rsidR="001B335A" w:rsidRPr="00623F12" w:rsidRDefault="009D2300">
            <w:pPr>
              <w:spacing w:after="0" w:line="259" w:lineRule="auto"/>
              <w:rPr>
                <w:lang w:val="ru-RU"/>
              </w:rPr>
            </w:pPr>
            <w:r w:rsidRPr="00623F12">
              <w:rPr>
                <w:sz w:val="16"/>
                <w:lang w:val="ru-RU"/>
              </w:rPr>
              <w:t xml:space="preserve">Время работы, аккумулятор 12 </w:t>
            </w:r>
            <w:proofErr w:type="spellStart"/>
            <w:r w:rsidRPr="00623F12">
              <w:rPr>
                <w:sz w:val="16"/>
                <w:lang w:val="ru-RU"/>
              </w:rPr>
              <w:t>А·ч</w:t>
            </w:r>
            <w:proofErr w:type="spellEnd"/>
          </w:p>
        </w:tc>
        <w:tc>
          <w:tcPr>
            <w:tcW w:w="469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9423105" w14:textId="77777777" w:rsidR="001B335A" w:rsidRDefault="009D2300">
            <w:pPr>
              <w:spacing w:after="0" w:line="259" w:lineRule="auto"/>
            </w:pPr>
            <w:proofErr w:type="spellStart"/>
            <w:r>
              <w:rPr>
                <w:sz w:val="16"/>
              </w:rPr>
              <w:t>до</w:t>
            </w:r>
            <w:proofErr w:type="spellEnd"/>
            <w:r>
              <w:rPr>
                <w:sz w:val="16"/>
              </w:rPr>
              <w:t xml:space="preserve"> 130 </w:t>
            </w:r>
            <w:proofErr w:type="spellStart"/>
            <w:r>
              <w:rPr>
                <w:sz w:val="16"/>
              </w:rPr>
              <w:t>мин</w:t>
            </w:r>
            <w:proofErr w:type="spellEnd"/>
          </w:p>
        </w:tc>
      </w:tr>
      <w:tr w:rsidR="001B335A" w14:paraId="2B85FB56" w14:textId="77777777">
        <w:trPr>
          <w:cantSplit/>
        </w:trPr>
        <w:tc>
          <w:tcPr>
            <w:tcW w:w="545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96764E0" w14:textId="77777777" w:rsidR="001B335A" w:rsidRDefault="009D2300">
            <w:pPr>
              <w:spacing w:after="0" w:line="259" w:lineRule="auto"/>
            </w:pPr>
            <w:r>
              <w:rPr>
                <w:sz w:val="16"/>
              </w:rPr>
              <w:t>Масса нетто / брутто</w:t>
            </w:r>
          </w:p>
        </w:tc>
        <w:tc>
          <w:tcPr>
            <w:tcW w:w="469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E95951A" w14:textId="77777777" w:rsidR="001B335A" w:rsidRDefault="009D2300">
            <w:pPr>
              <w:spacing w:after="0" w:line="259" w:lineRule="auto"/>
            </w:pPr>
            <w:r>
              <w:rPr>
                <w:sz w:val="16"/>
              </w:rPr>
              <w:t>16,5 / 26,5 кг</w:t>
            </w:r>
          </w:p>
        </w:tc>
      </w:tr>
      <w:tr w:rsidR="001B335A" w14:paraId="35CBBE3A" w14:textId="77777777">
        <w:trPr>
          <w:cantSplit/>
        </w:trPr>
        <w:tc>
          <w:tcPr>
            <w:tcW w:w="545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E07D381" w14:textId="77777777" w:rsidR="001B335A" w:rsidRDefault="009D2300">
            <w:pPr>
              <w:spacing w:after="0" w:line="259" w:lineRule="auto"/>
            </w:pPr>
            <w:r>
              <w:rPr>
                <w:sz w:val="16"/>
              </w:rPr>
              <w:t>Габариты Д × Ш × В</w:t>
            </w:r>
          </w:p>
        </w:tc>
        <w:tc>
          <w:tcPr>
            <w:tcW w:w="469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1D49DDB9" w14:textId="77777777" w:rsidR="001B335A" w:rsidRDefault="009D2300">
            <w:pPr>
              <w:spacing w:after="0" w:line="259" w:lineRule="auto"/>
            </w:pPr>
            <w:r>
              <w:rPr>
                <w:sz w:val="16"/>
              </w:rPr>
              <w:t>1162 × 535 × 285 мм</w:t>
            </w:r>
          </w:p>
        </w:tc>
      </w:tr>
      <w:tr w:rsidR="001B335A" w:rsidRPr="00623F12" w14:paraId="0BD48DD1" w14:textId="77777777">
        <w:tblPrEx>
          <w:tblBorders>
            <w:top w:val="single" w:sz="9" w:space="0" w:color="0788B0"/>
            <w:left w:val="single" w:sz="9" w:space="0" w:color="0788B0"/>
            <w:bottom w:val="single" w:sz="9" w:space="0" w:color="0788B0"/>
            <w:right w:val="single" w:sz="9" w:space="0" w:color="0788B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2"/>
            <w:shd w:val="clear" w:color="auto" w:fill="EAF7FA"/>
            <w:tcMar>
              <w:top w:w="125" w:type="dxa"/>
              <w:left w:w="175" w:type="dxa"/>
              <w:bottom w:w="125" w:type="dxa"/>
              <w:right w:w="175" w:type="dxa"/>
            </w:tcMar>
          </w:tcPr>
          <w:p w14:paraId="644D7D80" w14:textId="77777777" w:rsidR="001B335A" w:rsidRPr="00623F12" w:rsidRDefault="009D2300">
            <w:pPr>
              <w:spacing w:after="0"/>
              <w:rPr>
                <w:lang w:val="ru-RU"/>
              </w:rPr>
            </w:pPr>
            <w:proofErr w:type="gramStart"/>
            <w:r w:rsidRPr="00623F12">
              <w:rPr>
                <w:b/>
                <w:color w:val="0788B0"/>
                <w:sz w:val="19"/>
                <w:lang w:val="ru-RU"/>
              </w:rPr>
              <w:t xml:space="preserve">ДОПУСК  </w:t>
            </w:r>
            <w:r w:rsidRPr="00623F12">
              <w:rPr>
                <w:sz w:val="20"/>
                <w:lang w:val="ru-RU"/>
              </w:rPr>
              <w:t>Фактические</w:t>
            </w:r>
            <w:proofErr w:type="gramEnd"/>
            <w:r w:rsidRPr="00623F12">
              <w:rPr>
                <w:sz w:val="20"/>
                <w:lang w:val="ru-RU"/>
              </w:rPr>
              <w:t xml:space="preserve"> значения могут отличаться в зависимости от установленного аккумулятора, щёток, покрытия и условий эксплуатации.</w:t>
            </w:r>
          </w:p>
        </w:tc>
      </w:tr>
    </w:tbl>
    <w:p w14:paraId="74513721" w14:textId="77777777" w:rsidR="001B335A" w:rsidRPr="00623F12" w:rsidRDefault="001B335A">
      <w:pPr>
        <w:spacing w:after="20" w:line="240" w:lineRule="auto"/>
        <w:rPr>
          <w:lang w:val="ru-RU"/>
        </w:rPr>
      </w:pPr>
    </w:p>
    <w:p w14:paraId="6ABCF3A2" w14:textId="77777777" w:rsidR="001B335A" w:rsidRPr="00623F12" w:rsidRDefault="009D2300">
      <w:pPr>
        <w:rPr>
          <w:lang w:val="ru-RU"/>
        </w:rPr>
      </w:pPr>
      <w:r w:rsidRPr="00623F12">
        <w:rPr>
          <w:lang w:val="ru-RU"/>
        </w:rPr>
        <w:br w:type="page"/>
      </w:r>
    </w:p>
    <w:p w14:paraId="6DDB776C" w14:textId="77777777" w:rsidR="001B335A" w:rsidRDefault="009D2300">
      <w:pPr>
        <w:keepNext/>
        <w:spacing w:after="40"/>
      </w:pPr>
      <w:r>
        <w:rPr>
          <w:b/>
          <w:color w:val="0788B0"/>
          <w:sz w:val="18"/>
        </w:rPr>
        <w:t>РАЗДЕЛ 05</w:t>
      </w:r>
    </w:p>
    <w:p w14:paraId="178167D1" w14:textId="77777777" w:rsidR="001B335A" w:rsidRDefault="009D2300">
      <w:pPr>
        <w:pStyle w:val="1"/>
      </w:pPr>
      <w:r>
        <w:t>Устройство машины</w:t>
      </w:r>
    </w:p>
    <w:p w14:paraId="5A7880E2" w14:textId="77777777" w:rsidR="001B335A" w:rsidRDefault="009D2300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30FDEFD5" wp14:editId="18E68CE8">
            <wp:extent cx="6108192" cy="4313517"/>
            <wp:effectExtent l="0" t="0" r="0" b="0"/>
            <wp:docPr id="5" name="Фронтальный вид машины с восемью пронумерованными элементами" descr="Фронтальный вид машины с восемью пронумерованными элемент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verview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08192" cy="4313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554A3" w14:textId="77777777" w:rsidR="001B335A" w:rsidRDefault="009D2300">
      <w:pPr>
        <w:pStyle w:val="FigureCaption"/>
        <w:keepLines/>
      </w:pPr>
      <w:r>
        <w:t>Основные элементы VELARGOS AMOP-3</w:t>
      </w:r>
    </w:p>
    <w:tbl>
      <w:tblPr>
        <w:tblW w:w="10140" w:type="dxa"/>
        <w:tblInd w:w="135" w:type="dxa"/>
        <w:tblBorders>
          <w:top w:val="single" w:sz="6" w:space="0" w:color="D5DDE2"/>
          <w:left w:val="single" w:sz="6" w:space="0" w:color="D5DDE2"/>
          <w:bottom w:val="single" w:sz="6" w:space="0" w:color="D5DDE2"/>
          <w:right w:val="single" w:sz="6" w:space="0" w:color="D5DDE2"/>
          <w:insideH w:val="single" w:sz="6" w:space="0" w:color="D5DDE2"/>
          <w:insideV w:val="single" w:sz="6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600"/>
        <w:gridCol w:w="4470"/>
        <w:gridCol w:w="600"/>
        <w:gridCol w:w="4470"/>
      </w:tblGrid>
      <w:tr w:rsidR="001B335A" w14:paraId="1C41DFCA" w14:textId="77777777">
        <w:trPr>
          <w:cantSplit/>
          <w:tblHeader/>
        </w:trPr>
        <w:tc>
          <w:tcPr>
            <w:tcW w:w="60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DBCD8B0" w14:textId="77777777" w:rsidR="001B335A" w:rsidRDefault="009D2300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№</w:t>
            </w:r>
          </w:p>
        </w:tc>
        <w:tc>
          <w:tcPr>
            <w:tcW w:w="447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0D1D23A" w14:textId="77777777" w:rsidR="001B335A" w:rsidRDefault="009D2300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Узел</w:t>
            </w:r>
          </w:p>
        </w:tc>
        <w:tc>
          <w:tcPr>
            <w:tcW w:w="60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C7A98F8" w14:textId="77777777" w:rsidR="001B335A" w:rsidRDefault="009D2300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№</w:t>
            </w:r>
          </w:p>
        </w:tc>
        <w:tc>
          <w:tcPr>
            <w:tcW w:w="447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64B27C7" w14:textId="77777777" w:rsidR="001B335A" w:rsidRDefault="009D2300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Узел</w:t>
            </w:r>
          </w:p>
        </w:tc>
      </w:tr>
      <w:tr w:rsidR="001B335A" w14:paraId="68DCB2DC" w14:textId="77777777">
        <w:trPr>
          <w:cantSplit/>
        </w:trPr>
        <w:tc>
          <w:tcPr>
            <w:tcW w:w="6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26330620" w14:textId="77777777" w:rsidR="001B335A" w:rsidRDefault="009D2300">
            <w:pPr>
              <w:spacing w:after="0" w:line="259" w:lineRule="auto"/>
            </w:pPr>
            <w:r>
              <w:rPr>
                <w:sz w:val="17"/>
              </w:rPr>
              <w:t>1</w:t>
            </w:r>
          </w:p>
        </w:tc>
        <w:tc>
          <w:tcPr>
            <w:tcW w:w="447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E7EC6E1" w14:textId="77777777" w:rsidR="001B335A" w:rsidRDefault="009D2300">
            <w:pPr>
              <w:spacing w:after="0" w:line="259" w:lineRule="auto"/>
            </w:pPr>
            <w:r>
              <w:rPr>
                <w:sz w:val="17"/>
              </w:rPr>
              <w:t xml:space="preserve">Рукоятка и </w:t>
            </w:r>
            <w:r>
              <w:rPr>
                <w:sz w:val="17"/>
              </w:rPr>
              <w:t>панель управления</w:t>
            </w:r>
          </w:p>
        </w:tc>
        <w:tc>
          <w:tcPr>
            <w:tcW w:w="6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0A063A1" w14:textId="77777777" w:rsidR="001B335A" w:rsidRDefault="009D2300">
            <w:pPr>
              <w:spacing w:after="0" w:line="259" w:lineRule="auto"/>
            </w:pPr>
            <w:r>
              <w:rPr>
                <w:sz w:val="17"/>
              </w:rPr>
              <w:t>5</w:t>
            </w:r>
          </w:p>
        </w:tc>
        <w:tc>
          <w:tcPr>
            <w:tcW w:w="447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141AF2AE" w14:textId="77777777" w:rsidR="001B335A" w:rsidRDefault="009D2300">
            <w:pPr>
              <w:spacing w:after="0" w:line="259" w:lineRule="auto"/>
            </w:pPr>
            <w:r>
              <w:rPr>
                <w:sz w:val="17"/>
              </w:rPr>
              <w:t>Передние опорные колёса</w:t>
            </w:r>
          </w:p>
        </w:tc>
      </w:tr>
      <w:tr w:rsidR="001B335A" w14:paraId="5B2F3002" w14:textId="77777777">
        <w:trPr>
          <w:cantSplit/>
        </w:trPr>
        <w:tc>
          <w:tcPr>
            <w:tcW w:w="6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5C67DDB" w14:textId="77777777" w:rsidR="001B335A" w:rsidRDefault="009D2300">
            <w:pPr>
              <w:spacing w:after="0" w:line="259" w:lineRule="auto"/>
            </w:pPr>
            <w:r>
              <w:rPr>
                <w:sz w:val="17"/>
              </w:rPr>
              <w:t>2</w:t>
            </w:r>
          </w:p>
        </w:tc>
        <w:tc>
          <w:tcPr>
            <w:tcW w:w="447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AD735E4" w14:textId="77777777" w:rsidR="001B335A" w:rsidRDefault="009D2300">
            <w:pPr>
              <w:spacing w:after="0" w:line="259" w:lineRule="auto"/>
            </w:pPr>
            <w:r>
              <w:rPr>
                <w:sz w:val="17"/>
              </w:rPr>
              <w:t>Верхний корпус / рукоятка бака</w:t>
            </w:r>
          </w:p>
        </w:tc>
        <w:tc>
          <w:tcPr>
            <w:tcW w:w="6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D3B4512" w14:textId="77777777" w:rsidR="001B335A" w:rsidRDefault="009D2300">
            <w:pPr>
              <w:spacing w:after="0" w:line="259" w:lineRule="auto"/>
            </w:pPr>
            <w:r>
              <w:rPr>
                <w:sz w:val="17"/>
              </w:rPr>
              <w:t>6</w:t>
            </w:r>
          </w:p>
        </w:tc>
        <w:tc>
          <w:tcPr>
            <w:tcW w:w="447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5D583D4" w14:textId="77777777" w:rsidR="001B335A" w:rsidRDefault="009D2300">
            <w:pPr>
              <w:spacing w:after="0" w:line="259" w:lineRule="auto"/>
            </w:pPr>
            <w:r>
              <w:rPr>
                <w:sz w:val="17"/>
              </w:rPr>
              <w:t>Две дисковые щётки</w:t>
            </w:r>
          </w:p>
        </w:tc>
      </w:tr>
      <w:tr w:rsidR="001B335A" w14:paraId="1A4F420D" w14:textId="77777777">
        <w:trPr>
          <w:cantSplit/>
        </w:trPr>
        <w:tc>
          <w:tcPr>
            <w:tcW w:w="6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C51AE52" w14:textId="77777777" w:rsidR="001B335A" w:rsidRDefault="009D2300">
            <w:pPr>
              <w:spacing w:after="0" w:line="259" w:lineRule="auto"/>
            </w:pPr>
            <w:r>
              <w:rPr>
                <w:sz w:val="17"/>
              </w:rPr>
              <w:t>3</w:t>
            </w:r>
          </w:p>
        </w:tc>
        <w:tc>
          <w:tcPr>
            <w:tcW w:w="447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2499415A" w14:textId="77777777" w:rsidR="001B335A" w:rsidRDefault="009D2300">
            <w:pPr>
              <w:spacing w:after="0" w:line="259" w:lineRule="auto"/>
            </w:pPr>
            <w:r>
              <w:rPr>
                <w:sz w:val="17"/>
              </w:rPr>
              <w:t>Бак чистой воды</w:t>
            </w:r>
          </w:p>
        </w:tc>
        <w:tc>
          <w:tcPr>
            <w:tcW w:w="6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266CF110" w14:textId="77777777" w:rsidR="001B335A" w:rsidRDefault="009D2300">
            <w:pPr>
              <w:spacing w:after="0" w:line="259" w:lineRule="auto"/>
            </w:pPr>
            <w:r>
              <w:rPr>
                <w:sz w:val="17"/>
              </w:rPr>
              <w:t>7</w:t>
            </w:r>
          </w:p>
        </w:tc>
        <w:tc>
          <w:tcPr>
            <w:tcW w:w="447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C68C4B6" w14:textId="77777777" w:rsidR="001B335A" w:rsidRDefault="009D2300">
            <w:pPr>
              <w:spacing w:after="0" w:line="259" w:lineRule="auto"/>
            </w:pPr>
            <w:r>
              <w:rPr>
                <w:sz w:val="17"/>
              </w:rPr>
              <w:t>Водосборная балка</w:t>
            </w:r>
          </w:p>
        </w:tc>
      </w:tr>
      <w:tr w:rsidR="001B335A" w14:paraId="050EF81E" w14:textId="77777777">
        <w:trPr>
          <w:cantSplit/>
        </w:trPr>
        <w:tc>
          <w:tcPr>
            <w:tcW w:w="6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DA5AE95" w14:textId="77777777" w:rsidR="001B335A" w:rsidRDefault="009D2300">
            <w:pPr>
              <w:spacing w:after="0" w:line="259" w:lineRule="auto"/>
            </w:pPr>
            <w:r>
              <w:rPr>
                <w:sz w:val="17"/>
              </w:rPr>
              <w:t>4</w:t>
            </w:r>
          </w:p>
        </w:tc>
        <w:tc>
          <w:tcPr>
            <w:tcW w:w="447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8277D5F" w14:textId="77777777" w:rsidR="001B335A" w:rsidRDefault="009D2300">
            <w:pPr>
              <w:spacing w:after="0" w:line="259" w:lineRule="auto"/>
            </w:pPr>
            <w:r>
              <w:rPr>
                <w:sz w:val="17"/>
              </w:rPr>
              <w:t>Бак грязной воды</w:t>
            </w:r>
          </w:p>
        </w:tc>
        <w:tc>
          <w:tcPr>
            <w:tcW w:w="6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E016712" w14:textId="77777777" w:rsidR="001B335A" w:rsidRDefault="009D2300">
            <w:pPr>
              <w:spacing w:after="0" w:line="259" w:lineRule="auto"/>
            </w:pPr>
            <w:r>
              <w:rPr>
                <w:sz w:val="17"/>
              </w:rPr>
              <w:t>8</w:t>
            </w:r>
          </w:p>
        </w:tc>
        <w:tc>
          <w:tcPr>
            <w:tcW w:w="447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6DC1B45" w14:textId="77777777" w:rsidR="001B335A" w:rsidRDefault="009D2300">
            <w:pPr>
              <w:spacing w:after="0" w:line="259" w:lineRule="auto"/>
            </w:pPr>
            <w:r>
              <w:rPr>
                <w:sz w:val="17"/>
              </w:rPr>
              <w:t>Фирменная маркировка VELARGOS</w:t>
            </w:r>
          </w:p>
        </w:tc>
      </w:tr>
    </w:tbl>
    <w:p w14:paraId="2A514668" w14:textId="77777777" w:rsidR="001B335A" w:rsidRDefault="009D2300">
      <w:r>
        <w:br w:type="page"/>
      </w:r>
    </w:p>
    <w:p w14:paraId="0B06BD68" w14:textId="77777777" w:rsidR="001B335A" w:rsidRDefault="009D2300">
      <w:pPr>
        <w:keepNext/>
        <w:spacing w:after="40"/>
      </w:pPr>
      <w:r>
        <w:rPr>
          <w:b/>
          <w:color w:val="0788B0"/>
          <w:sz w:val="18"/>
        </w:rPr>
        <w:t>РАЗДЕЛ 06</w:t>
      </w:r>
    </w:p>
    <w:p w14:paraId="1C9CE60C" w14:textId="77777777" w:rsidR="001B335A" w:rsidRDefault="009D2300">
      <w:pPr>
        <w:pStyle w:val="1"/>
      </w:pPr>
      <w:r>
        <w:t>Заводская схема устройства</w:t>
      </w:r>
    </w:p>
    <w:p w14:paraId="4A3214BA" w14:textId="77777777" w:rsidR="001B335A" w:rsidRDefault="009D2300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5FB8618B" wp14:editId="3F82F35A">
            <wp:extent cx="6144768" cy="3848565"/>
            <wp:effectExtent l="0" t="0" r="0" b="0"/>
            <wp:docPr id="6" name="Заводская техническая схема без иностранных подписей" descr="Заводская техническая схема без иностранных подпис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uctur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44768" cy="3848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21083" w14:textId="77777777" w:rsidR="001B335A" w:rsidRDefault="009D2300">
      <w:pPr>
        <w:pStyle w:val="FigureCaption"/>
        <w:keepLines/>
      </w:pPr>
      <w:r>
        <w:t xml:space="preserve">Нумерованная схема </w:t>
      </w:r>
      <w:r>
        <w:t>устройства AMOP-3</w:t>
      </w:r>
    </w:p>
    <w:tbl>
      <w:tblPr>
        <w:tblW w:w="10140" w:type="dxa"/>
        <w:tblInd w:w="135" w:type="dxa"/>
        <w:tblBorders>
          <w:top w:val="single" w:sz="6" w:space="0" w:color="D5DDE2"/>
          <w:left w:val="single" w:sz="6" w:space="0" w:color="D5DDE2"/>
          <w:bottom w:val="single" w:sz="6" w:space="0" w:color="D5DDE2"/>
          <w:right w:val="single" w:sz="6" w:space="0" w:color="D5DDE2"/>
          <w:insideH w:val="single" w:sz="6" w:space="0" w:color="D5DDE2"/>
          <w:insideV w:val="single" w:sz="6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600"/>
        <w:gridCol w:w="4470"/>
        <w:gridCol w:w="600"/>
        <w:gridCol w:w="4470"/>
      </w:tblGrid>
      <w:tr w:rsidR="001B335A" w14:paraId="0CE3B790" w14:textId="77777777">
        <w:trPr>
          <w:cantSplit/>
          <w:tblHeader/>
        </w:trPr>
        <w:tc>
          <w:tcPr>
            <w:tcW w:w="60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2D5075D7" w14:textId="77777777" w:rsidR="001B335A" w:rsidRDefault="009D2300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№</w:t>
            </w:r>
          </w:p>
        </w:tc>
        <w:tc>
          <w:tcPr>
            <w:tcW w:w="447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2C58383" w14:textId="77777777" w:rsidR="001B335A" w:rsidRDefault="009D2300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Узел</w:t>
            </w:r>
          </w:p>
        </w:tc>
        <w:tc>
          <w:tcPr>
            <w:tcW w:w="60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E52FA39" w14:textId="77777777" w:rsidR="001B335A" w:rsidRDefault="009D2300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№</w:t>
            </w:r>
          </w:p>
        </w:tc>
        <w:tc>
          <w:tcPr>
            <w:tcW w:w="447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0566169" w14:textId="77777777" w:rsidR="001B335A" w:rsidRDefault="009D2300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Узел</w:t>
            </w:r>
          </w:p>
        </w:tc>
      </w:tr>
      <w:tr w:rsidR="001B335A" w14:paraId="32E88A9F" w14:textId="77777777">
        <w:trPr>
          <w:cantSplit/>
        </w:trPr>
        <w:tc>
          <w:tcPr>
            <w:tcW w:w="6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1705CE8E" w14:textId="77777777" w:rsidR="001B335A" w:rsidRDefault="009D2300">
            <w:pPr>
              <w:spacing w:after="0" w:line="259" w:lineRule="auto"/>
            </w:pPr>
            <w:r>
              <w:rPr>
                <w:sz w:val="17"/>
              </w:rPr>
              <w:t>1</w:t>
            </w:r>
          </w:p>
        </w:tc>
        <w:tc>
          <w:tcPr>
            <w:tcW w:w="447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4D1EB20" w14:textId="77777777" w:rsidR="001B335A" w:rsidRDefault="009D2300">
            <w:pPr>
              <w:spacing w:after="0" w:line="259" w:lineRule="auto"/>
            </w:pPr>
            <w:r>
              <w:rPr>
                <w:sz w:val="17"/>
              </w:rPr>
              <w:t>Рукоятка / панель</w:t>
            </w:r>
          </w:p>
        </w:tc>
        <w:tc>
          <w:tcPr>
            <w:tcW w:w="6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14361B82" w14:textId="77777777" w:rsidR="001B335A" w:rsidRDefault="009D2300">
            <w:pPr>
              <w:spacing w:after="0" w:line="259" w:lineRule="auto"/>
            </w:pPr>
            <w:r>
              <w:rPr>
                <w:sz w:val="17"/>
              </w:rPr>
              <w:t>7</w:t>
            </w:r>
          </w:p>
        </w:tc>
        <w:tc>
          <w:tcPr>
            <w:tcW w:w="447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ACA032B" w14:textId="77777777" w:rsidR="001B335A" w:rsidRDefault="009D2300">
            <w:pPr>
              <w:spacing w:after="0" w:line="259" w:lineRule="auto"/>
            </w:pPr>
            <w:r>
              <w:rPr>
                <w:sz w:val="17"/>
              </w:rPr>
              <w:t>Щёточный узел</w:t>
            </w:r>
          </w:p>
        </w:tc>
      </w:tr>
      <w:tr w:rsidR="001B335A" w14:paraId="25BEB178" w14:textId="77777777">
        <w:trPr>
          <w:cantSplit/>
        </w:trPr>
        <w:tc>
          <w:tcPr>
            <w:tcW w:w="6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1E1AD54C" w14:textId="77777777" w:rsidR="001B335A" w:rsidRDefault="009D2300">
            <w:pPr>
              <w:spacing w:after="0" w:line="259" w:lineRule="auto"/>
            </w:pPr>
            <w:r>
              <w:rPr>
                <w:sz w:val="17"/>
              </w:rPr>
              <w:t>2</w:t>
            </w:r>
          </w:p>
        </w:tc>
        <w:tc>
          <w:tcPr>
            <w:tcW w:w="447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6758ECB" w14:textId="77777777" w:rsidR="001B335A" w:rsidRDefault="009D2300">
            <w:pPr>
              <w:spacing w:after="0" w:line="259" w:lineRule="auto"/>
            </w:pPr>
            <w:r>
              <w:rPr>
                <w:sz w:val="17"/>
              </w:rPr>
              <w:t>Бак чистой воды</w:t>
            </w:r>
          </w:p>
        </w:tc>
        <w:tc>
          <w:tcPr>
            <w:tcW w:w="6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6F3AE7A" w14:textId="77777777" w:rsidR="001B335A" w:rsidRDefault="009D2300">
            <w:pPr>
              <w:spacing w:after="0" w:line="259" w:lineRule="auto"/>
            </w:pPr>
            <w:r>
              <w:rPr>
                <w:sz w:val="17"/>
              </w:rPr>
              <w:t>8</w:t>
            </w:r>
          </w:p>
        </w:tc>
        <w:tc>
          <w:tcPr>
            <w:tcW w:w="447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2D796905" w14:textId="77777777" w:rsidR="001B335A" w:rsidRDefault="009D2300">
            <w:pPr>
              <w:spacing w:after="0" w:line="259" w:lineRule="auto"/>
            </w:pPr>
            <w:r>
              <w:rPr>
                <w:sz w:val="17"/>
              </w:rPr>
              <w:t>Передние опорные колёса</w:t>
            </w:r>
          </w:p>
        </w:tc>
      </w:tr>
      <w:tr w:rsidR="001B335A" w14:paraId="5AD7EE01" w14:textId="77777777">
        <w:trPr>
          <w:cantSplit/>
        </w:trPr>
        <w:tc>
          <w:tcPr>
            <w:tcW w:w="6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1FAB1B77" w14:textId="77777777" w:rsidR="001B335A" w:rsidRDefault="009D2300">
            <w:pPr>
              <w:spacing w:after="0" w:line="259" w:lineRule="auto"/>
            </w:pPr>
            <w:r>
              <w:rPr>
                <w:sz w:val="17"/>
              </w:rPr>
              <w:t>3</w:t>
            </w:r>
          </w:p>
        </w:tc>
        <w:tc>
          <w:tcPr>
            <w:tcW w:w="447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2497A07" w14:textId="77777777" w:rsidR="001B335A" w:rsidRDefault="009D2300">
            <w:pPr>
              <w:spacing w:after="0" w:line="259" w:lineRule="auto"/>
            </w:pPr>
            <w:r>
              <w:rPr>
                <w:sz w:val="17"/>
              </w:rPr>
              <w:t>Шарнир рукоятки</w:t>
            </w:r>
          </w:p>
        </w:tc>
        <w:tc>
          <w:tcPr>
            <w:tcW w:w="6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7DB1132" w14:textId="77777777" w:rsidR="001B335A" w:rsidRDefault="009D2300">
            <w:pPr>
              <w:spacing w:after="0" w:line="259" w:lineRule="auto"/>
            </w:pPr>
            <w:r>
              <w:rPr>
                <w:sz w:val="17"/>
              </w:rPr>
              <w:t>9</w:t>
            </w:r>
          </w:p>
        </w:tc>
        <w:tc>
          <w:tcPr>
            <w:tcW w:w="447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A2F7CEB" w14:textId="77777777" w:rsidR="001B335A" w:rsidRDefault="009D2300">
            <w:pPr>
              <w:spacing w:after="0" w:line="259" w:lineRule="auto"/>
            </w:pPr>
            <w:r>
              <w:rPr>
                <w:sz w:val="17"/>
              </w:rPr>
              <w:t>Ручка бака</w:t>
            </w:r>
          </w:p>
        </w:tc>
      </w:tr>
      <w:tr w:rsidR="001B335A" w14:paraId="11EE0104" w14:textId="77777777">
        <w:trPr>
          <w:cantSplit/>
        </w:trPr>
        <w:tc>
          <w:tcPr>
            <w:tcW w:w="6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28D283C4" w14:textId="77777777" w:rsidR="001B335A" w:rsidRDefault="009D2300">
            <w:pPr>
              <w:spacing w:after="0" w:line="259" w:lineRule="auto"/>
            </w:pPr>
            <w:r>
              <w:rPr>
                <w:sz w:val="17"/>
              </w:rPr>
              <w:t>4</w:t>
            </w:r>
          </w:p>
        </w:tc>
        <w:tc>
          <w:tcPr>
            <w:tcW w:w="447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2F15C328" w14:textId="77777777" w:rsidR="001B335A" w:rsidRDefault="009D2300">
            <w:pPr>
              <w:spacing w:after="0" w:line="259" w:lineRule="auto"/>
            </w:pPr>
            <w:r>
              <w:rPr>
                <w:sz w:val="17"/>
              </w:rPr>
              <w:t>Бак грязной воды</w:t>
            </w:r>
          </w:p>
        </w:tc>
        <w:tc>
          <w:tcPr>
            <w:tcW w:w="6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0EC9DE9" w14:textId="77777777" w:rsidR="001B335A" w:rsidRDefault="009D2300">
            <w:pPr>
              <w:spacing w:after="0" w:line="259" w:lineRule="auto"/>
            </w:pPr>
            <w:r>
              <w:rPr>
                <w:sz w:val="17"/>
              </w:rPr>
              <w:t>10</w:t>
            </w:r>
          </w:p>
        </w:tc>
        <w:tc>
          <w:tcPr>
            <w:tcW w:w="447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072DF51" w14:textId="77777777" w:rsidR="001B335A" w:rsidRDefault="009D2300">
            <w:pPr>
              <w:spacing w:after="0" w:line="259" w:lineRule="auto"/>
            </w:pPr>
            <w:r>
              <w:rPr>
                <w:sz w:val="17"/>
              </w:rPr>
              <w:t>Заливная горловина</w:t>
            </w:r>
          </w:p>
        </w:tc>
      </w:tr>
      <w:tr w:rsidR="001B335A" w14:paraId="73640AC8" w14:textId="77777777">
        <w:trPr>
          <w:cantSplit/>
        </w:trPr>
        <w:tc>
          <w:tcPr>
            <w:tcW w:w="6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2A9C114" w14:textId="77777777" w:rsidR="001B335A" w:rsidRDefault="009D2300">
            <w:pPr>
              <w:spacing w:after="0" w:line="259" w:lineRule="auto"/>
            </w:pPr>
            <w:r>
              <w:rPr>
                <w:sz w:val="17"/>
              </w:rPr>
              <w:t>5</w:t>
            </w:r>
          </w:p>
        </w:tc>
        <w:tc>
          <w:tcPr>
            <w:tcW w:w="447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561192B" w14:textId="77777777" w:rsidR="001B335A" w:rsidRDefault="009D2300">
            <w:pPr>
              <w:spacing w:after="0" w:line="259" w:lineRule="auto"/>
            </w:pPr>
            <w:r>
              <w:rPr>
                <w:sz w:val="17"/>
              </w:rPr>
              <w:t>Вакуумный шланг</w:t>
            </w:r>
          </w:p>
        </w:tc>
        <w:tc>
          <w:tcPr>
            <w:tcW w:w="6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290F7F08" w14:textId="77777777" w:rsidR="001B335A" w:rsidRDefault="009D2300">
            <w:pPr>
              <w:spacing w:after="0" w:line="259" w:lineRule="auto"/>
            </w:pPr>
            <w:r>
              <w:rPr>
                <w:sz w:val="17"/>
              </w:rPr>
              <w:t>11</w:t>
            </w:r>
          </w:p>
        </w:tc>
        <w:tc>
          <w:tcPr>
            <w:tcW w:w="447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2892BD9" w14:textId="77777777" w:rsidR="001B335A" w:rsidRDefault="009D2300">
            <w:pPr>
              <w:spacing w:after="0" w:line="259" w:lineRule="auto"/>
            </w:pPr>
            <w:r>
              <w:rPr>
                <w:sz w:val="17"/>
              </w:rPr>
              <w:t>Водосборная балка</w:t>
            </w:r>
          </w:p>
        </w:tc>
      </w:tr>
      <w:tr w:rsidR="001B335A" w14:paraId="37542A12" w14:textId="77777777">
        <w:trPr>
          <w:cantSplit/>
        </w:trPr>
        <w:tc>
          <w:tcPr>
            <w:tcW w:w="6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FFE8A86" w14:textId="77777777" w:rsidR="001B335A" w:rsidRDefault="009D2300">
            <w:pPr>
              <w:spacing w:after="0" w:line="259" w:lineRule="auto"/>
            </w:pPr>
            <w:r>
              <w:rPr>
                <w:sz w:val="17"/>
              </w:rPr>
              <w:t>6</w:t>
            </w:r>
          </w:p>
        </w:tc>
        <w:tc>
          <w:tcPr>
            <w:tcW w:w="447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31517DD" w14:textId="77777777" w:rsidR="001B335A" w:rsidRDefault="009D2300">
            <w:pPr>
              <w:spacing w:after="0" w:line="259" w:lineRule="auto"/>
            </w:pPr>
            <w:r>
              <w:rPr>
                <w:sz w:val="17"/>
              </w:rPr>
              <w:t>Вакуумный узел</w:t>
            </w:r>
          </w:p>
        </w:tc>
        <w:tc>
          <w:tcPr>
            <w:tcW w:w="6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1B414351" w14:textId="77777777" w:rsidR="001B335A" w:rsidRDefault="009D2300">
            <w:pPr>
              <w:spacing w:after="0" w:line="259" w:lineRule="auto"/>
            </w:pPr>
            <w:r>
              <w:rPr>
                <w:sz w:val="17"/>
              </w:rPr>
              <w:t>12</w:t>
            </w:r>
          </w:p>
        </w:tc>
        <w:tc>
          <w:tcPr>
            <w:tcW w:w="447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1C03F96" w14:textId="77777777" w:rsidR="001B335A" w:rsidRDefault="009D2300">
            <w:pPr>
              <w:spacing w:after="0" w:line="259" w:lineRule="auto"/>
            </w:pPr>
            <w:r>
              <w:rPr>
                <w:sz w:val="17"/>
              </w:rPr>
              <w:t>Дисковые щётки</w:t>
            </w:r>
          </w:p>
        </w:tc>
      </w:tr>
      <w:tr w:rsidR="001B335A" w14:paraId="268988F7" w14:textId="77777777">
        <w:tblPrEx>
          <w:tblBorders>
            <w:top w:val="single" w:sz="9" w:space="0" w:color="0788B0"/>
            <w:left w:val="single" w:sz="9" w:space="0" w:color="0788B0"/>
            <w:bottom w:val="single" w:sz="9" w:space="0" w:color="0788B0"/>
            <w:right w:val="single" w:sz="9" w:space="0" w:color="0788B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4"/>
            <w:shd w:val="clear" w:color="auto" w:fill="EAF7FA"/>
            <w:tcMar>
              <w:top w:w="125" w:type="dxa"/>
              <w:left w:w="175" w:type="dxa"/>
              <w:bottom w:w="125" w:type="dxa"/>
              <w:right w:w="175" w:type="dxa"/>
            </w:tcMar>
          </w:tcPr>
          <w:p w14:paraId="32DEC071" w14:textId="77777777" w:rsidR="001B335A" w:rsidRDefault="009D2300">
            <w:pPr>
              <w:spacing w:after="0"/>
            </w:pPr>
            <w:proofErr w:type="gramStart"/>
            <w:r w:rsidRPr="00623F12">
              <w:rPr>
                <w:b/>
                <w:color w:val="0788B0"/>
                <w:sz w:val="19"/>
                <w:lang w:val="ru-RU"/>
              </w:rPr>
              <w:t xml:space="preserve">ПРИМЕЧАНИЕ  </w:t>
            </w:r>
            <w:r w:rsidRPr="00623F12">
              <w:rPr>
                <w:sz w:val="20"/>
                <w:lang w:val="ru-RU"/>
              </w:rPr>
              <w:t>Нумерация</w:t>
            </w:r>
            <w:proofErr w:type="gramEnd"/>
            <w:r w:rsidRPr="00623F12">
              <w:rPr>
                <w:sz w:val="20"/>
                <w:lang w:val="ru-RU"/>
              </w:rPr>
              <w:t xml:space="preserve"> служит для ориентации при осмотре и обслуживании. </w:t>
            </w:r>
            <w:proofErr w:type="spellStart"/>
            <w:r>
              <w:rPr>
                <w:sz w:val="20"/>
              </w:rPr>
              <w:t>Каталожные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номера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запасных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частей</w:t>
            </w:r>
            <w:proofErr w:type="spellEnd"/>
            <w:r>
              <w:rPr>
                <w:sz w:val="20"/>
              </w:rPr>
              <w:t xml:space="preserve"> уточняйте по серийному номеру машины.</w:t>
            </w:r>
          </w:p>
        </w:tc>
      </w:tr>
    </w:tbl>
    <w:p w14:paraId="05584460" w14:textId="77777777" w:rsidR="001B335A" w:rsidRDefault="001B335A">
      <w:pPr>
        <w:spacing w:after="20" w:line="240" w:lineRule="auto"/>
      </w:pPr>
    </w:p>
    <w:p w14:paraId="2643C5C8" w14:textId="77777777" w:rsidR="001B335A" w:rsidRDefault="009D2300">
      <w:r>
        <w:br w:type="page"/>
      </w:r>
    </w:p>
    <w:p w14:paraId="11075842" w14:textId="77777777" w:rsidR="001B335A" w:rsidRDefault="009D2300">
      <w:pPr>
        <w:keepNext/>
        <w:spacing w:after="40"/>
      </w:pPr>
      <w:r>
        <w:rPr>
          <w:b/>
          <w:color w:val="0788B0"/>
          <w:sz w:val="18"/>
        </w:rPr>
        <w:t>РАЗДЕЛ 07</w:t>
      </w:r>
    </w:p>
    <w:p w14:paraId="61D1A435" w14:textId="77777777" w:rsidR="001B335A" w:rsidRDefault="009D2300">
      <w:pPr>
        <w:pStyle w:val="1"/>
      </w:pPr>
      <w:r>
        <w:t>Панель управления</w:t>
      </w:r>
    </w:p>
    <w:p w14:paraId="429562FD" w14:textId="77777777" w:rsidR="001B335A" w:rsidRDefault="009D2300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1DBEA614" wp14:editId="35F613B3">
            <wp:extent cx="5166360" cy="3045433"/>
            <wp:effectExtent l="0" t="0" r="0" b="0"/>
            <wp:docPr id="7" name="Фотография панели управления с цветным индикатором заряда" descr="Фотография панели управления с цветным индикатором заря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trols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66360" cy="3045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0366AA" w14:textId="77777777" w:rsidR="001B335A" w:rsidRDefault="009D2300">
      <w:pPr>
        <w:pStyle w:val="FigureCaption"/>
        <w:keepLines/>
      </w:pPr>
      <w:r>
        <w:t>Панель управления AMOP-3</w:t>
      </w:r>
    </w:p>
    <w:tbl>
      <w:tblPr>
        <w:tblW w:w="10140" w:type="dxa"/>
        <w:tblInd w:w="135" w:type="dxa"/>
        <w:tblBorders>
          <w:top w:val="single" w:sz="6" w:space="0" w:color="D5DDE2"/>
          <w:left w:val="single" w:sz="6" w:space="0" w:color="D5DDE2"/>
          <w:bottom w:val="single" w:sz="6" w:space="0" w:color="D5DDE2"/>
          <w:right w:val="single" w:sz="6" w:space="0" w:color="D5DDE2"/>
          <w:insideH w:val="single" w:sz="6" w:space="0" w:color="D5DDE2"/>
          <w:insideV w:val="single" w:sz="6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3100"/>
        <w:gridCol w:w="7040"/>
      </w:tblGrid>
      <w:tr w:rsidR="001B335A" w14:paraId="1D38385A" w14:textId="77777777">
        <w:trPr>
          <w:cantSplit/>
          <w:tblHeader/>
        </w:trPr>
        <w:tc>
          <w:tcPr>
            <w:tcW w:w="310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5867108" w14:textId="77777777" w:rsidR="001B335A" w:rsidRDefault="009D2300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Элемент</w:t>
            </w:r>
          </w:p>
        </w:tc>
        <w:tc>
          <w:tcPr>
            <w:tcW w:w="704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1AB21B1" w14:textId="77777777" w:rsidR="001B335A" w:rsidRDefault="009D2300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Назначение</w:t>
            </w:r>
          </w:p>
        </w:tc>
      </w:tr>
      <w:tr w:rsidR="001B335A" w14:paraId="15CBD20B" w14:textId="77777777">
        <w:trPr>
          <w:cantSplit/>
        </w:trPr>
        <w:tc>
          <w:tcPr>
            <w:tcW w:w="31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10D69F41" w14:textId="77777777" w:rsidR="001B335A" w:rsidRDefault="009D2300">
            <w:pPr>
              <w:spacing w:after="0" w:line="259" w:lineRule="auto"/>
            </w:pPr>
            <w:r>
              <w:rPr>
                <w:sz w:val="18"/>
              </w:rPr>
              <w:t>Питание</w:t>
            </w:r>
          </w:p>
        </w:tc>
        <w:tc>
          <w:tcPr>
            <w:tcW w:w="704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14A840D4" w14:textId="77777777" w:rsidR="001B335A" w:rsidRDefault="009D2300">
            <w:pPr>
              <w:spacing w:after="0" w:line="259" w:lineRule="auto"/>
            </w:pPr>
            <w:r>
              <w:rPr>
                <w:sz w:val="18"/>
              </w:rPr>
              <w:t>Включение и выключение машины</w:t>
            </w:r>
          </w:p>
        </w:tc>
      </w:tr>
      <w:tr w:rsidR="001B335A" w14:paraId="47CB1B34" w14:textId="77777777">
        <w:trPr>
          <w:cantSplit/>
        </w:trPr>
        <w:tc>
          <w:tcPr>
            <w:tcW w:w="31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745BF58" w14:textId="77777777" w:rsidR="001B335A" w:rsidRDefault="009D2300">
            <w:pPr>
              <w:spacing w:after="0" w:line="259" w:lineRule="auto"/>
            </w:pPr>
            <w:r>
              <w:rPr>
                <w:sz w:val="18"/>
              </w:rPr>
              <w:t>Капля</w:t>
            </w:r>
          </w:p>
        </w:tc>
        <w:tc>
          <w:tcPr>
            <w:tcW w:w="704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9CA7A85" w14:textId="77777777" w:rsidR="001B335A" w:rsidRDefault="009D2300">
            <w:pPr>
              <w:spacing w:after="0" w:line="259" w:lineRule="auto"/>
            </w:pPr>
            <w:r>
              <w:rPr>
                <w:sz w:val="18"/>
              </w:rPr>
              <w:t>Подача моющего раствора</w:t>
            </w:r>
          </w:p>
        </w:tc>
      </w:tr>
      <w:tr w:rsidR="001B335A" w14:paraId="06B86139" w14:textId="77777777">
        <w:trPr>
          <w:cantSplit/>
        </w:trPr>
        <w:tc>
          <w:tcPr>
            <w:tcW w:w="31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5DF8064" w14:textId="77777777" w:rsidR="001B335A" w:rsidRDefault="009D2300">
            <w:pPr>
              <w:spacing w:after="0" w:line="259" w:lineRule="auto"/>
            </w:pPr>
            <w:r>
              <w:rPr>
                <w:sz w:val="18"/>
              </w:rPr>
              <w:t>Вентилятор</w:t>
            </w:r>
          </w:p>
        </w:tc>
        <w:tc>
          <w:tcPr>
            <w:tcW w:w="704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A4D68BF" w14:textId="77777777" w:rsidR="001B335A" w:rsidRDefault="009D2300">
            <w:pPr>
              <w:spacing w:after="0" w:line="259" w:lineRule="auto"/>
            </w:pPr>
            <w:r>
              <w:rPr>
                <w:sz w:val="18"/>
              </w:rPr>
              <w:t>Вакуумный двигатель</w:t>
            </w:r>
          </w:p>
        </w:tc>
      </w:tr>
      <w:tr w:rsidR="001B335A" w14:paraId="42606C19" w14:textId="77777777">
        <w:trPr>
          <w:cantSplit/>
        </w:trPr>
        <w:tc>
          <w:tcPr>
            <w:tcW w:w="31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A7688AB" w14:textId="77777777" w:rsidR="001B335A" w:rsidRDefault="009D2300">
            <w:pPr>
              <w:spacing w:after="0" w:line="259" w:lineRule="auto"/>
            </w:pPr>
            <w:r>
              <w:rPr>
                <w:sz w:val="18"/>
              </w:rPr>
              <w:t>Щётка</w:t>
            </w:r>
          </w:p>
        </w:tc>
        <w:tc>
          <w:tcPr>
            <w:tcW w:w="704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065F477" w14:textId="77777777" w:rsidR="001B335A" w:rsidRDefault="009D2300">
            <w:pPr>
              <w:spacing w:after="0" w:line="259" w:lineRule="auto"/>
            </w:pPr>
            <w:r>
              <w:rPr>
                <w:sz w:val="18"/>
              </w:rPr>
              <w:t>Вращение дисковых щёток</w:t>
            </w:r>
          </w:p>
        </w:tc>
      </w:tr>
      <w:tr w:rsidR="001B335A" w14:paraId="005B8EAE" w14:textId="77777777">
        <w:trPr>
          <w:cantSplit/>
        </w:trPr>
        <w:tc>
          <w:tcPr>
            <w:tcW w:w="31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81FC005" w14:textId="77777777" w:rsidR="001B335A" w:rsidRDefault="009D2300">
            <w:pPr>
              <w:spacing w:after="0" w:line="259" w:lineRule="auto"/>
            </w:pPr>
            <w:r>
              <w:rPr>
                <w:sz w:val="18"/>
              </w:rPr>
              <w:t>−</w:t>
            </w:r>
            <w:r>
              <w:rPr>
                <w:sz w:val="18"/>
              </w:rPr>
              <w:t xml:space="preserve"> / +</w:t>
            </w:r>
          </w:p>
        </w:tc>
        <w:tc>
          <w:tcPr>
            <w:tcW w:w="704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516377D" w14:textId="77777777" w:rsidR="001B335A" w:rsidRDefault="009D2300">
            <w:pPr>
              <w:spacing w:after="0" w:line="259" w:lineRule="auto"/>
            </w:pPr>
            <w:r>
              <w:rPr>
                <w:sz w:val="18"/>
              </w:rPr>
              <w:t>Плавная регулировка скорости щёток</w:t>
            </w:r>
          </w:p>
        </w:tc>
      </w:tr>
      <w:tr w:rsidR="001B335A" w14:paraId="002686FC" w14:textId="77777777">
        <w:trPr>
          <w:cantSplit/>
        </w:trPr>
        <w:tc>
          <w:tcPr>
            <w:tcW w:w="31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37D5BA3" w14:textId="77777777" w:rsidR="001B335A" w:rsidRDefault="009D2300">
            <w:pPr>
              <w:spacing w:after="0" w:line="259" w:lineRule="auto"/>
            </w:pPr>
            <w:r>
              <w:rPr>
                <w:sz w:val="18"/>
              </w:rPr>
              <w:t>Цветная шкала</w:t>
            </w:r>
          </w:p>
        </w:tc>
        <w:tc>
          <w:tcPr>
            <w:tcW w:w="704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B315F6D" w14:textId="77777777" w:rsidR="001B335A" w:rsidRDefault="009D2300">
            <w:pPr>
              <w:spacing w:after="0" w:line="259" w:lineRule="auto"/>
            </w:pPr>
            <w:r>
              <w:rPr>
                <w:sz w:val="18"/>
              </w:rPr>
              <w:t>Текущий уровень заряда аккумулятора</w:t>
            </w:r>
          </w:p>
        </w:tc>
      </w:tr>
      <w:tr w:rsidR="001B335A" w14:paraId="7FFB6E39" w14:textId="77777777">
        <w:tblPrEx>
          <w:tblBorders>
            <w:top w:val="single" w:sz="9" w:space="0" w:color="18845A"/>
            <w:left w:val="single" w:sz="9" w:space="0" w:color="18845A"/>
            <w:bottom w:val="single" w:sz="9" w:space="0" w:color="18845A"/>
            <w:right w:val="single" w:sz="9" w:space="0" w:color="18845A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2"/>
            <w:shd w:val="clear" w:color="auto" w:fill="EAF7F1"/>
            <w:tcMar>
              <w:top w:w="125" w:type="dxa"/>
              <w:left w:w="175" w:type="dxa"/>
              <w:bottom w:w="125" w:type="dxa"/>
              <w:right w:w="175" w:type="dxa"/>
            </w:tcMar>
          </w:tcPr>
          <w:p w14:paraId="61150F5E" w14:textId="77777777" w:rsidR="001B335A" w:rsidRDefault="009D2300">
            <w:pPr>
              <w:spacing w:after="0"/>
            </w:pPr>
            <w:proofErr w:type="gramStart"/>
            <w:r w:rsidRPr="00623F12">
              <w:rPr>
                <w:b/>
                <w:color w:val="18845A"/>
                <w:sz w:val="19"/>
                <w:lang w:val="ru-RU"/>
              </w:rPr>
              <w:t xml:space="preserve">ПОСЛЕДОВАТЕЛЬНОСТЬ  </w:t>
            </w:r>
            <w:r w:rsidRPr="00623F12">
              <w:rPr>
                <w:sz w:val="20"/>
                <w:lang w:val="ru-RU"/>
              </w:rPr>
              <w:t>Сначала</w:t>
            </w:r>
            <w:proofErr w:type="gramEnd"/>
            <w:r w:rsidRPr="00623F12">
              <w:rPr>
                <w:sz w:val="20"/>
                <w:lang w:val="ru-RU"/>
              </w:rPr>
              <w:t xml:space="preserve"> включите питание, затем воду, щётки и вакуум. </w:t>
            </w:r>
            <w:proofErr w:type="spellStart"/>
            <w:r>
              <w:rPr>
                <w:sz w:val="20"/>
              </w:rPr>
              <w:t>После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уборки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отключайте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функции</w:t>
            </w:r>
            <w:proofErr w:type="spellEnd"/>
            <w:r>
              <w:rPr>
                <w:sz w:val="20"/>
              </w:rPr>
              <w:t xml:space="preserve"> в обратном порядке.</w:t>
            </w:r>
          </w:p>
        </w:tc>
      </w:tr>
    </w:tbl>
    <w:p w14:paraId="6BC09091" w14:textId="77777777" w:rsidR="001B335A" w:rsidRDefault="001B335A">
      <w:pPr>
        <w:spacing w:after="20" w:line="240" w:lineRule="auto"/>
      </w:pPr>
    </w:p>
    <w:p w14:paraId="55770149" w14:textId="77777777" w:rsidR="001B335A" w:rsidRDefault="009D2300">
      <w:r>
        <w:br w:type="page"/>
      </w:r>
    </w:p>
    <w:p w14:paraId="51793C0A" w14:textId="77777777" w:rsidR="001B335A" w:rsidRDefault="009D2300">
      <w:pPr>
        <w:keepNext/>
        <w:spacing w:after="40"/>
      </w:pPr>
      <w:r>
        <w:rPr>
          <w:b/>
          <w:color w:val="0788B0"/>
          <w:sz w:val="18"/>
        </w:rPr>
        <w:t>РАЗДЕЛ 08</w:t>
      </w:r>
    </w:p>
    <w:p w14:paraId="33012267" w14:textId="77777777" w:rsidR="001B335A" w:rsidRDefault="009D2300">
      <w:pPr>
        <w:pStyle w:val="1"/>
      </w:pPr>
      <w:r>
        <w:t>Подготовка к работе</w:t>
      </w:r>
    </w:p>
    <w:p w14:paraId="4D9189EE" w14:textId="77777777" w:rsidR="001B335A" w:rsidRDefault="009D2300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3C5E89FA" wp14:editId="11E00E65">
            <wp:extent cx="1874519" cy="4966759"/>
            <wp:effectExtent l="0" t="0" r="0" b="0"/>
            <wp:docPr id="8" name="Боковой вид сложенной мини-поломоечной машины" descr="Боковой вид сложенной мини-поломоечной маши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de_right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74519" cy="4966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65585C" w14:textId="77777777" w:rsidR="001B335A" w:rsidRDefault="009D2300">
      <w:pPr>
        <w:pStyle w:val="FigureCaption"/>
        <w:keepLines/>
      </w:pPr>
      <w:r>
        <w:t>AMOP-3 в вертикальном парковочном положении</w:t>
      </w:r>
    </w:p>
    <w:p w14:paraId="41FBA6A6" w14:textId="77777777" w:rsidR="001B335A" w:rsidRPr="00623F12" w:rsidRDefault="009D230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623F12">
        <w:rPr>
          <w:sz w:val="18"/>
          <w:lang w:val="ru-RU"/>
        </w:rPr>
        <w:t xml:space="preserve">Установите машину вертикально на ровной </w:t>
      </w:r>
      <w:r w:rsidRPr="00623F12">
        <w:rPr>
          <w:sz w:val="18"/>
          <w:lang w:val="ru-RU"/>
        </w:rPr>
        <w:t>устойчивой поверхности и выключите питание.</w:t>
      </w:r>
    </w:p>
    <w:p w14:paraId="6E35175A" w14:textId="77777777" w:rsidR="001B335A" w:rsidRPr="00623F12" w:rsidRDefault="009D230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623F12">
        <w:rPr>
          <w:sz w:val="18"/>
          <w:lang w:val="ru-RU"/>
        </w:rPr>
        <w:t>Осмотрите корпус, кабели, шланги, баки, водосборную балку и щёточный узел.</w:t>
      </w:r>
    </w:p>
    <w:p w14:paraId="05CDCADD" w14:textId="77777777" w:rsidR="001B335A" w:rsidRPr="00623F12" w:rsidRDefault="009D230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623F12">
        <w:rPr>
          <w:sz w:val="18"/>
          <w:lang w:val="ru-RU"/>
        </w:rPr>
        <w:t>Проверьте правильность установки двух щёток и отсутствие намотанных нитей или плёнки.</w:t>
      </w:r>
    </w:p>
    <w:p w14:paraId="42EC3ACE" w14:textId="77777777" w:rsidR="001B335A" w:rsidRPr="00623F12" w:rsidRDefault="009D230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623F12">
        <w:rPr>
          <w:sz w:val="18"/>
          <w:lang w:val="ru-RU"/>
        </w:rPr>
        <w:t>Убедитесь, что баки пусты или установлены без перек</w:t>
      </w:r>
      <w:r w:rsidRPr="00623F12">
        <w:rPr>
          <w:sz w:val="18"/>
          <w:lang w:val="ru-RU"/>
        </w:rPr>
        <w:t>оса, а крышки и пробки закрыты.</w:t>
      </w:r>
    </w:p>
    <w:p w14:paraId="7B98C55A" w14:textId="77777777" w:rsidR="001B335A" w:rsidRPr="00623F12" w:rsidRDefault="009D230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623F12">
        <w:rPr>
          <w:sz w:val="18"/>
          <w:lang w:val="ru-RU"/>
        </w:rPr>
        <w:t>Проверьте заряд аккумулятора и отсутствие подключённого зарядного устройства.</w:t>
      </w:r>
    </w:p>
    <w:p w14:paraId="2ED809B4" w14:textId="77777777" w:rsidR="001B335A" w:rsidRPr="00623F12" w:rsidRDefault="009D230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623F12">
        <w:rPr>
          <w:sz w:val="18"/>
          <w:lang w:val="ru-RU"/>
        </w:rPr>
        <w:t>Отрегулируйте рукоятку под рост оператора, сохраняя устойчивое положение машины.</w:t>
      </w:r>
    </w:p>
    <w:tbl>
      <w:tblPr>
        <w:tblW w:w="10140" w:type="dxa"/>
        <w:tblInd w:w="175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1B335A" w14:paraId="5CEFFA74" w14:textId="77777777">
        <w:trPr>
          <w:cantSplit/>
          <w:tblHeader/>
        </w:trPr>
        <w:tc>
          <w:tcPr>
            <w:tcW w:w="10140" w:type="dxa"/>
            <w:shd w:val="clear" w:color="auto" w:fill="EAF7FA"/>
            <w:tcMar>
              <w:top w:w="125" w:type="dxa"/>
              <w:left w:w="175" w:type="dxa"/>
              <w:bottom w:w="125" w:type="dxa"/>
              <w:right w:w="175" w:type="dxa"/>
            </w:tcMar>
          </w:tcPr>
          <w:p w14:paraId="30F9098C" w14:textId="77777777" w:rsidR="001B335A" w:rsidRDefault="009D2300">
            <w:pPr>
              <w:spacing w:after="0"/>
            </w:pPr>
            <w:proofErr w:type="gramStart"/>
            <w:r w:rsidRPr="00623F12">
              <w:rPr>
                <w:b/>
                <w:color w:val="0788B0"/>
                <w:sz w:val="19"/>
                <w:lang w:val="ru-RU"/>
              </w:rPr>
              <w:t xml:space="preserve">ПАРКОВКА  </w:t>
            </w:r>
            <w:r w:rsidRPr="00623F12">
              <w:rPr>
                <w:sz w:val="20"/>
                <w:lang w:val="ru-RU"/>
              </w:rPr>
              <w:t>Вертикальное</w:t>
            </w:r>
            <w:proofErr w:type="gramEnd"/>
            <w:r w:rsidRPr="00623F12">
              <w:rPr>
                <w:sz w:val="20"/>
                <w:lang w:val="ru-RU"/>
              </w:rPr>
              <w:t xml:space="preserve"> положение используйте для хранения, заправ</w:t>
            </w:r>
            <w:r w:rsidRPr="00623F12">
              <w:rPr>
                <w:sz w:val="20"/>
                <w:lang w:val="ru-RU"/>
              </w:rPr>
              <w:t xml:space="preserve">ки и обслуживания. </w:t>
            </w:r>
            <w:proofErr w:type="spellStart"/>
            <w:r>
              <w:rPr>
                <w:sz w:val="20"/>
              </w:rPr>
              <w:t>Не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оставляйте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заполненную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машину</w:t>
            </w:r>
            <w:proofErr w:type="spellEnd"/>
            <w:r>
              <w:rPr>
                <w:sz w:val="20"/>
              </w:rPr>
              <w:t xml:space="preserve"> без присмотра.</w:t>
            </w:r>
          </w:p>
        </w:tc>
      </w:tr>
    </w:tbl>
    <w:p w14:paraId="7D680FA0" w14:textId="77777777" w:rsidR="001B335A" w:rsidRDefault="001B335A">
      <w:pPr>
        <w:spacing w:after="20" w:line="240" w:lineRule="auto"/>
      </w:pPr>
    </w:p>
    <w:p w14:paraId="1C2C6503" w14:textId="77777777" w:rsidR="001B335A" w:rsidRDefault="009D2300">
      <w:r>
        <w:br w:type="page"/>
      </w:r>
    </w:p>
    <w:p w14:paraId="6E2BEF8A" w14:textId="77777777" w:rsidR="001B335A" w:rsidRDefault="009D2300">
      <w:pPr>
        <w:keepNext/>
        <w:spacing w:after="40"/>
      </w:pPr>
      <w:r>
        <w:rPr>
          <w:b/>
          <w:color w:val="0788B0"/>
          <w:sz w:val="18"/>
        </w:rPr>
        <w:t>РАЗДЕЛ 09</w:t>
      </w:r>
    </w:p>
    <w:p w14:paraId="26917DF7" w14:textId="77777777" w:rsidR="001B335A" w:rsidRDefault="009D2300">
      <w:pPr>
        <w:pStyle w:val="1"/>
      </w:pPr>
      <w:r>
        <w:t>Заправка чистой водой</w:t>
      </w:r>
    </w:p>
    <w:p w14:paraId="369A37E2" w14:textId="77777777" w:rsidR="001B335A" w:rsidRDefault="009D2300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5B94F29C" wp14:editId="7C2C342B">
            <wp:extent cx="2011680" cy="4320238"/>
            <wp:effectExtent l="0" t="0" r="0" b="0"/>
            <wp:docPr id="9" name="Фронтальный вид фирменной машины VELARGOS" descr="Фронтальный вид фирменной машины VELARG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ver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4320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5EBA0F" w14:textId="77777777" w:rsidR="001B335A" w:rsidRPr="00623F12" w:rsidRDefault="009D2300">
      <w:pPr>
        <w:pStyle w:val="FigureCaption"/>
        <w:keepLines/>
        <w:rPr>
          <w:lang w:val="ru-RU"/>
        </w:rPr>
      </w:pPr>
      <w:r w:rsidRPr="00623F12">
        <w:rPr>
          <w:lang w:val="ru-RU"/>
        </w:rPr>
        <w:t xml:space="preserve">Передняя часть </w:t>
      </w:r>
      <w:r>
        <w:t>AMOP</w:t>
      </w:r>
      <w:r w:rsidRPr="00623F12">
        <w:rPr>
          <w:lang w:val="ru-RU"/>
        </w:rPr>
        <w:t>-3 с баком чистой воды</w:t>
      </w:r>
    </w:p>
    <w:p w14:paraId="2E14ACF0" w14:textId="77777777" w:rsidR="001B335A" w:rsidRPr="00623F12" w:rsidRDefault="009D230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623F12">
        <w:rPr>
          <w:sz w:val="19"/>
          <w:lang w:val="ru-RU"/>
        </w:rPr>
        <w:t>Выключите машину и установите её вертикально.</w:t>
      </w:r>
    </w:p>
    <w:p w14:paraId="6A3B44B5" w14:textId="77777777" w:rsidR="001B335A" w:rsidRPr="00623F12" w:rsidRDefault="009D230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623F12">
        <w:rPr>
          <w:sz w:val="19"/>
          <w:lang w:val="ru-RU"/>
        </w:rPr>
        <w:t>Откройте заливную горловину бака чистой воды.</w:t>
      </w:r>
    </w:p>
    <w:p w14:paraId="7EC7C591" w14:textId="77777777" w:rsidR="001B335A" w:rsidRPr="00623F12" w:rsidRDefault="009D230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623F12">
        <w:rPr>
          <w:sz w:val="19"/>
          <w:lang w:val="ru-RU"/>
        </w:rPr>
        <w:t xml:space="preserve">Залейте не </w:t>
      </w:r>
      <w:r w:rsidRPr="00623F12">
        <w:rPr>
          <w:sz w:val="19"/>
          <w:lang w:val="ru-RU"/>
        </w:rPr>
        <w:t>более 4 л чистой воды температурой до 45 °</w:t>
      </w:r>
      <w:r>
        <w:rPr>
          <w:sz w:val="19"/>
        </w:rPr>
        <w:t>C</w:t>
      </w:r>
      <w:r w:rsidRPr="00623F12">
        <w:rPr>
          <w:sz w:val="19"/>
          <w:lang w:val="ru-RU"/>
        </w:rPr>
        <w:t>.</w:t>
      </w:r>
    </w:p>
    <w:p w14:paraId="50F34881" w14:textId="77777777" w:rsidR="001B335A" w:rsidRPr="00623F12" w:rsidRDefault="009D230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623F12">
        <w:rPr>
          <w:sz w:val="19"/>
          <w:lang w:val="ru-RU"/>
        </w:rPr>
        <w:t xml:space="preserve">При необходимости добавьте только </w:t>
      </w:r>
      <w:proofErr w:type="spellStart"/>
      <w:r w:rsidRPr="00623F12">
        <w:rPr>
          <w:sz w:val="19"/>
          <w:lang w:val="ru-RU"/>
        </w:rPr>
        <w:t>малопенящееся</w:t>
      </w:r>
      <w:proofErr w:type="spellEnd"/>
      <w:r w:rsidRPr="00623F12">
        <w:rPr>
          <w:sz w:val="19"/>
          <w:lang w:val="ru-RU"/>
        </w:rPr>
        <w:t xml:space="preserve"> средство для поломоечных машин, соблюдая дозировку производителя.</w:t>
      </w:r>
    </w:p>
    <w:p w14:paraId="20316E62" w14:textId="77777777" w:rsidR="001B335A" w:rsidRPr="00623F12" w:rsidRDefault="009D230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623F12">
        <w:rPr>
          <w:sz w:val="19"/>
          <w:lang w:val="ru-RU"/>
        </w:rPr>
        <w:t>Закройте горловину, удалите пролитую жидкость и проверьте отсутствие течи.</w:t>
      </w:r>
    </w:p>
    <w:p w14:paraId="23646033" w14:textId="77777777" w:rsidR="001B335A" w:rsidRDefault="009D2300">
      <w:pPr>
        <w:pStyle w:val="2"/>
      </w:pPr>
      <w:proofErr w:type="spellStart"/>
      <w:r>
        <w:t>Требования</w:t>
      </w:r>
      <w:proofErr w:type="spellEnd"/>
      <w:r>
        <w:t xml:space="preserve"> к </w:t>
      </w:r>
      <w:proofErr w:type="spellStart"/>
      <w:r>
        <w:t>раствору</w:t>
      </w:r>
      <w:proofErr w:type="spellEnd"/>
    </w:p>
    <w:p w14:paraId="5CCB39A6" w14:textId="77777777" w:rsidR="001B335A" w:rsidRDefault="009D2300">
      <w:pPr>
        <w:numPr>
          <w:ilvl w:val="0"/>
          <w:numId w:val="1"/>
        </w:numPr>
        <w:spacing w:after="60" w:line="276" w:lineRule="auto"/>
      </w:pPr>
      <w:r>
        <w:rPr>
          <w:sz w:val="19"/>
        </w:rPr>
        <w:t>допустимый диапазон pH: 3–11;</w:t>
      </w:r>
    </w:p>
    <w:p w14:paraId="7B6F8D30" w14:textId="77777777" w:rsidR="001B335A" w:rsidRPr="00623F12" w:rsidRDefault="009D230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623F12">
        <w:rPr>
          <w:sz w:val="19"/>
          <w:lang w:val="ru-RU"/>
        </w:rPr>
        <w:t>не смешивайте разные химические средства;</w:t>
      </w:r>
    </w:p>
    <w:p w14:paraId="01885C42" w14:textId="77777777" w:rsidR="001B335A" w:rsidRPr="00623F12" w:rsidRDefault="009D230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623F12">
        <w:rPr>
          <w:sz w:val="19"/>
          <w:lang w:val="ru-RU"/>
        </w:rPr>
        <w:t>не используйте растворители, топливо, хлорсодержащие концентраты без подтверждённой совместимости.</w:t>
      </w:r>
    </w:p>
    <w:tbl>
      <w:tblPr>
        <w:tblW w:w="10140" w:type="dxa"/>
        <w:tblInd w:w="175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1B335A" w:rsidRPr="00623F12" w14:paraId="503AD081" w14:textId="77777777">
        <w:trPr>
          <w:cantSplit/>
          <w:tblHeader/>
        </w:trPr>
        <w:tc>
          <w:tcPr>
            <w:tcW w:w="10140" w:type="dxa"/>
            <w:shd w:val="clear" w:color="auto" w:fill="EAF7FA"/>
            <w:tcMar>
              <w:top w:w="125" w:type="dxa"/>
              <w:left w:w="175" w:type="dxa"/>
              <w:bottom w:w="125" w:type="dxa"/>
              <w:right w:w="175" w:type="dxa"/>
            </w:tcMar>
          </w:tcPr>
          <w:p w14:paraId="67480027" w14:textId="77777777" w:rsidR="001B335A" w:rsidRPr="00623F12" w:rsidRDefault="009D2300">
            <w:pPr>
              <w:spacing w:after="0"/>
              <w:rPr>
                <w:lang w:val="ru-RU"/>
              </w:rPr>
            </w:pPr>
            <w:proofErr w:type="gramStart"/>
            <w:r w:rsidRPr="00623F12">
              <w:rPr>
                <w:b/>
                <w:color w:val="0788B0"/>
                <w:sz w:val="19"/>
                <w:lang w:val="ru-RU"/>
              </w:rPr>
              <w:t xml:space="preserve">ПЕНА  </w:t>
            </w:r>
            <w:r w:rsidRPr="00623F12">
              <w:rPr>
                <w:sz w:val="20"/>
                <w:lang w:val="ru-RU"/>
              </w:rPr>
              <w:t>Обычные</w:t>
            </w:r>
            <w:proofErr w:type="gramEnd"/>
            <w:r w:rsidRPr="00623F12">
              <w:rPr>
                <w:sz w:val="20"/>
                <w:lang w:val="ru-RU"/>
              </w:rPr>
              <w:t xml:space="preserve"> бытовые моющие средства могут образовать избыточную пену и повредить ва</w:t>
            </w:r>
            <w:r w:rsidRPr="00623F12">
              <w:rPr>
                <w:sz w:val="20"/>
                <w:lang w:val="ru-RU"/>
              </w:rPr>
              <w:t>куумный двигатель.</w:t>
            </w:r>
          </w:p>
        </w:tc>
      </w:tr>
    </w:tbl>
    <w:p w14:paraId="7B5DBF39" w14:textId="77777777" w:rsidR="001B335A" w:rsidRPr="00623F12" w:rsidRDefault="001B335A">
      <w:pPr>
        <w:spacing w:after="20" w:line="240" w:lineRule="auto"/>
        <w:rPr>
          <w:lang w:val="ru-RU"/>
        </w:rPr>
      </w:pPr>
    </w:p>
    <w:p w14:paraId="567DF028" w14:textId="77777777" w:rsidR="001B335A" w:rsidRPr="00623F12" w:rsidRDefault="009D2300">
      <w:pPr>
        <w:rPr>
          <w:lang w:val="ru-RU"/>
        </w:rPr>
      </w:pPr>
      <w:r w:rsidRPr="00623F12">
        <w:rPr>
          <w:lang w:val="ru-RU"/>
        </w:rPr>
        <w:br w:type="page"/>
      </w:r>
    </w:p>
    <w:p w14:paraId="38731183" w14:textId="77777777" w:rsidR="001B335A" w:rsidRDefault="009D2300">
      <w:pPr>
        <w:keepNext/>
        <w:spacing w:after="40"/>
      </w:pPr>
      <w:r>
        <w:rPr>
          <w:b/>
          <w:color w:val="0788B0"/>
          <w:sz w:val="18"/>
        </w:rPr>
        <w:t>РАЗДЕЛ 10</w:t>
      </w:r>
    </w:p>
    <w:p w14:paraId="3173A668" w14:textId="77777777" w:rsidR="001B335A" w:rsidRDefault="009D2300">
      <w:pPr>
        <w:pStyle w:val="1"/>
      </w:pPr>
      <w:r>
        <w:t>Порядок работы</w:t>
      </w:r>
    </w:p>
    <w:p w14:paraId="3CC3B920" w14:textId="77777777" w:rsidR="001B335A" w:rsidRDefault="009D2300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46DA4C3C" wp14:editId="3FAB61F4">
            <wp:extent cx="2011680" cy="5268688"/>
            <wp:effectExtent l="0" t="0" r="0" b="0"/>
            <wp:docPr id="10" name="Боковой вид мини-поломоечной машины" descr="Боковой вид мини-поломоечной маши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de_left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5268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A1D632" w14:textId="77777777" w:rsidR="001B335A" w:rsidRDefault="009D2300">
      <w:pPr>
        <w:pStyle w:val="FigureCaption"/>
        <w:keepLines/>
      </w:pPr>
      <w:r>
        <w:t>Рабочее положение AMOP-3</w:t>
      </w:r>
    </w:p>
    <w:p w14:paraId="4AA30046" w14:textId="77777777" w:rsidR="001B335A" w:rsidRPr="00623F12" w:rsidRDefault="009D230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623F12">
        <w:rPr>
          <w:sz w:val="18"/>
          <w:lang w:val="ru-RU"/>
        </w:rPr>
        <w:t>Опустите рукоятку в удобное рабочее положение, удерживая машину обеими руками.</w:t>
      </w:r>
    </w:p>
    <w:p w14:paraId="6A4E5B8A" w14:textId="77777777" w:rsidR="001B335A" w:rsidRPr="00623F12" w:rsidRDefault="009D230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623F12">
        <w:rPr>
          <w:sz w:val="18"/>
          <w:lang w:val="ru-RU"/>
        </w:rPr>
        <w:t>Включите питание и убедитесь, что заряд достаточен для запланированного участка.</w:t>
      </w:r>
    </w:p>
    <w:p w14:paraId="5B1A9C5E" w14:textId="77777777" w:rsidR="001B335A" w:rsidRPr="00623F12" w:rsidRDefault="009D230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623F12">
        <w:rPr>
          <w:sz w:val="18"/>
          <w:lang w:val="ru-RU"/>
        </w:rPr>
        <w:t xml:space="preserve">Включите подачу </w:t>
      </w:r>
      <w:r w:rsidRPr="00623F12">
        <w:rPr>
          <w:sz w:val="18"/>
          <w:lang w:val="ru-RU"/>
        </w:rPr>
        <w:t>воды, щётки и вакуум; начните с низкой скорости вращения.</w:t>
      </w:r>
    </w:p>
    <w:p w14:paraId="26ED96D2" w14:textId="77777777" w:rsidR="001B335A" w:rsidRPr="00623F12" w:rsidRDefault="009D230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623F12">
        <w:rPr>
          <w:sz w:val="18"/>
          <w:lang w:val="ru-RU"/>
        </w:rPr>
        <w:t>Ведите машину ровными перекрывающимися проходами, не растягивая рукоятку дальше вытянутой руки.</w:t>
      </w:r>
    </w:p>
    <w:p w14:paraId="03BFB382" w14:textId="77777777" w:rsidR="001B335A" w:rsidRPr="00623F12" w:rsidRDefault="009D230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623F12">
        <w:rPr>
          <w:sz w:val="18"/>
          <w:lang w:val="ru-RU"/>
        </w:rPr>
        <w:t>Регулируйте скорость щёток по загрязнению и типу покрытия; избегайте работы на одном месте.</w:t>
      </w:r>
    </w:p>
    <w:p w14:paraId="6C56450F" w14:textId="77777777" w:rsidR="001B335A" w:rsidRPr="00623F12" w:rsidRDefault="009D230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623F12">
        <w:rPr>
          <w:sz w:val="18"/>
          <w:lang w:val="ru-RU"/>
        </w:rPr>
        <w:t>Контролиру</w:t>
      </w:r>
      <w:r w:rsidRPr="00623F12">
        <w:rPr>
          <w:sz w:val="18"/>
          <w:lang w:val="ru-RU"/>
        </w:rPr>
        <w:t>йте сбор воды. При полосах или подтекании остановитесь и очистите водосборную балку.</w:t>
      </w:r>
    </w:p>
    <w:tbl>
      <w:tblPr>
        <w:tblW w:w="10140" w:type="dxa"/>
        <w:tblInd w:w="175" w:type="dxa"/>
        <w:tblBorders>
          <w:top w:val="single" w:sz="9" w:space="0" w:color="D79600"/>
          <w:left w:val="single" w:sz="9" w:space="0" w:color="D79600"/>
          <w:bottom w:val="single" w:sz="9" w:space="0" w:color="D79600"/>
          <w:right w:val="single" w:sz="9" w:space="0" w:color="D7960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1B335A" w:rsidRPr="00623F12" w14:paraId="6ED966DC" w14:textId="77777777">
        <w:trPr>
          <w:cantSplit/>
          <w:tblHeader/>
        </w:trPr>
        <w:tc>
          <w:tcPr>
            <w:tcW w:w="10140" w:type="dxa"/>
            <w:shd w:val="clear" w:color="auto" w:fill="FFF7DF"/>
            <w:tcMar>
              <w:top w:w="125" w:type="dxa"/>
              <w:left w:w="175" w:type="dxa"/>
              <w:bottom w:w="125" w:type="dxa"/>
              <w:right w:w="175" w:type="dxa"/>
            </w:tcMar>
          </w:tcPr>
          <w:p w14:paraId="44A4518D" w14:textId="77777777" w:rsidR="001B335A" w:rsidRPr="00623F12" w:rsidRDefault="009D2300">
            <w:pPr>
              <w:spacing w:after="0"/>
              <w:rPr>
                <w:lang w:val="ru-RU"/>
              </w:rPr>
            </w:pPr>
            <w:r w:rsidRPr="00623F12">
              <w:rPr>
                <w:b/>
                <w:color w:val="D79600"/>
                <w:sz w:val="19"/>
                <w:lang w:val="ru-RU"/>
              </w:rPr>
              <w:t xml:space="preserve">УГОЛ </w:t>
            </w:r>
            <w:proofErr w:type="gramStart"/>
            <w:r w:rsidRPr="00623F12">
              <w:rPr>
                <w:b/>
                <w:color w:val="D79600"/>
                <w:sz w:val="19"/>
                <w:lang w:val="ru-RU"/>
              </w:rPr>
              <w:t xml:space="preserve">КОРПУСА  </w:t>
            </w:r>
            <w:r w:rsidRPr="00623F12">
              <w:rPr>
                <w:sz w:val="20"/>
                <w:lang w:val="ru-RU"/>
              </w:rPr>
              <w:t>Не</w:t>
            </w:r>
            <w:proofErr w:type="gramEnd"/>
            <w:r w:rsidRPr="00623F12">
              <w:rPr>
                <w:sz w:val="20"/>
                <w:lang w:val="ru-RU"/>
              </w:rPr>
              <w:t xml:space="preserve"> наклоняйте машину ниже 45° к полу: вода может попасть в вакуумный тракт.</w:t>
            </w:r>
          </w:p>
        </w:tc>
      </w:tr>
    </w:tbl>
    <w:p w14:paraId="254C018E" w14:textId="77777777" w:rsidR="001B335A" w:rsidRPr="00623F12" w:rsidRDefault="001B335A">
      <w:pPr>
        <w:spacing w:after="20" w:line="240" w:lineRule="auto"/>
        <w:rPr>
          <w:lang w:val="ru-RU"/>
        </w:rPr>
      </w:pPr>
    </w:p>
    <w:p w14:paraId="6FE47355" w14:textId="77777777" w:rsidR="001B335A" w:rsidRPr="00623F12" w:rsidRDefault="009D2300">
      <w:pPr>
        <w:rPr>
          <w:lang w:val="ru-RU"/>
        </w:rPr>
      </w:pPr>
      <w:r w:rsidRPr="00623F12">
        <w:rPr>
          <w:lang w:val="ru-RU"/>
        </w:rPr>
        <w:br w:type="page"/>
      </w:r>
    </w:p>
    <w:p w14:paraId="2A298069" w14:textId="77777777" w:rsidR="001B335A" w:rsidRDefault="009D2300">
      <w:pPr>
        <w:keepNext/>
        <w:spacing w:after="40"/>
      </w:pPr>
      <w:r>
        <w:rPr>
          <w:b/>
          <w:color w:val="0788B0"/>
          <w:sz w:val="18"/>
        </w:rPr>
        <w:t>РАЗДЕЛ 11</w:t>
      </w:r>
    </w:p>
    <w:p w14:paraId="153011CA" w14:textId="77777777" w:rsidR="001B335A" w:rsidRDefault="009D2300">
      <w:pPr>
        <w:pStyle w:val="1"/>
      </w:pPr>
      <w:r>
        <w:t>Завершение уборки</w:t>
      </w:r>
    </w:p>
    <w:p w14:paraId="70273D75" w14:textId="77777777" w:rsidR="001B335A" w:rsidRDefault="009D2300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2CD9A469" wp14:editId="348510A9">
            <wp:extent cx="6144768" cy="3395793"/>
            <wp:effectExtent l="0" t="0" r="0" b="0"/>
            <wp:docPr id="11" name="Два боковых вида для безопасной парковки" descr="Два боковых вида для безопасной парков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ews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44768" cy="3395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DB1DC" w14:textId="77777777" w:rsidR="001B335A" w:rsidRPr="00623F12" w:rsidRDefault="009D2300">
      <w:pPr>
        <w:pStyle w:val="FigureCaption"/>
        <w:keepLines/>
        <w:rPr>
          <w:lang w:val="ru-RU"/>
        </w:rPr>
      </w:pPr>
      <w:r>
        <w:t>AMOP</w:t>
      </w:r>
      <w:r w:rsidRPr="00623F12">
        <w:rPr>
          <w:lang w:val="ru-RU"/>
        </w:rPr>
        <w:t>-3 в сложенном виде</w:t>
      </w:r>
    </w:p>
    <w:p w14:paraId="074CFE3F" w14:textId="77777777" w:rsidR="001B335A" w:rsidRPr="00623F12" w:rsidRDefault="009D2300">
      <w:pPr>
        <w:pStyle w:val="2"/>
        <w:rPr>
          <w:lang w:val="ru-RU"/>
        </w:rPr>
      </w:pPr>
      <w:r w:rsidRPr="00623F12">
        <w:rPr>
          <w:lang w:val="ru-RU"/>
        </w:rPr>
        <w:t xml:space="preserve">Правильная </w:t>
      </w:r>
      <w:r w:rsidRPr="00623F12">
        <w:rPr>
          <w:lang w:val="ru-RU"/>
        </w:rPr>
        <w:t>остановка</w:t>
      </w:r>
    </w:p>
    <w:p w14:paraId="2FC268A4" w14:textId="77777777" w:rsidR="001B335A" w:rsidRDefault="009D2300">
      <w:pPr>
        <w:numPr>
          <w:ilvl w:val="0"/>
          <w:numId w:val="1"/>
        </w:numPr>
        <w:spacing w:after="60" w:line="276" w:lineRule="auto"/>
      </w:pPr>
      <w:proofErr w:type="spellStart"/>
      <w:r>
        <w:rPr>
          <w:sz w:val="20"/>
        </w:rPr>
        <w:t>выключите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подачу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воды</w:t>
      </w:r>
      <w:proofErr w:type="spellEnd"/>
      <w:r>
        <w:rPr>
          <w:sz w:val="20"/>
        </w:rPr>
        <w:t>;</w:t>
      </w:r>
    </w:p>
    <w:p w14:paraId="5035266E" w14:textId="77777777" w:rsidR="001B335A" w:rsidRDefault="009D2300">
      <w:pPr>
        <w:numPr>
          <w:ilvl w:val="0"/>
          <w:numId w:val="1"/>
        </w:numPr>
        <w:spacing w:after="60" w:line="276" w:lineRule="auto"/>
      </w:pPr>
      <w:r>
        <w:rPr>
          <w:sz w:val="20"/>
        </w:rPr>
        <w:t>выключите щётки;</w:t>
      </w:r>
    </w:p>
    <w:p w14:paraId="22103569" w14:textId="77777777" w:rsidR="001B335A" w:rsidRPr="00623F12" w:rsidRDefault="009D230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623F12">
        <w:rPr>
          <w:sz w:val="20"/>
          <w:lang w:val="ru-RU"/>
        </w:rPr>
        <w:t>пройдите ещё 5–8 м, чтобы водосборная балка собрала остаточную воду;</w:t>
      </w:r>
    </w:p>
    <w:p w14:paraId="62DDC2C0" w14:textId="77777777" w:rsidR="001B335A" w:rsidRDefault="009D2300">
      <w:pPr>
        <w:numPr>
          <w:ilvl w:val="0"/>
          <w:numId w:val="1"/>
        </w:numPr>
        <w:spacing w:after="60" w:line="276" w:lineRule="auto"/>
      </w:pPr>
      <w:proofErr w:type="spellStart"/>
      <w:r>
        <w:rPr>
          <w:sz w:val="20"/>
        </w:rPr>
        <w:t>выключите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вакуумный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двигатель</w:t>
      </w:r>
      <w:proofErr w:type="spellEnd"/>
      <w:r>
        <w:rPr>
          <w:sz w:val="20"/>
        </w:rPr>
        <w:t>;</w:t>
      </w:r>
    </w:p>
    <w:p w14:paraId="70853622" w14:textId="77777777" w:rsidR="001B335A" w:rsidRPr="00623F12" w:rsidRDefault="009D230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623F12">
        <w:rPr>
          <w:sz w:val="20"/>
          <w:lang w:val="ru-RU"/>
        </w:rPr>
        <w:t>выключите питание и установите машину вертикально.</w:t>
      </w:r>
    </w:p>
    <w:tbl>
      <w:tblPr>
        <w:tblW w:w="10140" w:type="dxa"/>
        <w:tblInd w:w="175" w:type="dxa"/>
        <w:tblBorders>
          <w:top w:val="single" w:sz="9" w:space="0" w:color="18845A"/>
          <w:left w:val="single" w:sz="9" w:space="0" w:color="18845A"/>
          <w:bottom w:val="single" w:sz="9" w:space="0" w:color="18845A"/>
          <w:right w:val="single" w:sz="9" w:space="0" w:color="18845A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1B335A" w:rsidRPr="00623F12" w14:paraId="1BAEB7DA" w14:textId="77777777">
        <w:trPr>
          <w:cantSplit/>
          <w:tblHeader/>
        </w:trPr>
        <w:tc>
          <w:tcPr>
            <w:tcW w:w="10140" w:type="dxa"/>
            <w:shd w:val="clear" w:color="auto" w:fill="EAF7F1"/>
            <w:tcMar>
              <w:top w:w="125" w:type="dxa"/>
              <w:left w:w="175" w:type="dxa"/>
              <w:bottom w:w="125" w:type="dxa"/>
              <w:right w:w="175" w:type="dxa"/>
            </w:tcMar>
          </w:tcPr>
          <w:p w14:paraId="417AB641" w14:textId="77777777" w:rsidR="001B335A" w:rsidRPr="00623F12" w:rsidRDefault="009D2300">
            <w:pPr>
              <w:spacing w:after="0"/>
              <w:rPr>
                <w:lang w:val="ru-RU"/>
              </w:rPr>
            </w:pPr>
            <w:r w:rsidRPr="00623F12">
              <w:rPr>
                <w:b/>
                <w:color w:val="18845A"/>
                <w:sz w:val="19"/>
                <w:lang w:val="ru-RU"/>
              </w:rPr>
              <w:t xml:space="preserve">ПОСЛЕ КАЖДОЙ </w:t>
            </w:r>
            <w:proofErr w:type="gramStart"/>
            <w:r w:rsidRPr="00623F12">
              <w:rPr>
                <w:b/>
                <w:color w:val="18845A"/>
                <w:sz w:val="19"/>
                <w:lang w:val="ru-RU"/>
              </w:rPr>
              <w:t xml:space="preserve">СМЕНЫ  </w:t>
            </w:r>
            <w:r w:rsidRPr="00623F12">
              <w:rPr>
                <w:sz w:val="20"/>
                <w:lang w:val="ru-RU"/>
              </w:rPr>
              <w:t>Опорожните</w:t>
            </w:r>
            <w:proofErr w:type="gramEnd"/>
            <w:r w:rsidRPr="00623F12">
              <w:rPr>
                <w:sz w:val="20"/>
                <w:lang w:val="ru-RU"/>
              </w:rPr>
              <w:t xml:space="preserve"> и промойте оба бака, уда</w:t>
            </w:r>
            <w:r w:rsidRPr="00623F12">
              <w:rPr>
                <w:sz w:val="20"/>
                <w:lang w:val="ru-RU"/>
              </w:rPr>
              <w:t>лите мусор со щёток и скребка, затем протрите корпус.</w:t>
            </w:r>
          </w:p>
        </w:tc>
      </w:tr>
    </w:tbl>
    <w:p w14:paraId="18CFF0AD" w14:textId="77777777" w:rsidR="001B335A" w:rsidRPr="00623F12" w:rsidRDefault="001B335A">
      <w:pPr>
        <w:spacing w:after="20" w:line="240" w:lineRule="auto"/>
        <w:rPr>
          <w:lang w:val="ru-RU"/>
        </w:rPr>
      </w:pPr>
    </w:p>
    <w:tbl>
      <w:tblPr>
        <w:tblW w:w="10140" w:type="dxa"/>
        <w:tblInd w:w="175" w:type="dxa"/>
        <w:tblBorders>
          <w:top w:val="single" w:sz="9" w:space="0" w:color="D79600"/>
          <w:left w:val="single" w:sz="9" w:space="0" w:color="D79600"/>
          <w:bottom w:val="single" w:sz="9" w:space="0" w:color="D79600"/>
          <w:right w:val="single" w:sz="9" w:space="0" w:color="D7960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1B335A" w:rsidRPr="00623F12" w14:paraId="467F6D5B" w14:textId="77777777">
        <w:trPr>
          <w:cantSplit/>
          <w:tblHeader/>
        </w:trPr>
        <w:tc>
          <w:tcPr>
            <w:tcW w:w="10140" w:type="dxa"/>
            <w:shd w:val="clear" w:color="auto" w:fill="FFF7DF"/>
            <w:tcMar>
              <w:top w:w="125" w:type="dxa"/>
              <w:left w:w="175" w:type="dxa"/>
              <w:bottom w:w="125" w:type="dxa"/>
              <w:right w:w="175" w:type="dxa"/>
            </w:tcMar>
          </w:tcPr>
          <w:p w14:paraId="7C50E573" w14:textId="77777777" w:rsidR="001B335A" w:rsidRPr="00623F12" w:rsidRDefault="009D2300">
            <w:pPr>
              <w:spacing w:after="0"/>
              <w:rPr>
                <w:lang w:val="ru-RU"/>
              </w:rPr>
            </w:pPr>
            <w:r w:rsidRPr="00623F12">
              <w:rPr>
                <w:b/>
                <w:color w:val="D79600"/>
                <w:sz w:val="19"/>
                <w:lang w:val="ru-RU"/>
              </w:rPr>
              <w:t xml:space="preserve">НЕ ХРАНИТЬ С </w:t>
            </w:r>
            <w:proofErr w:type="gramStart"/>
            <w:r w:rsidRPr="00623F12">
              <w:rPr>
                <w:b/>
                <w:color w:val="D79600"/>
                <w:sz w:val="19"/>
                <w:lang w:val="ru-RU"/>
              </w:rPr>
              <w:t xml:space="preserve">ВОДОЙ  </w:t>
            </w:r>
            <w:r w:rsidRPr="00623F12">
              <w:rPr>
                <w:sz w:val="20"/>
                <w:lang w:val="ru-RU"/>
              </w:rPr>
              <w:t>Остатки</w:t>
            </w:r>
            <w:proofErr w:type="gramEnd"/>
            <w:r w:rsidRPr="00623F12">
              <w:rPr>
                <w:sz w:val="20"/>
                <w:lang w:val="ru-RU"/>
              </w:rPr>
              <w:t xml:space="preserve"> раствора и грязной воды вызывают запах, осадок, засоры и повреждение уплотнений.</w:t>
            </w:r>
          </w:p>
        </w:tc>
      </w:tr>
    </w:tbl>
    <w:p w14:paraId="21930A36" w14:textId="77777777" w:rsidR="001B335A" w:rsidRPr="00623F12" w:rsidRDefault="001B335A">
      <w:pPr>
        <w:spacing w:after="20" w:line="240" w:lineRule="auto"/>
        <w:rPr>
          <w:lang w:val="ru-RU"/>
        </w:rPr>
      </w:pPr>
    </w:p>
    <w:p w14:paraId="20FB7E67" w14:textId="77777777" w:rsidR="001B335A" w:rsidRPr="00623F12" w:rsidRDefault="009D2300">
      <w:pPr>
        <w:rPr>
          <w:lang w:val="ru-RU"/>
        </w:rPr>
      </w:pPr>
      <w:r w:rsidRPr="00623F12">
        <w:rPr>
          <w:lang w:val="ru-RU"/>
        </w:rPr>
        <w:br w:type="page"/>
      </w:r>
    </w:p>
    <w:p w14:paraId="6B2D0584" w14:textId="77777777" w:rsidR="001B335A" w:rsidRDefault="009D2300">
      <w:pPr>
        <w:keepNext/>
        <w:spacing w:after="40"/>
      </w:pPr>
      <w:r>
        <w:rPr>
          <w:b/>
          <w:color w:val="0788B0"/>
          <w:sz w:val="18"/>
        </w:rPr>
        <w:t>РАЗДЕЛ 12</w:t>
      </w:r>
    </w:p>
    <w:p w14:paraId="39397976" w14:textId="77777777" w:rsidR="001B335A" w:rsidRDefault="009D2300">
      <w:pPr>
        <w:pStyle w:val="1"/>
      </w:pPr>
      <w:r>
        <w:t>Очистка баков и системы</w:t>
      </w:r>
    </w:p>
    <w:p w14:paraId="6CF57BE8" w14:textId="77777777" w:rsidR="001B335A" w:rsidRDefault="009D2300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6FDCE5EE" wp14:editId="086DC0B1">
            <wp:extent cx="2011680" cy="4320238"/>
            <wp:effectExtent l="0" t="0" r="0" b="0"/>
            <wp:docPr id="12" name="Фронтальный вид машины с двумя баками" descr="Фронтальный вид машины с двумя бак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ver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4320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F5D88" w14:textId="77777777" w:rsidR="001B335A" w:rsidRDefault="009D2300">
      <w:pPr>
        <w:pStyle w:val="FigureCaption"/>
        <w:keepLines/>
      </w:pPr>
      <w:r>
        <w:t>Баки AMOP-3</w:t>
      </w:r>
    </w:p>
    <w:p w14:paraId="1CD3F3C3" w14:textId="77777777" w:rsidR="001B335A" w:rsidRPr="00623F12" w:rsidRDefault="009D230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623F12">
        <w:rPr>
          <w:sz w:val="18"/>
          <w:lang w:val="ru-RU"/>
        </w:rPr>
        <w:t xml:space="preserve">Выключите питание и </w:t>
      </w:r>
      <w:r w:rsidRPr="00623F12">
        <w:rPr>
          <w:sz w:val="18"/>
          <w:lang w:val="ru-RU"/>
        </w:rPr>
        <w:t>установите машину вертикально в зоне слива.</w:t>
      </w:r>
    </w:p>
    <w:p w14:paraId="0A3B5304" w14:textId="77777777" w:rsidR="001B335A" w:rsidRPr="00623F12" w:rsidRDefault="009D230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623F12">
        <w:rPr>
          <w:sz w:val="18"/>
          <w:lang w:val="ru-RU"/>
        </w:rPr>
        <w:t>Снимите бак грязной воды, опорожните его и тщательно промойте чистой водой.</w:t>
      </w:r>
    </w:p>
    <w:p w14:paraId="20EC6565" w14:textId="77777777" w:rsidR="001B335A" w:rsidRPr="00623F12" w:rsidRDefault="009D230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623F12">
        <w:rPr>
          <w:sz w:val="18"/>
          <w:lang w:val="ru-RU"/>
        </w:rPr>
        <w:t>Слейте остатки из бака чистой воды; при необходимости промойте его.</w:t>
      </w:r>
    </w:p>
    <w:p w14:paraId="27FA9C39" w14:textId="77777777" w:rsidR="001B335A" w:rsidRPr="00623F12" w:rsidRDefault="009D230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623F12">
        <w:rPr>
          <w:sz w:val="18"/>
          <w:lang w:val="ru-RU"/>
        </w:rPr>
        <w:t>Для промывки контура залейте 0,5–1 л чистой воды и кратковременно вк</w:t>
      </w:r>
      <w:r w:rsidRPr="00623F12">
        <w:rPr>
          <w:sz w:val="18"/>
          <w:lang w:val="ru-RU"/>
        </w:rPr>
        <w:t>лючите подачу воды над сливной зоной.</w:t>
      </w:r>
    </w:p>
    <w:p w14:paraId="544809F4" w14:textId="77777777" w:rsidR="001B335A" w:rsidRPr="00623F12" w:rsidRDefault="009D230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623F12">
        <w:rPr>
          <w:sz w:val="18"/>
          <w:lang w:val="ru-RU"/>
        </w:rPr>
        <w:t>Очистите фильтры, крышки, уплотнения и посадочные поверхности.</w:t>
      </w:r>
    </w:p>
    <w:p w14:paraId="6AB2A7E9" w14:textId="77777777" w:rsidR="001B335A" w:rsidRPr="00623F12" w:rsidRDefault="009D230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623F12">
        <w:rPr>
          <w:sz w:val="18"/>
          <w:lang w:val="ru-RU"/>
        </w:rPr>
        <w:t>Оставьте баки открытыми до полного высыхания и затем установите без перекоса.</w:t>
      </w:r>
    </w:p>
    <w:tbl>
      <w:tblPr>
        <w:tblW w:w="10140" w:type="dxa"/>
        <w:tblInd w:w="175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1B335A" w:rsidRPr="00623F12" w14:paraId="59AB5C7D" w14:textId="77777777">
        <w:trPr>
          <w:cantSplit/>
          <w:tblHeader/>
        </w:trPr>
        <w:tc>
          <w:tcPr>
            <w:tcW w:w="10140" w:type="dxa"/>
            <w:shd w:val="clear" w:color="auto" w:fill="EAF7FA"/>
            <w:tcMar>
              <w:top w:w="125" w:type="dxa"/>
              <w:left w:w="175" w:type="dxa"/>
              <w:bottom w:w="125" w:type="dxa"/>
              <w:right w:w="175" w:type="dxa"/>
            </w:tcMar>
          </w:tcPr>
          <w:p w14:paraId="62E0806A" w14:textId="77777777" w:rsidR="001B335A" w:rsidRPr="00623F12" w:rsidRDefault="009D2300">
            <w:pPr>
              <w:spacing w:after="0"/>
              <w:rPr>
                <w:lang w:val="ru-RU"/>
              </w:rPr>
            </w:pPr>
            <w:r w:rsidRPr="00623F12">
              <w:rPr>
                <w:b/>
                <w:color w:val="0788B0"/>
                <w:sz w:val="19"/>
                <w:lang w:val="ru-RU"/>
              </w:rPr>
              <w:t xml:space="preserve">НЕ НАПРАВЛЯТЬ </w:t>
            </w:r>
            <w:proofErr w:type="gramStart"/>
            <w:r w:rsidRPr="00623F12">
              <w:rPr>
                <w:b/>
                <w:color w:val="0788B0"/>
                <w:sz w:val="19"/>
                <w:lang w:val="ru-RU"/>
              </w:rPr>
              <w:t xml:space="preserve">СТРУЮ  </w:t>
            </w:r>
            <w:r w:rsidRPr="00623F12">
              <w:rPr>
                <w:sz w:val="20"/>
                <w:lang w:val="ru-RU"/>
              </w:rPr>
              <w:t>Не</w:t>
            </w:r>
            <w:proofErr w:type="gramEnd"/>
            <w:r w:rsidRPr="00623F12">
              <w:rPr>
                <w:sz w:val="20"/>
                <w:lang w:val="ru-RU"/>
              </w:rPr>
              <w:t xml:space="preserve"> мойте панель управления, вакуумный </w:t>
            </w:r>
            <w:r w:rsidRPr="00623F12">
              <w:rPr>
                <w:sz w:val="20"/>
                <w:lang w:val="ru-RU"/>
              </w:rPr>
              <w:t>двигатель, аккумулятор и разъёмы струёй воды.</w:t>
            </w:r>
          </w:p>
        </w:tc>
      </w:tr>
    </w:tbl>
    <w:p w14:paraId="1E081C87" w14:textId="77777777" w:rsidR="001B335A" w:rsidRPr="00623F12" w:rsidRDefault="001B335A">
      <w:pPr>
        <w:spacing w:after="20" w:line="240" w:lineRule="auto"/>
        <w:rPr>
          <w:lang w:val="ru-RU"/>
        </w:rPr>
      </w:pPr>
    </w:p>
    <w:p w14:paraId="383B16D9" w14:textId="77777777" w:rsidR="001B335A" w:rsidRPr="00623F12" w:rsidRDefault="009D2300">
      <w:pPr>
        <w:rPr>
          <w:lang w:val="ru-RU"/>
        </w:rPr>
      </w:pPr>
      <w:r w:rsidRPr="00623F12">
        <w:rPr>
          <w:lang w:val="ru-RU"/>
        </w:rPr>
        <w:br w:type="page"/>
      </w:r>
    </w:p>
    <w:p w14:paraId="4DE85853" w14:textId="77777777" w:rsidR="001B335A" w:rsidRDefault="009D2300">
      <w:pPr>
        <w:keepNext/>
        <w:spacing w:after="40"/>
      </w:pPr>
      <w:r>
        <w:rPr>
          <w:b/>
          <w:color w:val="0788B0"/>
          <w:sz w:val="18"/>
        </w:rPr>
        <w:t>РАЗДЕЛ 13</w:t>
      </w:r>
    </w:p>
    <w:p w14:paraId="65914BA8" w14:textId="77777777" w:rsidR="001B335A" w:rsidRDefault="009D2300">
      <w:pPr>
        <w:pStyle w:val="1"/>
      </w:pPr>
      <w:r>
        <w:t>Щётки и держатели падов</w:t>
      </w:r>
    </w:p>
    <w:p w14:paraId="12104E44" w14:textId="77777777" w:rsidR="001B335A" w:rsidRDefault="009D2300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7586090F" wp14:editId="32167E95">
            <wp:extent cx="6071616" cy="4318985"/>
            <wp:effectExtent l="0" t="0" r="0" b="0"/>
            <wp:docPr id="13" name="Задний вид машины с обозначением основных элементов" descr="Задний вид машины с обозначением основных элемент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ush_map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71616" cy="4318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973F34" w14:textId="77777777" w:rsidR="001B335A" w:rsidRDefault="009D2300">
      <w:pPr>
        <w:pStyle w:val="FigureCaption"/>
        <w:keepLines/>
      </w:pPr>
      <w:r>
        <w:t>Щёточный узел AMOP-3</w:t>
      </w:r>
    </w:p>
    <w:tbl>
      <w:tblPr>
        <w:tblW w:w="10140" w:type="dxa"/>
        <w:tblInd w:w="135" w:type="dxa"/>
        <w:tblBorders>
          <w:top w:val="single" w:sz="6" w:space="0" w:color="D5DDE2"/>
          <w:left w:val="single" w:sz="6" w:space="0" w:color="D5DDE2"/>
          <w:bottom w:val="single" w:sz="6" w:space="0" w:color="D5DDE2"/>
          <w:right w:val="single" w:sz="6" w:space="0" w:color="D5DDE2"/>
          <w:insideH w:val="single" w:sz="6" w:space="0" w:color="D5DDE2"/>
          <w:insideV w:val="single" w:sz="6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600"/>
        <w:gridCol w:w="4470"/>
        <w:gridCol w:w="600"/>
        <w:gridCol w:w="4470"/>
      </w:tblGrid>
      <w:tr w:rsidR="001B335A" w14:paraId="021E1C54" w14:textId="77777777">
        <w:trPr>
          <w:cantSplit/>
          <w:tblHeader/>
        </w:trPr>
        <w:tc>
          <w:tcPr>
            <w:tcW w:w="60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3605FB8" w14:textId="77777777" w:rsidR="001B335A" w:rsidRDefault="009D2300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№</w:t>
            </w:r>
          </w:p>
        </w:tc>
        <w:tc>
          <w:tcPr>
            <w:tcW w:w="447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344E7AA" w14:textId="77777777" w:rsidR="001B335A" w:rsidRDefault="009D2300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Узел</w:t>
            </w:r>
          </w:p>
        </w:tc>
        <w:tc>
          <w:tcPr>
            <w:tcW w:w="60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5784C15" w14:textId="77777777" w:rsidR="001B335A" w:rsidRDefault="009D2300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№</w:t>
            </w:r>
          </w:p>
        </w:tc>
        <w:tc>
          <w:tcPr>
            <w:tcW w:w="447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30BADF9" w14:textId="77777777" w:rsidR="001B335A" w:rsidRDefault="009D2300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Узел</w:t>
            </w:r>
          </w:p>
        </w:tc>
      </w:tr>
      <w:tr w:rsidR="001B335A" w14:paraId="1B17F96C" w14:textId="77777777">
        <w:trPr>
          <w:cantSplit/>
        </w:trPr>
        <w:tc>
          <w:tcPr>
            <w:tcW w:w="6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8316116" w14:textId="77777777" w:rsidR="001B335A" w:rsidRDefault="009D2300">
            <w:pPr>
              <w:spacing w:after="0" w:line="259" w:lineRule="auto"/>
            </w:pPr>
            <w:r>
              <w:rPr>
                <w:sz w:val="17"/>
              </w:rPr>
              <w:t>1</w:t>
            </w:r>
          </w:p>
        </w:tc>
        <w:tc>
          <w:tcPr>
            <w:tcW w:w="447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9666707" w14:textId="77777777" w:rsidR="001B335A" w:rsidRDefault="009D2300">
            <w:pPr>
              <w:spacing w:after="0" w:line="259" w:lineRule="auto"/>
            </w:pPr>
            <w:r>
              <w:rPr>
                <w:sz w:val="17"/>
              </w:rPr>
              <w:t>Рукоятка</w:t>
            </w:r>
          </w:p>
        </w:tc>
        <w:tc>
          <w:tcPr>
            <w:tcW w:w="6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88B66CF" w14:textId="77777777" w:rsidR="001B335A" w:rsidRDefault="009D2300">
            <w:pPr>
              <w:spacing w:after="0" w:line="259" w:lineRule="auto"/>
            </w:pPr>
            <w:r>
              <w:rPr>
                <w:sz w:val="17"/>
              </w:rPr>
              <w:t>5</w:t>
            </w:r>
          </w:p>
        </w:tc>
        <w:tc>
          <w:tcPr>
            <w:tcW w:w="447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6F4095C" w14:textId="77777777" w:rsidR="001B335A" w:rsidRDefault="009D2300">
            <w:pPr>
              <w:spacing w:after="0" w:line="259" w:lineRule="auto"/>
            </w:pPr>
            <w:r>
              <w:rPr>
                <w:sz w:val="17"/>
              </w:rPr>
              <w:t>Правая дисковая щётка</w:t>
            </w:r>
          </w:p>
        </w:tc>
      </w:tr>
      <w:tr w:rsidR="001B335A" w14:paraId="28854992" w14:textId="77777777">
        <w:trPr>
          <w:cantSplit/>
        </w:trPr>
        <w:tc>
          <w:tcPr>
            <w:tcW w:w="6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1C86666" w14:textId="77777777" w:rsidR="001B335A" w:rsidRDefault="009D2300">
            <w:pPr>
              <w:spacing w:after="0" w:line="259" w:lineRule="auto"/>
            </w:pPr>
            <w:r>
              <w:rPr>
                <w:sz w:val="17"/>
              </w:rPr>
              <w:t>2</w:t>
            </w:r>
          </w:p>
        </w:tc>
        <w:tc>
          <w:tcPr>
            <w:tcW w:w="447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00D1972" w14:textId="77777777" w:rsidR="001B335A" w:rsidRDefault="009D2300">
            <w:pPr>
              <w:spacing w:after="0" w:line="259" w:lineRule="auto"/>
            </w:pPr>
            <w:r>
              <w:rPr>
                <w:sz w:val="17"/>
              </w:rPr>
              <w:t>Корпус баков</w:t>
            </w:r>
          </w:p>
        </w:tc>
        <w:tc>
          <w:tcPr>
            <w:tcW w:w="6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1195DB59" w14:textId="77777777" w:rsidR="001B335A" w:rsidRDefault="009D2300">
            <w:pPr>
              <w:spacing w:after="0" w:line="259" w:lineRule="auto"/>
            </w:pPr>
            <w:r>
              <w:rPr>
                <w:sz w:val="17"/>
              </w:rPr>
              <w:t>6</w:t>
            </w:r>
          </w:p>
        </w:tc>
        <w:tc>
          <w:tcPr>
            <w:tcW w:w="447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D0CA0E5" w14:textId="77777777" w:rsidR="001B335A" w:rsidRDefault="009D2300">
            <w:pPr>
              <w:spacing w:after="0" w:line="259" w:lineRule="auto"/>
            </w:pPr>
            <w:r>
              <w:rPr>
                <w:sz w:val="17"/>
              </w:rPr>
              <w:t>Водосборная балка</w:t>
            </w:r>
          </w:p>
        </w:tc>
      </w:tr>
      <w:tr w:rsidR="001B335A" w14:paraId="4431C70D" w14:textId="77777777">
        <w:trPr>
          <w:cantSplit/>
        </w:trPr>
        <w:tc>
          <w:tcPr>
            <w:tcW w:w="6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1C643611" w14:textId="77777777" w:rsidR="001B335A" w:rsidRDefault="009D2300">
            <w:pPr>
              <w:spacing w:after="0" w:line="259" w:lineRule="auto"/>
            </w:pPr>
            <w:r>
              <w:rPr>
                <w:sz w:val="17"/>
              </w:rPr>
              <w:t>3</w:t>
            </w:r>
          </w:p>
        </w:tc>
        <w:tc>
          <w:tcPr>
            <w:tcW w:w="447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B7ADD5A" w14:textId="77777777" w:rsidR="001B335A" w:rsidRDefault="009D2300">
            <w:pPr>
              <w:spacing w:after="0" w:line="259" w:lineRule="auto"/>
            </w:pPr>
            <w:r>
              <w:rPr>
                <w:sz w:val="17"/>
              </w:rPr>
              <w:t>Рама щёточного узла</w:t>
            </w:r>
          </w:p>
        </w:tc>
        <w:tc>
          <w:tcPr>
            <w:tcW w:w="6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38AA1DB" w14:textId="77777777" w:rsidR="001B335A" w:rsidRDefault="009D2300">
            <w:pPr>
              <w:spacing w:after="0" w:line="259" w:lineRule="auto"/>
            </w:pPr>
            <w:r>
              <w:rPr>
                <w:sz w:val="17"/>
              </w:rPr>
              <w:t>7</w:t>
            </w:r>
          </w:p>
        </w:tc>
        <w:tc>
          <w:tcPr>
            <w:tcW w:w="447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870386F" w14:textId="77777777" w:rsidR="001B335A" w:rsidRDefault="009D2300">
            <w:pPr>
              <w:spacing w:after="0" w:line="259" w:lineRule="auto"/>
            </w:pPr>
            <w:r>
              <w:rPr>
                <w:sz w:val="17"/>
              </w:rPr>
              <w:t>Регулировка / крепление балки</w:t>
            </w:r>
          </w:p>
        </w:tc>
      </w:tr>
      <w:tr w:rsidR="001B335A" w14:paraId="77F07B42" w14:textId="77777777">
        <w:trPr>
          <w:cantSplit/>
        </w:trPr>
        <w:tc>
          <w:tcPr>
            <w:tcW w:w="6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4AE1790" w14:textId="77777777" w:rsidR="001B335A" w:rsidRDefault="009D2300">
            <w:pPr>
              <w:spacing w:after="0" w:line="259" w:lineRule="auto"/>
            </w:pPr>
            <w:r>
              <w:rPr>
                <w:sz w:val="17"/>
              </w:rPr>
              <w:t>4</w:t>
            </w:r>
          </w:p>
        </w:tc>
        <w:tc>
          <w:tcPr>
            <w:tcW w:w="447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5CAC0FB" w14:textId="77777777" w:rsidR="001B335A" w:rsidRDefault="009D2300">
            <w:pPr>
              <w:spacing w:after="0" w:line="259" w:lineRule="auto"/>
            </w:pPr>
            <w:r>
              <w:rPr>
                <w:sz w:val="17"/>
              </w:rPr>
              <w:t>Левая дисковая щётка</w:t>
            </w:r>
          </w:p>
        </w:tc>
        <w:tc>
          <w:tcPr>
            <w:tcW w:w="6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2E5A5CF0" w14:textId="77777777" w:rsidR="001B335A" w:rsidRDefault="001B335A">
            <w:pPr>
              <w:spacing w:after="0" w:line="259" w:lineRule="auto"/>
            </w:pPr>
          </w:p>
        </w:tc>
        <w:tc>
          <w:tcPr>
            <w:tcW w:w="447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BAC3169" w14:textId="77777777" w:rsidR="001B335A" w:rsidRDefault="001B335A">
            <w:pPr>
              <w:spacing w:after="0" w:line="259" w:lineRule="auto"/>
            </w:pPr>
          </w:p>
        </w:tc>
      </w:tr>
    </w:tbl>
    <w:p w14:paraId="5FB58551" w14:textId="77777777" w:rsidR="001B335A" w:rsidRDefault="009D2300">
      <w:pPr>
        <w:pStyle w:val="2"/>
      </w:pPr>
      <w:r>
        <w:t>Снятие и установка</w:t>
      </w:r>
    </w:p>
    <w:p w14:paraId="51C85575" w14:textId="77777777" w:rsidR="001B335A" w:rsidRPr="00623F12" w:rsidRDefault="009D230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623F12">
        <w:rPr>
          <w:sz w:val="18"/>
          <w:lang w:val="ru-RU"/>
        </w:rPr>
        <w:t>Установите машину вертикально, выключите питание и наденьте перчатки.</w:t>
      </w:r>
    </w:p>
    <w:p w14:paraId="0D834BF7" w14:textId="77777777" w:rsidR="001B335A" w:rsidRPr="00623F12" w:rsidRDefault="009D230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623F12">
        <w:rPr>
          <w:sz w:val="18"/>
          <w:lang w:val="ru-RU"/>
        </w:rPr>
        <w:t xml:space="preserve">Возьмитесь за щётку или держатель </w:t>
      </w:r>
      <w:proofErr w:type="spellStart"/>
      <w:r w:rsidRPr="00623F12">
        <w:rPr>
          <w:sz w:val="18"/>
          <w:lang w:val="ru-RU"/>
        </w:rPr>
        <w:t>пада</w:t>
      </w:r>
      <w:proofErr w:type="spellEnd"/>
      <w:r w:rsidRPr="00623F12">
        <w:rPr>
          <w:sz w:val="18"/>
          <w:lang w:val="ru-RU"/>
        </w:rPr>
        <w:t xml:space="preserve"> двумя руками и потяните вниз, преодолевая усилие магнитного крепления.</w:t>
      </w:r>
    </w:p>
    <w:p w14:paraId="0105E9C6" w14:textId="77777777" w:rsidR="001B335A" w:rsidRPr="00623F12" w:rsidRDefault="009D230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623F12">
        <w:rPr>
          <w:sz w:val="18"/>
          <w:lang w:val="ru-RU"/>
        </w:rPr>
        <w:t xml:space="preserve">Очистите посадочное место и </w:t>
      </w:r>
      <w:r w:rsidRPr="00623F12">
        <w:rPr>
          <w:sz w:val="18"/>
          <w:lang w:val="ru-RU"/>
        </w:rPr>
        <w:t>осмотрите магнит, фиксатор и щетину.</w:t>
      </w:r>
    </w:p>
    <w:p w14:paraId="5AE5F664" w14:textId="77777777" w:rsidR="001B335A" w:rsidRPr="00623F12" w:rsidRDefault="009D230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623F12">
        <w:rPr>
          <w:sz w:val="18"/>
          <w:lang w:val="ru-RU"/>
        </w:rPr>
        <w:t>Совместите новую щётку с приводом и прижмите до уверенной фиксации.</w:t>
      </w:r>
    </w:p>
    <w:p w14:paraId="432A53A3" w14:textId="77777777" w:rsidR="001B335A" w:rsidRPr="00623F12" w:rsidRDefault="009D2300">
      <w:pPr>
        <w:rPr>
          <w:lang w:val="ru-RU"/>
        </w:rPr>
      </w:pPr>
      <w:r w:rsidRPr="00623F12">
        <w:rPr>
          <w:lang w:val="ru-RU"/>
        </w:rPr>
        <w:br w:type="page"/>
      </w:r>
    </w:p>
    <w:p w14:paraId="49D77C71" w14:textId="77777777" w:rsidR="001B335A" w:rsidRDefault="009D2300">
      <w:pPr>
        <w:keepNext/>
        <w:spacing w:after="40"/>
      </w:pPr>
      <w:r>
        <w:rPr>
          <w:b/>
          <w:color w:val="0788B0"/>
          <w:sz w:val="18"/>
        </w:rPr>
        <w:t>РАЗДЕЛ 14</w:t>
      </w:r>
    </w:p>
    <w:p w14:paraId="6ACDC7ED" w14:textId="77777777" w:rsidR="001B335A" w:rsidRDefault="009D2300">
      <w:pPr>
        <w:pStyle w:val="1"/>
      </w:pPr>
      <w:r>
        <w:t>Водосборная балка и шланг</w:t>
      </w:r>
    </w:p>
    <w:p w14:paraId="737BB6DF" w14:textId="77777777" w:rsidR="001B335A" w:rsidRDefault="009D2300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2402F6F8" wp14:editId="20C93D98">
            <wp:extent cx="6144768" cy="3331111"/>
            <wp:effectExtent l="0" t="0" r="0" b="0"/>
            <wp:docPr id="14" name="Три заводские фотографии креплений, корпуса и резиновых лезвий" descr="Три заводские фотографии креплений, корпуса и резиновых лезв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queege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44768" cy="3331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378E1" w14:textId="77777777" w:rsidR="001B335A" w:rsidRDefault="009D2300">
      <w:pPr>
        <w:pStyle w:val="FigureCaption"/>
        <w:keepLines/>
      </w:pPr>
      <w:r>
        <w:t>Детали водосборной балки</w:t>
      </w:r>
    </w:p>
    <w:p w14:paraId="27E130EC" w14:textId="77777777" w:rsidR="001B335A" w:rsidRPr="00623F12" w:rsidRDefault="009D230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623F12">
        <w:rPr>
          <w:sz w:val="18"/>
          <w:lang w:val="ru-RU"/>
        </w:rPr>
        <w:t>Выключите питание, установите машину вертикально и отсоедините вакуумный шланг поворот</w:t>
      </w:r>
      <w:r w:rsidRPr="00623F12">
        <w:rPr>
          <w:sz w:val="18"/>
          <w:lang w:val="ru-RU"/>
        </w:rPr>
        <w:t>ом разъёма на четверть оборота.</w:t>
      </w:r>
    </w:p>
    <w:p w14:paraId="051E97D8" w14:textId="77777777" w:rsidR="001B335A" w:rsidRPr="00623F12" w:rsidRDefault="009D230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623F12">
        <w:rPr>
          <w:sz w:val="18"/>
          <w:lang w:val="ru-RU"/>
        </w:rPr>
        <w:t>Ослабьте крепления и снимите водосборную балку без перекоса.</w:t>
      </w:r>
    </w:p>
    <w:p w14:paraId="01B3DF3D" w14:textId="77777777" w:rsidR="001B335A" w:rsidRPr="00623F12" w:rsidRDefault="009D230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623F12">
        <w:rPr>
          <w:sz w:val="18"/>
          <w:lang w:val="ru-RU"/>
        </w:rPr>
        <w:t>Для замены лезвий отверните восемь пластиковых гаек и снимите прижимные элементы.</w:t>
      </w:r>
    </w:p>
    <w:p w14:paraId="6C87C940" w14:textId="77777777" w:rsidR="001B335A" w:rsidRPr="00623F12" w:rsidRDefault="009D230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623F12">
        <w:rPr>
          <w:sz w:val="18"/>
          <w:lang w:val="ru-RU"/>
        </w:rPr>
        <w:t xml:space="preserve">Если на лезвии нет стрелки направления, его можно перевернуть </w:t>
      </w:r>
      <w:r w:rsidRPr="00623F12">
        <w:rPr>
          <w:sz w:val="18"/>
          <w:lang w:val="ru-RU"/>
        </w:rPr>
        <w:t>неизношенной кромкой; повреждённое лезвие замените.</w:t>
      </w:r>
    </w:p>
    <w:p w14:paraId="30408EE5" w14:textId="77777777" w:rsidR="001B335A" w:rsidRPr="00623F12" w:rsidRDefault="009D230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623F12">
        <w:rPr>
          <w:sz w:val="18"/>
          <w:lang w:val="ru-RU"/>
        </w:rPr>
        <w:t>Соберите балку равномерно, установите её и подключите шланг до надёжной фиксации.</w:t>
      </w:r>
    </w:p>
    <w:tbl>
      <w:tblPr>
        <w:tblW w:w="10140" w:type="dxa"/>
        <w:tblInd w:w="175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1B335A" w:rsidRPr="00623F12" w14:paraId="764981E8" w14:textId="77777777">
        <w:trPr>
          <w:cantSplit/>
          <w:tblHeader/>
        </w:trPr>
        <w:tc>
          <w:tcPr>
            <w:tcW w:w="10140" w:type="dxa"/>
            <w:shd w:val="clear" w:color="auto" w:fill="EAF7FA"/>
            <w:tcMar>
              <w:top w:w="125" w:type="dxa"/>
              <w:left w:w="175" w:type="dxa"/>
              <w:bottom w:w="125" w:type="dxa"/>
              <w:right w:w="175" w:type="dxa"/>
            </w:tcMar>
          </w:tcPr>
          <w:p w14:paraId="37B6AE4D" w14:textId="77777777" w:rsidR="001B335A" w:rsidRPr="00623F12" w:rsidRDefault="009D2300">
            <w:pPr>
              <w:spacing w:after="0"/>
              <w:rPr>
                <w:lang w:val="ru-RU"/>
              </w:rPr>
            </w:pPr>
            <w:r w:rsidRPr="00623F12">
              <w:rPr>
                <w:b/>
                <w:color w:val="0788B0"/>
                <w:sz w:val="19"/>
                <w:lang w:val="ru-RU"/>
              </w:rPr>
              <w:t xml:space="preserve">ПОЛОСЫ </w:t>
            </w:r>
            <w:proofErr w:type="gramStart"/>
            <w:r w:rsidRPr="00623F12">
              <w:rPr>
                <w:b/>
                <w:color w:val="0788B0"/>
                <w:sz w:val="19"/>
                <w:lang w:val="ru-RU"/>
              </w:rPr>
              <w:t xml:space="preserve">ВОДЫ  </w:t>
            </w:r>
            <w:r w:rsidRPr="00623F12">
              <w:rPr>
                <w:sz w:val="20"/>
                <w:lang w:val="ru-RU"/>
              </w:rPr>
              <w:t>Проверьте</w:t>
            </w:r>
            <w:proofErr w:type="gramEnd"/>
            <w:r w:rsidRPr="00623F12">
              <w:rPr>
                <w:sz w:val="20"/>
                <w:lang w:val="ru-RU"/>
              </w:rPr>
              <w:t xml:space="preserve"> чистоту кромок, равномерность контакта, отсутствие разрывов и герметичность вакуумного шланга.</w:t>
            </w:r>
          </w:p>
        </w:tc>
      </w:tr>
    </w:tbl>
    <w:p w14:paraId="7D099B7C" w14:textId="77777777" w:rsidR="001B335A" w:rsidRPr="00623F12" w:rsidRDefault="001B335A">
      <w:pPr>
        <w:spacing w:after="20" w:line="240" w:lineRule="auto"/>
        <w:rPr>
          <w:lang w:val="ru-RU"/>
        </w:rPr>
      </w:pPr>
    </w:p>
    <w:p w14:paraId="749EEE23" w14:textId="77777777" w:rsidR="001B335A" w:rsidRPr="00623F12" w:rsidRDefault="009D2300">
      <w:pPr>
        <w:rPr>
          <w:lang w:val="ru-RU"/>
        </w:rPr>
      </w:pPr>
      <w:r w:rsidRPr="00623F12">
        <w:rPr>
          <w:lang w:val="ru-RU"/>
        </w:rPr>
        <w:br w:type="page"/>
      </w:r>
    </w:p>
    <w:p w14:paraId="1022ABEE" w14:textId="77777777" w:rsidR="001B335A" w:rsidRDefault="009D2300">
      <w:pPr>
        <w:keepNext/>
        <w:spacing w:after="40"/>
      </w:pPr>
      <w:r>
        <w:rPr>
          <w:b/>
          <w:color w:val="0788B0"/>
          <w:sz w:val="18"/>
        </w:rPr>
        <w:t>РАЗДЕЛ 15</w:t>
      </w:r>
    </w:p>
    <w:p w14:paraId="1D2A7CA4" w14:textId="77777777" w:rsidR="001B335A" w:rsidRDefault="009D2300">
      <w:pPr>
        <w:pStyle w:val="1"/>
      </w:pPr>
      <w:r>
        <w:t>Аккумулятор и зарядка</w:t>
      </w:r>
    </w:p>
    <w:p w14:paraId="01FC5561" w14:textId="77777777" w:rsidR="001B335A" w:rsidRDefault="009D2300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634CBE38" wp14:editId="122A478F">
            <wp:extent cx="1920240" cy="5087902"/>
            <wp:effectExtent l="0" t="0" r="0" b="0"/>
            <wp:docPr id="15" name="Боковой вид сложенной машины" descr="Боковой вид сложенной маши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de_right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5087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642DC0" w14:textId="77777777" w:rsidR="001B335A" w:rsidRPr="00623F12" w:rsidRDefault="009D2300">
      <w:pPr>
        <w:pStyle w:val="FigureCaption"/>
        <w:keepLines/>
        <w:rPr>
          <w:lang w:val="ru-RU"/>
        </w:rPr>
      </w:pPr>
      <w:r>
        <w:t>AMOP</w:t>
      </w:r>
      <w:r w:rsidRPr="00623F12">
        <w:rPr>
          <w:lang w:val="ru-RU"/>
        </w:rPr>
        <w:t>-3 в безопасном положении для зарядки</w:t>
      </w:r>
    </w:p>
    <w:p w14:paraId="463BEB7B" w14:textId="77777777" w:rsidR="001B335A" w:rsidRPr="00623F12" w:rsidRDefault="009D230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623F12">
        <w:rPr>
          <w:sz w:val="18"/>
          <w:lang w:val="ru-RU"/>
        </w:rPr>
        <w:t>Остановите машину в сухом проветриваемом помещении и выключите питание.</w:t>
      </w:r>
    </w:p>
    <w:p w14:paraId="03C5982B" w14:textId="77777777" w:rsidR="001B335A" w:rsidRPr="00623F12" w:rsidRDefault="009D230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623F12">
        <w:rPr>
          <w:sz w:val="18"/>
          <w:lang w:val="ru-RU"/>
        </w:rPr>
        <w:t xml:space="preserve">Используйте только автоматическое зарядное устройство класса </w:t>
      </w:r>
      <w:r>
        <w:rPr>
          <w:sz w:val="18"/>
        </w:rPr>
        <w:t>I</w:t>
      </w:r>
      <w:r w:rsidRPr="00623F12">
        <w:rPr>
          <w:sz w:val="18"/>
          <w:lang w:val="ru-RU"/>
        </w:rPr>
        <w:t xml:space="preserve">, предназначенное для аккумулятора 36 В и его </w:t>
      </w:r>
      <w:r w:rsidRPr="00623F12">
        <w:rPr>
          <w:sz w:val="18"/>
          <w:lang w:val="ru-RU"/>
        </w:rPr>
        <w:t>химического типа.</w:t>
      </w:r>
    </w:p>
    <w:p w14:paraId="4E6B4BDD" w14:textId="77777777" w:rsidR="001B335A" w:rsidRPr="00623F12" w:rsidRDefault="009D230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623F12">
        <w:rPr>
          <w:sz w:val="18"/>
          <w:lang w:val="ru-RU"/>
        </w:rPr>
        <w:t>Сначала подключите зарядный разъём к машине или батарее, затем сетевую вилку к заземлённой розетке.</w:t>
      </w:r>
    </w:p>
    <w:p w14:paraId="054A3781" w14:textId="77777777" w:rsidR="001B335A" w:rsidRPr="00623F12" w:rsidRDefault="009D230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623F12">
        <w:rPr>
          <w:sz w:val="18"/>
          <w:lang w:val="ru-RU"/>
        </w:rPr>
        <w:t>Не включайте машину и не перемещайте её во время зарядки.</w:t>
      </w:r>
    </w:p>
    <w:p w14:paraId="0B3FF7A7" w14:textId="77777777" w:rsidR="001B335A" w:rsidRPr="00623F12" w:rsidRDefault="009D2300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623F12">
        <w:rPr>
          <w:sz w:val="18"/>
          <w:lang w:val="ru-RU"/>
        </w:rPr>
        <w:t xml:space="preserve">После сигнала полного заряда сначала отключите устройство от сети, затем от </w:t>
      </w:r>
      <w:r w:rsidRPr="00623F12">
        <w:rPr>
          <w:sz w:val="18"/>
          <w:lang w:val="ru-RU"/>
        </w:rPr>
        <w:t>машины.</w:t>
      </w:r>
    </w:p>
    <w:p w14:paraId="300C8674" w14:textId="77777777" w:rsidR="001B335A" w:rsidRDefault="009D2300">
      <w:pPr>
        <w:pStyle w:val="2"/>
      </w:pPr>
      <w:proofErr w:type="spellStart"/>
      <w:r>
        <w:t>Уход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аккумулятором</w:t>
      </w:r>
      <w:proofErr w:type="spellEnd"/>
    </w:p>
    <w:p w14:paraId="6B8EE03D" w14:textId="77777777" w:rsidR="001B335A" w:rsidRPr="00623F12" w:rsidRDefault="009D230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623F12">
        <w:rPr>
          <w:sz w:val="18"/>
          <w:lang w:val="ru-RU"/>
        </w:rPr>
        <w:t>не допускайте глубокой разрядки и длительного хранения разряженной батареи;</w:t>
      </w:r>
    </w:p>
    <w:p w14:paraId="633D64AA" w14:textId="77777777" w:rsidR="001B335A" w:rsidRPr="00623F12" w:rsidRDefault="009D230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623F12">
        <w:rPr>
          <w:sz w:val="18"/>
          <w:lang w:val="ru-RU"/>
        </w:rPr>
        <w:t>не закорачивайте контакты и не кладите металлические предметы на батарею;</w:t>
      </w:r>
    </w:p>
    <w:p w14:paraId="454BCC29" w14:textId="77777777" w:rsidR="001B335A" w:rsidRPr="00623F12" w:rsidRDefault="009D230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623F12">
        <w:rPr>
          <w:sz w:val="18"/>
          <w:lang w:val="ru-RU"/>
        </w:rPr>
        <w:t>при вздутии, перегреве, запахе или повреждении прекратите эксплуатацию.</w:t>
      </w:r>
    </w:p>
    <w:tbl>
      <w:tblPr>
        <w:tblW w:w="10140" w:type="dxa"/>
        <w:tblInd w:w="175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1B335A" w:rsidRPr="00623F12" w14:paraId="5757F3A5" w14:textId="77777777">
        <w:trPr>
          <w:cantSplit/>
          <w:tblHeader/>
        </w:trPr>
        <w:tc>
          <w:tcPr>
            <w:tcW w:w="10140" w:type="dxa"/>
            <w:shd w:val="clear" w:color="auto" w:fill="EAF7FA"/>
            <w:tcMar>
              <w:top w:w="125" w:type="dxa"/>
              <w:left w:w="175" w:type="dxa"/>
              <w:bottom w:w="125" w:type="dxa"/>
              <w:right w:w="175" w:type="dxa"/>
            </w:tcMar>
          </w:tcPr>
          <w:p w14:paraId="07E42B26" w14:textId="77777777" w:rsidR="001B335A" w:rsidRPr="00623F12" w:rsidRDefault="009D2300">
            <w:pPr>
              <w:spacing w:after="0"/>
              <w:rPr>
                <w:lang w:val="ru-RU"/>
              </w:rPr>
            </w:pPr>
            <w:proofErr w:type="gramStart"/>
            <w:r w:rsidRPr="00623F12">
              <w:rPr>
                <w:b/>
                <w:color w:val="0788B0"/>
                <w:sz w:val="19"/>
                <w:lang w:val="ru-RU"/>
              </w:rPr>
              <w:t>ЭЛЕК</w:t>
            </w:r>
            <w:r w:rsidRPr="00623F12">
              <w:rPr>
                <w:b/>
                <w:color w:val="0788B0"/>
                <w:sz w:val="19"/>
                <w:lang w:val="ru-RU"/>
              </w:rPr>
              <w:t xml:space="preserve">ТРОБЕЗОПАСНОСТЬ  </w:t>
            </w:r>
            <w:r w:rsidRPr="00623F12">
              <w:rPr>
                <w:sz w:val="20"/>
                <w:lang w:val="ru-RU"/>
              </w:rPr>
              <w:t>Не</w:t>
            </w:r>
            <w:proofErr w:type="gramEnd"/>
            <w:r w:rsidRPr="00623F12">
              <w:rPr>
                <w:sz w:val="20"/>
                <w:lang w:val="ru-RU"/>
              </w:rPr>
              <w:t xml:space="preserve"> заряжайте машину во влажной зоне и не используйте повреждённые кабели или незаземлённую розетку.</w:t>
            </w:r>
          </w:p>
        </w:tc>
      </w:tr>
    </w:tbl>
    <w:p w14:paraId="642AEC89" w14:textId="77777777" w:rsidR="001B335A" w:rsidRPr="00623F12" w:rsidRDefault="001B335A">
      <w:pPr>
        <w:spacing w:after="20" w:line="240" w:lineRule="auto"/>
        <w:rPr>
          <w:lang w:val="ru-RU"/>
        </w:rPr>
      </w:pPr>
    </w:p>
    <w:p w14:paraId="5DC13DAD" w14:textId="77777777" w:rsidR="001B335A" w:rsidRPr="00623F12" w:rsidRDefault="009D2300">
      <w:pPr>
        <w:rPr>
          <w:lang w:val="ru-RU"/>
        </w:rPr>
      </w:pPr>
      <w:r w:rsidRPr="00623F12">
        <w:rPr>
          <w:lang w:val="ru-RU"/>
        </w:rPr>
        <w:br w:type="page"/>
      </w:r>
    </w:p>
    <w:p w14:paraId="596803FE" w14:textId="77777777" w:rsidR="001B335A" w:rsidRDefault="009D2300">
      <w:pPr>
        <w:keepNext/>
        <w:spacing w:after="40"/>
      </w:pPr>
      <w:r>
        <w:rPr>
          <w:b/>
          <w:color w:val="0788B0"/>
          <w:sz w:val="18"/>
        </w:rPr>
        <w:t>РАЗДЕЛ 16</w:t>
      </w:r>
    </w:p>
    <w:p w14:paraId="066E0191" w14:textId="77777777" w:rsidR="001B335A" w:rsidRDefault="009D2300">
      <w:pPr>
        <w:pStyle w:val="1"/>
      </w:pPr>
      <w:r>
        <w:t>Плановое обслуживание</w:t>
      </w:r>
    </w:p>
    <w:tbl>
      <w:tblPr>
        <w:tblW w:w="10140" w:type="dxa"/>
        <w:tblInd w:w="135" w:type="dxa"/>
        <w:tblBorders>
          <w:top w:val="single" w:sz="6" w:space="0" w:color="D5DDE2"/>
          <w:left w:val="single" w:sz="6" w:space="0" w:color="D5DDE2"/>
          <w:bottom w:val="single" w:sz="6" w:space="0" w:color="D5DDE2"/>
          <w:right w:val="single" w:sz="6" w:space="0" w:color="D5DDE2"/>
          <w:insideH w:val="single" w:sz="6" w:space="0" w:color="D5DDE2"/>
          <w:insideV w:val="single" w:sz="6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2730"/>
        <w:gridCol w:w="7410"/>
      </w:tblGrid>
      <w:tr w:rsidR="001B335A" w14:paraId="41E2CA62" w14:textId="77777777">
        <w:trPr>
          <w:cantSplit/>
          <w:tblHeader/>
        </w:trPr>
        <w:tc>
          <w:tcPr>
            <w:tcW w:w="273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53EC66E" w14:textId="77777777" w:rsidR="001B335A" w:rsidRDefault="009D2300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Интервал</w:t>
            </w:r>
          </w:p>
        </w:tc>
        <w:tc>
          <w:tcPr>
            <w:tcW w:w="741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144F50FE" w14:textId="77777777" w:rsidR="001B335A" w:rsidRDefault="009D2300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Работы</w:t>
            </w:r>
          </w:p>
        </w:tc>
      </w:tr>
      <w:tr w:rsidR="001B335A" w:rsidRPr="00623F12" w14:paraId="40063501" w14:textId="77777777">
        <w:trPr>
          <w:cantSplit/>
        </w:trPr>
        <w:tc>
          <w:tcPr>
            <w:tcW w:w="273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47AEE97" w14:textId="77777777" w:rsidR="001B335A" w:rsidRDefault="009D2300">
            <w:pPr>
              <w:spacing w:after="0" w:line="259" w:lineRule="auto"/>
            </w:pPr>
            <w:r>
              <w:rPr>
                <w:sz w:val="17"/>
              </w:rPr>
              <w:t>После каждой смены</w:t>
            </w:r>
          </w:p>
        </w:tc>
        <w:tc>
          <w:tcPr>
            <w:tcW w:w="741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B1FDA4A" w14:textId="77777777" w:rsidR="001B335A" w:rsidRPr="00623F12" w:rsidRDefault="009D2300">
            <w:pPr>
              <w:spacing w:after="0" w:line="259" w:lineRule="auto"/>
              <w:rPr>
                <w:lang w:val="ru-RU"/>
              </w:rPr>
            </w:pPr>
            <w:r w:rsidRPr="00623F12">
              <w:rPr>
                <w:sz w:val="17"/>
                <w:lang w:val="ru-RU"/>
              </w:rPr>
              <w:t xml:space="preserve">Промыть баки; очистить щётки, скребок и шланг; протереть </w:t>
            </w:r>
            <w:r w:rsidRPr="00623F12">
              <w:rPr>
                <w:sz w:val="17"/>
                <w:lang w:val="ru-RU"/>
              </w:rPr>
              <w:t>корпус</w:t>
            </w:r>
          </w:p>
        </w:tc>
      </w:tr>
      <w:tr w:rsidR="001B335A" w:rsidRPr="00623F12" w14:paraId="3EEA4C94" w14:textId="77777777">
        <w:trPr>
          <w:cantSplit/>
        </w:trPr>
        <w:tc>
          <w:tcPr>
            <w:tcW w:w="273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92C4566" w14:textId="77777777" w:rsidR="001B335A" w:rsidRDefault="009D2300">
            <w:pPr>
              <w:spacing w:after="0" w:line="259" w:lineRule="auto"/>
            </w:pPr>
            <w:proofErr w:type="spellStart"/>
            <w:r>
              <w:rPr>
                <w:sz w:val="17"/>
              </w:rPr>
              <w:t>Перед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каждой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сменой</w:t>
            </w:r>
            <w:proofErr w:type="spellEnd"/>
          </w:p>
        </w:tc>
        <w:tc>
          <w:tcPr>
            <w:tcW w:w="741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26F3252" w14:textId="77777777" w:rsidR="001B335A" w:rsidRPr="00623F12" w:rsidRDefault="009D2300">
            <w:pPr>
              <w:spacing w:after="0" w:line="259" w:lineRule="auto"/>
              <w:rPr>
                <w:lang w:val="ru-RU"/>
              </w:rPr>
            </w:pPr>
            <w:r w:rsidRPr="00623F12">
              <w:rPr>
                <w:sz w:val="17"/>
                <w:lang w:val="ru-RU"/>
              </w:rPr>
              <w:t>Проверить заряд, течи, крепления, шланги и органы управления</w:t>
            </w:r>
          </w:p>
        </w:tc>
      </w:tr>
      <w:tr w:rsidR="001B335A" w:rsidRPr="00623F12" w14:paraId="76ED24E7" w14:textId="77777777">
        <w:trPr>
          <w:cantSplit/>
        </w:trPr>
        <w:tc>
          <w:tcPr>
            <w:tcW w:w="273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D88ACF9" w14:textId="77777777" w:rsidR="001B335A" w:rsidRDefault="009D2300">
            <w:pPr>
              <w:spacing w:after="0" w:line="259" w:lineRule="auto"/>
            </w:pPr>
            <w:proofErr w:type="spellStart"/>
            <w:r>
              <w:rPr>
                <w:sz w:val="17"/>
              </w:rPr>
              <w:t>Еженедельно</w:t>
            </w:r>
            <w:proofErr w:type="spellEnd"/>
          </w:p>
        </w:tc>
        <w:tc>
          <w:tcPr>
            <w:tcW w:w="741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F6092D1" w14:textId="77777777" w:rsidR="001B335A" w:rsidRPr="00623F12" w:rsidRDefault="009D2300">
            <w:pPr>
              <w:spacing w:after="0" w:line="259" w:lineRule="auto"/>
              <w:rPr>
                <w:lang w:val="ru-RU"/>
              </w:rPr>
            </w:pPr>
            <w:r w:rsidRPr="00623F12">
              <w:rPr>
                <w:sz w:val="17"/>
                <w:lang w:val="ru-RU"/>
              </w:rPr>
              <w:t>Очистить фильтры и посадочные места; проверить кромки лезвий</w:t>
            </w:r>
          </w:p>
        </w:tc>
      </w:tr>
      <w:tr w:rsidR="001B335A" w:rsidRPr="00623F12" w14:paraId="154CCAAF" w14:textId="77777777">
        <w:trPr>
          <w:cantSplit/>
        </w:trPr>
        <w:tc>
          <w:tcPr>
            <w:tcW w:w="273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2ADAEFA" w14:textId="77777777" w:rsidR="001B335A" w:rsidRDefault="009D2300">
            <w:pPr>
              <w:spacing w:after="0" w:line="259" w:lineRule="auto"/>
            </w:pPr>
            <w:proofErr w:type="spellStart"/>
            <w:r>
              <w:rPr>
                <w:sz w:val="17"/>
              </w:rPr>
              <w:t>Ежемесячно</w:t>
            </w:r>
            <w:proofErr w:type="spellEnd"/>
          </w:p>
        </w:tc>
        <w:tc>
          <w:tcPr>
            <w:tcW w:w="741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C1E6670" w14:textId="77777777" w:rsidR="001B335A" w:rsidRPr="00623F12" w:rsidRDefault="009D2300">
            <w:pPr>
              <w:spacing w:after="0" w:line="259" w:lineRule="auto"/>
              <w:rPr>
                <w:lang w:val="ru-RU"/>
              </w:rPr>
            </w:pPr>
            <w:r w:rsidRPr="00623F12">
              <w:rPr>
                <w:sz w:val="17"/>
                <w:lang w:val="ru-RU"/>
              </w:rPr>
              <w:t>Проверить износ щёток, колёс, кабелей, разъёмов и магнитных креплений</w:t>
            </w:r>
          </w:p>
        </w:tc>
      </w:tr>
      <w:tr w:rsidR="001B335A" w:rsidRPr="00623F12" w14:paraId="3B557970" w14:textId="77777777">
        <w:trPr>
          <w:cantSplit/>
        </w:trPr>
        <w:tc>
          <w:tcPr>
            <w:tcW w:w="273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E084695" w14:textId="77777777" w:rsidR="001B335A" w:rsidRDefault="009D2300">
            <w:pPr>
              <w:spacing w:after="0" w:line="259" w:lineRule="auto"/>
            </w:pPr>
            <w:proofErr w:type="spellStart"/>
            <w:r>
              <w:rPr>
                <w:sz w:val="17"/>
              </w:rPr>
              <w:t>По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фактическому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износу</w:t>
            </w:r>
            <w:proofErr w:type="spellEnd"/>
          </w:p>
        </w:tc>
        <w:tc>
          <w:tcPr>
            <w:tcW w:w="741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E88A602" w14:textId="77777777" w:rsidR="001B335A" w:rsidRPr="00623F12" w:rsidRDefault="009D2300">
            <w:pPr>
              <w:spacing w:after="0" w:line="259" w:lineRule="auto"/>
              <w:rPr>
                <w:lang w:val="ru-RU"/>
              </w:rPr>
            </w:pPr>
            <w:r w:rsidRPr="00623F12">
              <w:rPr>
                <w:sz w:val="17"/>
                <w:lang w:val="ru-RU"/>
              </w:rPr>
              <w:t xml:space="preserve">Заменить щётки, </w:t>
            </w:r>
            <w:proofErr w:type="spellStart"/>
            <w:r w:rsidRPr="00623F12">
              <w:rPr>
                <w:sz w:val="17"/>
                <w:lang w:val="ru-RU"/>
              </w:rPr>
              <w:t>пады</w:t>
            </w:r>
            <w:proofErr w:type="spellEnd"/>
            <w:r w:rsidRPr="00623F12">
              <w:rPr>
                <w:sz w:val="17"/>
                <w:lang w:val="ru-RU"/>
              </w:rPr>
              <w:t>, лезвия, шланги и уплотнения</w:t>
            </w:r>
          </w:p>
        </w:tc>
      </w:tr>
      <w:tr w:rsidR="001B335A" w:rsidRPr="00623F12" w14:paraId="77CD279C" w14:textId="77777777">
        <w:trPr>
          <w:cantSplit/>
        </w:trPr>
        <w:tc>
          <w:tcPr>
            <w:tcW w:w="273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92087F1" w14:textId="77777777" w:rsidR="001B335A" w:rsidRDefault="009D2300">
            <w:pPr>
              <w:spacing w:after="0" w:line="259" w:lineRule="auto"/>
            </w:pPr>
            <w:proofErr w:type="spellStart"/>
            <w:r>
              <w:rPr>
                <w:sz w:val="17"/>
              </w:rPr>
              <w:t>Периодически</w:t>
            </w:r>
            <w:proofErr w:type="spellEnd"/>
          </w:p>
        </w:tc>
        <w:tc>
          <w:tcPr>
            <w:tcW w:w="741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00C029D" w14:textId="77777777" w:rsidR="001B335A" w:rsidRPr="00623F12" w:rsidRDefault="009D2300">
            <w:pPr>
              <w:spacing w:after="0" w:line="259" w:lineRule="auto"/>
              <w:rPr>
                <w:lang w:val="ru-RU"/>
              </w:rPr>
            </w:pPr>
            <w:r w:rsidRPr="00623F12">
              <w:rPr>
                <w:sz w:val="17"/>
                <w:lang w:val="ru-RU"/>
              </w:rPr>
              <w:t>Проверить вакуумный и щёточные двигатели в авторизованном сервисе</w:t>
            </w:r>
          </w:p>
        </w:tc>
      </w:tr>
    </w:tbl>
    <w:p w14:paraId="14757F10" w14:textId="77777777" w:rsidR="001B335A" w:rsidRDefault="009D2300">
      <w:pPr>
        <w:pStyle w:val="2"/>
      </w:pPr>
      <w:proofErr w:type="spellStart"/>
      <w:r>
        <w:t>Контроль</w:t>
      </w:r>
      <w:proofErr w:type="spellEnd"/>
      <w:r>
        <w:t xml:space="preserve"> </w:t>
      </w:r>
      <w:proofErr w:type="spellStart"/>
      <w:r>
        <w:t>оператора</w:t>
      </w:r>
      <w:proofErr w:type="spellEnd"/>
    </w:p>
    <w:p w14:paraId="7A985829" w14:textId="77777777" w:rsidR="001B335A" w:rsidRDefault="009D2300">
      <w:pPr>
        <w:numPr>
          <w:ilvl w:val="0"/>
          <w:numId w:val="1"/>
        </w:numPr>
        <w:spacing w:after="60" w:line="276" w:lineRule="auto"/>
      </w:pPr>
      <w:r>
        <w:rPr>
          <w:sz w:val="18"/>
        </w:rPr>
        <w:t>отсутствие повреждений и течей;</w:t>
      </w:r>
    </w:p>
    <w:p w14:paraId="417B0472" w14:textId="77777777" w:rsidR="001B335A" w:rsidRPr="00623F12" w:rsidRDefault="009D230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623F12">
        <w:rPr>
          <w:sz w:val="18"/>
          <w:lang w:val="ru-RU"/>
        </w:rPr>
        <w:t>чистота фильтров, шлангов и водосборной балки;</w:t>
      </w:r>
    </w:p>
    <w:p w14:paraId="27666474" w14:textId="77777777" w:rsidR="001B335A" w:rsidRPr="00623F12" w:rsidRDefault="009D230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623F12">
        <w:rPr>
          <w:sz w:val="18"/>
          <w:lang w:val="ru-RU"/>
        </w:rPr>
        <w:t>свободное вращение колёс и надёжность крепления щёток;</w:t>
      </w:r>
    </w:p>
    <w:p w14:paraId="1E288438" w14:textId="77777777" w:rsidR="001B335A" w:rsidRPr="00623F12" w:rsidRDefault="009D230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623F12">
        <w:rPr>
          <w:sz w:val="18"/>
          <w:lang w:val="ru-RU"/>
        </w:rPr>
        <w:t>нормальная индикация заряда и отсутствие нагрева разъёмов;</w:t>
      </w:r>
    </w:p>
    <w:p w14:paraId="1365162A" w14:textId="77777777" w:rsidR="001B335A" w:rsidRPr="00623F12" w:rsidRDefault="009D230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623F12">
        <w:rPr>
          <w:sz w:val="18"/>
          <w:lang w:val="ru-RU"/>
        </w:rPr>
        <w:t>отсутствие постороннего шума и вибрации.</w:t>
      </w:r>
    </w:p>
    <w:tbl>
      <w:tblPr>
        <w:tblW w:w="10140" w:type="dxa"/>
        <w:tblInd w:w="175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1B335A" w:rsidRPr="00623F12" w14:paraId="0787F3AC" w14:textId="77777777">
        <w:trPr>
          <w:cantSplit/>
          <w:tblHeader/>
        </w:trPr>
        <w:tc>
          <w:tcPr>
            <w:tcW w:w="10140" w:type="dxa"/>
            <w:shd w:val="clear" w:color="auto" w:fill="EAF7FA"/>
            <w:tcMar>
              <w:top w:w="125" w:type="dxa"/>
              <w:left w:w="175" w:type="dxa"/>
              <w:bottom w:w="125" w:type="dxa"/>
              <w:right w:w="175" w:type="dxa"/>
            </w:tcMar>
          </w:tcPr>
          <w:p w14:paraId="280FF71E" w14:textId="77777777" w:rsidR="001B335A" w:rsidRPr="00623F12" w:rsidRDefault="009D2300">
            <w:pPr>
              <w:spacing w:after="0"/>
              <w:rPr>
                <w:lang w:val="ru-RU"/>
              </w:rPr>
            </w:pPr>
            <w:proofErr w:type="gramStart"/>
            <w:r w:rsidRPr="00623F12">
              <w:rPr>
                <w:b/>
                <w:color w:val="0788B0"/>
                <w:sz w:val="19"/>
                <w:lang w:val="ru-RU"/>
              </w:rPr>
              <w:t xml:space="preserve">СЕРВИС  </w:t>
            </w:r>
            <w:r w:rsidRPr="00623F12">
              <w:rPr>
                <w:sz w:val="20"/>
                <w:lang w:val="ru-RU"/>
              </w:rPr>
              <w:t>Ремонт</w:t>
            </w:r>
            <w:proofErr w:type="gramEnd"/>
            <w:r w:rsidRPr="00623F12">
              <w:rPr>
                <w:sz w:val="20"/>
                <w:lang w:val="ru-RU"/>
              </w:rPr>
              <w:t xml:space="preserve"> электрической части, двигателей, зарядного устройства и аккумулятора выполняет квалифи</w:t>
            </w:r>
            <w:r w:rsidRPr="00623F12">
              <w:rPr>
                <w:sz w:val="20"/>
                <w:lang w:val="ru-RU"/>
              </w:rPr>
              <w:t>цированный персонал.</w:t>
            </w:r>
          </w:p>
        </w:tc>
      </w:tr>
    </w:tbl>
    <w:p w14:paraId="059BC2B0" w14:textId="77777777" w:rsidR="001B335A" w:rsidRPr="00623F12" w:rsidRDefault="001B335A">
      <w:pPr>
        <w:spacing w:after="20" w:line="240" w:lineRule="auto"/>
        <w:rPr>
          <w:lang w:val="ru-RU"/>
        </w:rPr>
      </w:pPr>
    </w:p>
    <w:p w14:paraId="68722F81" w14:textId="2CB0AD4E" w:rsidR="001B335A" w:rsidRPr="00623F12" w:rsidRDefault="009D2300" w:rsidP="00623F12">
      <w:pPr>
        <w:rPr>
          <w:lang w:val="ru-RU"/>
        </w:rPr>
      </w:pPr>
      <w:r>
        <w:rPr>
          <w:b/>
          <w:color w:val="0788B0"/>
          <w:sz w:val="18"/>
        </w:rPr>
        <w:t>РАЗДЕЛ 17</w:t>
      </w:r>
    </w:p>
    <w:p w14:paraId="7F956511" w14:textId="77777777" w:rsidR="001B335A" w:rsidRDefault="009D2300">
      <w:pPr>
        <w:pStyle w:val="1"/>
      </w:pPr>
      <w:r>
        <w:t>Неисправности: питание и вода</w:t>
      </w:r>
    </w:p>
    <w:tbl>
      <w:tblPr>
        <w:tblW w:w="10140" w:type="dxa"/>
        <w:tblInd w:w="135" w:type="dxa"/>
        <w:tblBorders>
          <w:top w:val="single" w:sz="6" w:space="0" w:color="D5DDE2"/>
          <w:left w:val="single" w:sz="6" w:space="0" w:color="D5DDE2"/>
          <w:bottom w:val="single" w:sz="6" w:space="0" w:color="D5DDE2"/>
          <w:right w:val="single" w:sz="6" w:space="0" w:color="D5DDE2"/>
          <w:insideH w:val="single" w:sz="6" w:space="0" w:color="D5DDE2"/>
          <w:insideV w:val="single" w:sz="6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2310"/>
        <w:gridCol w:w="3910"/>
        <w:gridCol w:w="3920"/>
      </w:tblGrid>
      <w:tr w:rsidR="001B335A" w14:paraId="5C384899" w14:textId="77777777">
        <w:trPr>
          <w:cantSplit/>
          <w:tblHeader/>
        </w:trPr>
        <w:tc>
          <w:tcPr>
            <w:tcW w:w="231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21532B06" w14:textId="77777777" w:rsidR="001B335A" w:rsidRDefault="009D2300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Признак</w:t>
            </w:r>
          </w:p>
        </w:tc>
        <w:tc>
          <w:tcPr>
            <w:tcW w:w="391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EA643C0" w14:textId="77777777" w:rsidR="001B335A" w:rsidRDefault="009D2300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Возможная причина</w:t>
            </w:r>
          </w:p>
        </w:tc>
        <w:tc>
          <w:tcPr>
            <w:tcW w:w="392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1B81C391" w14:textId="77777777" w:rsidR="001B335A" w:rsidRDefault="009D2300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Действие</w:t>
            </w:r>
          </w:p>
        </w:tc>
      </w:tr>
      <w:tr w:rsidR="001B335A" w:rsidRPr="00623F12" w14:paraId="1F610776" w14:textId="77777777">
        <w:trPr>
          <w:cantSplit/>
        </w:trPr>
        <w:tc>
          <w:tcPr>
            <w:tcW w:w="231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645F4E3" w14:textId="77777777" w:rsidR="001B335A" w:rsidRDefault="009D2300">
            <w:pPr>
              <w:spacing w:after="0" w:line="259" w:lineRule="auto"/>
            </w:pPr>
            <w:r>
              <w:rPr>
                <w:sz w:val="16"/>
              </w:rPr>
              <w:t>Машина не включается</w:t>
            </w:r>
          </w:p>
        </w:tc>
        <w:tc>
          <w:tcPr>
            <w:tcW w:w="391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4D0AA76" w14:textId="77777777" w:rsidR="001B335A" w:rsidRPr="00623F12" w:rsidRDefault="009D2300">
            <w:pPr>
              <w:spacing w:after="0" w:line="259" w:lineRule="auto"/>
              <w:rPr>
                <w:lang w:val="ru-RU"/>
              </w:rPr>
            </w:pPr>
            <w:r w:rsidRPr="00623F12">
              <w:rPr>
                <w:sz w:val="16"/>
                <w:lang w:val="ru-RU"/>
              </w:rPr>
              <w:t>Батарея отсутствует, разряжена или подключена неверно</w:t>
            </w:r>
          </w:p>
        </w:tc>
        <w:tc>
          <w:tcPr>
            <w:tcW w:w="392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42876C5" w14:textId="77777777" w:rsidR="001B335A" w:rsidRPr="00623F12" w:rsidRDefault="009D2300">
            <w:pPr>
              <w:spacing w:after="0" w:line="259" w:lineRule="auto"/>
              <w:rPr>
                <w:lang w:val="ru-RU"/>
              </w:rPr>
            </w:pPr>
            <w:r w:rsidRPr="00623F12">
              <w:rPr>
                <w:sz w:val="16"/>
                <w:lang w:val="ru-RU"/>
              </w:rPr>
              <w:t>Проверить установку, разъём и заряд; обратиться в сервис</w:t>
            </w:r>
          </w:p>
        </w:tc>
      </w:tr>
      <w:tr w:rsidR="001B335A" w:rsidRPr="00623F12" w14:paraId="5B0E8EED" w14:textId="77777777">
        <w:trPr>
          <w:cantSplit/>
        </w:trPr>
        <w:tc>
          <w:tcPr>
            <w:tcW w:w="231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867ED91" w14:textId="77777777" w:rsidR="001B335A" w:rsidRDefault="009D2300">
            <w:pPr>
              <w:spacing w:after="0" w:line="259" w:lineRule="auto"/>
            </w:pPr>
            <w:proofErr w:type="spellStart"/>
            <w:r>
              <w:rPr>
                <w:sz w:val="16"/>
              </w:rPr>
              <w:t>Панель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реагирует</w:t>
            </w:r>
            <w:proofErr w:type="spellEnd"/>
          </w:p>
        </w:tc>
        <w:tc>
          <w:tcPr>
            <w:tcW w:w="391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611BA40" w14:textId="77777777" w:rsidR="001B335A" w:rsidRPr="00623F12" w:rsidRDefault="009D2300">
            <w:pPr>
              <w:spacing w:after="0" w:line="259" w:lineRule="auto"/>
              <w:rPr>
                <w:lang w:val="ru-RU"/>
              </w:rPr>
            </w:pPr>
            <w:r w:rsidRPr="00623F12">
              <w:rPr>
                <w:sz w:val="16"/>
                <w:lang w:val="ru-RU"/>
              </w:rPr>
              <w:t>Главный выключатель выключен; плохой контакт</w:t>
            </w:r>
          </w:p>
        </w:tc>
        <w:tc>
          <w:tcPr>
            <w:tcW w:w="392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21231CA4" w14:textId="77777777" w:rsidR="001B335A" w:rsidRPr="00623F12" w:rsidRDefault="009D2300">
            <w:pPr>
              <w:spacing w:after="0" w:line="259" w:lineRule="auto"/>
              <w:rPr>
                <w:lang w:val="ru-RU"/>
              </w:rPr>
            </w:pPr>
            <w:r w:rsidRPr="00623F12">
              <w:rPr>
                <w:sz w:val="16"/>
                <w:lang w:val="ru-RU"/>
              </w:rPr>
              <w:t>Выключить, проверить соединения и повторить запуск</w:t>
            </w:r>
          </w:p>
        </w:tc>
      </w:tr>
      <w:tr w:rsidR="001B335A" w:rsidRPr="00623F12" w14:paraId="21E3D465" w14:textId="77777777">
        <w:trPr>
          <w:cantSplit/>
        </w:trPr>
        <w:tc>
          <w:tcPr>
            <w:tcW w:w="231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88E01A6" w14:textId="77777777" w:rsidR="001B335A" w:rsidRDefault="009D2300">
            <w:pPr>
              <w:spacing w:after="0" w:line="259" w:lineRule="auto"/>
            </w:pPr>
            <w:proofErr w:type="spellStart"/>
            <w:r>
              <w:rPr>
                <w:sz w:val="16"/>
              </w:rPr>
              <w:t>Вода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подаётся</w:t>
            </w:r>
            <w:proofErr w:type="spellEnd"/>
          </w:p>
        </w:tc>
        <w:tc>
          <w:tcPr>
            <w:tcW w:w="391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AE21831" w14:textId="77777777" w:rsidR="001B335A" w:rsidRPr="00623F12" w:rsidRDefault="009D2300">
            <w:pPr>
              <w:spacing w:after="0" w:line="259" w:lineRule="auto"/>
              <w:rPr>
                <w:lang w:val="ru-RU"/>
              </w:rPr>
            </w:pPr>
            <w:r w:rsidRPr="00623F12">
              <w:rPr>
                <w:sz w:val="16"/>
                <w:lang w:val="ru-RU"/>
              </w:rPr>
              <w:t>Функция воды выключена; бак пуст; фильтр или линия засорены</w:t>
            </w:r>
          </w:p>
        </w:tc>
        <w:tc>
          <w:tcPr>
            <w:tcW w:w="392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2EC6F64E" w14:textId="77777777" w:rsidR="001B335A" w:rsidRPr="00623F12" w:rsidRDefault="009D2300">
            <w:pPr>
              <w:spacing w:after="0" w:line="259" w:lineRule="auto"/>
              <w:rPr>
                <w:lang w:val="ru-RU"/>
              </w:rPr>
            </w:pPr>
            <w:r w:rsidRPr="00623F12">
              <w:rPr>
                <w:sz w:val="16"/>
                <w:lang w:val="ru-RU"/>
              </w:rPr>
              <w:t>Включить подачу, наполнить бак, очистить фильтр и тракт</w:t>
            </w:r>
          </w:p>
        </w:tc>
      </w:tr>
      <w:tr w:rsidR="001B335A" w:rsidRPr="00623F12" w14:paraId="7C10DD05" w14:textId="77777777">
        <w:trPr>
          <w:cantSplit/>
        </w:trPr>
        <w:tc>
          <w:tcPr>
            <w:tcW w:w="231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C57FA29" w14:textId="77777777" w:rsidR="001B335A" w:rsidRDefault="009D2300">
            <w:pPr>
              <w:spacing w:after="0" w:line="259" w:lineRule="auto"/>
            </w:pPr>
            <w:proofErr w:type="spellStart"/>
            <w:r>
              <w:rPr>
                <w:sz w:val="16"/>
              </w:rPr>
              <w:t>Слабая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подача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воды</w:t>
            </w:r>
            <w:proofErr w:type="spellEnd"/>
          </w:p>
        </w:tc>
        <w:tc>
          <w:tcPr>
            <w:tcW w:w="391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1624DE13" w14:textId="77777777" w:rsidR="001B335A" w:rsidRPr="00623F12" w:rsidRDefault="009D2300">
            <w:pPr>
              <w:spacing w:after="0" w:line="259" w:lineRule="auto"/>
              <w:rPr>
                <w:lang w:val="ru-RU"/>
              </w:rPr>
            </w:pPr>
            <w:r w:rsidRPr="00623F12">
              <w:rPr>
                <w:sz w:val="16"/>
                <w:lang w:val="ru-RU"/>
              </w:rPr>
              <w:t>Неправильно установлен бак; загрязнён фильтр</w:t>
            </w:r>
          </w:p>
        </w:tc>
        <w:tc>
          <w:tcPr>
            <w:tcW w:w="392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1F6836F3" w14:textId="77777777" w:rsidR="001B335A" w:rsidRPr="00623F12" w:rsidRDefault="009D2300">
            <w:pPr>
              <w:spacing w:after="0" w:line="259" w:lineRule="auto"/>
              <w:rPr>
                <w:lang w:val="ru-RU"/>
              </w:rPr>
            </w:pPr>
            <w:r w:rsidRPr="00623F12">
              <w:rPr>
                <w:sz w:val="16"/>
                <w:lang w:val="ru-RU"/>
              </w:rPr>
              <w:t>Переустановить бак, промыть фильтр и шланг</w:t>
            </w:r>
          </w:p>
        </w:tc>
      </w:tr>
      <w:tr w:rsidR="001B335A" w:rsidRPr="00623F12" w14:paraId="71AA99E0" w14:textId="77777777">
        <w:trPr>
          <w:cantSplit/>
        </w:trPr>
        <w:tc>
          <w:tcPr>
            <w:tcW w:w="231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2DFBF35E" w14:textId="77777777" w:rsidR="001B335A" w:rsidRDefault="009D2300">
            <w:pPr>
              <w:spacing w:after="0" w:line="259" w:lineRule="auto"/>
            </w:pPr>
            <w:proofErr w:type="spellStart"/>
            <w:r>
              <w:rPr>
                <w:sz w:val="16"/>
              </w:rPr>
              <w:t>Вода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протекает</w:t>
            </w:r>
            <w:proofErr w:type="spellEnd"/>
          </w:p>
        </w:tc>
        <w:tc>
          <w:tcPr>
            <w:tcW w:w="391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5B41C04" w14:textId="77777777" w:rsidR="001B335A" w:rsidRPr="00623F12" w:rsidRDefault="009D2300">
            <w:pPr>
              <w:spacing w:after="0" w:line="259" w:lineRule="auto"/>
              <w:rPr>
                <w:lang w:val="ru-RU"/>
              </w:rPr>
            </w:pPr>
            <w:r w:rsidRPr="00623F12">
              <w:rPr>
                <w:sz w:val="16"/>
                <w:lang w:val="ru-RU"/>
              </w:rPr>
              <w:t>Бак установлен с перекосом; повреждён шланг или уплотнение</w:t>
            </w:r>
          </w:p>
        </w:tc>
        <w:tc>
          <w:tcPr>
            <w:tcW w:w="392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9A38823" w14:textId="77777777" w:rsidR="001B335A" w:rsidRPr="00623F12" w:rsidRDefault="009D2300">
            <w:pPr>
              <w:spacing w:after="0" w:line="259" w:lineRule="auto"/>
              <w:rPr>
                <w:lang w:val="ru-RU"/>
              </w:rPr>
            </w:pPr>
            <w:r w:rsidRPr="00623F12">
              <w:rPr>
                <w:sz w:val="16"/>
                <w:lang w:val="ru-RU"/>
              </w:rPr>
              <w:t>Выключить машину, установить бак правильно, заменить деталь</w:t>
            </w:r>
          </w:p>
        </w:tc>
      </w:tr>
      <w:tr w:rsidR="001B335A" w:rsidRPr="00623F12" w14:paraId="6F5CBF58" w14:textId="77777777">
        <w:trPr>
          <w:cantSplit/>
        </w:trPr>
        <w:tc>
          <w:tcPr>
            <w:tcW w:w="231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8DE2D8C" w14:textId="77777777" w:rsidR="001B335A" w:rsidRDefault="009D2300">
            <w:pPr>
              <w:spacing w:after="0" w:line="259" w:lineRule="auto"/>
            </w:pPr>
            <w:proofErr w:type="spellStart"/>
            <w:r>
              <w:rPr>
                <w:sz w:val="16"/>
              </w:rPr>
              <w:t>Щётки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вращаются</w:t>
            </w:r>
            <w:proofErr w:type="spellEnd"/>
          </w:p>
        </w:tc>
        <w:tc>
          <w:tcPr>
            <w:tcW w:w="391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E862169" w14:textId="77777777" w:rsidR="001B335A" w:rsidRPr="00623F12" w:rsidRDefault="009D2300">
            <w:pPr>
              <w:spacing w:after="0" w:line="259" w:lineRule="auto"/>
              <w:rPr>
                <w:lang w:val="ru-RU"/>
              </w:rPr>
            </w:pPr>
            <w:r w:rsidRPr="00623F12">
              <w:rPr>
                <w:sz w:val="16"/>
                <w:lang w:val="ru-RU"/>
              </w:rPr>
              <w:t>Функция выключена; намотка; привод заблокирован</w:t>
            </w:r>
          </w:p>
        </w:tc>
        <w:tc>
          <w:tcPr>
            <w:tcW w:w="392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ABC92E9" w14:textId="77777777" w:rsidR="001B335A" w:rsidRPr="00623F12" w:rsidRDefault="009D2300">
            <w:pPr>
              <w:spacing w:after="0" w:line="259" w:lineRule="auto"/>
              <w:rPr>
                <w:lang w:val="ru-RU"/>
              </w:rPr>
            </w:pPr>
            <w:r w:rsidRPr="00623F12">
              <w:rPr>
                <w:sz w:val="16"/>
                <w:lang w:val="ru-RU"/>
              </w:rPr>
              <w:t>Отключить питание, удалить намотку, проверить крепление</w:t>
            </w:r>
          </w:p>
        </w:tc>
      </w:tr>
      <w:tr w:rsidR="001B335A" w:rsidRPr="00623F12" w14:paraId="4118AA52" w14:textId="77777777">
        <w:tblPrEx>
          <w:tblBorders>
            <w:top w:val="single" w:sz="9" w:space="0" w:color="D79600"/>
            <w:left w:val="single" w:sz="9" w:space="0" w:color="D79600"/>
            <w:bottom w:val="single" w:sz="9" w:space="0" w:color="D79600"/>
            <w:right w:val="single" w:sz="9" w:space="0" w:color="D7960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3"/>
            <w:shd w:val="clear" w:color="auto" w:fill="FFF7DF"/>
            <w:tcMar>
              <w:top w:w="125" w:type="dxa"/>
              <w:left w:w="175" w:type="dxa"/>
              <w:bottom w:w="125" w:type="dxa"/>
              <w:right w:w="175" w:type="dxa"/>
            </w:tcMar>
          </w:tcPr>
          <w:p w14:paraId="542596D7" w14:textId="77777777" w:rsidR="001B335A" w:rsidRPr="00623F12" w:rsidRDefault="009D2300">
            <w:pPr>
              <w:spacing w:after="0"/>
              <w:rPr>
                <w:lang w:val="ru-RU"/>
              </w:rPr>
            </w:pPr>
            <w:r w:rsidRPr="00623F12">
              <w:rPr>
                <w:b/>
                <w:color w:val="D79600"/>
                <w:sz w:val="19"/>
                <w:lang w:val="ru-RU"/>
              </w:rPr>
              <w:t xml:space="preserve">НЕ </w:t>
            </w:r>
            <w:proofErr w:type="gramStart"/>
            <w:r w:rsidRPr="00623F12">
              <w:rPr>
                <w:b/>
                <w:color w:val="D79600"/>
                <w:sz w:val="19"/>
                <w:lang w:val="ru-RU"/>
              </w:rPr>
              <w:t xml:space="preserve">ВСКРЫВАТЬ  </w:t>
            </w:r>
            <w:r w:rsidRPr="00623F12">
              <w:rPr>
                <w:sz w:val="20"/>
                <w:lang w:val="ru-RU"/>
              </w:rPr>
              <w:t>Если</w:t>
            </w:r>
            <w:proofErr w:type="gramEnd"/>
            <w:r w:rsidRPr="00623F12">
              <w:rPr>
                <w:sz w:val="20"/>
                <w:lang w:val="ru-RU"/>
              </w:rPr>
              <w:t xml:space="preserve"> неисправность сохраняется после безопасных проверок, прекратите работу и передайте машину в сервис.</w:t>
            </w:r>
          </w:p>
        </w:tc>
      </w:tr>
    </w:tbl>
    <w:p w14:paraId="6A4ADB10" w14:textId="77777777" w:rsidR="001B335A" w:rsidRPr="00623F12" w:rsidRDefault="001B335A">
      <w:pPr>
        <w:spacing w:after="20" w:line="240" w:lineRule="auto"/>
        <w:rPr>
          <w:lang w:val="ru-RU"/>
        </w:rPr>
      </w:pPr>
    </w:p>
    <w:p w14:paraId="54C2D565" w14:textId="77777777" w:rsidR="001B335A" w:rsidRPr="00623F12" w:rsidRDefault="009D2300">
      <w:pPr>
        <w:rPr>
          <w:lang w:val="ru-RU"/>
        </w:rPr>
      </w:pPr>
      <w:r w:rsidRPr="00623F12">
        <w:rPr>
          <w:lang w:val="ru-RU"/>
        </w:rPr>
        <w:br w:type="page"/>
      </w:r>
    </w:p>
    <w:p w14:paraId="518162B3" w14:textId="77777777" w:rsidR="001B335A" w:rsidRDefault="009D2300">
      <w:pPr>
        <w:keepNext/>
        <w:spacing w:after="40"/>
      </w:pPr>
      <w:r>
        <w:rPr>
          <w:b/>
          <w:color w:val="0788B0"/>
          <w:sz w:val="18"/>
        </w:rPr>
        <w:t>РАЗДЕЛ 18</w:t>
      </w:r>
    </w:p>
    <w:p w14:paraId="6BB45327" w14:textId="77777777" w:rsidR="001B335A" w:rsidRDefault="009D2300">
      <w:pPr>
        <w:pStyle w:val="1"/>
      </w:pPr>
      <w:r>
        <w:t>Неисправности: сбор воды</w:t>
      </w:r>
    </w:p>
    <w:tbl>
      <w:tblPr>
        <w:tblW w:w="10140" w:type="dxa"/>
        <w:tblInd w:w="135" w:type="dxa"/>
        <w:tblBorders>
          <w:top w:val="single" w:sz="6" w:space="0" w:color="D5DDE2"/>
          <w:left w:val="single" w:sz="6" w:space="0" w:color="D5DDE2"/>
          <w:bottom w:val="single" w:sz="6" w:space="0" w:color="D5DDE2"/>
          <w:right w:val="single" w:sz="6" w:space="0" w:color="D5DDE2"/>
          <w:insideH w:val="single" w:sz="6" w:space="0" w:color="D5DDE2"/>
          <w:insideV w:val="single" w:sz="6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2310"/>
        <w:gridCol w:w="3910"/>
        <w:gridCol w:w="3920"/>
      </w:tblGrid>
      <w:tr w:rsidR="001B335A" w14:paraId="4D5F281B" w14:textId="77777777">
        <w:trPr>
          <w:cantSplit/>
          <w:tblHeader/>
        </w:trPr>
        <w:tc>
          <w:tcPr>
            <w:tcW w:w="231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FE6EF1B" w14:textId="77777777" w:rsidR="001B335A" w:rsidRDefault="009D2300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Признак</w:t>
            </w:r>
          </w:p>
        </w:tc>
        <w:tc>
          <w:tcPr>
            <w:tcW w:w="391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96FED65" w14:textId="77777777" w:rsidR="001B335A" w:rsidRDefault="009D2300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Возможная причина</w:t>
            </w:r>
          </w:p>
        </w:tc>
        <w:tc>
          <w:tcPr>
            <w:tcW w:w="392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5F32F02" w14:textId="77777777" w:rsidR="001B335A" w:rsidRDefault="009D2300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Действие</w:t>
            </w:r>
          </w:p>
        </w:tc>
      </w:tr>
      <w:tr w:rsidR="001B335A" w:rsidRPr="00623F12" w14:paraId="2577A01A" w14:textId="77777777">
        <w:trPr>
          <w:cantSplit/>
        </w:trPr>
        <w:tc>
          <w:tcPr>
            <w:tcW w:w="231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6927F7B" w14:textId="77777777" w:rsidR="001B335A" w:rsidRDefault="009D2300">
            <w:pPr>
              <w:spacing w:after="0" w:line="259" w:lineRule="auto"/>
            </w:pPr>
            <w:r>
              <w:rPr>
                <w:sz w:val="16"/>
              </w:rPr>
              <w:t>Пол остаётся мокрым</w:t>
            </w:r>
          </w:p>
        </w:tc>
        <w:tc>
          <w:tcPr>
            <w:tcW w:w="391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D316C32" w14:textId="77777777" w:rsidR="001B335A" w:rsidRPr="00623F12" w:rsidRDefault="009D2300">
            <w:pPr>
              <w:spacing w:after="0" w:line="259" w:lineRule="auto"/>
              <w:rPr>
                <w:lang w:val="ru-RU"/>
              </w:rPr>
            </w:pPr>
            <w:r w:rsidRPr="00623F12">
              <w:rPr>
                <w:sz w:val="16"/>
                <w:lang w:val="ru-RU"/>
              </w:rPr>
              <w:t>Вакуум выключен; бак грязной воды заполнен</w:t>
            </w:r>
          </w:p>
        </w:tc>
        <w:tc>
          <w:tcPr>
            <w:tcW w:w="392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C10A42F" w14:textId="77777777" w:rsidR="001B335A" w:rsidRPr="00623F12" w:rsidRDefault="009D2300">
            <w:pPr>
              <w:spacing w:after="0" w:line="259" w:lineRule="auto"/>
              <w:rPr>
                <w:lang w:val="ru-RU"/>
              </w:rPr>
            </w:pPr>
            <w:r w:rsidRPr="00623F12">
              <w:rPr>
                <w:sz w:val="16"/>
                <w:lang w:val="ru-RU"/>
              </w:rPr>
              <w:t>Включить вакуум, опорожнить и правильно установить бак</w:t>
            </w:r>
          </w:p>
        </w:tc>
      </w:tr>
      <w:tr w:rsidR="001B335A" w:rsidRPr="00623F12" w14:paraId="5BFA89DE" w14:textId="77777777">
        <w:trPr>
          <w:cantSplit/>
        </w:trPr>
        <w:tc>
          <w:tcPr>
            <w:tcW w:w="231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945D730" w14:textId="77777777" w:rsidR="001B335A" w:rsidRDefault="009D2300">
            <w:pPr>
              <w:spacing w:after="0" w:line="259" w:lineRule="auto"/>
            </w:pPr>
            <w:proofErr w:type="spellStart"/>
            <w:r>
              <w:rPr>
                <w:sz w:val="16"/>
              </w:rPr>
              <w:t>Слабое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всасывание</w:t>
            </w:r>
            <w:proofErr w:type="spellEnd"/>
          </w:p>
        </w:tc>
        <w:tc>
          <w:tcPr>
            <w:tcW w:w="391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75D532A" w14:textId="77777777" w:rsidR="001B335A" w:rsidRPr="00623F12" w:rsidRDefault="009D2300">
            <w:pPr>
              <w:spacing w:after="0" w:line="259" w:lineRule="auto"/>
              <w:rPr>
                <w:lang w:val="ru-RU"/>
              </w:rPr>
            </w:pPr>
            <w:r w:rsidRPr="00623F12">
              <w:rPr>
                <w:sz w:val="16"/>
                <w:lang w:val="ru-RU"/>
              </w:rPr>
              <w:t>Засорены скребок, фильтр или шланг</w:t>
            </w:r>
          </w:p>
        </w:tc>
        <w:tc>
          <w:tcPr>
            <w:tcW w:w="392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224C1627" w14:textId="77777777" w:rsidR="001B335A" w:rsidRPr="00623F12" w:rsidRDefault="009D2300">
            <w:pPr>
              <w:spacing w:after="0" w:line="259" w:lineRule="auto"/>
              <w:rPr>
                <w:lang w:val="ru-RU"/>
              </w:rPr>
            </w:pPr>
            <w:r w:rsidRPr="00623F12">
              <w:rPr>
                <w:sz w:val="16"/>
                <w:lang w:val="ru-RU"/>
              </w:rPr>
              <w:t xml:space="preserve">Очистить тракт, </w:t>
            </w:r>
            <w:r w:rsidRPr="00623F12">
              <w:rPr>
                <w:sz w:val="16"/>
                <w:lang w:val="ru-RU"/>
              </w:rPr>
              <w:t>проверить соединения и уплотнения</w:t>
            </w:r>
          </w:p>
        </w:tc>
      </w:tr>
      <w:tr w:rsidR="001B335A" w:rsidRPr="00623F12" w14:paraId="18429784" w14:textId="77777777">
        <w:trPr>
          <w:cantSplit/>
        </w:trPr>
        <w:tc>
          <w:tcPr>
            <w:tcW w:w="231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587F03A" w14:textId="77777777" w:rsidR="001B335A" w:rsidRDefault="009D2300">
            <w:pPr>
              <w:spacing w:after="0" w:line="259" w:lineRule="auto"/>
            </w:pPr>
            <w:proofErr w:type="spellStart"/>
            <w:r>
              <w:rPr>
                <w:sz w:val="16"/>
              </w:rPr>
              <w:t>Остаются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полосы</w:t>
            </w:r>
            <w:proofErr w:type="spellEnd"/>
          </w:p>
        </w:tc>
        <w:tc>
          <w:tcPr>
            <w:tcW w:w="391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B17AE19" w14:textId="77777777" w:rsidR="001B335A" w:rsidRDefault="009D2300">
            <w:pPr>
              <w:spacing w:after="0" w:line="259" w:lineRule="auto"/>
            </w:pPr>
            <w:r>
              <w:rPr>
                <w:sz w:val="16"/>
              </w:rPr>
              <w:t>Кромки загрязнены или изношены</w:t>
            </w:r>
          </w:p>
        </w:tc>
        <w:tc>
          <w:tcPr>
            <w:tcW w:w="392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167EC46F" w14:textId="77777777" w:rsidR="001B335A" w:rsidRPr="00623F12" w:rsidRDefault="009D2300">
            <w:pPr>
              <w:spacing w:after="0" w:line="259" w:lineRule="auto"/>
              <w:rPr>
                <w:lang w:val="ru-RU"/>
              </w:rPr>
            </w:pPr>
            <w:r w:rsidRPr="00623F12">
              <w:rPr>
                <w:sz w:val="16"/>
                <w:lang w:val="ru-RU"/>
              </w:rPr>
              <w:t>Очистить, перевернуть или заменить лезвия</w:t>
            </w:r>
          </w:p>
        </w:tc>
      </w:tr>
      <w:tr w:rsidR="001B335A" w:rsidRPr="00623F12" w14:paraId="49323E96" w14:textId="77777777">
        <w:trPr>
          <w:cantSplit/>
        </w:trPr>
        <w:tc>
          <w:tcPr>
            <w:tcW w:w="231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DBB577A" w14:textId="77777777" w:rsidR="001B335A" w:rsidRDefault="009D2300">
            <w:pPr>
              <w:spacing w:after="0" w:line="259" w:lineRule="auto"/>
            </w:pPr>
            <w:proofErr w:type="spellStart"/>
            <w:r>
              <w:rPr>
                <w:sz w:val="16"/>
              </w:rPr>
              <w:t>Много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пены</w:t>
            </w:r>
            <w:proofErr w:type="spellEnd"/>
            <w:r>
              <w:rPr>
                <w:sz w:val="16"/>
              </w:rPr>
              <w:t xml:space="preserve"> в </w:t>
            </w:r>
            <w:proofErr w:type="spellStart"/>
            <w:r>
              <w:rPr>
                <w:sz w:val="16"/>
              </w:rPr>
              <w:t>баке</w:t>
            </w:r>
            <w:proofErr w:type="spellEnd"/>
          </w:p>
        </w:tc>
        <w:tc>
          <w:tcPr>
            <w:tcW w:w="391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2717C9D3" w14:textId="77777777" w:rsidR="001B335A" w:rsidRDefault="009D2300">
            <w:pPr>
              <w:spacing w:after="0" w:line="259" w:lineRule="auto"/>
            </w:pPr>
            <w:r>
              <w:rPr>
                <w:sz w:val="16"/>
              </w:rPr>
              <w:t>Использовано неподходящее средство</w:t>
            </w:r>
          </w:p>
        </w:tc>
        <w:tc>
          <w:tcPr>
            <w:tcW w:w="392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6A669B6" w14:textId="77777777" w:rsidR="001B335A" w:rsidRPr="00623F12" w:rsidRDefault="009D2300">
            <w:pPr>
              <w:spacing w:after="0" w:line="259" w:lineRule="auto"/>
              <w:rPr>
                <w:lang w:val="ru-RU"/>
              </w:rPr>
            </w:pPr>
            <w:r w:rsidRPr="00623F12">
              <w:rPr>
                <w:sz w:val="16"/>
                <w:lang w:val="ru-RU"/>
              </w:rPr>
              <w:t xml:space="preserve">Остановить машину, промыть бак и применять </w:t>
            </w:r>
            <w:proofErr w:type="spellStart"/>
            <w:r w:rsidRPr="00623F12">
              <w:rPr>
                <w:sz w:val="16"/>
                <w:lang w:val="ru-RU"/>
              </w:rPr>
              <w:t>малопенящийся</w:t>
            </w:r>
            <w:proofErr w:type="spellEnd"/>
            <w:r w:rsidRPr="00623F12">
              <w:rPr>
                <w:sz w:val="16"/>
                <w:lang w:val="ru-RU"/>
              </w:rPr>
              <w:t xml:space="preserve"> состав</w:t>
            </w:r>
          </w:p>
        </w:tc>
      </w:tr>
      <w:tr w:rsidR="001B335A" w:rsidRPr="00623F12" w14:paraId="79D5AB59" w14:textId="77777777">
        <w:trPr>
          <w:cantSplit/>
        </w:trPr>
        <w:tc>
          <w:tcPr>
            <w:tcW w:w="231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2797E7AC" w14:textId="77777777" w:rsidR="001B335A" w:rsidRDefault="009D2300">
            <w:pPr>
              <w:spacing w:after="0" w:line="259" w:lineRule="auto"/>
            </w:pPr>
            <w:proofErr w:type="spellStart"/>
            <w:r>
              <w:rPr>
                <w:sz w:val="16"/>
              </w:rPr>
              <w:t>Необычный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шум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вакуума</w:t>
            </w:r>
            <w:proofErr w:type="spellEnd"/>
          </w:p>
        </w:tc>
        <w:tc>
          <w:tcPr>
            <w:tcW w:w="391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99F6989" w14:textId="77777777" w:rsidR="001B335A" w:rsidRPr="00623F12" w:rsidRDefault="009D2300">
            <w:pPr>
              <w:spacing w:after="0" w:line="259" w:lineRule="auto"/>
              <w:rPr>
                <w:lang w:val="ru-RU"/>
              </w:rPr>
            </w:pPr>
            <w:r w:rsidRPr="00623F12">
              <w:rPr>
                <w:sz w:val="16"/>
                <w:lang w:val="ru-RU"/>
              </w:rPr>
              <w:t>Вода или мусор попали в тракт; мотор повреждён</w:t>
            </w:r>
          </w:p>
        </w:tc>
        <w:tc>
          <w:tcPr>
            <w:tcW w:w="392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3A05B26" w14:textId="77777777" w:rsidR="001B335A" w:rsidRPr="00623F12" w:rsidRDefault="009D2300">
            <w:pPr>
              <w:spacing w:after="0" w:line="259" w:lineRule="auto"/>
              <w:rPr>
                <w:lang w:val="ru-RU"/>
              </w:rPr>
            </w:pPr>
            <w:r w:rsidRPr="00623F12">
              <w:rPr>
                <w:sz w:val="16"/>
                <w:lang w:val="ru-RU"/>
              </w:rPr>
              <w:t>Немедленно выключить и обратиться в сервис</w:t>
            </w:r>
          </w:p>
        </w:tc>
      </w:tr>
      <w:tr w:rsidR="001B335A" w:rsidRPr="00623F12" w14:paraId="5C71F795" w14:textId="77777777">
        <w:trPr>
          <w:cantSplit/>
        </w:trPr>
        <w:tc>
          <w:tcPr>
            <w:tcW w:w="231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151B80C7" w14:textId="77777777" w:rsidR="001B335A" w:rsidRDefault="009D2300">
            <w:pPr>
              <w:spacing w:after="0" w:line="259" w:lineRule="auto"/>
            </w:pPr>
            <w:proofErr w:type="spellStart"/>
            <w:r>
              <w:rPr>
                <w:sz w:val="16"/>
              </w:rPr>
              <w:t>Короткое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время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работы</w:t>
            </w:r>
            <w:proofErr w:type="spellEnd"/>
          </w:p>
        </w:tc>
        <w:tc>
          <w:tcPr>
            <w:tcW w:w="391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B28071E" w14:textId="77777777" w:rsidR="001B335A" w:rsidRDefault="009D2300">
            <w:pPr>
              <w:spacing w:after="0" w:line="259" w:lineRule="auto"/>
            </w:pPr>
            <w:r>
              <w:rPr>
                <w:sz w:val="16"/>
              </w:rPr>
              <w:t>Батарея недозаряжена или изношена</w:t>
            </w:r>
          </w:p>
        </w:tc>
        <w:tc>
          <w:tcPr>
            <w:tcW w:w="392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29A5E5E9" w14:textId="77777777" w:rsidR="001B335A" w:rsidRPr="00623F12" w:rsidRDefault="009D2300">
            <w:pPr>
              <w:spacing w:after="0" w:line="259" w:lineRule="auto"/>
              <w:rPr>
                <w:lang w:val="ru-RU"/>
              </w:rPr>
            </w:pPr>
            <w:r w:rsidRPr="00623F12">
              <w:rPr>
                <w:sz w:val="16"/>
                <w:lang w:val="ru-RU"/>
              </w:rPr>
              <w:t>Выполнить полный цикл зарядки; проверить батарею и ЗУ</w:t>
            </w:r>
          </w:p>
        </w:tc>
      </w:tr>
      <w:tr w:rsidR="001B335A" w:rsidRPr="00623F12" w14:paraId="30C26C2C" w14:textId="77777777">
        <w:tblPrEx>
          <w:tblBorders>
            <w:top w:val="single" w:sz="9" w:space="0" w:color="0788B0"/>
            <w:left w:val="single" w:sz="9" w:space="0" w:color="0788B0"/>
            <w:bottom w:val="single" w:sz="9" w:space="0" w:color="0788B0"/>
            <w:right w:val="single" w:sz="9" w:space="0" w:color="0788B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3"/>
            <w:shd w:val="clear" w:color="auto" w:fill="EAF7FA"/>
            <w:tcMar>
              <w:top w:w="125" w:type="dxa"/>
              <w:left w:w="175" w:type="dxa"/>
              <w:bottom w:w="125" w:type="dxa"/>
              <w:right w:w="175" w:type="dxa"/>
            </w:tcMar>
          </w:tcPr>
          <w:p w14:paraId="1B33E41A" w14:textId="77777777" w:rsidR="001B335A" w:rsidRPr="00623F12" w:rsidRDefault="009D2300">
            <w:pPr>
              <w:spacing w:after="0"/>
              <w:rPr>
                <w:lang w:val="ru-RU"/>
              </w:rPr>
            </w:pPr>
            <w:proofErr w:type="gramStart"/>
            <w:r w:rsidRPr="00623F12">
              <w:rPr>
                <w:b/>
                <w:color w:val="0788B0"/>
                <w:sz w:val="19"/>
                <w:lang w:val="ru-RU"/>
              </w:rPr>
              <w:t xml:space="preserve">ОПАСНОСТЬ  </w:t>
            </w:r>
            <w:r w:rsidRPr="00623F12">
              <w:rPr>
                <w:sz w:val="20"/>
                <w:lang w:val="ru-RU"/>
              </w:rPr>
              <w:t>Не</w:t>
            </w:r>
            <w:proofErr w:type="gramEnd"/>
            <w:r w:rsidRPr="00623F12">
              <w:rPr>
                <w:sz w:val="20"/>
                <w:lang w:val="ru-RU"/>
              </w:rPr>
              <w:t xml:space="preserve"> </w:t>
            </w:r>
            <w:r w:rsidRPr="00623F12">
              <w:rPr>
                <w:sz w:val="20"/>
                <w:lang w:val="ru-RU"/>
              </w:rPr>
              <w:t>продолжайте работу при искрении, запахе гари, нагреве батареи или попадании воды в электрические узлы.</w:t>
            </w:r>
          </w:p>
        </w:tc>
      </w:tr>
    </w:tbl>
    <w:p w14:paraId="2DBCACB3" w14:textId="77777777" w:rsidR="001B335A" w:rsidRPr="00623F12" w:rsidRDefault="001B335A">
      <w:pPr>
        <w:spacing w:after="20" w:line="240" w:lineRule="auto"/>
        <w:rPr>
          <w:lang w:val="ru-RU"/>
        </w:rPr>
      </w:pPr>
    </w:p>
    <w:p w14:paraId="649A9A2E" w14:textId="2DF968E8" w:rsidR="001B335A" w:rsidRPr="00623F12" w:rsidRDefault="009D2300" w:rsidP="00623F12">
      <w:pPr>
        <w:rPr>
          <w:lang w:val="ru-RU"/>
        </w:rPr>
      </w:pPr>
      <w:r w:rsidRPr="00623F12">
        <w:rPr>
          <w:b/>
          <w:color w:val="0788B0"/>
          <w:sz w:val="18"/>
          <w:lang w:val="ru-RU"/>
        </w:rPr>
        <w:t>РАЗДЕЛ 19</w:t>
      </w:r>
    </w:p>
    <w:p w14:paraId="1A19C5AF" w14:textId="77777777" w:rsidR="001B335A" w:rsidRPr="00623F12" w:rsidRDefault="009D2300">
      <w:pPr>
        <w:pStyle w:val="1"/>
        <w:rPr>
          <w:lang w:val="ru-RU"/>
        </w:rPr>
      </w:pPr>
      <w:r w:rsidRPr="00623F12">
        <w:rPr>
          <w:lang w:val="ru-RU"/>
        </w:rPr>
        <w:t>Хранение, перевозка и утилизация</w:t>
      </w:r>
    </w:p>
    <w:p w14:paraId="69C17E6C" w14:textId="77777777" w:rsidR="001B335A" w:rsidRDefault="009D2300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7B07EAEC" wp14:editId="79CC65DA">
            <wp:extent cx="2057400" cy="4418425"/>
            <wp:effectExtent l="0" t="0" r="0" b="0"/>
            <wp:docPr id="16" name="Мини-поломоечная машина в вертикальном положении" descr="Мини-поломоечная машина в вертикальном положен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ver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441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1BE9C0" w14:textId="77777777" w:rsidR="001B335A" w:rsidRDefault="009D2300">
      <w:pPr>
        <w:pStyle w:val="FigureCaption"/>
        <w:keepLines/>
      </w:pPr>
      <w:r>
        <w:t>VELARGOS AMOP-3</w:t>
      </w:r>
    </w:p>
    <w:p w14:paraId="2CE32F89" w14:textId="77777777" w:rsidR="001B335A" w:rsidRDefault="009D2300">
      <w:pPr>
        <w:pStyle w:val="2"/>
      </w:pPr>
      <w:r>
        <w:t>Хранение и транспортировка</w:t>
      </w:r>
    </w:p>
    <w:p w14:paraId="22A36ADF" w14:textId="77777777" w:rsidR="001B335A" w:rsidRPr="00623F12" w:rsidRDefault="009D230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623F12">
        <w:rPr>
          <w:sz w:val="18"/>
          <w:lang w:val="ru-RU"/>
        </w:rPr>
        <w:t xml:space="preserve">полностью опорожните и высушите оба бака, очистите щётки и </w:t>
      </w:r>
      <w:r w:rsidRPr="00623F12">
        <w:rPr>
          <w:sz w:val="18"/>
          <w:lang w:val="ru-RU"/>
        </w:rPr>
        <w:t>водосборную балку;</w:t>
      </w:r>
    </w:p>
    <w:p w14:paraId="7247A727" w14:textId="77777777" w:rsidR="001B335A" w:rsidRPr="00623F12" w:rsidRDefault="009D230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623F12">
        <w:rPr>
          <w:sz w:val="18"/>
          <w:lang w:val="ru-RU"/>
        </w:rPr>
        <w:t>храните машину вертикально в сухом помещении, защищённом от мороза, осадков и прямого солнца;</w:t>
      </w:r>
    </w:p>
    <w:p w14:paraId="41E48192" w14:textId="77777777" w:rsidR="001B335A" w:rsidRPr="00623F12" w:rsidRDefault="009D230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623F12">
        <w:rPr>
          <w:sz w:val="18"/>
          <w:lang w:val="ru-RU"/>
        </w:rPr>
        <w:t>при перевозке используйте штатную упаковку, паллету и надёжно фиксируйте корпус от перемещения;</w:t>
      </w:r>
    </w:p>
    <w:p w14:paraId="764BA85C" w14:textId="77777777" w:rsidR="001B335A" w:rsidRPr="00623F12" w:rsidRDefault="009D230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623F12">
        <w:rPr>
          <w:sz w:val="18"/>
          <w:lang w:val="ru-RU"/>
        </w:rPr>
        <w:t>не поднимайте машину за рукоятку панели управле</w:t>
      </w:r>
      <w:r w:rsidRPr="00623F12">
        <w:rPr>
          <w:sz w:val="18"/>
          <w:lang w:val="ru-RU"/>
        </w:rPr>
        <w:t>ния, баки или пластиковые элементы;</w:t>
      </w:r>
    </w:p>
    <w:p w14:paraId="4F86C7F5" w14:textId="77777777" w:rsidR="001B335A" w:rsidRPr="00623F12" w:rsidRDefault="009D2300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623F12">
        <w:rPr>
          <w:sz w:val="18"/>
          <w:lang w:val="ru-RU"/>
        </w:rPr>
        <w:t>аккумулятор и электронные компоненты сдавайте в специализированные пункты утилизации.</w:t>
      </w:r>
    </w:p>
    <w:tbl>
      <w:tblPr>
        <w:tblW w:w="10140" w:type="dxa"/>
        <w:tblInd w:w="175" w:type="dxa"/>
        <w:tblBorders>
          <w:top w:val="single" w:sz="9" w:space="0" w:color="18845A"/>
          <w:left w:val="single" w:sz="9" w:space="0" w:color="18845A"/>
          <w:bottom w:val="single" w:sz="9" w:space="0" w:color="18845A"/>
          <w:right w:val="single" w:sz="9" w:space="0" w:color="18845A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1B335A" w:rsidRPr="00623F12" w14:paraId="445CA758" w14:textId="77777777">
        <w:trPr>
          <w:cantSplit/>
          <w:tblHeader/>
        </w:trPr>
        <w:tc>
          <w:tcPr>
            <w:tcW w:w="10140" w:type="dxa"/>
            <w:shd w:val="clear" w:color="auto" w:fill="EAF7F1"/>
            <w:tcMar>
              <w:top w:w="125" w:type="dxa"/>
              <w:left w:w="175" w:type="dxa"/>
              <w:bottom w:w="125" w:type="dxa"/>
              <w:right w:w="175" w:type="dxa"/>
            </w:tcMar>
          </w:tcPr>
          <w:p w14:paraId="00B1E9A2" w14:textId="77777777" w:rsidR="001B335A" w:rsidRPr="00623F12" w:rsidRDefault="009D2300">
            <w:pPr>
              <w:spacing w:after="0"/>
              <w:rPr>
                <w:lang w:val="ru-RU"/>
              </w:rPr>
            </w:pPr>
            <w:proofErr w:type="gramStart"/>
            <w:r w:rsidRPr="00623F12">
              <w:rPr>
                <w:b/>
                <w:color w:val="18845A"/>
                <w:sz w:val="19"/>
                <w:lang w:val="ru-RU"/>
              </w:rPr>
              <w:t xml:space="preserve">ДОКУМЕНТЫ  </w:t>
            </w:r>
            <w:r w:rsidRPr="00623F12">
              <w:rPr>
                <w:sz w:val="20"/>
                <w:lang w:val="ru-RU"/>
              </w:rPr>
              <w:t>Сохраните</w:t>
            </w:r>
            <w:proofErr w:type="gramEnd"/>
            <w:r w:rsidRPr="00623F12">
              <w:rPr>
                <w:sz w:val="20"/>
                <w:lang w:val="ru-RU"/>
              </w:rPr>
              <w:t xml:space="preserve"> руководство и передавайте его вместе с машиной новому оператору или владельцу.</w:t>
            </w:r>
          </w:p>
        </w:tc>
      </w:tr>
    </w:tbl>
    <w:p w14:paraId="318CBD5A" w14:textId="77777777" w:rsidR="001B335A" w:rsidRPr="00623F12" w:rsidRDefault="001B335A">
      <w:pPr>
        <w:spacing w:after="20" w:line="240" w:lineRule="auto"/>
        <w:rPr>
          <w:lang w:val="ru-RU"/>
        </w:rPr>
      </w:pPr>
    </w:p>
    <w:p w14:paraId="2D4F4A27" w14:textId="5A703E5A" w:rsidR="001B335A" w:rsidRPr="00623F12" w:rsidRDefault="009D2300" w:rsidP="00623F12">
      <w:pPr>
        <w:rPr>
          <w:lang w:val="ru-RU"/>
        </w:rPr>
      </w:pPr>
      <w:r>
        <w:rPr>
          <w:b/>
          <w:color w:val="0788B0"/>
          <w:sz w:val="18"/>
        </w:rPr>
        <w:t>РАЗДЕЛ 20</w:t>
      </w:r>
    </w:p>
    <w:p w14:paraId="55DC7C07" w14:textId="77777777" w:rsidR="001B335A" w:rsidRDefault="009D2300">
      <w:pPr>
        <w:pStyle w:val="1"/>
      </w:pPr>
      <w:r>
        <w:t xml:space="preserve">Сервисная </w:t>
      </w:r>
      <w:r>
        <w:t>информация</w:t>
      </w:r>
    </w:p>
    <w:p w14:paraId="068F0BC9" w14:textId="77777777" w:rsidR="001B335A" w:rsidRDefault="009D2300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316C61CB" wp14:editId="25F07D7E">
            <wp:extent cx="2011680" cy="4320238"/>
            <wp:effectExtent l="0" t="0" r="0" b="0"/>
            <wp:docPr id="17" name="Фронтальная фотография с логотипом VELARGOS" descr="Фронтальная фотография с логотипом VELARG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ver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4320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C3DF6F" w14:textId="77777777" w:rsidR="001B335A" w:rsidRDefault="009D2300">
      <w:pPr>
        <w:pStyle w:val="FigureCaption"/>
        <w:keepLines/>
      </w:pPr>
      <w:r>
        <w:t>Фирменная машина VELARGOS AMOP-3</w:t>
      </w:r>
    </w:p>
    <w:tbl>
      <w:tblPr>
        <w:tblW w:w="10140" w:type="dxa"/>
        <w:tblInd w:w="135" w:type="dxa"/>
        <w:tblBorders>
          <w:top w:val="single" w:sz="6" w:space="0" w:color="D5DDE2"/>
          <w:left w:val="single" w:sz="6" w:space="0" w:color="D5DDE2"/>
          <w:bottom w:val="single" w:sz="6" w:space="0" w:color="D5DDE2"/>
          <w:right w:val="single" w:sz="6" w:space="0" w:color="D5DDE2"/>
          <w:insideH w:val="single" w:sz="6" w:space="0" w:color="D5DDE2"/>
          <w:insideV w:val="single" w:sz="6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3450"/>
        <w:gridCol w:w="6690"/>
      </w:tblGrid>
      <w:tr w:rsidR="001B335A" w14:paraId="72CAD0CB" w14:textId="77777777">
        <w:trPr>
          <w:cantSplit/>
          <w:tblHeader/>
        </w:trPr>
        <w:tc>
          <w:tcPr>
            <w:tcW w:w="345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D5F6EC1" w14:textId="77777777" w:rsidR="001B335A" w:rsidRDefault="009D2300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Поле</w:t>
            </w:r>
          </w:p>
        </w:tc>
        <w:tc>
          <w:tcPr>
            <w:tcW w:w="669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128BC40" w14:textId="77777777" w:rsidR="001B335A" w:rsidRDefault="009D2300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Заполнение</w:t>
            </w:r>
          </w:p>
        </w:tc>
      </w:tr>
      <w:tr w:rsidR="001B335A" w14:paraId="493B2A3F" w14:textId="77777777">
        <w:trPr>
          <w:cantSplit/>
        </w:trPr>
        <w:tc>
          <w:tcPr>
            <w:tcW w:w="345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9B8EB03" w14:textId="77777777" w:rsidR="001B335A" w:rsidRDefault="009D2300">
            <w:pPr>
              <w:spacing w:after="0" w:line="259" w:lineRule="auto"/>
            </w:pPr>
            <w:r>
              <w:rPr>
                <w:sz w:val="18"/>
              </w:rPr>
              <w:t>Модель</w:t>
            </w:r>
          </w:p>
        </w:tc>
        <w:tc>
          <w:tcPr>
            <w:tcW w:w="669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61CC840" w14:textId="77777777" w:rsidR="001B335A" w:rsidRDefault="009D2300">
            <w:pPr>
              <w:spacing w:after="0" w:line="259" w:lineRule="auto"/>
            </w:pPr>
            <w:r>
              <w:rPr>
                <w:sz w:val="18"/>
              </w:rPr>
              <w:t>AMOP-3</w:t>
            </w:r>
          </w:p>
        </w:tc>
      </w:tr>
      <w:tr w:rsidR="001B335A" w14:paraId="25276FA2" w14:textId="77777777">
        <w:trPr>
          <w:cantSplit/>
        </w:trPr>
        <w:tc>
          <w:tcPr>
            <w:tcW w:w="345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DD09B69" w14:textId="77777777" w:rsidR="001B335A" w:rsidRDefault="009D2300">
            <w:pPr>
              <w:spacing w:after="0" w:line="259" w:lineRule="auto"/>
            </w:pPr>
            <w:r>
              <w:rPr>
                <w:sz w:val="18"/>
              </w:rPr>
              <w:t>Артикул</w:t>
            </w:r>
          </w:p>
        </w:tc>
        <w:tc>
          <w:tcPr>
            <w:tcW w:w="669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6E6F3E5" w14:textId="77777777" w:rsidR="001B335A" w:rsidRDefault="009D2300">
            <w:pPr>
              <w:spacing w:after="0" w:line="259" w:lineRule="auto"/>
            </w:pPr>
            <w:r>
              <w:rPr>
                <w:sz w:val="18"/>
              </w:rPr>
              <w:t>AN 600305</w:t>
            </w:r>
          </w:p>
        </w:tc>
      </w:tr>
      <w:tr w:rsidR="001B335A" w14:paraId="5416AF58" w14:textId="77777777">
        <w:trPr>
          <w:cantSplit/>
        </w:trPr>
        <w:tc>
          <w:tcPr>
            <w:tcW w:w="345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4F272B7" w14:textId="77777777" w:rsidR="001B335A" w:rsidRDefault="009D2300">
            <w:pPr>
              <w:spacing w:after="0" w:line="259" w:lineRule="auto"/>
            </w:pPr>
            <w:r>
              <w:rPr>
                <w:sz w:val="18"/>
              </w:rPr>
              <w:t>Серийный номер</w:t>
            </w:r>
          </w:p>
        </w:tc>
        <w:tc>
          <w:tcPr>
            <w:tcW w:w="669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1427C0A8" w14:textId="77777777" w:rsidR="001B335A" w:rsidRDefault="009D2300">
            <w:pPr>
              <w:spacing w:after="0" w:line="259" w:lineRule="auto"/>
            </w:pPr>
            <w:r>
              <w:rPr>
                <w:sz w:val="18"/>
              </w:rPr>
              <w:t>____________________________________________</w:t>
            </w:r>
          </w:p>
        </w:tc>
      </w:tr>
      <w:tr w:rsidR="001B335A" w14:paraId="182FF64A" w14:textId="77777777">
        <w:trPr>
          <w:cantSplit/>
        </w:trPr>
        <w:tc>
          <w:tcPr>
            <w:tcW w:w="345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551934C" w14:textId="77777777" w:rsidR="001B335A" w:rsidRDefault="009D2300">
            <w:pPr>
              <w:spacing w:after="0" w:line="259" w:lineRule="auto"/>
            </w:pPr>
            <w:r>
              <w:rPr>
                <w:sz w:val="18"/>
              </w:rPr>
              <w:t>Дата ввода в эксплуатацию</w:t>
            </w:r>
          </w:p>
        </w:tc>
        <w:tc>
          <w:tcPr>
            <w:tcW w:w="669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258C734C" w14:textId="77777777" w:rsidR="001B335A" w:rsidRDefault="009D2300">
            <w:pPr>
              <w:spacing w:after="0" w:line="259" w:lineRule="auto"/>
            </w:pPr>
            <w:r>
              <w:rPr>
                <w:sz w:val="18"/>
              </w:rPr>
              <w:t>____________________________________________</w:t>
            </w:r>
          </w:p>
        </w:tc>
      </w:tr>
      <w:tr w:rsidR="001B335A" w14:paraId="7208F386" w14:textId="77777777">
        <w:trPr>
          <w:cantSplit/>
        </w:trPr>
        <w:tc>
          <w:tcPr>
            <w:tcW w:w="345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30839E5" w14:textId="77777777" w:rsidR="001B335A" w:rsidRDefault="009D2300">
            <w:pPr>
              <w:spacing w:after="0" w:line="259" w:lineRule="auto"/>
            </w:pPr>
            <w:r>
              <w:rPr>
                <w:sz w:val="18"/>
              </w:rPr>
              <w:t>Сервисная организация</w:t>
            </w:r>
          </w:p>
        </w:tc>
        <w:tc>
          <w:tcPr>
            <w:tcW w:w="669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DA1C4D4" w14:textId="77777777" w:rsidR="001B335A" w:rsidRDefault="009D2300">
            <w:pPr>
              <w:spacing w:after="0" w:line="259" w:lineRule="auto"/>
            </w:pPr>
            <w:r>
              <w:rPr>
                <w:sz w:val="18"/>
              </w:rPr>
              <w:t>____________________________________________</w:t>
            </w:r>
          </w:p>
        </w:tc>
      </w:tr>
      <w:tr w:rsidR="001B335A" w14:paraId="6001E696" w14:textId="77777777">
        <w:trPr>
          <w:cantSplit/>
        </w:trPr>
        <w:tc>
          <w:tcPr>
            <w:tcW w:w="345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C734BD9" w14:textId="77777777" w:rsidR="001B335A" w:rsidRDefault="009D2300">
            <w:pPr>
              <w:spacing w:after="0" w:line="259" w:lineRule="auto"/>
            </w:pPr>
            <w:r>
              <w:rPr>
                <w:sz w:val="18"/>
              </w:rPr>
              <w:t>Контакт</w:t>
            </w:r>
          </w:p>
        </w:tc>
        <w:tc>
          <w:tcPr>
            <w:tcW w:w="669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E319A86" w14:textId="77777777" w:rsidR="001B335A" w:rsidRDefault="009D2300">
            <w:pPr>
              <w:spacing w:after="0" w:line="259" w:lineRule="auto"/>
            </w:pPr>
            <w:r>
              <w:rPr>
                <w:sz w:val="18"/>
              </w:rPr>
              <w:t>____________________________________________</w:t>
            </w:r>
          </w:p>
        </w:tc>
      </w:tr>
      <w:tr w:rsidR="001B335A" w:rsidRPr="00623F12" w14:paraId="1A928772" w14:textId="77777777">
        <w:tblPrEx>
          <w:tblBorders>
            <w:top w:val="single" w:sz="9" w:space="0" w:color="0788B0"/>
            <w:left w:val="single" w:sz="9" w:space="0" w:color="0788B0"/>
            <w:bottom w:val="single" w:sz="9" w:space="0" w:color="0788B0"/>
            <w:right w:val="single" w:sz="9" w:space="0" w:color="0788B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2"/>
            <w:shd w:val="clear" w:color="auto" w:fill="EAF7FA"/>
            <w:tcMar>
              <w:top w:w="125" w:type="dxa"/>
              <w:left w:w="175" w:type="dxa"/>
              <w:bottom w:w="125" w:type="dxa"/>
              <w:right w:w="175" w:type="dxa"/>
            </w:tcMar>
          </w:tcPr>
          <w:p w14:paraId="43F7F583" w14:textId="77777777" w:rsidR="001B335A" w:rsidRPr="00623F12" w:rsidRDefault="009D2300">
            <w:pPr>
              <w:spacing w:after="0"/>
              <w:rPr>
                <w:lang w:val="ru-RU"/>
              </w:rPr>
            </w:pPr>
            <w:r w:rsidRPr="00623F12">
              <w:rPr>
                <w:b/>
                <w:color w:val="0788B0"/>
                <w:sz w:val="19"/>
                <w:lang w:val="ru-RU"/>
              </w:rPr>
              <w:t xml:space="preserve">ЗАПАСНЫЕ </w:t>
            </w:r>
            <w:proofErr w:type="gramStart"/>
            <w:r w:rsidRPr="00623F12">
              <w:rPr>
                <w:b/>
                <w:color w:val="0788B0"/>
                <w:sz w:val="19"/>
                <w:lang w:val="ru-RU"/>
              </w:rPr>
              <w:t xml:space="preserve">ЧАСТИ  </w:t>
            </w:r>
            <w:r w:rsidRPr="00623F12">
              <w:rPr>
                <w:sz w:val="20"/>
                <w:lang w:val="ru-RU"/>
              </w:rPr>
              <w:t>При</w:t>
            </w:r>
            <w:proofErr w:type="gramEnd"/>
            <w:r w:rsidRPr="00623F12">
              <w:rPr>
                <w:sz w:val="20"/>
                <w:lang w:val="ru-RU"/>
              </w:rPr>
              <w:t xml:space="preserve"> обращении указывайте модель, артикул, серийный номер и </w:t>
            </w:r>
            <w:r w:rsidRPr="00623F12">
              <w:rPr>
                <w:sz w:val="20"/>
                <w:lang w:val="ru-RU"/>
              </w:rPr>
              <w:t>наименование требуемого узла.</w:t>
            </w:r>
          </w:p>
        </w:tc>
      </w:tr>
    </w:tbl>
    <w:p w14:paraId="0262E6A0" w14:textId="77777777" w:rsidR="001B335A" w:rsidRPr="00623F12" w:rsidRDefault="001B335A">
      <w:pPr>
        <w:spacing w:after="20" w:line="240" w:lineRule="auto"/>
        <w:rPr>
          <w:lang w:val="ru-RU"/>
        </w:rPr>
      </w:pPr>
    </w:p>
    <w:tbl>
      <w:tblPr>
        <w:tblW w:w="10140" w:type="dxa"/>
        <w:tblInd w:w="175" w:type="dxa"/>
        <w:tblBorders>
          <w:top w:val="single" w:sz="9" w:space="0" w:color="18845A"/>
          <w:left w:val="single" w:sz="9" w:space="0" w:color="18845A"/>
          <w:bottom w:val="single" w:sz="9" w:space="0" w:color="18845A"/>
          <w:right w:val="single" w:sz="9" w:space="0" w:color="18845A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1B335A" w:rsidRPr="00623F12" w14:paraId="67BBA78E" w14:textId="77777777">
        <w:trPr>
          <w:cantSplit/>
          <w:tblHeader/>
        </w:trPr>
        <w:tc>
          <w:tcPr>
            <w:tcW w:w="10140" w:type="dxa"/>
            <w:shd w:val="clear" w:color="auto" w:fill="EAF7F1"/>
            <w:tcMar>
              <w:top w:w="125" w:type="dxa"/>
              <w:left w:w="175" w:type="dxa"/>
              <w:bottom w:w="125" w:type="dxa"/>
              <w:right w:w="175" w:type="dxa"/>
            </w:tcMar>
          </w:tcPr>
          <w:p w14:paraId="2736432C" w14:textId="77777777" w:rsidR="001B335A" w:rsidRPr="00623F12" w:rsidRDefault="009D2300">
            <w:pPr>
              <w:spacing w:after="0"/>
              <w:rPr>
                <w:lang w:val="ru-RU"/>
              </w:rPr>
            </w:pPr>
            <w:proofErr w:type="gramStart"/>
            <w:r w:rsidRPr="00623F12">
              <w:rPr>
                <w:b/>
                <w:color w:val="18845A"/>
                <w:sz w:val="19"/>
                <w:lang w:val="ru-RU"/>
              </w:rPr>
              <w:t xml:space="preserve">ГАРАНТИЯ  </w:t>
            </w:r>
            <w:r w:rsidRPr="00623F12">
              <w:rPr>
                <w:sz w:val="20"/>
                <w:lang w:val="ru-RU"/>
              </w:rPr>
              <w:t>Условия</w:t>
            </w:r>
            <w:proofErr w:type="gramEnd"/>
            <w:r w:rsidRPr="00623F12">
              <w:rPr>
                <w:sz w:val="20"/>
                <w:lang w:val="ru-RU"/>
              </w:rPr>
              <w:t xml:space="preserve"> и срок гарантии определяются договором поставки и сопроводительными документами.</w:t>
            </w:r>
          </w:p>
        </w:tc>
      </w:tr>
    </w:tbl>
    <w:p w14:paraId="2517E8C0" w14:textId="77777777" w:rsidR="001B335A" w:rsidRPr="00623F12" w:rsidRDefault="001B335A">
      <w:pPr>
        <w:spacing w:after="20" w:line="240" w:lineRule="auto"/>
        <w:rPr>
          <w:lang w:val="ru-RU"/>
        </w:rPr>
      </w:pPr>
    </w:p>
    <w:sectPr w:rsidR="001B335A" w:rsidRPr="00623F12" w:rsidSect="00034616">
      <w:headerReference w:type="default" r:id="rId19"/>
      <w:footerReference w:type="default" r:id="rId20"/>
      <w:pgSz w:w="11906" w:h="16838"/>
      <w:pgMar w:top="879" w:right="879" w:bottom="879" w:left="879" w:header="454" w:footer="51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C537C" w14:textId="77777777" w:rsidR="009D2300" w:rsidRDefault="009D2300">
      <w:pPr>
        <w:spacing w:after="0" w:line="240" w:lineRule="auto"/>
      </w:pPr>
      <w:r>
        <w:separator/>
      </w:r>
    </w:p>
  </w:endnote>
  <w:endnote w:type="continuationSeparator" w:id="0">
    <w:p w14:paraId="02B6D2EE" w14:textId="77777777" w:rsidR="009D2300" w:rsidRDefault="009D2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6DB88" w14:textId="77777777" w:rsidR="001B335A" w:rsidRDefault="009D2300">
    <w:pPr>
      <w:pStyle w:val="a6"/>
      <w:jc w:val="center"/>
    </w:pPr>
    <w:r>
      <w:rPr>
        <w:color w:val="687783"/>
        <w:sz w:val="17"/>
      </w:rPr>
      <w:t xml:space="preserve">VELARGOS  •  AMOP-3  •  AN 600305  •  стр. </w:t>
    </w:r>
    <w:r>
      <w:rPr>
        <w:rFonts w:ascii="Calibri" w:eastAsia="Calibri" w:hAnsi="Calibri"/>
        <w:color w:val="687783"/>
        <w:sz w:val="18"/>
      </w:rPr>
      <w:fldChar w:fldCharType="begin"/>
    </w:r>
    <w:r>
      <w:rPr>
        <w:rFonts w:ascii="Calibri" w:eastAsia="Calibri" w:hAnsi="Calibri"/>
        <w:color w:val="687783"/>
        <w:sz w:val="18"/>
      </w:rPr>
      <w:instrText>PAGE</w:instrText>
    </w:r>
    <w:r>
      <w:rPr>
        <w:rFonts w:ascii="Calibri" w:eastAsia="Calibri" w:hAnsi="Calibri"/>
        <w:color w:val="687783"/>
        <w:sz w:val="18"/>
      </w:rPr>
      <w:fldChar w:fldCharType="separate"/>
    </w:r>
    <w:r>
      <w:rPr>
        <w:rFonts w:ascii="Calibri" w:eastAsia="Calibri" w:hAnsi="Calibri"/>
        <w:color w:val="687783"/>
        <w:sz w:val="18"/>
      </w:rPr>
      <w:t>1</w:t>
    </w:r>
    <w:r>
      <w:rPr>
        <w:rFonts w:ascii="Calibri" w:eastAsia="Calibri" w:hAnsi="Calibri"/>
        <w:color w:val="687783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8941E" w14:textId="77777777" w:rsidR="009D2300" w:rsidRDefault="009D2300">
      <w:pPr>
        <w:spacing w:after="0" w:line="240" w:lineRule="auto"/>
      </w:pPr>
      <w:r>
        <w:separator/>
      </w:r>
    </w:p>
  </w:footnote>
  <w:footnote w:type="continuationSeparator" w:id="0">
    <w:p w14:paraId="18C2822F" w14:textId="77777777" w:rsidR="009D2300" w:rsidRDefault="009D23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6D796" w14:textId="77777777" w:rsidR="001B335A" w:rsidRDefault="009D2300">
    <w:pPr>
      <w:pStyle w:val="a4"/>
      <w:tabs>
        <w:tab w:val="right" w:pos="9865"/>
      </w:tabs>
    </w:pPr>
    <w:r>
      <w:rPr>
        <w:b/>
        <w:color w:val="0788B0"/>
        <w:sz w:val="17"/>
      </w:rPr>
      <w:t>VELARGOS AMOP-3</w:t>
    </w:r>
    <w:r>
      <w:rPr>
        <w:b/>
        <w:color w:val="687783"/>
        <w:sz w:val="17"/>
      </w:rPr>
      <w:tab/>
      <w:t>РУКОВОДСТВО ПО ЭКСПЛУАТАЦИИ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A156D6"/>
    <w:multiLevelType w:val="singleLevel"/>
    <w:tmpl w:val="0FCA2444"/>
    <w:lvl w:ilvl="0">
      <w:start w:val="1"/>
      <w:numFmt w:val="bullet"/>
      <w:lvlText w:val="•"/>
      <w:lvlJc w:val="left"/>
      <w:pPr>
        <w:tabs>
          <w:tab w:val="num" w:pos="520"/>
        </w:tabs>
        <w:ind w:left="520" w:hanging="300"/>
      </w:pPr>
      <w:rPr>
        <w:rFonts w:ascii="Calibri" w:hAnsi="Calibri"/>
        <w:color w:val="0788B0"/>
      </w:rPr>
    </w:lvl>
  </w:abstractNum>
  <w:abstractNum w:abstractNumId="10" w15:restartNumberingAfterBreak="0">
    <w:nsid w:val="16433EBD"/>
    <w:multiLevelType w:val="singleLevel"/>
    <w:tmpl w:val="37727608"/>
    <w:lvl w:ilvl="0">
      <w:start w:val="1"/>
      <w:numFmt w:val="decimal"/>
      <w:lvlText w:val="%1."/>
      <w:lvlJc w:val="left"/>
      <w:pPr>
        <w:tabs>
          <w:tab w:val="num" w:pos="520"/>
        </w:tabs>
        <w:ind w:left="520" w:hanging="300"/>
      </w:pPr>
      <w:rPr>
        <w:rFonts w:ascii="Calibri" w:hAnsi="Calibri"/>
        <w:color w:val="0788B0"/>
      </w:rPr>
    </w:lvl>
  </w:abstractNum>
  <w:abstractNum w:abstractNumId="11" w15:restartNumberingAfterBreak="0">
    <w:nsid w:val="3C426B46"/>
    <w:multiLevelType w:val="singleLevel"/>
    <w:tmpl w:val="718A1E0A"/>
    <w:lvl w:ilvl="0">
      <w:start w:val="1"/>
      <w:numFmt w:val="decimal"/>
      <w:pStyle w:val="a"/>
      <w:lvlText w:val="%1."/>
      <w:lvlJc w:val="left"/>
      <w:pPr>
        <w:tabs>
          <w:tab w:val="num" w:pos="520"/>
        </w:tabs>
        <w:ind w:left="520" w:hanging="300"/>
      </w:pPr>
      <w:rPr>
        <w:rFonts w:ascii="Calibri" w:hAnsi="Calibri"/>
        <w:color w:val="0788B0"/>
      </w:rPr>
    </w:lvl>
  </w:abstractNum>
  <w:abstractNum w:abstractNumId="12" w15:restartNumberingAfterBreak="0">
    <w:nsid w:val="4BF8324E"/>
    <w:multiLevelType w:val="singleLevel"/>
    <w:tmpl w:val="209668CE"/>
    <w:lvl w:ilvl="0">
      <w:start w:val="1"/>
      <w:numFmt w:val="decimal"/>
      <w:lvlText w:val="%1."/>
      <w:lvlJc w:val="left"/>
      <w:pPr>
        <w:tabs>
          <w:tab w:val="num" w:pos="520"/>
        </w:tabs>
        <w:ind w:left="520" w:hanging="300"/>
      </w:pPr>
      <w:rPr>
        <w:rFonts w:ascii="Calibri" w:hAnsi="Calibri"/>
        <w:color w:val="0788B0"/>
      </w:rPr>
    </w:lvl>
  </w:abstractNum>
  <w:abstractNum w:abstractNumId="13" w15:restartNumberingAfterBreak="0">
    <w:nsid w:val="54E92883"/>
    <w:multiLevelType w:val="singleLevel"/>
    <w:tmpl w:val="C7885C22"/>
    <w:lvl w:ilvl="0">
      <w:start w:val="1"/>
      <w:numFmt w:val="decimal"/>
      <w:lvlText w:val="%1."/>
      <w:lvlJc w:val="left"/>
      <w:pPr>
        <w:tabs>
          <w:tab w:val="num" w:pos="520"/>
        </w:tabs>
        <w:ind w:left="520" w:hanging="300"/>
      </w:pPr>
      <w:rPr>
        <w:rFonts w:ascii="Calibri" w:hAnsi="Calibri"/>
        <w:color w:val="0788B0"/>
      </w:rPr>
    </w:lvl>
  </w:abstractNum>
  <w:abstractNum w:abstractNumId="14" w15:restartNumberingAfterBreak="0">
    <w:nsid w:val="55531715"/>
    <w:multiLevelType w:val="singleLevel"/>
    <w:tmpl w:val="47CE2C10"/>
    <w:lvl w:ilvl="0">
      <w:start w:val="1"/>
      <w:numFmt w:val="decimal"/>
      <w:lvlText w:val="%1."/>
      <w:lvlJc w:val="left"/>
      <w:pPr>
        <w:tabs>
          <w:tab w:val="num" w:pos="520"/>
        </w:tabs>
        <w:ind w:left="520" w:hanging="300"/>
      </w:pPr>
      <w:rPr>
        <w:rFonts w:ascii="Calibri" w:hAnsi="Calibri"/>
        <w:color w:val="0788B0"/>
      </w:rPr>
    </w:lvl>
  </w:abstractNum>
  <w:abstractNum w:abstractNumId="15" w15:restartNumberingAfterBreak="0">
    <w:nsid w:val="55BD6CAB"/>
    <w:multiLevelType w:val="singleLevel"/>
    <w:tmpl w:val="55AC3DE2"/>
    <w:lvl w:ilvl="0">
      <w:start w:val="1"/>
      <w:numFmt w:val="decimal"/>
      <w:lvlText w:val="%1."/>
      <w:lvlJc w:val="left"/>
      <w:pPr>
        <w:tabs>
          <w:tab w:val="num" w:pos="520"/>
        </w:tabs>
        <w:ind w:left="520" w:hanging="300"/>
      </w:pPr>
      <w:rPr>
        <w:rFonts w:ascii="Calibri" w:hAnsi="Calibri"/>
        <w:color w:val="0788B0"/>
      </w:rPr>
    </w:lvl>
  </w:abstractNum>
  <w:abstractNum w:abstractNumId="16" w15:restartNumberingAfterBreak="0">
    <w:nsid w:val="57AA4C1B"/>
    <w:multiLevelType w:val="singleLevel"/>
    <w:tmpl w:val="CB46E0D8"/>
    <w:lvl w:ilvl="0">
      <w:start w:val="1"/>
      <w:numFmt w:val="decimal"/>
      <w:lvlText w:val="%1."/>
      <w:lvlJc w:val="left"/>
      <w:pPr>
        <w:tabs>
          <w:tab w:val="num" w:pos="520"/>
        </w:tabs>
        <w:ind w:left="520" w:hanging="300"/>
      </w:pPr>
      <w:rPr>
        <w:rFonts w:ascii="Calibri" w:hAnsi="Calibri"/>
        <w:color w:val="0788B0"/>
      </w:rPr>
    </w:lvl>
  </w:abstractNum>
  <w:abstractNum w:abstractNumId="17" w15:restartNumberingAfterBreak="0">
    <w:nsid w:val="653B4849"/>
    <w:multiLevelType w:val="singleLevel"/>
    <w:tmpl w:val="DDEC4D24"/>
    <w:lvl w:ilvl="0">
      <w:start w:val="1"/>
      <w:numFmt w:val="decimal"/>
      <w:lvlText w:val="%1."/>
      <w:lvlJc w:val="left"/>
      <w:pPr>
        <w:tabs>
          <w:tab w:val="num" w:pos="520"/>
        </w:tabs>
        <w:ind w:left="520" w:hanging="300"/>
      </w:pPr>
      <w:rPr>
        <w:rFonts w:ascii="Calibri" w:hAnsi="Calibri"/>
        <w:color w:val="0788B0"/>
      </w:rPr>
    </w:lvl>
  </w:abstractNum>
  <w:abstractNum w:abstractNumId="18" w15:restartNumberingAfterBreak="0">
    <w:nsid w:val="71370943"/>
    <w:multiLevelType w:val="singleLevel"/>
    <w:tmpl w:val="E6C83FAA"/>
    <w:lvl w:ilvl="0">
      <w:start w:val="1"/>
      <w:numFmt w:val="decimal"/>
      <w:lvlText w:val="%1."/>
      <w:lvlJc w:val="left"/>
      <w:pPr>
        <w:tabs>
          <w:tab w:val="num" w:pos="520"/>
        </w:tabs>
        <w:ind w:left="520" w:hanging="300"/>
      </w:pPr>
      <w:rPr>
        <w:rFonts w:ascii="Calibri" w:hAnsi="Calibri"/>
        <w:color w:val="0788B0"/>
      </w:rPr>
    </w:lvl>
  </w:abstractNum>
  <w:num w:numId="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B335A"/>
    <w:rsid w:val="0029639D"/>
    <w:rsid w:val="00326F90"/>
    <w:rsid w:val="00623F12"/>
    <w:rsid w:val="009D230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E5D13A"/>
  <w14:defaultImageDpi w14:val="300"/>
  <w15:docId w15:val="{F0411B78-A5CF-4AAA-A458-17D6AC06B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C693F"/>
    <w:pPr>
      <w:spacing w:after="100" w:line="281" w:lineRule="auto"/>
    </w:pPr>
    <w:rPr>
      <w:rFonts w:ascii="Arial" w:eastAsia="Arial" w:hAnsi="Arial"/>
      <w:color w:val="24313A"/>
      <w:sz w:val="21"/>
    </w:rPr>
  </w:style>
  <w:style w:type="paragraph" w:styleId="1">
    <w:name w:val="heading 1"/>
    <w:basedOn w:val="a0"/>
    <w:next w:val="a0"/>
    <w:link w:val="10"/>
    <w:uiPriority w:val="9"/>
    <w:qFormat/>
    <w:rsid w:val="00FC693F"/>
    <w:pPr>
      <w:keepNext/>
      <w:keepLines/>
      <w:spacing w:after="200"/>
      <w:outlineLvl w:val="0"/>
    </w:pPr>
    <w:rPr>
      <w:rFonts w:asciiTheme="majorHAnsi" w:eastAsiaTheme="majorEastAsia" w:hAnsiTheme="majorHAnsi" w:cstheme="majorBidi"/>
      <w:b/>
      <w:bCs/>
      <w:color w:val="0788B0"/>
      <w:sz w:val="40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123B52"/>
      <w:sz w:val="25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E618BF"/>
  </w:style>
  <w:style w:type="paragraph" w:styleId="a6">
    <w:name w:val="footer"/>
    <w:basedOn w:val="a0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E618BF"/>
  </w:style>
  <w:style w:type="paragraph" w:styleId="a8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Title"/>
    <w:basedOn w:val="a0"/>
    <w:next w:val="a0"/>
    <w:link w:val="a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Заголовок Знак"/>
    <w:basedOn w:val="a1"/>
    <w:link w:val="a9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0"/>
    <w:next w:val="a0"/>
    <w:link w:val="ac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1"/>
    <w:link w:val="ab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0"/>
    <w:uiPriority w:val="34"/>
    <w:qFormat/>
    <w:rsid w:val="00FC693F"/>
    <w:pPr>
      <w:ind w:left="720"/>
      <w:contextualSpacing/>
    </w:pPr>
  </w:style>
  <w:style w:type="paragraph" w:styleId="ae">
    <w:name w:val="Body Text"/>
    <w:basedOn w:val="a0"/>
    <w:link w:val="af"/>
    <w:uiPriority w:val="99"/>
    <w:unhideWhenUsed/>
    <w:rsid w:val="00AA1D8D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rsid w:val="00AA1D8D"/>
  </w:style>
  <w:style w:type="paragraph" w:styleId="21">
    <w:name w:val="Body Text 2"/>
    <w:basedOn w:val="a0"/>
    <w:link w:val="22"/>
    <w:uiPriority w:val="99"/>
    <w:unhideWhenUsed/>
    <w:rsid w:val="00AA1D8D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A1D8D"/>
  </w:style>
  <w:style w:type="paragraph" w:styleId="31">
    <w:name w:val="Body Text 3"/>
    <w:basedOn w:val="a0"/>
    <w:link w:val="32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AA1D8D"/>
    <w:rPr>
      <w:sz w:val="16"/>
      <w:szCs w:val="16"/>
    </w:rPr>
  </w:style>
  <w:style w:type="paragraph" w:styleId="af0">
    <w:name w:val="List"/>
    <w:basedOn w:val="a0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0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0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rsid w:val="00326F90"/>
    <w:pPr>
      <w:numPr>
        <w:numId w:val="1"/>
      </w:numPr>
      <w:contextualSpacing/>
    </w:pPr>
  </w:style>
  <w:style w:type="paragraph" w:styleId="24">
    <w:name w:val="List Bullet 2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34">
    <w:name w:val="List Bullet 3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af1">
    <w:name w:val="List Number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25">
    <w:name w:val="List Number 2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35">
    <w:name w:val="List Number 3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af2">
    <w:name w:val="List Continue"/>
    <w:basedOn w:val="a0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0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0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1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0"/>
    <w:next w:val="a0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1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1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0"/>
    <w:next w:val="a0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1"/>
    <w:uiPriority w:val="22"/>
    <w:qFormat/>
    <w:rsid w:val="00FC693F"/>
    <w:rPr>
      <w:b/>
      <w:bCs/>
    </w:rPr>
  </w:style>
  <w:style w:type="character" w:styleId="af7">
    <w:name w:val="Emphasis"/>
    <w:basedOn w:val="a1"/>
    <w:uiPriority w:val="20"/>
    <w:qFormat/>
    <w:rsid w:val="00FC693F"/>
    <w:rPr>
      <w:i/>
      <w:iCs/>
    </w:rPr>
  </w:style>
  <w:style w:type="paragraph" w:styleId="af8">
    <w:name w:val="Intense Quote"/>
    <w:basedOn w:val="a0"/>
    <w:next w:val="a0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1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1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1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1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1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1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0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2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gureCaption">
    <w:name w:val="Figure Caption"/>
    <w:pPr>
      <w:spacing w:after="80" w:line="264" w:lineRule="auto"/>
      <w:jc w:val="center"/>
    </w:pPr>
    <w:rPr>
      <w:rFonts w:ascii="Arial" w:hAnsi="Arial"/>
      <w:i/>
      <w:color w:val="687783"/>
      <w:sz w:val="17"/>
    </w:rPr>
  </w:style>
  <w:style w:type="paragraph" w:customStyle="1" w:styleId="SmallText">
    <w:name w:val="Small Text"/>
    <w:pPr>
      <w:spacing w:after="80" w:line="264" w:lineRule="auto"/>
    </w:pPr>
    <w:rPr>
      <w:rFonts w:ascii="Arial" w:hAnsi="Arial"/>
      <w:color w:val="687783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10" Type="http://schemas.openxmlformats.org/officeDocument/2006/relationships/image" Target="media/image3.jp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2048</Words>
  <Characters>11680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13701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VELARGOS AMOP-3 — руководство по эксплуатации</dc:title>
  <dc:subject>Аккумуляторная мини-поломоечная машина, артикул AN 600305</dc:subject>
  <dc:creator>python-docx</dc:creator>
  <cp:keywords>VELARGOS, AMOP-3, AN 600305, мини-поломоечная машина, руководство, 36 В</cp:keywords>
  <dc:description>Новое фирменное русское руководство с качественными фотографиями продукта</dc:description>
  <cp:lastModifiedBy>Александр Анненков</cp:lastModifiedBy>
  <cp:revision>2</cp:revision>
  <dcterms:created xsi:type="dcterms:W3CDTF">2013-12-23T23:15:00Z</dcterms:created>
  <dcterms:modified xsi:type="dcterms:W3CDTF">2026-08-26T12:31:00Z</dcterms:modified>
  <cp:category/>
</cp:coreProperties>
</file>