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B4A30" w14:textId="77777777" w:rsidR="00E40292" w:rsidRPr="00E13F9B" w:rsidRDefault="00E13F9B">
      <w:pPr>
        <w:shd w:val="clear" w:color="auto" w:fill="0788B0"/>
        <w:spacing w:after="360" w:line="160" w:lineRule="exact"/>
        <w:rPr>
          <w:lang w:val="ru-RU"/>
        </w:rPr>
      </w:pPr>
      <w:r w:rsidRPr="00E13F9B">
        <w:rPr>
          <w:lang w:val="ru-RU"/>
        </w:rPr>
        <w:t xml:space="preserve"> </w:t>
      </w:r>
    </w:p>
    <w:p w14:paraId="6182696C" w14:textId="0279912A" w:rsidR="00E40292" w:rsidRPr="00E13F9B" w:rsidRDefault="00E13F9B">
      <w:pPr>
        <w:spacing w:after="80"/>
        <w:jc w:val="center"/>
        <w:rPr>
          <w:lang w:val="ru-RU"/>
        </w:rPr>
      </w:pPr>
      <w:r>
        <w:rPr>
          <w:noProof/>
        </w:rPr>
        <w:drawing>
          <wp:inline distT="0" distB="0" distL="0" distR="0" wp14:anchorId="34CF938F" wp14:editId="1A5CAD24">
            <wp:extent cx="1600200" cy="915160"/>
            <wp:effectExtent l="0" t="0" r="0" b="0"/>
            <wp:docPr id="10" name="Фирменный красно-черный логотип TOR на главной странице руководства" descr="Фирменный красно-черный логотип TOR на главной странице руководст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rand_tor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91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b/>
          <w:color w:val="123B52"/>
          <w:sz w:val="46"/>
        </w:rPr>
        <w:br/>
      </w:r>
      <w:r w:rsidRPr="00E13F9B">
        <w:rPr>
          <w:rFonts w:eastAsia="Calibri"/>
          <w:b/>
          <w:color w:val="123B52"/>
          <w:sz w:val="46"/>
          <w:lang w:val="ru-RU"/>
        </w:rPr>
        <w:t>АККУМУЛЯТОРНАЯ</w:t>
      </w:r>
      <w:r w:rsidRPr="00E13F9B">
        <w:rPr>
          <w:rFonts w:eastAsia="Calibri"/>
          <w:b/>
          <w:color w:val="123B52"/>
          <w:sz w:val="46"/>
          <w:lang w:val="ru-RU"/>
        </w:rPr>
        <w:br/>
        <w:t>ПОДМЕТАЛЬНАЯ МАШИНА</w:t>
      </w:r>
    </w:p>
    <w:p w14:paraId="63134FDD" w14:textId="77777777" w:rsidR="00E40292" w:rsidRPr="00E13F9B" w:rsidRDefault="00E13F9B">
      <w:pPr>
        <w:spacing w:after="60"/>
        <w:jc w:val="center"/>
        <w:rPr>
          <w:lang w:val="ru-RU"/>
        </w:rPr>
      </w:pPr>
      <w:r>
        <w:rPr>
          <w:rFonts w:eastAsia="Calibri"/>
          <w:b/>
          <w:color w:val="0788B0"/>
          <w:sz w:val="40"/>
        </w:rPr>
        <w:t>SJ</w:t>
      </w:r>
      <w:r w:rsidRPr="00E13F9B">
        <w:rPr>
          <w:rFonts w:eastAsia="Calibri"/>
          <w:b/>
          <w:color w:val="0788B0"/>
          <w:sz w:val="40"/>
          <w:lang w:val="ru-RU"/>
        </w:rPr>
        <w:t>1000</w:t>
      </w:r>
    </w:p>
    <w:p w14:paraId="76EBC63F" w14:textId="77777777" w:rsidR="00E40292" w:rsidRPr="00E13F9B" w:rsidRDefault="00E13F9B">
      <w:pPr>
        <w:jc w:val="center"/>
        <w:rPr>
          <w:lang w:val="ru-RU"/>
        </w:rPr>
      </w:pPr>
      <w:r w:rsidRPr="00E13F9B">
        <w:rPr>
          <w:rFonts w:eastAsia="Calibri"/>
          <w:color w:val="687783"/>
          <w:sz w:val="23"/>
          <w:lang w:val="ru-RU"/>
        </w:rPr>
        <w:t>Руководство по эксплуатации и техническому обслуживанию</w:t>
      </w:r>
    </w:p>
    <w:p w14:paraId="4E214D7B" w14:textId="77777777" w:rsidR="00E40292" w:rsidRDefault="00E13F9B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1B244E3F" wp14:editId="5ADA799D">
            <wp:extent cx="4983480" cy="5190919"/>
            <wp:effectExtent l="0" t="0" r="0" b="0"/>
            <wp:docPr id="1" name="Цветное изображение аккумуляторной подметальной машины TOR SJ1000" descr="Цветное изображение аккумуляторной подметальной машины TOR SJ1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j1000_fron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83480" cy="5190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1FCA0" w14:textId="77777777" w:rsidR="00E40292" w:rsidRPr="00E13F9B" w:rsidRDefault="00E13F9B">
      <w:pPr>
        <w:spacing w:before="40" w:after="140"/>
        <w:jc w:val="center"/>
        <w:rPr>
          <w:lang w:val="ru-RU"/>
        </w:rPr>
      </w:pPr>
      <w:r w:rsidRPr="00E13F9B">
        <w:rPr>
          <w:rFonts w:eastAsia="Calibri"/>
          <w:b/>
          <w:color w:val="123B52"/>
          <w:sz w:val="20"/>
          <w:lang w:val="ru-RU"/>
        </w:rPr>
        <w:t>Перед началом эксплуатации внимательно прочитайте руководство</w:t>
      </w:r>
    </w:p>
    <w:p w14:paraId="5C056F8C" w14:textId="0CC2A55E" w:rsidR="00E40292" w:rsidRDefault="00E40292">
      <w:pPr>
        <w:jc w:val="center"/>
      </w:pPr>
    </w:p>
    <w:p w14:paraId="57953D94" w14:textId="77777777" w:rsidR="00E40292" w:rsidRDefault="00E13F9B">
      <w:r>
        <w:br w:type="page"/>
      </w:r>
    </w:p>
    <w:p w14:paraId="136829F0" w14:textId="77777777" w:rsidR="00E40292" w:rsidRDefault="00E13F9B">
      <w:pPr>
        <w:keepNext/>
        <w:spacing w:after="40"/>
      </w:pPr>
      <w:r>
        <w:rPr>
          <w:rFonts w:eastAsia="Calibri"/>
          <w:b/>
          <w:color w:val="0788B0"/>
          <w:sz w:val="18"/>
        </w:rPr>
        <w:lastRenderedPageBreak/>
        <w:t>РАЗДЕЛ 01</w:t>
      </w:r>
    </w:p>
    <w:p w14:paraId="1E1DA77E" w14:textId="77777777" w:rsidR="00E40292" w:rsidRDefault="00E13F9B">
      <w:pPr>
        <w:pStyle w:val="1"/>
      </w:pPr>
      <w:r>
        <w:t>Перед началом работы</w:t>
      </w:r>
    </w:p>
    <w:tbl>
      <w:tblPr>
        <w:tblW w:w="9648" w:type="dxa"/>
        <w:tblInd w:w="180" w:type="dxa"/>
        <w:tblBorders>
          <w:top w:val="single" w:sz="9" w:space="0" w:color="0788B0"/>
          <w:left w:val="single" w:sz="9" w:space="0" w:color="0788B0"/>
          <w:bottom w:val="single" w:sz="9" w:space="0" w:color="0788B0"/>
          <w:right w:val="single" w:sz="9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E40292" w:rsidRPr="00E13F9B" w14:paraId="4B686495" w14:textId="77777777">
        <w:trPr>
          <w:cantSplit/>
        </w:trPr>
        <w:tc>
          <w:tcPr>
            <w:tcW w:w="9648" w:type="dxa"/>
            <w:shd w:val="clear" w:color="auto" w:fill="E8F5F8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72AF554D" w14:textId="77777777" w:rsidR="00E40292" w:rsidRPr="00E13F9B" w:rsidRDefault="00E13F9B">
            <w:pPr>
              <w:spacing w:after="0" w:line="276" w:lineRule="auto"/>
              <w:rPr>
                <w:lang w:val="ru-RU"/>
              </w:rPr>
            </w:pPr>
            <w:proofErr w:type="gramStart"/>
            <w:r w:rsidRPr="00E13F9B">
              <w:rPr>
                <w:rFonts w:eastAsia="Calibri"/>
                <w:b/>
                <w:color w:val="0788B0"/>
                <w:sz w:val="20"/>
                <w:lang w:val="ru-RU"/>
              </w:rPr>
              <w:t xml:space="preserve">ВАЖНО  </w:t>
            </w:r>
            <w:r w:rsidRPr="00E13F9B">
              <w:rPr>
                <w:rFonts w:eastAsia="Calibri"/>
                <w:sz w:val="21"/>
                <w:lang w:val="ru-RU"/>
              </w:rPr>
              <w:t>Сохраните</w:t>
            </w:r>
            <w:proofErr w:type="gramEnd"/>
            <w:r w:rsidRPr="00E13F9B">
              <w:rPr>
                <w:rFonts w:eastAsia="Calibri"/>
                <w:sz w:val="21"/>
                <w:lang w:val="ru-RU"/>
              </w:rPr>
              <w:t xml:space="preserve"> руководство и держите его доступным для всех операторов машины.</w:t>
            </w:r>
          </w:p>
        </w:tc>
      </w:tr>
    </w:tbl>
    <w:p w14:paraId="7EE77A79" w14:textId="77777777" w:rsidR="00E40292" w:rsidRPr="00E13F9B" w:rsidRDefault="00E40292">
      <w:pPr>
        <w:spacing w:after="40" w:line="240" w:lineRule="auto"/>
        <w:rPr>
          <w:lang w:val="ru-RU"/>
        </w:rPr>
      </w:pPr>
    </w:p>
    <w:p w14:paraId="115265B4" w14:textId="77777777" w:rsidR="00E40292" w:rsidRPr="00E13F9B" w:rsidRDefault="00E13F9B">
      <w:pPr>
        <w:pStyle w:val="2"/>
        <w:rPr>
          <w:lang w:val="ru-RU"/>
        </w:rPr>
      </w:pPr>
      <w:r w:rsidRPr="00E13F9B">
        <w:rPr>
          <w:lang w:val="ru-RU"/>
        </w:rPr>
        <w:t>Назначение</w:t>
      </w:r>
    </w:p>
    <w:p w14:paraId="211453AE" w14:textId="77777777" w:rsidR="00E40292" w:rsidRPr="00E13F9B" w:rsidRDefault="00E13F9B">
      <w:pPr>
        <w:rPr>
          <w:lang w:val="ru-RU"/>
        </w:rPr>
      </w:pPr>
      <w:r>
        <w:rPr>
          <w:rFonts w:eastAsia="Calibri"/>
        </w:rPr>
        <w:t>TOR</w:t>
      </w:r>
      <w:r w:rsidRPr="00E13F9B">
        <w:rPr>
          <w:rFonts w:eastAsia="Calibri"/>
          <w:lang w:val="ru-RU"/>
        </w:rPr>
        <w:t xml:space="preserve"> </w:t>
      </w:r>
      <w:r>
        <w:rPr>
          <w:rFonts w:eastAsia="Calibri"/>
        </w:rPr>
        <w:t>SJ</w:t>
      </w:r>
      <w:r w:rsidRPr="00E13F9B">
        <w:rPr>
          <w:rFonts w:eastAsia="Calibri"/>
          <w:lang w:val="ru-RU"/>
        </w:rPr>
        <w:t xml:space="preserve">1000 предназначена для сухой уборки ровных твердых поверхностей. Машина сочетает механическое подметание, всасывание пыли и систему орошения для снижения </w:t>
      </w:r>
      <w:r w:rsidRPr="00E13F9B">
        <w:rPr>
          <w:rFonts w:eastAsia="Calibri"/>
          <w:lang w:val="ru-RU"/>
        </w:rPr>
        <w:t>пылеобразования.</w:t>
      </w:r>
    </w:p>
    <w:p w14:paraId="23DAF0E9" w14:textId="77777777" w:rsidR="00E40292" w:rsidRPr="00E13F9B" w:rsidRDefault="00E13F9B">
      <w:pPr>
        <w:rPr>
          <w:lang w:val="ru-RU"/>
        </w:rPr>
      </w:pPr>
      <w:r w:rsidRPr="00E13F9B">
        <w:rPr>
          <w:rFonts w:eastAsia="Calibri"/>
          <w:lang w:val="ru-RU"/>
        </w:rPr>
        <w:t>Используйте оборудование только по назначению и в пределах указанных технических характеристик.</w:t>
      </w:r>
    </w:p>
    <w:p w14:paraId="2158E50D" w14:textId="77777777" w:rsidR="00E40292" w:rsidRDefault="00E13F9B">
      <w:pPr>
        <w:pStyle w:val="2"/>
      </w:pPr>
      <w:proofErr w:type="spellStart"/>
      <w:r>
        <w:t>Ответственность</w:t>
      </w:r>
      <w:proofErr w:type="spellEnd"/>
      <w:r>
        <w:t xml:space="preserve"> </w:t>
      </w:r>
      <w:proofErr w:type="spellStart"/>
      <w:r>
        <w:t>оператора</w:t>
      </w:r>
      <w:proofErr w:type="spellEnd"/>
    </w:p>
    <w:p w14:paraId="6A57E55C" w14:textId="77777777" w:rsidR="00E40292" w:rsidRPr="00E13F9B" w:rsidRDefault="00E13F9B">
      <w:pPr>
        <w:numPr>
          <w:ilvl w:val="0"/>
          <w:numId w:val="1"/>
        </w:numPr>
        <w:spacing w:after="80"/>
        <w:rPr>
          <w:lang w:val="ru-RU"/>
        </w:rPr>
      </w:pPr>
      <w:r w:rsidRPr="00E13F9B">
        <w:rPr>
          <w:rFonts w:eastAsia="Calibri"/>
          <w:lang w:val="ru-RU"/>
        </w:rPr>
        <w:t>До начала работы изучите органы управления, правила эксплуатации и предупреждения по безопасности.</w:t>
      </w:r>
    </w:p>
    <w:p w14:paraId="4906D8C2" w14:textId="77777777" w:rsidR="00E40292" w:rsidRPr="00E13F9B" w:rsidRDefault="00E13F9B">
      <w:pPr>
        <w:numPr>
          <w:ilvl w:val="0"/>
          <w:numId w:val="1"/>
        </w:numPr>
        <w:spacing w:after="80"/>
        <w:rPr>
          <w:lang w:val="ru-RU"/>
        </w:rPr>
      </w:pPr>
      <w:r w:rsidRPr="00E13F9B">
        <w:rPr>
          <w:rFonts w:eastAsia="Calibri"/>
          <w:lang w:val="ru-RU"/>
        </w:rPr>
        <w:t>Передавайте управл</w:t>
      </w:r>
      <w:r w:rsidRPr="00E13F9B">
        <w:rPr>
          <w:rFonts w:eastAsia="Calibri"/>
          <w:lang w:val="ru-RU"/>
        </w:rPr>
        <w:t>ение только обученному персоналу.</w:t>
      </w:r>
    </w:p>
    <w:p w14:paraId="26B65841" w14:textId="77777777" w:rsidR="00E40292" w:rsidRPr="00E13F9B" w:rsidRDefault="00E13F9B">
      <w:pPr>
        <w:numPr>
          <w:ilvl w:val="0"/>
          <w:numId w:val="1"/>
        </w:numPr>
        <w:spacing w:after="80"/>
        <w:rPr>
          <w:lang w:val="ru-RU"/>
        </w:rPr>
      </w:pPr>
      <w:r w:rsidRPr="00E13F9B">
        <w:rPr>
          <w:rFonts w:eastAsia="Calibri"/>
          <w:lang w:val="ru-RU"/>
        </w:rPr>
        <w:t>При необычном шуме, запахе или вибрации немедленно остановите машину и выполните проверку.</w:t>
      </w:r>
    </w:p>
    <w:p w14:paraId="3C647DEB" w14:textId="77777777" w:rsidR="00E40292" w:rsidRDefault="00E13F9B">
      <w:pPr>
        <w:pStyle w:val="2"/>
      </w:pPr>
      <w:proofErr w:type="spellStart"/>
      <w:r>
        <w:t>Содержание</w:t>
      </w:r>
      <w:proofErr w:type="spellEnd"/>
    </w:p>
    <w:tbl>
      <w:tblPr>
        <w:tblW w:w="9648" w:type="dxa"/>
        <w:tblInd w:w="140" w:type="dxa"/>
        <w:tblBorders>
          <w:top w:val="single" w:sz="6" w:space="0" w:color="D9E0E4"/>
          <w:left w:val="single" w:sz="6" w:space="0" w:color="D9E0E4"/>
          <w:bottom w:val="single" w:sz="6" w:space="0" w:color="D9E0E4"/>
          <w:right w:val="single" w:sz="6" w:space="0" w:color="D9E0E4"/>
          <w:insideH w:val="single" w:sz="6" w:space="0" w:color="D9E0E4"/>
          <w:insideV w:val="single" w:sz="6" w:space="0" w:color="D9E0E4"/>
        </w:tblBorders>
        <w:tblLayout w:type="fixed"/>
        <w:tblLook w:val="04A0" w:firstRow="1" w:lastRow="0" w:firstColumn="1" w:lastColumn="0" w:noHBand="0" w:noVBand="1"/>
      </w:tblPr>
      <w:tblGrid>
        <w:gridCol w:w="7800"/>
        <w:gridCol w:w="1848"/>
      </w:tblGrid>
      <w:tr w:rsidR="00E40292" w14:paraId="3D11597E" w14:textId="77777777">
        <w:trPr>
          <w:tblHeader/>
        </w:trPr>
        <w:tc>
          <w:tcPr>
            <w:tcW w:w="7800" w:type="dxa"/>
            <w:shd w:val="clear" w:color="auto" w:fill="0788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63F8512" w14:textId="77777777" w:rsidR="00E40292" w:rsidRDefault="00E13F9B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Раздел</w:t>
            </w:r>
          </w:p>
        </w:tc>
        <w:tc>
          <w:tcPr>
            <w:tcW w:w="1848" w:type="dxa"/>
            <w:shd w:val="clear" w:color="auto" w:fill="0788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DE10889" w14:textId="77777777" w:rsidR="00E40292" w:rsidRDefault="00E13F9B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Страница</w:t>
            </w:r>
          </w:p>
        </w:tc>
      </w:tr>
      <w:tr w:rsidR="00E40292" w14:paraId="2E126087" w14:textId="77777777">
        <w:tc>
          <w:tcPr>
            <w:tcW w:w="78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DA31C00" w14:textId="77777777" w:rsidR="00E40292" w:rsidRDefault="00E13F9B">
            <w:pPr>
              <w:spacing w:after="0" w:line="269" w:lineRule="auto"/>
            </w:pPr>
            <w:r>
              <w:rPr>
                <w:rFonts w:eastAsia="Calibri"/>
                <w:sz w:val="19"/>
              </w:rPr>
              <w:t>Безопасность</w:t>
            </w:r>
          </w:p>
        </w:tc>
        <w:tc>
          <w:tcPr>
            <w:tcW w:w="18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576150C" w14:textId="77777777" w:rsidR="00E40292" w:rsidRDefault="00E13F9B">
            <w:pPr>
              <w:spacing w:after="0" w:line="269" w:lineRule="auto"/>
              <w:jc w:val="center"/>
            </w:pPr>
            <w:r>
              <w:rPr>
                <w:rFonts w:eastAsia="Calibri"/>
                <w:sz w:val="19"/>
              </w:rPr>
              <w:t>3</w:t>
            </w:r>
          </w:p>
        </w:tc>
      </w:tr>
      <w:tr w:rsidR="00E40292" w14:paraId="71F35C21" w14:textId="77777777">
        <w:tc>
          <w:tcPr>
            <w:tcW w:w="78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20DD57D" w14:textId="77777777" w:rsidR="00E40292" w:rsidRDefault="00E13F9B">
            <w:pPr>
              <w:spacing w:after="0" w:line="269" w:lineRule="auto"/>
            </w:pPr>
            <w:r>
              <w:rPr>
                <w:rFonts w:eastAsia="Calibri"/>
                <w:sz w:val="19"/>
              </w:rPr>
              <w:t>Технические данные</w:t>
            </w:r>
          </w:p>
        </w:tc>
        <w:tc>
          <w:tcPr>
            <w:tcW w:w="184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7C3E9F6" w14:textId="77777777" w:rsidR="00E40292" w:rsidRDefault="00E13F9B">
            <w:pPr>
              <w:spacing w:after="0" w:line="269" w:lineRule="auto"/>
              <w:jc w:val="center"/>
            </w:pPr>
            <w:r>
              <w:rPr>
                <w:rFonts w:eastAsia="Calibri"/>
                <w:sz w:val="19"/>
              </w:rPr>
              <w:t>4</w:t>
            </w:r>
          </w:p>
        </w:tc>
      </w:tr>
      <w:tr w:rsidR="00E40292" w14:paraId="285D004E" w14:textId="77777777">
        <w:tc>
          <w:tcPr>
            <w:tcW w:w="78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0224F0F" w14:textId="77777777" w:rsidR="00E40292" w:rsidRDefault="00E13F9B">
            <w:pPr>
              <w:spacing w:after="0" w:line="269" w:lineRule="auto"/>
            </w:pPr>
            <w:r>
              <w:rPr>
                <w:rFonts w:eastAsia="Calibri"/>
                <w:sz w:val="19"/>
              </w:rPr>
              <w:t>Устройство машины</w:t>
            </w:r>
          </w:p>
        </w:tc>
        <w:tc>
          <w:tcPr>
            <w:tcW w:w="18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F3FA9AB" w14:textId="77777777" w:rsidR="00E40292" w:rsidRDefault="00E13F9B">
            <w:pPr>
              <w:spacing w:after="0" w:line="269" w:lineRule="auto"/>
              <w:jc w:val="center"/>
            </w:pPr>
            <w:r>
              <w:rPr>
                <w:rFonts w:eastAsia="Calibri"/>
                <w:sz w:val="19"/>
              </w:rPr>
              <w:t>5</w:t>
            </w:r>
          </w:p>
        </w:tc>
      </w:tr>
      <w:tr w:rsidR="00E40292" w14:paraId="369730A3" w14:textId="77777777">
        <w:tc>
          <w:tcPr>
            <w:tcW w:w="78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2E17B7E" w14:textId="77777777" w:rsidR="00E40292" w:rsidRDefault="00E13F9B">
            <w:pPr>
              <w:spacing w:after="0" w:line="269" w:lineRule="auto"/>
            </w:pPr>
            <w:r>
              <w:rPr>
                <w:rFonts w:eastAsia="Calibri"/>
                <w:sz w:val="19"/>
              </w:rPr>
              <w:t>Органы управления</w:t>
            </w:r>
          </w:p>
        </w:tc>
        <w:tc>
          <w:tcPr>
            <w:tcW w:w="184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F4B4B5D" w14:textId="77777777" w:rsidR="00E40292" w:rsidRDefault="00E13F9B">
            <w:pPr>
              <w:spacing w:after="0" w:line="269" w:lineRule="auto"/>
              <w:jc w:val="center"/>
            </w:pPr>
            <w:r>
              <w:rPr>
                <w:rFonts w:eastAsia="Calibri"/>
                <w:sz w:val="19"/>
              </w:rPr>
              <w:t>6</w:t>
            </w:r>
          </w:p>
        </w:tc>
      </w:tr>
      <w:tr w:rsidR="00E40292" w14:paraId="51331CE4" w14:textId="77777777">
        <w:tc>
          <w:tcPr>
            <w:tcW w:w="78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131AECF" w14:textId="77777777" w:rsidR="00E40292" w:rsidRDefault="00E13F9B">
            <w:pPr>
              <w:spacing w:after="0" w:line="269" w:lineRule="auto"/>
            </w:pPr>
            <w:r>
              <w:rPr>
                <w:rFonts w:eastAsia="Calibri"/>
                <w:sz w:val="19"/>
              </w:rPr>
              <w:t>Порядок работы</w:t>
            </w:r>
          </w:p>
        </w:tc>
        <w:tc>
          <w:tcPr>
            <w:tcW w:w="18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A0C33FC" w14:textId="77777777" w:rsidR="00E40292" w:rsidRDefault="00E13F9B">
            <w:pPr>
              <w:spacing w:after="0" w:line="269" w:lineRule="auto"/>
              <w:jc w:val="center"/>
            </w:pPr>
            <w:r>
              <w:rPr>
                <w:rFonts w:eastAsia="Calibri"/>
                <w:sz w:val="19"/>
              </w:rPr>
              <w:t>7</w:t>
            </w:r>
          </w:p>
        </w:tc>
      </w:tr>
      <w:tr w:rsidR="00E40292" w14:paraId="3863F542" w14:textId="77777777">
        <w:tc>
          <w:tcPr>
            <w:tcW w:w="78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0E84892" w14:textId="77777777" w:rsidR="00E40292" w:rsidRDefault="00E13F9B">
            <w:pPr>
              <w:spacing w:after="0" w:line="269" w:lineRule="auto"/>
            </w:pPr>
            <w:r>
              <w:rPr>
                <w:rFonts w:eastAsia="Calibri"/>
                <w:sz w:val="19"/>
              </w:rPr>
              <w:t>Регулировка и ежедневный уход</w:t>
            </w:r>
          </w:p>
        </w:tc>
        <w:tc>
          <w:tcPr>
            <w:tcW w:w="184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A34D889" w14:textId="77777777" w:rsidR="00E40292" w:rsidRDefault="00E13F9B">
            <w:pPr>
              <w:spacing w:after="0" w:line="269" w:lineRule="auto"/>
              <w:jc w:val="center"/>
            </w:pPr>
            <w:r>
              <w:rPr>
                <w:rFonts w:eastAsia="Calibri"/>
                <w:sz w:val="19"/>
              </w:rPr>
              <w:t>8</w:t>
            </w:r>
          </w:p>
        </w:tc>
      </w:tr>
      <w:tr w:rsidR="00E40292" w14:paraId="5EB5F69E" w14:textId="77777777">
        <w:tc>
          <w:tcPr>
            <w:tcW w:w="78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DC4B79F" w14:textId="77777777" w:rsidR="00E40292" w:rsidRDefault="00E13F9B">
            <w:pPr>
              <w:spacing w:after="0" w:line="269" w:lineRule="auto"/>
            </w:pPr>
            <w:r>
              <w:rPr>
                <w:rFonts w:eastAsia="Calibri"/>
                <w:sz w:val="19"/>
              </w:rPr>
              <w:t>Техническое обслуживание</w:t>
            </w:r>
          </w:p>
        </w:tc>
        <w:tc>
          <w:tcPr>
            <w:tcW w:w="18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EC53604" w14:textId="77777777" w:rsidR="00E40292" w:rsidRDefault="00E13F9B">
            <w:pPr>
              <w:spacing w:after="0" w:line="269" w:lineRule="auto"/>
              <w:jc w:val="center"/>
            </w:pPr>
            <w:r>
              <w:rPr>
                <w:rFonts w:eastAsia="Calibri"/>
                <w:sz w:val="19"/>
              </w:rPr>
              <w:t>9</w:t>
            </w:r>
          </w:p>
        </w:tc>
      </w:tr>
      <w:tr w:rsidR="00E40292" w14:paraId="1BEFA1E2" w14:textId="77777777">
        <w:tc>
          <w:tcPr>
            <w:tcW w:w="78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5C2E9F6" w14:textId="77777777" w:rsidR="00E40292" w:rsidRDefault="00E13F9B">
            <w:pPr>
              <w:spacing w:after="0" w:line="269" w:lineRule="auto"/>
            </w:pPr>
            <w:r>
              <w:rPr>
                <w:rFonts w:eastAsia="Calibri"/>
                <w:sz w:val="19"/>
              </w:rPr>
              <w:t>Устранение неисправностей</w:t>
            </w:r>
          </w:p>
        </w:tc>
        <w:tc>
          <w:tcPr>
            <w:tcW w:w="184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1963EB0" w14:textId="77777777" w:rsidR="00E40292" w:rsidRDefault="00E13F9B">
            <w:pPr>
              <w:spacing w:after="0" w:line="269" w:lineRule="auto"/>
              <w:jc w:val="center"/>
            </w:pPr>
            <w:r>
              <w:rPr>
                <w:rFonts w:eastAsia="Calibri"/>
                <w:sz w:val="19"/>
              </w:rPr>
              <w:t>10</w:t>
            </w:r>
          </w:p>
        </w:tc>
      </w:tr>
    </w:tbl>
    <w:p w14:paraId="53221A91" w14:textId="77777777" w:rsidR="00E40292" w:rsidRDefault="00E13F9B">
      <w:r>
        <w:br w:type="page"/>
      </w:r>
    </w:p>
    <w:p w14:paraId="5E6200BE" w14:textId="77777777" w:rsidR="00E40292" w:rsidRDefault="00E13F9B">
      <w:pPr>
        <w:keepNext/>
        <w:spacing w:after="40"/>
      </w:pPr>
      <w:r>
        <w:rPr>
          <w:rFonts w:eastAsia="Calibri"/>
          <w:b/>
          <w:color w:val="0788B0"/>
          <w:sz w:val="18"/>
        </w:rPr>
        <w:t>РАЗДЕЛ 02</w:t>
      </w:r>
    </w:p>
    <w:p w14:paraId="70C37195" w14:textId="77777777" w:rsidR="00E40292" w:rsidRDefault="00E13F9B">
      <w:pPr>
        <w:pStyle w:val="1"/>
      </w:pPr>
      <w:r>
        <w:t>Важные инструкции по безопасности</w:t>
      </w:r>
    </w:p>
    <w:tbl>
      <w:tblPr>
        <w:tblW w:w="9648" w:type="dxa"/>
        <w:tblInd w:w="180" w:type="dxa"/>
        <w:tblBorders>
          <w:top w:val="single" w:sz="9" w:space="0" w:color="B84236"/>
          <w:left w:val="single" w:sz="9" w:space="0" w:color="B84236"/>
          <w:bottom w:val="single" w:sz="9" w:space="0" w:color="B84236"/>
          <w:right w:val="single" w:sz="9" w:space="0" w:color="B84236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E40292" w:rsidRPr="00E13F9B" w14:paraId="54065C90" w14:textId="77777777">
        <w:trPr>
          <w:cantSplit/>
        </w:trPr>
        <w:tc>
          <w:tcPr>
            <w:tcW w:w="9648" w:type="dxa"/>
            <w:shd w:val="clear" w:color="auto" w:fill="FDEDEB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14E944F0" w14:textId="77777777" w:rsidR="00E40292" w:rsidRPr="00E13F9B" w:rsidRDefault="00E13F9B">
            <w:pPr>
              <w:spacing w:after="0" w:line="276" w:lineRule="auto"/>
              <w:rPr>
                <w:lang w:val="ru-RU"/>
              </w:rPr>
            </w:pPr>
            <w:proofErr w:type="gramStart"/>
            <w:r w:rsidRPr="00E13F9B">
              <w:rPr>
                <w:rFonts w:eastAsia="Calibri"/>
                <w:b/>
                <w:color w:val="B84236"/>
                <w:sz w:val="20"/>
                <w:lang w:val="ru-RU"/>
              </w:rPr>
              <w:t xml:space="preserve">ПРЕДУПРЕЖДЕНИЕ  </w:t>
            </w:r>
            <w:r w:rsidRPr="00E13F9B">
              <w:rPr>
                <w:rFonts w:eastAsia="Calibri"/>
                <w:sz w:val="21"/>
                <w:lang w:val="ru-RU"/>
              </w:rPr>
              <w:t>Нарушение</w:t>
            </w:r>
            <w:proofErr w:type="gramEnd"/>
            <w:r w:rsidRPr="00E13F9B">
              <w:rPr>
                <w:rFonts w:eastAsia="Calibri"/>
                <w:sz w:val="21"/>
                <w:lang w:val="ru-RU"/>
              </w:rPr>
              <w:t xml:space="preserve"> правил безопасности может привести к травме, повреждению машины или имущества.</w:t>
            </w:r>
          </w:p>
        </w:tc>
      </w:tr>
    </w:tbl>
    <w:p w14:paraId="1319F50E" w14:textId="77777777" w:rsidR="00E40292" w:rsidRPr="00E13F9B" w:rsidRDefault="00E40292">
      <w:pPr>
        <w:spacing w:after="40" w:line="240" w:lineRule="auto"/>
        <w:rPr>
          <w:lang w:val="ru-RU"/>
        </w:rPr>
      </w:pPr>
    </w:p>
    <w:p w14:paraId="65DACD69" w14:textId="77777777" w:rsidR="00E40292" w:rsidRDefault="00E13F9B">
      <w:pPr>
        <w:pStyle w:val="2"/>
      </w:pPr>
      <w:proofErr w:type="spellStart"/>
      <w:r>
        <w:t>Перед</w:t>
      </w:r>
      <w:proofErr w:type="spellEnd"/>
      <w:r>
        <w:t xml:space="preserve"> </w:t>
      </w:r>
      <w:proofErr w:type="spellStart"/>
      <w:r>
        <w:t>осмотром</w:t>
      </w:r>
      <w:proofErr w:type="spellEnd"/>
      <w:r>
        <w:t xml:space="preserve"> и </w:t>
      </w:r>
      <w:proofErr w:type="spellStart"/>
      <w:r>
        <w:t>обслуживанием</w:t>
      </w:r>
      <w:proofErr w:type="spellEnd"/>
    </w:p>
    <w:p w14:paraId="16071F3F" w14:textId="77777777" w:rsidR="00E40292" w:rsidRPr="00E13F9B" w:rsidRDefault="00E13F9B">
      <w:pPr>
        <w:numPr>
          <w:ilvl w:val="0"/>
          <w:numId w:val="1"/>
        </w:numPr>
        <w:spacing w:after="80"/>
        <w:rPr>
          <w:lang w:val="ru-RU"/>
        </w:rPr>
      </w:pPr>
      <w:r w:rsidRPr="00E13F9B">
        <w:rPr>
          <w:rFonts w:eastAsia="Calibri"/>
          <w:lang w:val="ru-RU"/>
        </w:rPr>
        <w:t>Поверните ключ в положение «0», извлеките его и отсоедините кабель аккумуляторного блока.</w:t>
      </w:r>
    </w:p>
    <w:p w14:paraId="2A466F28" w14:textId="77777777" w:rsidR="00E40292" w:rsidRPr="00E13F9B" w:rsidRDefault="00E13F9B">
      <w:pPr>
        <w:numPr>
          <w:ilvl w:val="0"/>
          <w:numId w:val="1"/>
        </w:numPr>
        <w:spacing w:after="80"/>
        <w:rPr>
          <w:lang w:val="ru-RU"/>
        </w:rPr>
      </w:pPr>
      <w:r w:rsidRPr="00E13F9B">
        <w:rPr>
          <w:rFonts w:eastAsia="Calibri"/>
          <w:lang w:val="ru-RU"/>
        </w:rPr>
        <w:t>Дождитесь полной остановки основной и боковых щеток.</w:t>
      </w:r>
    </w:p>
    <w:p w14:paraId="6B231F01" w14:textId="77777777" w:rsidR="00E40292" w:rsidRPr="00E13F9B" w:rsidRDefault="00E13F9B">
      <w:pPr>
        <w:numPr>
          <w:ilvl w:val="0"/>
          <w:numId w:val="1"/>
        </w:numPr>
        <w:spacing w:after="80"/>
        <w:rPr>
          <w:lang w:val="ru-RU"/>
        </w:rPr>
      </w:pPr>
      <w:r w:rsidRPr="00E13F9B">
        <w:rPr>
          <w:rFonts w:eastAsia="Calibri"/>
          <w:lang w:val="ru-RU"/>
        </w:rPr>
        <w:t>Работы с электрическими и механическими узлами выполняйте только при отключенном питании</w:t>
      </w:r>
      <w:r w:rsidRPr="00E13F9B">
        <w:rPr>
          <w:rFonts w:eastAsia="Calibri"/>
          <w:lang w:val="ru-RU"/>
        </w:rPr>
        <w:t>.</w:t>
      </w:r>
    </w:p>
    <w:p w14:paraId="3D696286" w14:textId="77777777" w:rsidR="00E40292" w:rsidRDefault="00E13F9B">
      <w:pPr>
        <w:pStyle w:val="2"/>
      </w:pPr>
      <w:proofErr w:type="spellStart"/>
      <w:r>
        <w:t>Запрещается</w:t>
      </w:r>
      <w:proofErr w:type="spellEnd"/>
    </w:p>
    <w:p w14:paraId="0EF57D95" w14:textId="77777777" w:rsidR="00E40292" w:rsidRPr="00E13F9B" w:rsidRDefault="00E13F9B">
      <w:pPr>
        <w:numPr>
          <w:ilvl w:val="0"/>
          <w:numId w:val="1"/>
        </w:numPr>
        <w:spacing w:after="80"/>
        <w:rPr>
          <w:lang w:val="ru-RU"/>
        </w:rPr>
      </w:pPr>
      <w:r w:rsidRPr="00E13F9B">
        <w:rPr>
          <w:rFonts w:eastAsia="Calibri"/>
          <w:lang w:val="ru-RU"/>
        </w:rPr>
        <w:t>Эксплуатировать машину в присутствии легковоспламеняющихся или взрывоопасных веществ, пыли, жидкостей и газов.</w:t>
      </w:r>
    </w:p>
    <w:p w14:paraId="7ADF7ADE" w14:textId="77777777" w:rsidR="00E40292" w:rsidRPr="00E13F9B" w:rsidRDefault="00E13F9B">
      <w:pPr>
        <w:numPr>
          <w:ilvl w:val="0"/>
          <w:numId w:val="1"/>
        </w:numPr>
        <w:spacing w:after="80"/>
        <w:rPr>
          <w:lang w:val="ru-RU"/>
        </w:rPr>
      </w:pPr>
      <w:r w:rsidRPr="00E13F9B">
        <w:rPr>
          <w:rFonts w:eastAsia="Calibri"/>
          <w:lang w:val="ru-RU"/>
        </w:rPr>
        <w:t>Собирать горящие, тлеющие или нагретые предметы.</w:t>
      </w:r>
    </w:p>
    <w:p w14:paraId="6A798A43" w14:textId="77777777" w:rsidR="00E40292" w:rsidRPr="00E13F9B" w:rsidRDefault="00E13F9B">
      <w:pPr>
        <w:numPr>
          <w:ilvl w:val="0"/>
          <w:numId w:val="1"/>
        </w:numPr>
        <w:spacing w:after="80"/>
        <w:rPr>
          <w:lang w:val="ru-RU"/>
        </w:rPr>
      </w:pPr>
      <w:r w:rsidRPr="00E13F9B">
        <w:rPr>
          <w:rFonts w:eastAsia="Calibri"/>
          <w:lang w:val="ru-RU"/>
        </w:rPr>
        <w:t>Подметать шнуры, кабели, ленты и другие предметы, способные намотаться на щетку.</w:t>
      </w:r>
    </w:p>
    <w:p w14:paraId="53BA10AB" w14:textId="77777777" w:rsidR="00E40292" w:rsidRPr="00E13F9B" w:rsidRDefault="00E13F9B">
      <w:pPr>
        <w:numPr>
          <w:ilvl w:val="0"/>
          <w:numId w:val="1"/>
        </w:numPr>
        <w:spacing w:after="80"/>
        <w:rPr>
          <w:lang w:val="ru-RU"/>
        </w:rPr>
      </w:pPr>
      <w:r w:rsidRPr="00E13F9B">
        <w:rPr>
          <w:rFonts w:eastAsia="Calibri"/>
          <w:lang w:val="ru-RU"/>
        </w:rPr>
        <w:t>И</w:t>
      </w:r>
      <w:r w:rsidRPr="00E13F9B">
        <w:rPr>
          <w:rFonts w:eastAsia="Calibri"/>
          <w:lang w:val="ru-RU"/>
        </w:rPr>
        <w:t>спользовать поврежденную или неисправную машину.</w:t>
      </w:r>
    </w:p>
    <w:p w14:paraId="241E5247" w14:textId="77777777" w:rsidR="00E40292" w:rsidRPr="00E13F9B" w:rsidRDefault="00E13F9B">
      <w:pPr>
        <w:numPr>
          <w:ilvl w:val="0"/>
          <w:numId w:val="1"/>
        </w:numPr>
        <w:spacing w:after="80"/>
        <w:rPr>
          <w:lang w:val="ru-RU"/>
        </w:rPr>
      </w:pPr>
      <w:r w:rsidRPr="00E13F9B">
        <w:rPr>
          <w:rFonts w:eastAsia="Calibri"/>
          <w:lang w:val="ru-RU"/>
        </w:rPr>
        <w:t>Прикасаться к движущимся частям во время работы.</w:t>
      </w:r>
    </w:p>
    <w:p w14:paraId="3A4745AF" w14:textId="77777777" w:rsidR="00E40292" w:rsidRPr="00E13F9B" w:rsidRDefault="00E13F9B">
      <w:pPr>
        <w:numPr>
          <w:ilvl w:val="0"/>
          <w:numId w:val="1"/>
        </w:numPr>
        <w:spacing w:after="80"/>
        <w:rPr>
          <w:lang w:val="ru-RU"/>
        </w:rPr>
      </w:pPr>
      <w:r w:rsidRPr="00E13F9B">
        <w:rPr>
          <w:rFonts w:eastAsia="Calibri"/>
          <w:lang w:val="ru-RU"/>
        </w:rPr>
        <w:t>Допускать к управлению детей, необученных лиц или операторов в состоянии опьянения.</w:t>
      </w:r>
    </w:p>
    <w:p w14:paraId="5B4926E2" w14:textId="77777777" w:rsidR="00E40292" w:rsidRDefault="00E13F9B">
      <w:pPr>
        <w:pStyle w:val="2"/>
      </w:pPr>
      <w:proofErr w:type="spellStart"/>
      <w:r>
        <w:t>Аккумулятор</w:t>
      </w:r>
      <w:proofErr w:type="spellEnd"/>
    </w:p>
    <w:p w14:paraId="2065A3EA" w14:textId="77777777" w:rsidR="00E40292" w:rsidRPr="00E13F9B" w:rsidRDefault="00E13F9B">
      <w:pPr>
        <w:numPr>
          <w:ilvl w:val="0"/>
          <w:numId w:val="1"/>
        </w:numPr>
        <w:spacing w:after="80"/>
        <w:rPr>
          <w:lang w:val="ru-RU"/>
        </w:rPr>
      </w:pPr>
      <w:r w:rsidRPr="00E13F9B">
        <w:rPr>
          <w:rFonts w:eastAsia="Calibri"/>
          <w:lang w:val="ru-RU"/>
        </w:rPr>
        <w:t xml:space="preserve">Заряжайте аккумуляторный блок только в хорошо </w:t>
      </w:r>
      <w:r w:rsidRPr="00E13F9B">
        <w:rPr>
          <w:rFonts w:eastAsia="Calibri"/>
          <w:lang w:val="ru-RU"/>
        </w:rPr>
        <w:t>проветриваемом помещении.</w:t>
      </w:r>
    </w:p>
    <w:p w14:paraId="764E0C7D" w14:textId="77777777" w:rsidR="00E40292" w:rsidRPr="00E13F9B" w:rsidRDefault="00E13F9B">
      <w:pPr>
        <w:numPr>
          <w:ilvl w:val="0"/>
          <w:numId w:val="1"/>
        </w:numPr>
        <w:spacing w:after="80"/>
        <w:rPr>
          <w:lang w:val="ru-RU"/>
        </w:rPr>
      </w:pPr>
      <w:r w:rsidRPr="00E13F9B">
        <w:rPr>
          <w:rFonts w:eastAsia="Calibri"/>
          <w:lang w:val="ru-RU"/>
        </w:rPr>
        <w:t>Храните батареи вдали от открытого огня, искр и легковоспламеняющихся материалов.</w:t>
      </w:r>
    </w:p>
    <w:p w14:paraId="2B42185D" w14:textId="77777777" w:rsidR="00E40292" w:rsidRPr="00E13F9B" w:rsidRDefault="00E13F9B">
      <w:pPr>
        <w:numPr>
          <w:ilvl w:val="0"/>
          <w:numId w:val="1"/>
        </w:numPr>
        <w:spacing w:after="80"/>
        <w:rPr>
          <w:lang w:val="ru-RU"/>
        </w:rPr>
      </w:pPr>
      <w:r w:rsidRPr="00E13F9B">
        <w:rPr>
          <w:rFonts w:eastAsia="Calibri"/>
          <w:lang w:val="ru-RU"/>
        </w:rPr>
        <w:t>Используйте только исправные соединительные кабели и рекомендованные запасные части.</w:t>
      </w:r>
    </w:p>
    <w:tbl>
      <w:tblPr>
        <w:tblW w:w="9648" w:type="dxa"/>
        <w:tblInd w:w="180" w:type="dxa"/>
        <w:tblBorders>
          <w:top w:val="single" w:sz="9" w:space="0" w:color="F4A62A"/>
          <w:left w:val="single" w:sz="9" w:space="0" w:color="F4A62A"/>
          <w:bottom w:val="single" w:sz="9" w:space="0" w:color="F4A62A"/>
          <w:right w:val="single" w:sz="9" w:space="0" w:color="F4A62A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E40292" w:rsidRPr="00E13F9B" w14:paraId="160E02EC" w14:textId="77777777">
        <w:trPr>
          <w:cantSplit/>
        </w:trPr>
        <w:tc>
          <w:tcPr>
            <w:tcW w:w="9648" w:type="dxa"/>
            <w:shd w:val="clear" w:color="auto" w:fill="FFF5DF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21AD727E" w14:textId="77777777" w:rsidR="00E40292" w:rsidRPr="00E13F9B" w:rsidRDefault="00E13F9B">
            <w:pPr>
              <w:spacing w:after="0" w:line="276" w:lineRule="auto"/>
              <w:rPr>
                <w:lang w:val="ru-RU"/>
              </w:rPr>
            </w:pPr>
            <w:proofErr w:type="gramStart"/>
            <w:r w:rsidRPr="00E13F9B">
              <w:rPr>
                <w:rFonts w:eastAsia="Calibri"/>
                <w:b/>
                <w:color w:val="F4A62A"/>
                <w:sz w:val="20"/>
                <w:lang w:val="ru-RU"/>
              </w:rPr>
              <w:t xml:space="preserve">ОПЕРАТОР  </w:t>
            </w:r>
            <w:r w:rsidRPr="00E13F9B">
              <w:rPr>
                <w:rFonts w:eastAsia="Calibri"/>
                <w:sz w:val="21"/>
                <w:lang w:val="ru-RU"/>
              </w:rPr>
              <w:t>Во</w:t>
            </w:r>
            <w:proofErr w:type="gramEnd"/>
            <w:r w:rsidRPr="00E13F9B">
              <w:rPr>
                <w:rFonts w:eastAsia="Calibri"/>
                <w:sz w:val="21"/>
                <w:lang w:val="ru-RU"/>
              </w:rPr>
              <w:t xml:space="preserve"> время движения оставляйте достаточное расстояние д</w:t>
            </w:r>
            <w:r w:rsidRPr="00E13F9B">
              <w:rPr>
                <w:rFonts w:eastAsia="Calibri"/>
                <w:sz w:val="21"/>
                <w:lang w:val="ru-RU"/>
              </w:rPr>
              <w:t>о стен, оборудования и выступающих предметов.</w:t>
            </w:r>
          </w:p>
        </w:tc>
      </w:tr>
    </w:tbl>
    <w:p w14:paraId="3292E596" w14:textId="77777777" w:rsidR="00E40292" w:rsidRPr="00E13F9B" w:rsidRDefault="00E40292">
      <w:pPr>
        <w:spacing w:after="40" w:line="240" w:lineRule="auto"/>
        <w:rPr>
          <w:lang w:val="ru-RU"/>
        </w:rPr>
      </w:pPr>
    </w:p>
    <w:p w14:paraId="487E7AC4" w14:textId="77777777" w:rsidR="00E40292" w:rsidRPr="00E13F9B" w:rsidRDefault="00E13F9B">
      <w:pPr>
        <w:rPr>
          <w:lang w:val="ru-RU"/>
        </w:rPr>
      </w:pPr>
      <w:r w:rsidRPr="00E13F9B">
        <w:rPr>
          <w:lang w:val="ru-RU"/>
        </w:rPr>
        <w:br w:type="page"/>
      </w:r>
    </w:p>
    <w:p w14:paraId="373891C9" w14:textId="77777777" w:rsidR="00E40292" w:rsidRDefault="00E13F9B">
      <w:pPr>
        <w:keepNext/>
        <w:spacing w:after="40"/>
      </w:pPr>
      <w:r>
        <w:rPr>
          <w:rFonts w:eastAsia="Calibri"/>
          <w:b/>
          <w:color w:val="0788B0"/>
          <w:sz w:val="18"/>
        </w:rPr>
        <w:t>РАЗДЕЛ 03</w:t>
      </w:r>
    </w:p>
    <w:p w14:paraId="103DAB08" w14:textId="77777777" w:rsidR="00E40292" w:rsidRDefault="00E13F9B">
      <w:pPr>
        <w:pStyle w:val="1"/>
      </w:pPr>
      <w:r>
        <w:t>Технические данные</w:t>
      </w:r>
    </w:p>
    <w:p w14:paraId="28D711AC" w14:textId="77777777" w:rsidR="00E40292" w:rsidRDefault="00E13F9B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61B62563" wp14:editId="23C535F0">
            <wp:extent cx="2880360" cy="3000256"/>
            <wp:effectExtent l="0" t="0" r="0" b="0"/>
            <wp:docPr id="3" name="Цветное изображение TOR SJ1000" descr="Цветное изображение TOR SJ1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j1000_fron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80360" cy="3000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CDBD10" w14:textId="77777777" w:rsidR="00E40292" w:rsidRDefault="00E13F9B">
      <w:pPr>
        <w:pStyle w:val="FigureCaption"/>
        <w:keepLines/>
      </w:pPr>
      <w:r>
        <w:t>Аккумуляторная подметальная машина TOR SJ1000</w:t>
      </w:r>
    </w:p>
    <w:tbl>
      <w:tblPr>
        <w:tblW w:w="9648" w:type="dxa"/>
        <w:tblInd w:w="140" w:type="dxa"/>
        <w:tblBorders>
          <w:top w:val="single" w:sz="6" w:space="0" w:color="D9E0E4"/>
          <w:left w:val="single" w:sz="6" w:space="0" w:color="D9E0E4"/>
          <w:bottom w:val="single" w:sz="6" w:space="0" w:color="D9E0E4"/>
          <w:right w:val="single" w:sz="6" w:space="0" w:color="D9E0E4"/>
          <w:insideH w:val="single" w:sz="6" w:space="0" w:color="D9E0E4"/>
          <w:insideV w:val="single" w:sz="6" w:space="0" w:color="D9E0E4"/>
        </w:tblBorders>
        <w:tblLayout w:type="fixed"/>
        <w:tblLook w:val="04A0" w:firstRow="1" w:lastRow="0" w:firstColumn="1" w:lastColumn="0" w:noHBand="0" w:noVBand="1"/>
      </w:tblPr>
      <w:tblGrid>
        <w:gridCol w:w="6200"/>
        <w:gridCol w:w="3448"/>
      </w:tblGrid>
      <w:tr w:rsidR="00E40292" w14:paraId="47541A39" w14:textId="77777777">
        <w:trPr>
          <w:tblHeader/>
        </w:trPr>
        <w:tc>
          <w:tcPr>
            <w:tcW w:w="6200" w:type="dxa"/>
            <w:shd w:val="clear" w:color="auto" w:fill="0788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8DAF6E3" w14:textId="77777777" w:rsidR="00E40292" w:rsidRDefault="00E13F9B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Параметр</w:t>
            </w:r>
          </w:p>
        </w:tc>
        <w:tc>
          <w:tcPr>
            <w:tcW w:w="3448" w:type="dxa"/>
            <w:shd w:val="clear" w:color="auto" w:fill="0788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33E47C5" w14:textId="77777777" w:rsidR="00E40292" w:rsidRDefault="00E13F9B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Значение</w:t>
            </w:r>
          </w:p>
        </w:tc>
      </w:tr>
      <w:tr w:rsidR="00E40292" w14:paraId="0747A3D7" w14:textId="77777777">
        <w:tc>
          <w:tcPr>
            <w:tcW w:w="62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07EC564" w14:textId="77777777" w:rsidR="00E40292" w:rsidRDefault="00E13F9B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Габариты без учета рукоятки</w:t>
            </w:r>
          </w:p>
        </w:tc>
        <w:tc>
          <w:tcPr>
            <w:tcW w:w="34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A674826" w14:textId="77777777" w:rsidR="00E40292" w:rsidRDefault="00E13F9B">
            <w:pPr>
              <w:spacing w:after="0" w:line="269" w:lineRule="auto"/>
              <w:jc w:val="center"/>
            </w:pPr>
            <w:r>
              <w:rPr>
                <w:rFonts w:eastAsia="Calibri"/>
                <w:sz w:val="18"/>
              </w:rPr>
              <w:t>1000 × 900 × 900 мм</w:t>
            </w:r>
          </w:p>
        </w:tc>
      </w:tr>
      <w:tr w:rsidR="00E40292" w14:paraId="333E0938" w14:textId="77777777">
        <w:tc>
          <w:tcPr>
            <w:tcW w:w="62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2651967" w14:textId="77777777" w:rsidR="00E40292" w:rsidRDefault="00E13F9B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Масса</w:t>
            </w:r>
          </w:p>
        </w:tc>
        <w:tc>
          <w:tcPr>
            <w:tcW w:w="344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B8C5FA4" w14:textId="77777777" w:rsidR="00E40292" w:rsidRDefault="00E13F9B">
            <w:pPr>
              <w:spacing w:after="0" w:line="269" w:lineRule="auto"/>
              <w:jc w:val="center"/>
            </w:pPr>
            <w:r>
              <w:rPr>
                <w:rFonts w:eastAsia="Calibri"/>
                <w:sz w:val="18"/>
              </w:rPr>
              <w:t>70 кг</w:t>
            </w:r>
          </w:p>
        </w:tc>
      </w:tr>
      <w:tr w:rsidR="00E40292" w14:paraId="2A1338CF" w14:textId="77777777">
        <w:tc>
          <w:tcPr>
            <w:tcW w:w="62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DF47FBC" w14:textId="77777777" w:rsidR="00E40292" w:rsidRDefault="00E13F9B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Рабочая ширина</w:t>
            </w:r>
          </w:p>
        </w:tc>
        <w:tc>
          <w:tcPr>
            <w:tcW w:w="34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7D539B2" w14:textId="77777777" w:rsidR="00E40292" w:rsidRDefault="00E13F9B">
            <w:pPr>
              <w:spacing w:after="0" w:line="269" w:lineRule="auto"/>
              <w:jc w:val="center"/>
            </w:pPr>
            <w:r>
              <w:rPr>
                <w:rFonts w:eastAsia="Calibri"/>
                <w:sz w:val="18"/>
              </w:rPr>
              <w:t>1000 мм</w:t>
            </w:r>
          </w:p>
        </w:tc>
      </w:tr>
      <w:tr w:rsidR="00E40292" w14:paraId="4FA1E5D2" w14:textId="77777777">
        <w:tc>
          <w:tcPr>
            <w:tcW w:w="62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E771A31" w14:textId="77777777" w:rsidR="00E40292" w:rsidRDefault="00E13F9B">
            <w:pPr>
              <w:spacing w:after="0" w:line="269" w:lineRule="auto"/>
            </w:pPr>
            <w:r>
              <w:rPr>
                <w:rFonts w:eastAsia="Calibri"/>
                <w:sz w:val="18"/>
              </w:rPr>
              <w:t xml:space="preserve">Ширина основной </w:t>
            </w:r>
            <w:r>
              <w:rPr>
                <w:rFonts w:eastAsia="Calibri"/>
                <w:sz w:val="18"/>
              </w:rPr>
              <w:t>щетки</w:t>
            </w:r>
          </w:p>
        </w:tc>
        <w:tc>
          <w:tcPr>
            <w:tcW w:w="344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A349E18" w14:textId="77777777" w:rsidR="00E40292" w:rsidRDefault="00E13F9B">
            <w:pPr>
              <w:spacing w:after="0" w:line="269" w:lineRule="auto"/>
              <w:jc w:val="center"/>
            </w:pPr>
            <w:r>
              <w:rPr>
                <w:rFonts w:eastAsia="Calibri"/>
                <w:sz w:val="18"/>
              </w:rPr>
              <w:t>500 мм</w:t>
            </w:r>
          </w:p>
        </w:tc>
      </w:tr>
      <w:tr w:rsidR="00E40292" w14:paraId="4F26A248" w14:textId="77777777">
        <w:tc>
          <w:tcPr>
            <w:tcW w:w="62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0FA80BC" w14:textId="77777777" w:rsidR="00E40292" w:rsidRDefault="00E13F9B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Контейнер для мусора</w:t>
            </w:r>
          </w:p>
        </w:tc>
        <w:tc>
          <w:tcPr>
            <w:tcW w:w="34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5295ECC" w14:textId="77777777" w:rsidR="00E40292" w:rsidRDefault="00E13F9B">
            <w:pPr>
              <w:spacing w:after="0" w:line="269" w:lineRule="auto"/>
              <w:jc w:val="center"/>
            </w:pPr>
            <w:r>
              <w:rPr>
                <w:rFonts w:eastAsia="Calibri"/>
                <w:sz w:val="18"/>
              </w:rPr>
              <w:t>40 л</w:t>
            </w:r>
          </w:p>
        </w:tc>
      </w:tr>
      <w:tr w:rsidR="00E40292" w14:paraId="707FA370" w14:textId="77777777">
        <w:tc>
          <w:tcPr>
            <w:tcW w:w="62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82C8CD5" w14:textId="77777777" w:rsidR="00E40292" w:rsidRDefault="00E13F9B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Площадь фильтрации</w:t>
            </w:r>
          </w:p>
        </w:tc>
        <w:tc>
          <w:tcPr>
            <w:tcW w:w="344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02397B5" w14:textId="77777777" w:rsidR="00E40292" w:rsidRDefault="00E13F9B">
            <w:pPr>
              <w:spacing w:after="0" w:line="269" w:lineRule="auto"/>
              <w:jc w:val="center"/>
            </w:pPr>
            <w:r>
              <w:rPr>
                <w:rFonts w:eastAsia="Calibri"/>
                <w:sz w:val="18"/>
              </w:rPr>
              <w:t>2 м²</w:t>
            </w:r>
          </w:p>
        </w:tc>
      </w:tr>
      <w:tr w:rsidR="00E40292" w14:paraId="4EA584CC" w14:textId="77777777">
        <w:tc>
          <w:tcPr>
            <w:tcW w:w="62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BADF1BA" w14:textId="77777777" w:rsidR="00E40292" w:rsidRDefault="00E13F9B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Аккумуляторный блок</w:t>
            </w:r>
          </w:p>
        </w:tc>
        <w:tc>
          <w:tcPr>
            <w:tcW w:w="34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B1F6655" w14:textId="77777777" w:rsidR="00E40292" w:rsidRDefault="00E13F9B">
            <w:pPr>
              <w:spacing w:after="0" w:line="269" w:lineRule="auto"/>
              <w:jc w:val="center"/>
            </w:pPr>
            <w:r>
              <w:rPr>
                <w:rFonts w:eastAsia="Calibri"/>
                <w:sz w:val="18"/>
              </w:rPr>
              <w:t>4 × 12 В, 20 А·ч</w:t>
            </w:r>
          </w:p>
        </w:tc>
      </w:tr>
      <w:tr w:rsidR="00E40292" w14:paraId="2EC3BCD1" w14:textId="77777777">
        <w:tc>
          <w:tcPr>
            <w:tcW w:w="62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EE46F9C" w14:textId="77777777" w:rsidR="00E40292" w:rsidRDefault="00E13F9B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Общее напряжение</w:t>
            </w:r>
          </w:p>
        </w:tc>
        <w:tc>
          <w:tcPr>
            <w:tcW w:w="344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C9A83EB" w14:textId="77777777" w:rsidR="00E40292" w:rsidRDefault="00E13F9B">
            <w:pPr>
              <w:spacing w:after="0" w:line="269" w:lineRule="auto"/>
              <w:jc w:val="center"/>
            </w:pPr>
            <w:r>
              <w:rPr>
                <w:rFonts w:eastAsia="Calibri"/>
                <w:sz w:val="18"/>
              </w:rPr>
              <w:t>48 В</w:t>
            </w:r>
          </w:p>
        </w:tc>
      </w:tr>
      <w:tr w:rsidR="00E40292" w14:paraId="52E5DC6A" w14:textId="77777777">
        <w:tc>
          <w:tcPr>
            <w:tcW w:w="62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62F6DBA" w14:textId="77777777" w:rsidR="00E40292" w:rsidRDefault="00E13F9B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Мощность основной щетки</w:t>
            </w:r>
          </w:p>
        </w:tc>
        <w:tc>
          <w:tcPr>
            <w:tcW w:w="34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4913D35" w14:textId="77777777" w:rsidR="00E40292" w:rsidRDefault="00E13F9B">
            <w:pPr>
              <w:spacing w:after="0" w:line="269" w:lineRule="auto"/>
              <w:jc w:val="center"/>
            </w:pPr>
            <w:r>
              <w:rPr>
                <w:rFonts w:eastAsia="Calibri"/>
                <w:sz w:val="18"/>
              </w:rPr>
              <w:t>500 Вт</w:t>
            </w:r>
          </w:p>
        </w:tc>
      </w:tr>
      <w:tr w:rsidR="00E40292" w14:paraId="58F2BFFE" w14:textId="77777777">
        <w:tc>
          <w:tcPr>
            <w:tcW w:w="62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745B742" w14:textId="77777777" w:rsidR="00E40292" w:rsidRDefault="00E13F9B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Частота вращения основной щетки</w:t>
            </w:r>
          </w:p>
        </w:tc>
        <w:tc>
          <w:tcPr>
            <w:tcW w:w="344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8943645" w14:textId="77777777" w:rsidR="00E40292" w:rsidRDefault="00E13F9B">
            <w:pPr>
              <w:spacing w:after="0" w:line="269" w:lineRule="auto"/>
              <w:jc w:val="center"/>
            </w:pPr>
            <w:r>
              <w:rPr>
                <w:rFonts w:eastAsia="Calibri"/>
                <w:sz w:val="18"/>
              </w:rPr>
              <w:t>1200 об/мин</w:t>
            </w:r>
          </w:p>
        </w:tc>
      </w:tr>
      <w:tr w:rsidR="00E40292" w14:paraId="1D762DEF" w14:textId="77777777">
        <w:tc>
          <w:tcPr>
            <w:tcW w:w="62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3BC65B0" w14:textId="77777777" w:rsidR="00E40292" w:rsidRDefault="00E13F9B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Продолжительность работы</w:t>
            </w:r>
          </w:p>
        </w:tc>
        <w:tc>
          <w:tcPr>
            <w:tcW w:w="34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D95F8CA" w14:textId="77777777" w:rsidR="00E40292" w:rsidRDefault="00E13F9B">
            <w:pPr>
              <w:spacing w:after="0" w:line="269" w:lineRule="auto"/>
              <w:jc w:val="center"/>
            </w:pPr>
            <w:r>
              <w:rPr>
                <w:rFonts w:eastAsia="Calibri"/>
                <w:sz w:val="18"/>
              </w:rPr>
              <w:t>4–5 ч</w:t>
            </w:r>
          </w:p>
        </w:tc>
      </w:tr>
      <w:tr w:rsidR="00E40292" w14:paraId="5BA4FE92" w14:textId="77777777">
        <w:tc>
          <w:tcPr>
            <w:tcW w:w="62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9CCE76A" w14:textId="77777777" w:rsidR="00E40292" w:rsidRDefault="00E13F9B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Уровень шума</w:t>
            </w:r>
          </w:p>
        </w:tc>
        <w:tc>
          <w:tcPr>
            <w:tcW w:w="344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4D6B330" w14:textId="77777777" w:rsidR="00E40292" w:rsidRDefault="00E13F9B">
            <w:pPr>
              <w:spacing w:after="0" w:line="269" w:lineRule="auto"/>
              <w:jc w:val="center"/>
            </w:pPr>
            <w:r>
              <w:rPr>
                <w:rFonts w:eastAsia="Calibri"/>
                <w:sz w:val="18"/>
              </w:rPr>
              <w:t xml:space="preserve">&lt; 70 </w:t>
            </w:r>
            <w:r>
              <w:rPr>
                <w:rFonts w:eastAsia="Calibri"/>
                <w:sz w:val="18"/>
              </w:rPr>
              <w:t>дБ</w:t>
            </w:r>
          </w:p>
        </w:tc>
      </w:tr>
      <w:tr w:rsidR="00E40292" w:rsidRPr="00E13F9B" w14:paraId="64908860" w14:textId="77777777">
        <w:tblPrEx>
          <w:tblBorders>
            <w:top w:val="single" w:sz="9" w:space="0" w:color="0788B0"/>
            <w:left w:val="single" w:sz="9" w:space="0" w:color="0788B0"/>
            <w:bottom w:val="single" w:sz="9" w:space="0" w:color="0788B0"/>
            <w:right w:val="single" w:sz="9" w:space="0" w:color="0788B0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9648" w:type="dxa"/>
            <w:gridSpan w:val="2"/>
            <w:shd w:val="clear" w:color="auto" w:fill="E8F5F8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63C7017A" w14:textId="77777777" w:rsidR="00E40292" w:rsidRPr="00E13F9B" w:rsidRDefault="00E13F9B">
            <w:pPr>
              <w:spacing w:after="0" w:line="276" w:lineRule="auto"/>
              <w:rPr>
                <w:lang w:val="ru-RU"/>
              </w:rPr>
            </w:pPr>
            <w:proofErr w:type="gramStart"/>
            <w:r w:rsidRPr="00E13F9B">
              <w:rPr>
                <w:rFonts w:eastAsia="Calibri"/>
                <w:b/>
                <w:color w:val="0788B0"/>
                <w:sz w:val="20"/>
                <w:lang w:val="ru-RU"/>
              </w:rPr>
              <w:t xml:space="preserve">ПРИМЕЧАНИЕ  </w:t>
            </w:r>
            <w:r w:rsidRPr="00E13F9B">
              <w:rPr>
                <w:rFonts w:eastAsia="Calibri"/>
                <w:sz w:val="21"/>
                <w:lang w:val="ru-RU"/>
              </w:rPr>
              <w:t>Фактическое</w:t>
            </w:r>
            <w:proofErr w:type="gramEnd"/>
            <w:r w:rsidRPr="00E13F9B">
              <w:rPr>
                <w:rFonts w:eastAsia="Calibri"/>
                <w:sz w:val="21"/>
                <w:lang w:val="ru-RU"/>
              </w:rPr>
              <w:t xml:space="preserve"> время работы зависит от состояния аккумуляторов, давления щеток и условий уборки.</w:t>
            </w:r>
          </w:p>
        </w:tc>
      </w:tr>
    </w:tbl>
    <w:p w14:paraId="17CCA9A9" w14:textId="77777777" w:rsidR="00E40292" w:rsidRPr="00E13F9B" w:rsidRDefault="00E40292">
      <w:pPr>
        <w:spacing w:after="40" w:line="240" w:lineRule="auto"/>
        <w:rPr>
          <w:lang w:val="ru-RU"/>
        </w:rPr>
      </w:pPr>
    </w:p>
    <w:p w14:paraId="2195899E" w14:textId="77777777" w:rsidR="00E40292" w:rsidRPr="00E13F9B" w:rsidRDefault="00E13F9B">
      <w:pPr>
        <w:rPr>
          <w:lang w:val="ru-RU"/>
        </w:rPr>
      </w:pPr>
      <w:r w:rsidRPr="00E13F9B">
        <w:rPr>
          <w:lang w:val="ru-RU"/>
        </w:rPr>
        <w:br w:type="page"/>
      </w:r>
    </w:p>
    <w:p w14:paraId="00CD4858" w14:textId="77777777" w:rsidR="00E40292" w:rsidRDefault="00E13F9B">
      <w:pPr>
        <w:keepNext/>
        <w:spacing w:after="40"/>
      </w:pPr>
      <w:r>
        <w:rPr>
          <w:rFonts w:eastAsia="Calibri"/>
          <w:b/>
          <w:color w:val="0788B0"/>
          <w:sz w:val="18"/>
        </w:rPr>
        <w:t>РАЗДЕЛ 04</w:t>
      </w:r>
    </w:p>
    <w:p w14:paraId="5E5D188E" w14:textId="77777777" w:rsidR="00E40292" w:rsidRDefault="00E13F9B">
      <w:pPr>
        <w:pStyle w:val="1"/>
      </w:pPr>
      <w:r>
        <w:t>Устройство машины</w:t>
      </w:r>
    </w:p>
    <w:p w14:paraId="3483EF75" w14:textId="77777777" w:rsidR="00E40292" w:rsidRDefault="00E13F9B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5FB2EC09" wp14:editId="6E1609C8">
            <wp:extent cx="5303520" cy="3314700"/>
            <wp:effectExtent l="0" t="0" r="0" b="0"/>
            <wp:docPr id="4" name="Цветная схема основных элементов TOR SJ1000 с русскими подписями" descr="Цветная схема основных элементов TOR SJ1000 с русскими подпися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verview_hq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621B6" w14:textId="77777777" w:rsidR="00E40292" w:rsidRPr="00E13F9B" w:rsidRDefault="00E13F9B">
      <w:pPr>
        <w:pStyle w:val="FigureCaption"/>
        <w:keepLines/>
        <w:rPr>
          <w:lang w:val="ru-RU"/>
        </w:rPr>
      </w:pPr>
      <w:r w:rsidRPr="00E13F9B">
        <w:rPr>
          <w:lang w:val="ru-RU"/>
        </w:rPr>
        <w:t xml:space="preserve">Основные элементы </w:t>
      </w:r>
      <w:r>
        <w:t>TOR</w:t>
      </w:r>
      <w:r w:rsidRPr="00E13F9B">
        <w:rPr>
          <w:lang w:val="ru-RU"/>
        </w:rPr>
        <w:t xml:space="preserve"> </w:t>
      </w:r>
      <w:r>
        <w:t>SJ</w:t>
      </w:r>
      <w:r w:rsidRPr="00E13F9B">
        <w:rPr>
          <w:lang w:val="ru-RU"/>
        </w:rPr>
        <w:t>1000</w:t>
      </w:r>
    </w:p>
    <w:p w14:paraId="68C82486" w14:textId="77777777" w:rsidR="00E40292" w:rsidRPr="00E13F9B" w:rsidRDefault="00E13F9B">
      <w:pPr>
        <w:pStyle w:val="2"/>
        <w:rPr>
          <w:lang w:val="ru-RU"/>
        </w:rPr>
      </w:pPr>
      <w:r w:rsidRPr="00E13F9B">
        <w:rPr>
          <w:lang w:val="ru-RU"/>
        </w:rPr>
        <w:t>Основные узлы</w:t>
      </w:r>
    </w:p>
    <w:p w14:paraId="612E079D" w14:textId="77777777" w:rsidR="00E40292" w:rsidRPr="00E13F9B" w:rsidRDefault="00E13F9B">
      <w:pPr>
        <w:numPr>
          <w:ilvl w:val="0"/>
          <w:numId w:val="1"/>
        </w:numPr>
        <w:spacing w:after="80"/>
        <w:rPr>
          <w:lang w:val="ru-RU"/>
        </w:rPr>
      </w:pPr>
      <w:r w:rsidRPr="00E13F9B">
        <w:rPr>
          <w:rFonts w:eastAsia="Calibri"/>
          <w:lang w:val="ru-RU"/>
        </w:rPr>
        <w:t>Две боковые щетки направляют мусор к центральной зоне уборки.</w:t>
      </w:r>
    </w:p>
    <w:p w14:paraId="3DE6F132" w14:textId="77777777" w:rsidR="00E40292" w:rsidRPr="00E13F9B" w:rsidRDefault="00E13F9B">
      <w:pPr>
        <w:numPr>
          <w:ilvl w:val="0"/>
          <w:numId w:val="1"/>
        </w:numPr>
        <w:spacing w:after="80"/>
        <w:rPr>
          <w:lang w:val="ru-RU"/>
        </w:rPr>
      </w:pPr>
      <w:r w:rsidRPr="00E13F9B">
        <w:rPr>
          <w:rFonts w:eastAsia="Calibri"/>
          <w:lang w:val="ru-RU"/>
        </w:rPr>
        <w:t>Основная щетка подает мусор в съемный контейнер, а система фильтрации удерживает пыль.</w:t>
      </w:r>
    </w:p>
    <w:p w14:paraId="5FBFD8DD" w14:textId="77777777" w:rsidR="00E40292" w:rsidRPr="00E13F9B" w:rsidRDefault="00E13F9B">
      <w:pPr>
        <w:numPr>
          <w:ilvl w:val="0"/>
          <w:numId w:val="1"/>
        </w:numPr>
        <w:spacing w:after="80"/>
        <w:rPr>
          <w:lang w:val="ru-RU"/>
        </w:rPr>
      </w:pPr>
      <w:r w:rsidRPr="00E13F9B">
        <w:rPr>
          <w:rFonts w:eastAsia="Calibri"/>
          <w:lang w:val="ru-RU"/>
        </w:rPr>
        <w:t>Система орошения снижает пылеобразование при работе на сухих поверхностях.</w:t>
      </w:r>
    </w:p>
    <w:p w14:paraId="5DEF7DFC" w14:textId="77777777" w:rsidR="00E40292" w:rsidRPr="00E13F9B" w:rsidRDefault="00E13F9B">
      <w:pPr>
        <w:numPr>
          <w:ilvl w:val="0"/>
          <w:numId w:val="1"/>
        </w:numPr>
        <w:spacing w:after="80"/>
        <w:rPr>
          <w:lang w:val="ru-RU"/>
        </w:rPr>
      </w:pPr>
      <w:r w:rsidRPr="00E13F9B">
        <w:rPr>
          <w:rFonts w:eastAsia="Calibri"/>
          <w:lang w:val="ru-RU"/>
        </w:rPr>
        <w:t>Регулировка высоты позволяет компенсировать естественный износ щеток.</w:t>
      </w:r>
    </w:p>
    <w:tbl>
      <w:tblPr>
        <w:tblW w:w="9648" w:type="dxa"/>
        <w:tblInd w:w="180" w:type="dxa"/>
        <w:tblBorders>
          <w:top w:val="single" w:sz="9" w:space="0" w:color="0788B0"/>
          <w:left w:val="single" w:sz="9" w:space="0" w:color="0788B0"/>
          <w:bottom w:val="single" w:sz="9" w:space="0" w:color="0788B0"/>
          <w:right w:val="single" w:sz="9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E40292" w:rsidRPr="00E13F9B" w14:paraId="555DBBC5" w14:textId="77777777">
        <w:trPr>
          <w:cantSplit/>
        </w:trPr>
        <w:tc>
          <w:tcPr>
            <w:tcW w:w="9648" w:type="dxa"/>
            <w:shd w:val="clear" w:color="auto" w:fill="E8F5F8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47C1155F" w14:textId="77777777" w:rsidR="00E40292" w:rsidRPr="00E13F9B" w:rsidRDefault="00E13F9B">
            <w:pPr>
              <w:spacing w:after="0" w:line="276" w:lineRule="auto"/>
              <w:rPr>
                <w:lang w:val="ru-RU"/>
              </w:rPr>
            </w:pPr>
            <w:r w:rsidRPr="00E13F9B">
              <w:rPr>
                <w:rFonts w:eastAsia="Calibri"/>
                <w:b/>
                <w:color w:val="0788B0"/>
                <w:sz w:val="20"/>
                <w:lang w:val="ru-RU"/>
              </w:rPr>
              <w:t xml:space="preserve">ПЕРЕД </w:t>
            </w:r>
            <w:proofErr w:type="gramStart"/>
            <w:r w:rsidRPr="00E13F9B">
              <w:rPr>
                <w:rFonts w:eastAsia="Calibri"/>
                <w:b/>
                <w:color w:val="0788B0"/>
                <w:sz w:val="20"/>
                <w:lang w:val="ru-RU"/>
              </w:rPr>
              <w:t xml:space="preserve">ЗАПУСКОМ  </w:t>
            </w:r>
            <w:r w:rsidRPr="00E13F9B">
              <w:rPr>
                <w:rFonts w:eastAsia="Calibri"/>
                <w:sz w:val="21"/>
                <w:lang w:val="ru-RU"/>
              </w:rPr>
              <w:t>Убедитес</w:t>
            </w:r>
            <w:r w:rsidRPr="00E13F9B">
              <w:rPr>
                <w:rFonts w:eastAsia="Calibri"/>
                <w:sz w:val="21"/>
                <w:lang w:val="ru-RU"/>
              </w:rPr>
              <w:t>ь</w:t>
            </w:r>
            <w:proofErr w:type="gramEnd"/>
            <w:r w:rsidRPr="00E13F9B">
              <w:rPr>
                <w:rFonts w:eastAsia="Calibri"/>
                <w:sz w:val="21"/>
                <w:lang w:val="ru-RU"/>
              </w:rPr>
              <w:t>, что контейнер установлен, щетки свободно вращаются, а на корпусе нет посторонних предметов.</w:t>
            </w:r>
          </w:p>
        </w:tc>
      </w:tr>
    </w:tbl>
    <w:p w14:paraId="07F961BE" w14:textId="77777777" w:rsidR="00E40292" w:rsidRPr="00E13F9B" w:rsidRDefault="00E40292">
      <w:pPr>
        <w:spacing w:after="40" w:line="240" w:lineRule="auto"/>
        <w:rPr>
          <w:lang w:val="ru-RU"/>
        </w:rPr>
      </w:pPr>
    </w:p>
    <w:p w14:paraId="05275C17" w14:textId="77777777" w:rsidR="00E40292" w:rsidRPr="00E13F9B" w:rsidRDefault="00E13F9B">
      <w:pPr>
        <w:rPr>
          <w:lang w:val="ru-RU"/>
        </w:rPr>
      </w:pPr>
      <w:r w:rsidRPr="00E13F9B">
        <w:rPr>
          <w:lang w:val="ru-RU"/>
        </w:rPr>
        <w:br w:type="page"/>
      </w:r>
    </w:p>
    <w:p w14:paraId="52049C52" w14:textId="77777777" w:rsidR="00E40292" w:rsidRDefault="00E13F9B">
      <w:pPr>
        <w:keepNext/>
        <w:spacing w:after="40"/>
      </w:pPr>
      <w:r>
        <w:rPr>
          <w:rFonts w:eastAsia="Calibri"/>
          <w:b/>
          <w:color w:val="0788B0"/>
          <w:sz w:val="18"/>
        </w:rPr>
        <w:t>РАЗДЕЛ 05</w:t>
      </w:r>
    </w:p>
    <w:p w14:paraId="15EDD7F3" w14:textId="77777777" w:rsidR="00E40292" w:rsidRDefault="00E13F9B">
      <w:pPr>
        <w:pStyle w:val="1"/>
      </w:pPr>
      <w:r>
        <w:t>Органы управления</w:t>
      </w:r>
    </w:p>
    <w:p w14:paraId="608236CE" w14:textId="77777777" w:rsidR="00E40292" w:rsidRDefault="00E13F9B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5E8228CD" wp14:editId="42643716">
            <wp:extent cx="5257800" cy="3286125"/>
            <wp:effectExtent l="0" t="0" r="0" b="0"/>
            <wp:docPr id="5" name="Цветная схема задней части TOR SJ1000 с русскими подписями" descr="Цветная схема задней части TOR SJ1000 с русскими подпися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ar_overview_hq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7D5925" w14:textId="77777777" w:rsidR="00E40292" w:rsidRPr="00E13F9B" w:rsidRDefault="00E13F9B">
      <w:pPr>
        <w:pStyle w:val="FigureCaption"/>
        <w:keepLines/>
        <w:rPr>
          <w:lang w:val="ru-RU"/>
        </w:rPr>
      </w:pPr>
      <w:r w:rsidRPr="00E13F9B">
        <w:rPr>
          <w:lang w:val="ru-RU"/>
        </w:rPr>
        <w:t>Задняя часть машины и элементы управления</w:t>
      </w:r>
    </w:p>
    <w:p w14:paraId="29D1D841" w14:textId="77777777" w:rsidR="00E40292" w:rsidRDefault="00E13F9B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19A20F13" wp14:editId="79291BB3">
            <wp:extent cx="5257800" cy="2482850"/>
            <wp:effectExtent l="0" t="0" r="0" b="0"/>
            <wp:docPr id="6" name="Четкая русская схема панели управления TOR SJ1000" descr="Четкая русская схема панели управления TOR SJ1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trols_hq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48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61FA2B" w14:textId="77777777" w:rsidR="00E40292" w:rsidRDefault="00E13F9B">
      <w:pPr>
        <w:pStyle w:val="FigureCaption"/>
        <w:keepLines/>
      </w:pPr>
      <w:r>
        <w:t>Назначение элементов панели управления</w:t>
      </w:r>
    </w:p>
    <w:tbl>
      <w:tblPr>
        <w:tblW w:w="9648" w:type="dxa"/>
        <w:tblInd w:w="180" w:type="dxa"/>
        <w:tblBorders>
          <w:top w:val="single" w:sz="9" w:space="0" w:color="F4A62A"/>
          <w:left w:val="single" w:sz="9" w:space="0" w:color="F4A62A"/>
          <w:bottom w:val="single" w:sz="9" w:space="0" w:color="F4A62A"/>
          <w:right w:val="single" w:sz="9" w:space="0" w:color="F4A62A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E40292" w14:paraId="7FA9DA26" w14:textId="77777777">
        <w:trPr>
          <w:cantSplit/>
        </w:trPr>
        <w:tc>
          <w:tcPr>
            <w:tcW w:w="9648" w:type="dxa"/>
            <w:shd w:val="clear" w:color="auto" w:fill="FFF5DF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33C74B8B" w14:textId="77777777" w:rsidR="00E40292" w:rsidRDefault="00E13F9B">
            <w:pPr>
              <w:spacing w:after="0" w:line="276" w:lineRule="auto"/>
            </w:pPr>
            <w:proofErr w:type="gramStart"/>
            <w:r w:rsidRPr="00E13F9B">
              <w:rPr>
                <w:rFonts w:eastAsia="Calibri"/>
                <w:b/>
                <w:color w:val="F4A62A"/>
                <w:sz w:val="20"/>
                <w:lang w:val="ru-RU"/>
              </w:rPr>
              <w:t xml:space="preserve">КЛЮЧ  </w:t>
            </w:r>
            <w:r w:rsidRPr="00E13F9B">
              <w:rPr>
                <w:rFonts w:eastAsia="Calibri"/>
                <w:sz w:val="21"/>
                <w:lang w:val="ru-RU"/>
              </w:rPr>
              <w:t>После</w:t>
            </w:r>
            <w:proofErr w:type="gramEnd"/>
            <w:r w:rsidRPr="00E13F9B">
              <w:rPr>
                <w:rFonts w:eastAsia="Calibri"/>
                <w:sz w:val="21"/>
                <w:lang w:val="ru-RU"/>
              </w:rPr>
              <w:t xml:space="preserve"> завершения работы </w:t>
            </w:r>
            <w:r w:rsidRPr="00E13F9B">
              <w:rPr>
                <w:rFonts w:eastAsia="Calibri"/>
                <w:sz w:val="21"/>
                <w:lang w:val="ru-RU"/>
              </w:rPr>
              <w:t xml:space="preserve">поверните ключ в положение «0» и извлеките его. </w:t>
            </w:r>
            <w:proofErr w:type="spellStart"/>
            <w:r>
              <w:rPr>
                <w:rFonts w:eastAsia="Calibri"/>
                <w:sz w:val="21"/>
              </w:rPr>
              <w:t>Не</w:t>
            </w:r>
            <w:proofErr w:type="spellEnd"/>
            <w:r>
              <w:rPr>
                <w:rFonts w:eastAsia="Calibri"/>
                <w:sz w:val="21"/>
              </w:rPr>
              <w:t xml:space="preserve"> </w:t>
            </w:r>
            <w:proofErr w:type="spellStart"/>
            <w:r>
              <w:rPr>
                <w:rFonts w:eastAsia="Calibri"/>
                <w:sz w:val="21"/>
              </w:rPr>
              <w:t>оставляйте</w:t>
            </w:r>
            <w:proofErr w:type="spellEnd"/>
            <w:r>
              <w:rPr>
                <w:rFonts w:eastAsia="Calibri"/>
                <w:sz w:val="21"/>
              </w:rPr>
              <w:t xml:space="preserve"> </w:t>
            </w:r>
            <w:proofErr w:type="spellStart"/>
            <w:r>
              <w:rPr>
                <w:rFonts w:eastAsia="Calibri"/>
                <w:sz w:val="21"/>
              </w:rPr>
              <w:t>ключ</w:t>
            </w:r>
            <w:proofErr w:type="spellEnd"/>
            <w:r>
              <w:rPr>
                <w:rFonts w:eastAsia="Calibri"/>
                <w:sz w:val="21"/>
              </w:rPr>
              <w:t xml:space="preserve"> в машине без присмотра.</w:t>
            </w:r>
          </w:p>
        </w:tc>
      </w:tr>
    </w:tbl>
    <w:p w14:paraId="3222EF06" w14:textId="77777777" w:rsidR="00E40292" w:rsidRDefault="00E40292">
      <w:pPr>
        <w:spacing w:after="40" w:line="240" w:lineRule="auto"/>
      </w:pPr>
    </w:p>
    <w:p w14:paraId="01387F8B" w14:textId="77777777" w:rsidR="00E40292" w:rsidRDefault="00E13F9B">
      <w:r>
        <w:br w:type="page"/>
      </w:r>
    </w:p>
    <w:p w14:paraId="6F819A1C" w14:textId="77777777" w:rsidR="00E40292" w:rsidRDefault="00E13F9B">
      <w:pPr>
        <w:keepNext/>
        <w:spacing w:after="40"/>
      </w:pPr>
      <w:r>
        <w:rPr>
          <w:rFonts w:eastAsia="Calibri"/>
          <w:b/>
          <w:color w:val="0788B0"/>
          <w:sz w:val="18"/>
        </w:rPr>
        <w:t>РАЗДЕЛ 06</w:t>
      </w:r>
    </w:p>
    <w:p w14:paraId="5A02213A" w14:textId="77777777" w:rsidR="00E40292" w:rsidRDefault="00E13F9B">
      <w:pPr>
        <w:pStyle w:val="1"/>
      </w:pPr>
      <w:r>
        <w:t>Порядок работы</w:t>
      </w:r>
    </w:p>
    <w:tbl>
      <w:tblPr>
        <w:tblW w:w="9648" w:type="dxa"/>
        <w:tblInd w:w="180" w:type="dxa"/>
        <w:tblBorders>
          <w:top w:val="single" w:sz="9" w:space="0" w:color="0788B0"/>
          <w:left w:val="single" w:sz="9" w:space="0" w:color="0788B0"/>
          <w:bottom w:val="single" w:sz="9" w:space="0" w:color="0788B0"/>
          <w:right w:val="single" w:sz="9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E40292" w:rsidRPr="00E13F9B" w14:paraId="042E28CD" w14:textId="77777777">
        <w:trPr>
          <w:cantSplit/>
        </w:trPr>
        <w:tc>
          <w:tcPr>
            <w:tcW w:w="9648" w:type="dxa"/>
            <w:shd w:val="clear" w:color="auto" w:fill="E8F5F8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1EC19998" w14:textId="77777777" w:rsidR="00E40292" w:rsidRPr="00E13F9B" w:rsidRDefault="00E13F9B">
            <w:pPr>
              <w:spacing w:after="0" w:line="276" w:lineRule="auto"/>
              <w:rPr>
                <w:lang w:val="ru-RU"/>
              </w:rPr>
            </w:pPr>
            <w:r w:rsidRPr="00E13F9B">
              <w:rPr>
                <w:rFonts w:eastAsia="Calibri"/>
                <w:b/>
                <w:color w:val="0788B0"/>
                <w:sz w:val="20"/>
                <w:lang w:val="ru-RU"/>
              </w:rPr>
              <w:t xml:space="preserve">ПЕРЕД </w:t>
            </w:r>
            <w:proofErr w:type="gramStart"/>
            <w:r w:rsidRPr="00E13F9B">
              <w:rPr>
                <w:rFonts w:eastAsia="Calibri"/>
                <w:b/>
                <w:color w:val="0788B0"/>
                <w:sz w:val="20"/>
                <w:lang w:val="ru-RU"/>
              </w:rPr>
              <w:t xml:space="preserve">РАБОТОЙ  </w:t>
            </w:r>
            <w:r w:rsidRPr="00E13F9B">
              <w:rPr>
                <w:rFonts w:eastAsia="Calibri"/>
                <w:sz w:val="21"/>
                <w:lang w:val="ru-RU"/>
              </w:rPr>
              <w:t>Проверьте</w:t>
            </w:r>
            <w:proofErr w:type="gramEnd"/>
            <w:r w:rsidRPr="00E13F9B">
              <w:rPr>
                <w:rFonts w:eastAsia="Calibri"/>
                <w:sz w:val="21"/>
                <w:lang w:val="ru-RU"/>
              </w:rPr>
              <w:t xml:space="preserve"> общее состояние машины, заряд аккумуляторов, крепления и свободное вращение щеток.</w:t>
            </w:r>
          </w:p>
        </w:tc>
      </w:tr>
    </w:tbl>
    <w:p w14:paraId="79DFE602" w14:textId="77777777" w:rsidR="00E40292" w:rsidRPr="00E13F9B" w:rsidRDefault="00E40292">
      <w:pPr>
        <w:spacing w:after="40" w:line="240" w:lineRule="auto"/>
        <w:rPr>
          <w:lang w:val="ru-RU"/>
        </w:rPr>
      </w:pPr>
    </w:p>
    <w:p w14:paraId="1D87DB02" w14:textId="77777777" w:rsidR="00E40292" w:rsidRDefault="00E13F9B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39188D07" wp14:editId="7DE707B4">
            <wp:extent cx="5257800" cy="2628900"/>
            <wp:effectExtent l="0" t="0" r="0" b="0"/>
            <wp:docPr id="7" name="Пять последовательных этапов запуска и работы TOR SJ1000" descr="Пять последовательных этапов запуска и работы TOR SJ1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peration_hq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E98E00" w14:textId="77777777" w:rsidR="00E40292" w:rsidRPr="00E13F9B" w:rsidRDefault="00E13F9B">
      <w:pPr>
        <w:pStyle w:val="FigureCaption"/>
        <w:keepLines/>
        <w:rPr>
          <w:lang w:val="ru-RU"/>
        </w:rPr>
      </w:pPr>
      <w:r w:rsidRPr="00E13F9B">
        <w:rPr>
          <w:lang w:val="ru-RU"/>
        </w:rPr>
        <w:t>Последовательность запуска и уборки</w:t>
      </w:r>
    </w:p>
    <w:p w14:paraId="3DF991A2" w14:textId="77777777" w:rsidR="00E40292" w:rsidRPr="00E13F9B" w:rsidRDefault="00E13F9B">
      <w:pPr>
        <w:pStyle w:val="2"/>
        <w:rPr>
          <w:lang w:val="ru-RU"/>
        </w:rPr>
      </w:pPr>
      <w:r w:rsidRPr="00E13F9B">
        <w:rPr>
          <w:lang w:val="ru-RU"/>
        </w:rPr>
        <w:t>Запуск и уборка</w:t>
      </w:r>
    </w:p>
    <w:p w14:paraId="2A54C29A" w14:textId="77777777" w:rsidR="00E40292" w:rsidRPr="00E13F9B" w:rsidRDefault="00E13F9B">
      <w:pPr>
        <w:numPr>
          <w:ilvl w:val="0"/>
          <w:numId w:val="1"/>
        </w:numPr>
        <w:spacing w:after="100"/>
        <w:rPr>
          <w:lang w:val="ru-RU"/>
        </w:rPr>
      </w:pPr>
      <w:r w:rsidRPr="00E13F9B">
        <w:rPr>
          <w:rFonts w:eastAsia="Calibri"/>
          <w:lang w:val="ru-RU"/>
        </w:rPr>
        <w:t>Осмотрите машину и удалите из зоны уборки кабели, ветошь и другие предметы, способные намотаться на щетки.</w:t>
      </w:r>
    </w:p>
    <w:p w14:paraId="10BA641E" w14:textId="77777777" w:rsidR="00E40292" w:rsidRPr="00E13F9B" w:rsidRDefault="00E13F9B">
      <w:pPr>
        <w:numPr>
          <w:ilvl w:val="0"/>
          <w:numId w:val="1"/>
        </w:numPr>
        <w:spacing w:after="100"/>
        <w:rPr>
          <w:lang w:val="ru-RU"/>
        </w:rPr>
      </w:pPr>
      <w:r w:rsidRPr="00E13F9B">
        <w:rPr>
          <w:rFonts w:eastAsia="Calibri"/>
          <w:lang w:val="ru-RU"/>
        </w:rPr>
        <w:t>Проверьте аккумуляторный блок и надежность электрических соединений.</w:t>
      </w:r>
    </w:p>
    <w:p w14:paraId="599F8207" w14:textId="77777777" w:rsidR="00E40292" w:rsidRPr="00E13F9B" w:rsidRDefault="00E13F9B">
      <w:pPr>
        <w:numPr>
          <w:ilvl w:val="0"/>
          <w:numId w:val="1"/>
        </w:numPr>
        <w:spacing w:after="100"/>
        <w:rPr>
          <w:lang w:val="ru-RU"/>
        </w:rPr>
      </w:pPr>
      <w:r w:rsidRPr="00E13F9B">
        <w:rPr>
          <w:rFonts w:eastAsia="Calibri"/>
          <w:lang w:val="ru-RU"/>
        </w:rPr>
        <w:t>Вставьте ключ и поверните ег</w:t>
      </w:r>
      <w:r w:rsidRPr="00E13F9B">
        <w:rPr>
          <w:rFonts w:eastAsia="Calibri"/>
          <w:lang w:val="ru-RU"/>
        </w:rPr>
        <w:t>о по часовой стрелке в положение «</w:t>
      </w:r>
      <w:r>
        <w:rPr>
          <w:rFonts w:eastAsia="Calibri"/>
        </w:rPr>
        <w:t>I</w:t>
      </w:r>
      <w:r w:rsidRPr="00E13F9B">
        <w:rPr>
          <w:rFonts w:eastAsia="Calibri"/>
          <w:lang w:val="ru-RU"/>
        </w:rPr>
        <w:t>».</w:t>
      </w:r>
    </w:p>
    <w:p w14:paraId="574C2A0C" w14:textId="77777777" w:rsidR="00E40292" w:rsidRPr="00E13F9B" w:rsidRDefault="00E13F9B">
      <w:pPr>
        <w:numPr>
          <w:ilvl w:val="0"/>
          <w:numId w:val="1"/>
        </w:numPr>
        <w:spacing w:after="100"/>
        <w:rPr>
          <w:lang w:val="ru-RU"/>
        </w:rPr>
      </w:pPr>
      <w:r w:rsidRPr="00E13F9B">
        <w:rPr>
          <w:rFonts w:eastAsia="Calibri"/>
          <w:lang w:val="ru-RU"/>
        </w:rPr>
        <w:t>Опустите щетки, включите основную и боковые щетки; при необходимости включите орошение.</w:t>
      </w:r>
    </w:p>
    <w:p w14:paraId="1FF5F098" w14:textId="77777777" w:rsidR="00E40292" w:rsidRPr="00E13F9B" w:rsidRDefault="00E13F9B">
      <w:pPr>
        <w:numPr>
          <w:ilvl w:val="0"/>
          <w:numId w:val="1"/>
        </w:numPr>
        <w:spacing w:after="100"/>
        <w:rPr>
          <w:lang w:val="ru-RU"/>
        </w:rPr>
      </w:pPr>
      <w:r w:rsidRPr="00E13F9B">
        <w:rPr>
          <w:rFonts w:eastAsia="Calibri"/>
          <w:lang w:val="ru-RU"/>
        </w:rPr>
        <w:t>После контакта щеток с поверхностью равномерно перемещайте машину вперед.</w:t>
      </w:r>
    </w:p>
    <w:p w14:paraId="391BAFB7" w14:textId="77777777" w:rsidR="00E40292" w:rsidRDefault="00E13F9B">
      <w:pPr>
        <w:pStyle w:val="2"/>
      </w:pPr>
      <w:proofErr w:type="spellStart"/>
      <w:r>
        <w:t>После</w:t>
      </w:r>
      <w:proofErr w:type="spellEnd"/>
      <w:r>
        <w:t xml:space="preserve"> </w:t>
      </w:r>
      <w:proofErr w:type="spellStart"/>
      <w:r>
        <w:t>работы</w:t>
      </w:r>
      <w:proofErr w:type="spellEnd"/>
    </w:p>
    <w:p w14:paraId="7630D7AB" w14:textId="77777777" w:rsidR="00E40292" w:rsidRPr="00E13F9B" w:rsidRDefault="00E13F9B">
      <w:pPr>
        <w:numPr>
          <w:ilvl w:val="0"/>
          <w:numId w:val="1"/>
        </w:numPr>
        <w:spacing w:after="80"/>
        <w:rPr>
          <w:lang w:val="ru-RU"/>
        </w:rPr>
      </w:pPr>
      <w:r w:rsidRPr="00E13F9B">
        <w:rPr>
          <w:rFonts w:eastAsia="Calibri"/>
          <w:lang w:val="ru-RU"/>
        </w:rPr>
        <w:t>Выключите основную и боковые щетки, затем п</w:t>
      </w:r>
      <w:r w:rsidRPr="00E13F9B">
        <w:rPr>
          <w:rFonts w:eastAsia="Calibri"/>
          <w:lang w:val="ru-RU"/>
        </w:rPr>
        <w:t>однимите их над поверхностью.</w:t>
      </w:r>
    </w:p>
    <w:p w14:paraId="4ACEB34E" w14:textId="77777777" w:rsidR="00E40292" w:rsidRPr="00E13F9B" w:rsidRDefault="00E13F9B">
      <w:pPr>
        <w:numPr>
          <w:ilvl w:val="0"/>
          <w:numId w:val="1"/>
        </w:numPr>
        <w:spacing w:after="80"/>
        <w:rPr>
          <w:lang w:val="ru-RU"/>
        </w:rPr>
      </w:pPr>
      <w:r w:rsidRPr="00E13F9B">
        <w:rPr>
          <w:rFonts w:eastAsia="Calibri"/>
          <w:lang w:val="ru-RU"/>
        </w:rPr>
        <w:t>Поверните ключ против часовой стрелки в положение «0» и извлеките его.</w:t>
      </w:r>
    </w:p>
    <w:p w14:paraId="76C19EA9" w14:textId="77777777" w:rsidR="00E40292" w:rsidRPr="00E13F9B" w:rsidRDefault="00E13F9B">
      <w:pPr>
        <w:numPr>
          <w:ilvl w:val="0"/>
          <w:numId w:val="1"/>
        </w:numPr>
        <w:spacing w:after="80"/>
        <w:rPr>
          <w:lang w:val="ru-RU"/>
        </w:rPr>
      </w:pPr>
      <w:r w:rsidRPr="00E13F9B">
        <w:rPr>
          <w:rFonts w:eastAsia="Calibri"/>
          <w:lang w:val="ru-RU"/>
        </w:rPr>
        <w:t>Опорожните контейнер и очистите щетки от намотавшегося мусора.</w:t>
      </w:r>
    </w:p>
    <w:p w14:paraId="7CF0A5BD" w14:textId="77777777" w:rsidR="00E40292" w:rsidRPr="00E13F9B" w:rsidRDefault="00E13F9B">
      <w:pPr>
        <w:rPr>
          <w:lang w:val="ru-RU"/>
        </w:rPr>
      </w:pPr>
      <w:r w:rsidRPr="00E13F9B">
        <w:rPr>
          <w:lang w:val="ru-RU"/>
        </w:rPr>
        <w:br w:type="page"/>
      </w:r>
    </w:p>
    <w:p w14:paraId="371336AD" w14:textId="77777777" w:rsidR="00E40292" w:rsidRDefault="00E13F9B">
      <w:pPr>
        <w:keepNext/>
        <w:spacing w:after="40"/>
      </w:pPr>
      <w:r>
        <w:rPr>
          <w:rFonts w:eastAsia="Calibri"/>
          <w:b/>
          <w:color w:val="0788B0"/>
          <w:sz w:val="18"/>
        </w:rPr>
        <w:t>РАЗДЕЛ 07</w:t>
      </w:r>
    </w:p>
    <w:p w14:paraId="77255DCA" w14:textId="77777777" w:rsidR="00E40292" w:rsidRDefault="00E13F9B">
      <w:pPr>
        <w:pStyle w:val="1"/>
      </w:pPr>
      <w:r>
        <w:t>Регулировка и ежедневный уход</w:t>
      </w:r>
    </w:p>
    <w:p w14:paraId="6F8C1181" w14:textId="77777777" w:rsidR="00E40292" w:rsidRDefault="00E13F9B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231F6D24" wp14:editId="07AAD586">
            <wp:extent cx="5303520" cy="2651760"/>
            <wp:effectExtent l="0" t="0" r="0" b="0"/>
            <wp:docPr id="8" name="Четкая схема регулировки основной щетки и ежедневного ухода" descr="Четкая схема регулировки основной щетки и ежедневного уход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rush_care_hq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651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887D45" w14:textId="77777777" w:rsidR="00E40292" w:rsidRPr="00E13F9B" w:rsidRDefault="00E13F9B">
      <w:pPr>
        <w:pStyle w:val="FigureCaption"/>
        <w:keepLines/>
        <w:rPr>
          <w:lang w:val="ru-RU"/>
        </w:rPr>
      </w:pPr>
      <w:r w:rsidRPr="00E13F9B">
        <w:rPr>
          <w:lang w:val="ru-RU"/>
        </w:rPr>
        <w:t xml:space="preserve">Регулировка щетки, очистка фильтра и </w:t>
      </w:r>
      <w:r w:rsidRPr="00E13F9B">
        <w:rPr>
          <w:lang w:val="ru-RU"/>
        </w:rPr>
        <w:t>контейнера</w:t>
      </w:r>
    </w:p>
    <w:p w14:paraId="6E3AA032" w14:textId="77777777" w:rsidR="00E40292" w:rsidRDefault="00E13F9B">
      <w:pPr>
        <w:pStyle w:val="2"/>
      </w:pPr>
      <w:proofErr w:type="spellStart"/>
      <w:r>
        <w:t>Регулировка</w:t>
      </w:r>
      <w:proofErr w:type="spellEnd"/>
      <w:r>
        <w:t xml:space="preserve"> </w:t>
      </w:r>
      <w:proofErr w:type="spellStart"/>
      <w:r>
        <w:t>основной</w:t>
      </w:r>
      <w:proofErr w:type="spellEnd"/>
      <w:r>
        <w:t xml:space="preserve"> </w:t>
      </w:r>
      <w:proofErr w:type="spellStart"/>
      <w:r>
        <w:t>щетки</w:t>
      </w:r>
      <w:proofErr w:type="spellEnd"/>
    </w:p>
    <w:p w14:paraId="5A20A02A" w14:textId="77777777" w:rsidR="00E40292" w:rsidRPr="00E13F9B" w:rsidRDefault="00E13F9B">
      <w:pPr>
        <w:numPr>
          <w:ilvl w:val="0"/>
          <w:numId w:val="1"/>
        </w:numPr>
        <w:spacing w:after="100"/>
        <w:rPr>
          <w:lang w:val="ru-RU"/>
        </w:rPr>
      </w:pPr>
      <w:r w:rsidRPr="00E13F9B">
        <w:rPr>
          <w:rFonts w:eastAsia="Calibri"/>
          <w:lang w:val="ru-RU"/>
        </w:rPr>
        <w:t>Выключите питание и дождитесь остановки всех щеток.</w:t>
      </w:r>
    </w:p>
    <w:p w14:paraId="30AD4ACB" w14:textId="77777777" w:rsidR="00E40292" w:rsidRPr="00E13F9B" w:rsidRDefault="00E13F9B">
      <w:pPr>
        <w:numPr>
          <w:ilvl w:val="0"/>
          <w:numId w:val="1"/>
        </w:numPr>
        <w:spacing w:after="100"/>
        <w:rPr>
          <w:lang w:val="ru-RU"/>
        </w:rPr>
      </w:pPr>
      <w:r w:rsidRPr="00E13F9B">
        <w:rPr>
          <w:rFonts w:eastAsia="Calibri"/>
          <w:lang w:val="ru-RU"/>
        </w:rPr>
        <w:t>Ослабьте гайку-бабочку на направляющей.</w:t>
      </w:r>
    </w:p>
    <w:p w14:paraId="031B17EE" w14:textId="77777777" w:rsidR="00E40292" w:rsidRPr="00E13F9B" w:rsidRDefault="00E13F9B">
      <w:pPr>
        <w:numPr>
          <w:ilvl w:val="0"/>
          <w:numId w:val="1"/>
        </w:numPr>
        <w:spacing w:after="100"/>
        <w:rPr>
          <w:lang w:val="ru-RU"/>
        </w:rPr>
      </w:pPr>
      <w:r w:rsidRPr="00E13F9B">
        <w:rPr>
          <w:rFonts w:eastAsia="Calibri"/>
          <w:lang w:val="ru-RU"/>
        </w:rPr>
        <w:t>Отрегулируйте высоту: новую щетку устанавливайте выше; по мере износа постепенно опускайте.</w:t>
      </w:r>
    </w:p>
    <w:p w14:paraId="4171B232" w14:textId="77777777" w:rsidR="00E40292" w:rsidRPr="00E13F9B" w:rsidRDefault="00E13F9B">
      <w:pPr>
        <w:numPr>
          <w:ilvl w:val="0"/>
          <w:numId w:val="1"/>
        </w:numPr>
        <w:spacing w:after="100"/>
        <w:rPr>
          <w:lang w:val="ru-RU"/>
        </w:rPr>
      </w:pPr>
      <w:r w:rsidRPr="00E13F9B">
        <w:rPr>
          <w:rFonts w:eastAsia="Calibri"/>
          <w:lang w:val="ru-RU"/>
        </w:rPr>
        <w:t>Установите такое давление, при кот</w:t>
      </w:r>
      <w:r w:rsidRPr="00E13F9B">
        <w:rPr>
          <w:rFonts w:eastAsia="Calibri"/>
          <w:lang w:val="ru-RU"/>
        </w:rPr>
        <w:t>ором щетка уверенно касается поверхности без чрезмерной нагрузки, затем затяните гайку.</w:t>
      </w:r>
    </w:p>
    <w:p w14:paraId="41CDEC80" w14:textId="77777777" w:rsidR="00E40292" w:rsidRDefault="00E13F9B">
      <w:pPr>
        <w:pStyle w:val="2"/>
      </w:pPr>
      <w:proofErr w:type="spellStart"/>
      <w:r>
        <w:t>Фильтр</w:t>
      </w:r>
      <w:proofErr w:type="spellEnd"/>
      <w:r>
        <w:t xml:space="preserve">, </w:t>
      </w:r>
      <w:proofErr w:type="spellStart"/>
      <w:r>
        <w:t>контейнер</w:t>
      </w:r>
      <w:proofErr w:type="spellEnd"/>
      <w:r>
        <w:t xml:space="preserve"> и </w:t>
      </w:r>
      <w:proofErr w:type="spellStart"/>
      <w:r>
        <w:t>система</w:t>
      </w:r>
      <w:proofErr w:type="spellEnd"/>
      <w:r>
        <w:t xml:space="preserve"> орошения</w:t>
      </w:r>
    </w:p>
    <w:p w14:paraId="13F6CE28" w14:textId="77777777" w:rsidR="00E40292" w:rsidRPr="00E13F9B" w:rsidRDefault="00E13F9B">
      <w:pPr>
        <w:numPr>
          <w:ilvl w:val="0"/>
          <w:numId w:val="1"/>
        </w:numPr>
        <w:spacing w:after="80"/>
        <w:rPr>
          <w:lang w:val="ru-RU"/>
        </w:rPr>
      </w:pPr>
      <w:r w:rsidRPr="00E13F9B">
        <w:rPr>
          <w:rFonts w:eastAsia="Calibri"/>
          <w:lang w:val="ru-RU"/>
        </w:rPr>
        <w:t>Каждые 30 минут работы включайте встряхивание фильтра примерно на 1 минуту.</w:t>
      </w:r>
    </w:p>
    <w:p w14:paraId="7E4F9E55" w14:textId="77777777" w:rsidR="00E40292" w:rsidRPr="00E13F9B" w:rsidRDefault="00E13F9B">
      <w:pPr>
        <w:numPr>
          <w:ilvl w:val="0"/>
          <w:numId w:val="1"/>
        </w:numPr>
        <w:spacing w:after="80"/>
        <w:rPr>
          <w:lang w:val="ru-RU"/>
        </w:rPr>
      </w:pPr>
      <w:r w:rsidRPr="00E13F9B">
        <w:rPr>
          <w:rFonts w:eastAsia="Calibri"/>
          <w:lang w:val="ru-RU"/>
        </w:rPr>
        <w:t>После каждой смены опорожняйте контейнер и очищайте зон</w:t>
      </w:r>
      <w:r w:rsidRPr="00E13F9B">
        <w:rPr>
          <w:rFonts w:eastAsia="Calibri"/>
          <w:lang w:val="ru-RU"/>
        </w:rPr>
        <w:t>у основной щетки.</w:t>
      </w:r>
    </w:p>
    <w:p w14:paraId="4F7A1FDC" w14:textId="77777777" w:rsidR="00E40292" w:rsidRPr="00E13F9B" w:rsidRDefault="00E13F9B">
      <w:pPr>
        <w:numPr>
          <w:ilvl w:val="0"/>
          <w:numId w:val="1"/>
        </w:numPr>
        <w:spacing w:after="80"/>
        <w:rPr>
          <w:lang w:val="ru-RU"/>
        </w:rPr>
      </w:pPr>
      <w:r w:rsidRPr="00E13F9B">
        <w:rPr>
          <w:rFonts w:eastAsia="Calibri"/>
          <w:lang w:val="ru-RU"/>
        </w:rPr>
        <w:t>При использовании орошения заполняйте бак чистой водой через заливную горловину.</w:t>
      </w:r>
    </w:p>
    <w:p w14:paraId="1B2513DD" w14:textId="77777777" w:rsidR="00E40292" w:rsidRPr="00E13F9B" w:rsidRDefault="00E13F9B">
      <w:pPr>
        <w:numPr>
          <w:ilvl w:val="0"/>
          <w:numId w:val="1"/>
        </w:numPr>
        <w:spacing w:after="80"/>
        <w:rPr>
          <w:lang w:val="ru-RU"/>
        </w:rPr>
      </w:pPr>
      <w:r w:rsidRPr="00E13F9B">
        <w:rPr>
          <w:rFonts w:eastAsia="Calibri"/>
          <w:lang w:val="ru-RU"/>
        </w:rPr>
        <w:t>Не используйте агрессивные химические составы, способные повредить бак и уплотнения.</w:t>
      </w:r>
    </w:p>
    <w:tbl>
      <w:tblPr>
        <w:tblW w:w="9648" w:type="dxa"/>
        <w:tblInd w:w="180" w:type="dxa"/>
        <w:tblBorders>
          <w:top w:val="single" w:sz="9" w:space="0" w:color="F4A62A"/>
          <w:left w:val="single" w:sz="9" w:space="0" w:color="F4A62A"/>
          <w:bottom w:val="single" w:sz="9" w:space="0" w:color="F4A62A"/>
          <w:right w:val="single" w:sz="9" w:space="0" w:color="F4A62A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E40292" w:rsidRPr="00E13F9B" w14:paraId="2775DA4B" w14:textId="77777777">
        <w:trPr>
          <w:cantSplit/>
        </w:trPr>
        <w:tc>
          <w:tcPr>
            <w:tcW w:w="9648" w:type="dxa"/>
            <w:shd w:val="clear" w:color="auto" w:fill="FFF5DF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7877D00F" w14:textId="77777777" w:rsidR="00E40292" w:rsidRPr="00E13F9B" w:rsidRDefault="00E13F9B">
            <w:pPr>
              <w:spacing w:after="0" w:line="276" w:lineRule="auto"/>
              <w:rPr>
                <w:lang w:val="ru-RU"/>
              </w:rPr>
            </w:pPr>
            <w:proofErr w:type="gramStart"/>
            <w:r w:rsidRPr="00E13F9B">
              <w:rPr>
                <w:rFonts w:eastAsia="Calibri"/>
                <w:b/>
                <w:color w:val="F4A62A"/>
                <w:sz w:val="20"/>
                <w:lang w:val="ru-RU"/>
              </w:rPr>
              <w:t xml:space="preserve">БЕЗОПАСНОСТЬ  </w:t>
            </w:r>
            <w:r w:rsidRPr="00E13F9B">
              <w:rPr>
                <w:rFonts w:eastAsia="Calibri"/>
                <w:sz w:val="21"/>
                <w:lang w:val="ru-RU"/>
              </w:rPr>
              <w:t>Перед</w:t>
            </w:r>
            <w:proofErr w:type="gramEnd"/>
            <w:r w:rsidRPr="00E13F9B">
              <w:rPr>
                <w:rFonts w:eastAsia="Calibri"/>
                <w:sz w:val="21"/>
                <w:lang w:val="ru-RU"/>
              </w:rPr>
              <w:t xml:space="preserve"> извлечением контейнера выключите машину и используйт</w:t>
            </w:r>
            <w:r w:rsidRPr="00E13F9B">
              <w:rPr>
                <w:rFonts w:eastAsia="Calibri"/>
                <w:sz w:val="21"/>
                <w:lang w:val="ru-RU"/>
              </w:rPr>
              <w:t>е защитные перчатки при наличии стекла или острых предметов.</w:t>
            </w:r>
          </w:p>
        </w:tc>
      </w:tr>
    </w:tbl>
    <w:p w14:paraId="6F44390C" w14:textId="77777777" w:rsidR="00E40292" w:rsidRPr="00E13F9B" w:rsidRDefault="00E40292">
      <w:pPr>
        <w:spacing w:after="40" w:line="240" w:lineRule="auto"/>
        <w:rPr>
          <w:lang w:val="ru-RU"/>
        </w:rPr>
      </w:pPr>
    </w:p>
    <w:p w14:paraId="274D7E57" w14:textId="77777777" w:rsidR="00E40292" w:rsidRPr="00E13F9B" w:rsidRDefault="00E13F9B">
      <w:pPr>
        <w:rPr>
          <w:lang w:val="ru-RU"/>
        </w:rPr>
      </w:pPr>
      <w:r w:rsidRPr="00E13F9B">
        <w:rPr>
          <w:lang w:val="ru-RU"/>
        </w:rPr>
        <w:br w:type="page"/>
      </w:r>
    </w:p>
    <w:p w14:paraId="62F4A88B" w14:textId="77777777" w:rsidR="00E40292" w:rsidRDefault="00E13F9B">
      <w:pPr>
        <w:keepNext/>
        <w:spacing w:after="40"/>
      </w:pPr>
      <w:r>
        <w:rPr>
          <w:rFonts w:eastAsia="Calibri"/>
          <w:b/>
          <w:color w:val="0788B0"/>
          <w:sz w:val="18"/>
        </w:rPr>
        <w:t>РАЗДЕЛ 08</w:t>
      </w:r>
    </w:p>
    <w:p w14:paraId="5EF2CDA3" w14:textId="77777777" w:rsidR="00E40292" w:rsidRDefault="00E13F9B">
      <w:pPr>
        <w:pStyle w:val="1"/>
      </w:pPr>
      <w:r>
        <w:t>Техническое обслуживание</w:t>
      </w:r>
    </w:p>
    <w:tbl>
      <w:tblPr>
        <w:tblW w:w="9648" w:type="dxa"/>
        <w:tblInd w:w="180" w:type="dxa"/>
        <w:tblBorders>
          <w:top w:val="single" w:sz="9" w:space="0" w:color="F4A62A"/>
          <w:left w:val="single" w:sz="9" w:space="0" w:color="F4A62A"/>
          <w:bottom w:val="single" w:sz="9" w:space="0" w:color="F4A62A"/>
          <w:right w:val="single" w:sz="9" w:space="0" w:color="F4A62A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E40292" w:rsidRPr="00E13F9B" w14:paraId="42B7D865" w14:textId="77777777">
        <w:trPr>
          <w:cantSplit/>
        </w:trPr>
        <w:tc>
          <w:tcPr>
            <w:tcW w:w="9648" w:type="dxa"/>
            <w:shd w:val="clear" w:color="auto" w:fill="FFF5DF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23C7CAB2" w14:textId="77777777" w:rsidR="00E40292" w:rsidRPr="00E13F9B" w:rsidRDefault="00E13F9B">
            <w:pPr>
              <w:spacing w:after="0" w:line="276" w:lineRule="auto"/>
              <w:rPr>
                <w:lang w:val="ru-RU"/>
              </w:rPr>
            </w:pPr>
            <w:proofErr w:type="gramStart"/>
            <w:r w:rsidRPr="00E13F9B">
              <w:rPr>
                <w:rFonts w:eastAsia="Calibri"/>
                <w:b/>
                <w:color w:val="F4A62A"/>
                <w:sz w:val="20"/>
                <w:lang w:val="ru-RU"/>
              </w:rPr>
              <w:t xml:space="preserve">ВАЖНО  </w:t>
            </w:r>
            <w:r w:rsidRPr="00E13F9B">
              <w:rPr>
                <w:rFonts w:eastAsia="Calibri"/>
                <w:sz w:val="21"/>
                <w:lang w:val="ru-RU"/>
              </w:rPr>
              <w:t>Обслуживание</w:t>
            </w:r>
            <w:proofErr w:type="gramEnd"/>
            <w:r w:rsidRPr="00E13F9B">
              <w:rPr>
                <w:rFonts w:eastAsia="Calibri"/>
                <w:sz w:val="21"/>
                <w:lang w:val="ru-RU"/>
              </w:rPr>
              <w:t xml:space="preserve"> выполняйте при выключенном питании, извлеченном ключе и отсоединенном аккумуляторе.</w:t>
            </w:r>
          </w:p>
        </w:tc>
      </w:tr>
    </w:tbl>
    <w:p w14:paraId="21F56A58" w14:textId="77777777" w:rsidR="00E40292" w:rsidRPr="00E13F9B" w:rsidRDefault="00E40292">
      <w:pPr>
        <w:spacing w:after="40" w:line="240" w:lineRule="auto"/>
        <w:rPr>
          <w:lang w:val="ru-RU"/>
        </w:rPr>
      </w:pPr>
    </w:p>
    <w:p w14:paraId="5EFD68AA" w14:textId="77777777" w:rsidR="00E40292" w:rsidRDefault="00E13F9B">
      <w:pPr>
        <w:pStyle w:val="2"/>
      </w:pPr>
      <w:proofErr w:type="spellStart"/>
      <w:r>
        <w:t>Регламентные</w:t>
      </w:r>
      <w:proofErr w:type="spellEnd"/>
      <w:r>
        <w:t xml:space="preserve"> </w:t>
      </w:r>
      <w:proofErr w:type="spellStart"/>
      <w:r>
        <w:t>проверки</w:t>
      </w:r>
      <w:proofErr w:type="spellEnd"/>
    </w:p>
    <w:tbl>
      <w:tblPr>
        <w:tblW w:w="9648" w:type="dxa"/>
        <w:tblInd w:w="140" w:type="dxa"/>
        <w:tblBorders>
          <w:top w:val="single" w:sz="6" w:space="0" w:color="D9E0E4"/>
          <w:left w:val="single" w:sz="6" w:space="0" w:color="D9E0E4"/>
          <w:bottom w:val="single" w:sz="6" w:space="0" w:color="D9E0E4"/>
          <w:right w:val="single" w:sz="6" w:space="0" w:color="D9E0E4"/>
          <w:insideH w:val="single" w:sz="6" w:space="0" w:color="D9E0E4"/>
          <w:insideV w:val="single" w:sz="6" w:space="0" w:color="D9E0E4"/>
        </w:tblBorders>
        <w:tblLayout w:type="fixed"/>
        <w:tblLook w:val="04A0" w:firstRow="1" w:lastRow="0" w:firstColumn="1" w:lastColumn="0" w:noHBand="0" w:noVBand="1"/>
      </w:tblPr>
      <w:tblGrid>
        <w:gridCol w:w="4698"/>
        <w:gridCol w:w="990"/>
        <w:gridCol w:w="990"/>
        <w:gridCol w:w="990"/>
        <w:gridCol w:w="990"/>
        <w:gridCol w:w="990"/>
      </w:tblGrid>
      <w:tr w:rsidR="00E40292" w14:paraId="70F609BA" w14:textId="77777777">
        <w:trPr>
          <w:tblHeader/>
        </w:trPr>
        <w:tc>
          <w:tcPr>
            <w:tcW w:w="4698" w:type="dxa"/>
            <w:shd w:val="clear" w:color="auto" w:fill="0788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AA53287" w14:textId="77777777" w:rsidR="00E40292" w:rsidRDefault="00E13F9B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Операция</w:t>
            </w:r>
          </w:p>
        </w:tc>
        <w:tc>
          <w:tcPr>
            <w:tcW w:w="990" w:type="dxa"/>
            <w:shd w:val="clear" w:color="auto" w:fill="0788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E9026AD" w14:textId="77777777" w:rsidR="00E40292" w:rsidRDefault="00E13F9B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8 ч</w:t>
            </w:r>
          </w:p>
        </w:tc>
        <w:tc>
          <w:tcPr>
            <w:tcW w:w="990" w:type="dxa"/>
            <w:shd w:val="clear" w:color="auto" w:fill="0788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B28BF8C" w14:textId="77777777" w:rsidR="00E40292" w:rsidRDefault="00E13F9B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40 ч</w:t>
            </w:r>
          </w:p>
        </w:tc>
        <w:tc>
          <w:tcPr>
            <w:tcW w:w="990" w:type="dxa"/>
            <w:shd w:val="clear" w:color="auto" w:fill="0788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5492BB5" w14:textId="77777777" w:rsidR="00E40292" w:rsidRDefault="00E13F9B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150 ч</w:t>
            </w:r>
          </w:p>
        </w:tc>
        <w:tc>
          <w:tcPr>
            <w:tcW w:w="990" w:type="dxa"/>
            <w:shd w:val="clear" w:color="auto" w:fill="0788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31EB463" w14:textId="77777777" w:rsidR="00E40292" w:rsidRDefault="00E13F9B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500 ч</w:t>
            </w:r>
          </w:p>
        </w:tc>
        <w:tc>
          <w:tcPr>
            <w:tcW w:w="990" w:type="dxa"/>
            <w:shd w:val="clear" w:color="auto" w:fill="0788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BFB40E8" w14:textId="77777777" w:rsidR="00E40292" w:rsidRDefault="00E13F9B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1500 ч</w:t>
            </w:r>
          </w:p>
        </w:tc>
      </w:tr>
      <w:tr w:rsidR="00E40292" w14:paraId="6D451B54" w14:textId="77777777">
        <w:tc>
          <w:tcPr>
            <w:tcW w:w="469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9E011BE" w14:textId="77777777" w:rsidR="00E40292" w:rsidRDefault="00E13F9B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Проверить приводной ремень</w:t>
            </w:r>
          </w:p>
        </w:tc>
        <w:tc>
          <w:tcPr>
            <w:tcW w:w="99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4157287" w14:textId="77777777" w:rsidR="00E40292" w:rsidRDefault="00E40292">
            <w:pPr>
              <w:spacing w:after="0" w:line="269" w:lineRule="auto"/>
              <w:jc w:val="center"/>
            </w:pPr>
          </w:p>
        </w:tc>
        <w:tc>
          <w:tcPr>
            <w:tcW w:w="99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5D769FB" w14:textId="77777777" w:rsidR="00E40292" w:rsidRDefault="00E13F9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●</w:t>
            </w:r>
          </w:p>
        </w:tc>
        <w:tc>
          <w:tcPr>
            <w:tcW w:w="99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40979DC" w14:textId="77777777" w:rsidR="00E40292" w:rsidRDefault="00E40292">
            <w:pPr>
              <w:spacing w:after="0" w:line="269" w:lineRule="auto"/>
              <w:jc w:val="center"/>
            </w:pPr>
          </w:p>
        </w:tc>
        <w:tc>
          <w:tcPr>
            <w:tcW w:w="99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A949ED2" w14:textId="77777777" w:rsidR="00E40292" w:rsidRDefault="00E40292">
            <w:pPr>
              <w:spacing w:after="0" w:line="269" w:lineRule="auto"/>
              <w:jc w:val="center"/>
            </w:pPr>
          </w:p>
        </w:tc>
        <w:tc>
          <w:tcPr>
            <w:tcW w:w="99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29DDD72" w14:textId="77777777" w:rsidR="00E40292" w:rsidRDefault="00E40292">
            <w:pPr>
              <w:spacing w:after="0" w:line="269" w:lineRule="auto"/>
              <w:jc w:val="center"/>
            </w:pPr>
          </w:p>
        </w:tc>
      </w:tr>
      <w:tr w:rsidR="00E40292" w14:paraId="77206741" w14:textId="77777777">
        <w:tc>
          <w:tcPr>
            <w:tcW w:w="469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F365935" w14:textId="77777777" w:rsidR="00E40292" w:rsidRPr="00E13F9B" w:rsidRDefault="00E13F9B">
            <w:pPr>
              <w:spacing w:after="0" w:line="269" w:lineRule="auto"/>
              <w:rPr>
                <w:lang w:val="ru-RU"/>
              </w:rPr>
            </w:pPr>
            <w:r w:rsidRPr="00E13F9B">
              <w:rPr>
                <w:rFonts w:eastAsia="Calibri"/>
                <w:sz w:val="17"/>
                <w:lang w:val="ru-RU"/>
              </w:rPr>
              <w:t>Удалить шнуры и мусор с основной щетки</w:t>
            </w:r>
          </w:p>
        </w:tc>
        <w:tc>
          <w:tcPr>
            <w:tcW w:w="99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3090B1D" w14:textId="77777777" w:rsidR="00E40292" w:rsidRPr="00E13F9B" w:rsidRDefault="00E40292">
            <w:pPr>
              <w:spacing w:after="0" w:line="269" w:lineRule="auto"/>
              <w:jc w:val="center"/>
              <w:rPr>
                <w:lang w:val="ru-RU"/>
              </w:rPr>
            </w:pPr>
          </w:p>
        </w:tc>
        <w:tc>
          <w:tcPr>
            <w:tcW w:w="99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CFC2E99" w14:textId="77777777" w:rsidR="00E40292" w:rsidRPr="00E13F9B" w:rsidRDefault="00E40292">
            <w:pPr>
              <w:spacing w:after="0" w:line="269" w:lineRule="auto"/>
              <w:jc w:val="center"/>
              <w:rPr>
                <w:lang w:val="ru-RU"/>
              </w:rPr>
            </w:pPr>
          </w:p>
        </w:tc>
        <w:tc>
          <w:tcPr>
            <w:tcW w:w="99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194A654" w14:textId="77777777" w:rsidR="00E40292" w:rsidRDefault="00E13F9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●</w:t>
            </w:r>
          </w:p>
        </w:tc>
        <w:tc>
          <w:tcPr>
            <w:tcW w:w="99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EBDE35E" w14:textId="77777777" w:rsidR="00E40292" w:rsidRDefault="00E40292">
            <w:pPr>
              <w:spacing w:after="0" w:line="269" w:lineRule="auto"/>
              <w:jc w:val="center"/>
            </w:pPr>
          </w:p>
        </w:tc>
        <w:tc>
          <w:tcPr>
            <w:tcW w:w="99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5C87AEC" w14:textId="77777777" w:rsidR="00E40292" w:rsidRDefault="00E40292">
            <w:pPr>
              <w:spacing w:after="0" w:line="269" w:lineRule="auto"/>
              <w:jc w:val="center"/>
            </w:pPr>
          </w:p>
        </w:tc>
      </w:tr>
      <w:tr w:rsidR="00E40292" w14:paraId="22CADE93" w14:textId="77777777">
        <w:tc>
          <w:tcPr>
            <w:tcW w:w="469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126194F" w14:textId="77777777" w:rsidR="00E40292" w:rsidRDefault="00E13F9B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Проверить загрязнение фильтра</w:t>
            </w:r>
          </w:p>
        </w:tc>
        <w:tc>
          <w:tcPr>
            <w:tcW w:w="99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DA5A65F" w14:textId="77777777" w:rsidR="00E40292" w:rsidRDefault="00E13F9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●</w:t>
            </w:r>
          </w:p>
        </w:tc>
        <w:tc>
          <w:tcPr>
            <w:tcW w:w="99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6EC469A" w14:textId="77777777" w:rsidR="00E40292" w:rsidRDefault="00E40292">
            <w:pPr>
              <w:spacing w:after="0" w:line="269" w:lineRule="auto"/>
              <w:jc w:val="center"/>
            </w:pPr>
          </w:p>
        </w:tc>
        <w:tc>
          <w:tcPr>
            <w:tcW w:w="99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15D75B5" w14:textId="77777777" w:rsidR="00E40292" w:rsidRDefault="00E40292">
            <w:pPr>
              <w:spacing w:after="0" w:line="269" w:lineRule="auto"/>
              <w:jc w:val="center"/>
            </w:pPr>
          </w:p>
        </w:tc>
        <w:tc>
          <w:tcPr>
            <w:tcW w:w="99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9799305" w14:textId="77777777" w:rsidR="00E40292" w:rsidRDefault="00E40292">
            <w:pPr>
              <w:spacing w:after="0" w:line="269" w:lineRule="auto"/>
              <w:jc w:val="center"/>
            </w:pPr>
          </w:p>
        </w:tc>
        <w:tc>
          <w:tcPr>
            <w:tcW w:w="99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80A00BB" w14:textId="77777777" w:rsidR="00E40292" w:rsidRDefault="00E40292">
            <w:pPr>
              <w:spacing w:after="0" w:line="269" w:lineRule="auto"/>
              <w:jc w:val="center"/>
            </w:pPr>
          </w:p>
        </w:tc>
      </w:tr>
      <w:tr w:rsidR="00E40292" w14:paraId="37A7D3E1" w14:textId="77777777">
        <w:tc>
          <w:tcPr>
            <w:tcW w:w="469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BC982AB" w14:textId="77777777" w:rsidR="00E40292" w:rsidRDefault="00E13F9B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Заменить фильтр</w:t>
            </w:r>
          </w:p>
        </w:tc>
        <w:tc>
          <w:tcPr>
            <w:tcW w:w="99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CA6CF15" w14:textId="77777777" w:rsidR="00E40292" w:rsidRDefault="00E40292">
            <w:pPr>
              <w:spacing w:after="0" w:line="269" w:lineRule="auto"/>
              <w:jc w:val="center"/>
            </w:pPr>
          </w:p>
        </w:tc>
        <w:tc>
          <w:tcPr>
            <w:tcW w:w="99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663473A" w14:textId="77777777" w:rsidR="00E40292" w:rsidRDefault="00E40292">
            <w:pPr>
              <w:spacing w:after="0" w:line="269" w:lineRule="auto"/>
              <w:jc w:val="center"/>
            </w:pPr>
          </w:p>
        </w:tc>
        <w:tc>
          <w:tcPr>
            <w:tcW w:w="99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9B03372" w14:textId="77777777" w:rsidR="00E40292" w:rsidRDefault="00E40292">
            <w:pPr>
              <w:spacing w:after="0" w:line="269" w:lineRule="auto"/>
              <w:jc w:val="center"/>
            </w:pPr>
          </w:p>
        </w:tc>
        <w:tc>
          <w:tcPr>
            <w:tcW w:w="99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7B258CE" w14:textId="77777777" w:rsidR="00E40292" w:rsidRDefault="00E40292">
            <w:pPr>
              <w:spacing w:after="0" w:line="269" w:lineRule="auto"/>
              <w:jc w:val="center"/>
            </w:pPr>
          </w:p>
        </w:tc>
        <w:tc>
          <w:tcPr>
            <w:tcW w:w="99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005C01C" w14:textId="77777777" w:rsidR="00E40292" w:rsidRDefault="00E13F9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●</w:t>
            </w:r>
          </w:p>
        </w:tc>
      </w:tr>
      <w:tr w:rsidR="00E40292" w14:paraId="7896C393" w14:textId="77777777">
        <w:tc>
          <w:tcPr>
            <w:tcW w:w="469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C78332F" w14:textId="77777777" w:rsidR="00E40292" w:rsidRPr="00E13F9B" w:rsidRDefault="00E13F9B">
            <w:pPr>
              <w:spacing w:after="0" w:line="269" w:lineRule="auto"/>
              <w:rPr>
                <w:lang w:val="ru-RU"/>
              </w:rPr>
            </w:pPr>
            <w:r w:rsidRPr="00E13F9B">
              <w:rPr>
                <w:rFonts w:eastAsia="Calibri"/>
                <w:sz w:val="17"/>
                <w:lang w:val="ru-RU"/>
              </w:rPr>
              <w:t>Проверить износ основной и боковых щеток</w:t>
            </w:r>
          </w:p>
        </w:tc>
        <w:tc>
          <w:tcPr>
            <w:tcW w:w="99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A5060BF" w14:textId="77777777" w:rsidR="00E40292" w:rsidRPr="00E13F9B" w:rsidRDefault="00E40292">
            <w:pPr>
              <w:spacing w:after="0" w:line="269" w:lineRule="auto"/>
              <w:jc w:val="center"/>
              <w:rPr>
                <w:lang w:val="ru-RU"/>
              </w:rPr>
            </w:pPr>
          </w:p>
        </w:tc>
        <w:tc>
          <w:tcPr>
            <w:tcW w:w="99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89C74F3" w14:textId="77777777" w:rsidR="00E40292" w:rsidRDefault="00E13F9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●</w:t>
            </w:r>
          </w:p>
        </w:tc>
        <w:tc>
          <w:tcPr>
            <w:tcW w:w="99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53F67E5" w14:textId="77777777" w:rsidR="00E40292" w:rsidRDefault="00E40292">
            <w:pPr>
              <w:spacing w:after="0" w:line="269" w:lineRule="auto"/>
              <w:jc w:val="center"/>
            </w:pPr>
          </w:p>
        </w:tc>
        <w:tc>
          <w:tcPr>
            <w:tcW w:w="99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C8178F5" w14:textId="77777777" w:rsidR="00E40292" w:rsidRDefault="00E40292">
            <w:pPr>
              <w:spacing w:after="0" w:line="269" w:lineRule="auto"/>
              <w:jc w:val="center"/>
            </w:pPr>
          </w:p>
        </w:tc>
        <w:tc>
          <w:tcPr>
            <w:tcW w:w="99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E0A34C2" w14:textId="77777777" w:rsidR="00E40292" w:rsidRDefault="00E40292">
            <w:pPr>
              <w:spacing w:after="0" w:line="269" w:lineRule="auto"/>
              <w:jc w:val="center"/>
            </w:pPr>
          </w:p>
        </w:tc>
      </w:tr>
      <w:tr w:rsidR="00E40292" w14:paraId="11AF6E20" w14:textId="77777777">
        <w:tc>
          <w:tcPr>
            <w:tcW w:w="469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AD9DB15" w14:textId="77777777" w:rsidR="00E40292" w:rsidRDefault="00E13F9B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Проверить электролит аккумуляторов*</w:t>
            </w:r>
          </w:p>
        </w:tc>
        <w:tc>
          <w:tcPr>
            <w:tcW w:w="99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2B69810" w14:textId="77777777" w:rsidR="00E40292" w:rsidRDefault="00E13F9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●</w:t>
            </w:r>
          </w:p>
        </w:tc>
        <w:tc>
          <w:tcPr>
            <w:tcW w:w="99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1F452B6" w14:textId="77777777" w:rsidR="00E40292" w:rsidRDefault="00E40292">
            <w:pPr>
              <w:spacing w:after="0" w:line="269" w:lineRule="auto"/>
              <w:jc w:val="center"/>
            </w:pPr>
          </w:p>
        </w:tc>
        <w:tc>
          <w:tcPr>
            <w:tcW w:w="99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515F319" w14:textId="77777777" w:rsidR="00E40292" w:rsidRDefault="00E40292">
            <w:pPr>
              <w:spacing w:after="0" w:line="269" w:lineRule="auto"/>
              <w:jc w:val="center"/>
            </w:pPr>
          </w:p>
        </w:tc>
        <w:tc>
          <w:tcPr>
            <w:tcW w:w="99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61BDDE6" w14:textId="77777777" w:rsidR="00E40292" w:rsidRDefault="00E40292">
            <w:pPr>
              <w:spacing w:after="0" w:line="269" w:lineRule="auto"/>
              <w:jc w:val="center"/>
            </w:pPr>
          </w:p>
        </w:tc>
        <w:tc>
          <w:tcPr>
            <w:tcW w:w="99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61C95E7" w14:textId="77777777" w:rsidR="00E40292" w:rsidRDefault="00E40292">
            <w:pPr>
              <w:spacing w:after="0" w:line="269" w:lineRule="auto"/>
              <w:jc w:val="center"/>
            </w:pPr>
          </w:p>
        </w:tc>
      </w:tr>
      <w:tr w:rsidR="00E40292" w14:paraId="1AA43A14" w14:textId="77777777">
        <w:tc>
          <w:tcPr>
            <w:tcW w:w="469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22085BD" w14:textId="77777777" w:rsidR="00E40292" w:rsidRDefault="00E13F9B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Проверить щетки электродвигателей</w:t>
            </w:r>
          </w:p>
        </w:tc>
        <w:tc>
          <w:tcPr>
            <w:tcW w:w="99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4B75B69" w14:textId="77777777" w:rsidR="00E40292" w:rsidRDefault="00E40292">
            <w:pPr>
              <w:spacing w:after="0" w:line="269" w:lineRule="auto"/>
              <w:jc w:val="center"/>
            </w:pPr>
          </w:p>
        </w:tc>
        <w:tc>
          <w:tcPr>
            <w:tcW w:w="99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93A8405" w14:textId="77777777" w:rsidR="00E40292" w:rsidRDefault="00E40292">
            <w:pPr>
              <w:spacing w:after="0" w:line="269" w:lineRule="auto"/>
              <w:jc w:val="center"/>
            </w:pPr>
          </w:p>
        </w:tc>
        <w:tc>
          <w:tcPr>
            <w:tcW w:w="99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4E76220" w14:textId="77777777" w:rsidR="00E40292" w:rsidRDefault="00E13F9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●</w:t>
            </w:r>
          </w:p>
        </w:tc>
        <w:tc>
          <w:tcPr>
            <w:tcW w:w="99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BAC22D7" w14:textId="77777777" w:rsidR="00E40292" w:rsidRDefault="00E40292">
            <w:pPr>
              <w:spacing w:after="0" w:line="269" w:lineRule="auto"/>
              <w:jc w:val="center"/>
            </w:pPr>
          </w:p>
        </w:tc>
        <w:tc>
          <w:tcPr>
            <w:tcW w:w="99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5C17B4D" w14:textId="77777777" w:rsidR="00E40292" w:rsidRDefault="00E40292">
            <w:pPr>
              <w:spacing w:after="0" w:line="269" w:lineRule="auto"/>
              <w:jc w:val="center"/>
            </w:pPr>
          </w:p>
        </w:tc>
      </w:tr>
    </w:tbl>
    <w:p w14:paraId="2954C38B" w14:textId="77777777" w:rsidR="00E40292" w:rsidRPr="00E13F9B" w:rsidRDefault="00E13F9B">
      <w:pPr>
        <w:pStyle w:val="FigureCaption"/>
        <w:jc w:val="left"/>
        <w:rPr>
          <w:lang w:val="ru-RU"/>
        </w:rPr>
      </w:pPr>
      <w:r w:rsidRPr="00E13F9B">
        <w:rPr>
          <w:lang w:val="ru-RU"/>
        </w:rPr>
        <w:t>* Только для обслуживаемых свинцово-кислотных аккумуляторов.</w:t>
      </w:r>
    </w:p>
    <w:p w14:paraId="33DE80C4" w14:textId="77777777" w:rsidR="00E40292" w:rsidRDefault="00E13F9B">
      <w:pPr>
        <w:pStyle w:val="2"/>
      </w:pPr>
      <w:proofErr w:type="spellStart"/>
      <w:r>
        <w:t>Общие</w:t>
      </w:r>
      <w:proofErr w:type="spellEnd"/>
      <w:r>
        <w:t xml:space="preserve"> </w:t>
      </w:r>
      <w:proofErr w:type="spellStart"/>
      <w:r>
        <w:t>требования</w:t>
      </w:r>
      <w:proofErr w:type="spellEnd"/>
    </w:p>
    <w:p w14:paraId="79FEADCD" w14:textId="77777777" w:rsidR="00E40292" w:rsidRPr="00E13F9B" w:rsidRDefault="00E13F9B">
      <w:pPr>
        <w:numPr>
          <w:ilvl w:val="0"/>
          <w:numId w:val="1"/>
        </w:numPr>
        <w:spacing w:after="80"/>
        <w:rPr>
          <w:lang w:val="ru-RU"/>
        </w:rPr>
      </w:pPr>
      <w:r w:rsidRPr="00E13F9B">
        <w:rPr>
          <w:rFonts w:eastAsia="Calibri"/>
          <w:lang w:val="ru-RU"/>
        </w:rPr>
        <w:t>Регулярно проверяйте крепеж, кабели, состояние щеток, ремня, фильтра и резиновых уплотнений.</w:t>
      </w:r>
    </w:p>
    <w:p w14:paraId="3A5E8011" w14:textId="77777777" w:rsidR="00E40292" w:rsidRPr="00E13F9B" w:rsidRDefault="00E13F9B">
      <w:pPr>
        <w:numPr>
          <w:ilvl w:val="0"/>
          <w:numId w:val="1"/>
        </w:numPr>
        <w:spacing w:after="80"/>
        <w:rPr>
          <w:lang w:val="ru-RU"/>
        </w:rPr>
      </w:pPr>
      <w:r w:rsidRPr="00E13F9B">
        <w:rPr>
          <w:rFonts w:eastAsia="Calibri"/>
          <w:lang w:val="ru-RU"/>
        </w:rPr>
        <w:t xml:space="preserve">Каждые 6 месяцев рекомендуется </w:t>
      </w:r>
      <w:r w:rsidRPr="00E13F9B">
        <w:rPr>
          <w:rFonts w:eastAsia="Calibri"/>
          <w:lang w:val="ru-RU"/>
        </w:rPr>
        <w:t>проводить расширенное техническое обслуживание.</w:t>
      </w:r>
    </w:p>
    <w:p w14:paraId="5663E9E9" w14:textId="77777777" w:rsidR="00E40292" w:rsidRPr="00E13F9B" w:rsidRDefault="00E13F9B">
      <w:pPr>
        <w:numPr>
          <w:ilvl w:val="0"/>
          <w:numId w:val="1"/>
        </w:numPr>
        <w:spacing w:after="80"/>
        <w:rPr>
          <w:lang w:val="ru-RU"/>
        </w:rPr>
      </w:pPr>
      <w:r w:rsidRPr="00E13F9B">
        <w:rPr>
          <w:rFonts w:eastAsia="Calibri"/>
          <w:lang w:val="ru-RU"/>
        </w:rPr>
        <w:t>Не реже одного раза в 3 года выполняйте капитальную проверку в специализированном сервисном центре.</w:t>
      </w:r>
    </w:p>
    <w:p w14:paraId="52117266" w14:textId="77777777" w:rsidR="00E40292" w:rsidRPr="00E13F9B" w:rsidRDefault="00E13F9B">
      <w:pPr>
        <w:numPr>
          <w:ilvl w:val="0"/>
          <w:numId w:val="1"/>
        </w:numPr>
        <w:spacing w:after="80"/>
        <w:rPr>
          <w:lang w:val="ru-RU"/>
        </w:rPr>
      </w:pPr>
      <w:r w:rsidRPr="00E13F9B">
        <w:rPr>
          <w:rFonts w:eastAsia="Calibri"/>
          <w:lang w:val="ru-RU"/>
        </w:rPr>
        <w:t xml:space="preserve">Используйте оригинальные запасные части </w:t>
      </w:r>
      <w:r>
        <w:rPr>
          <w:rFonts w:eastAsia="Calibri"/>
        </w:rPr>
        <w:t>TOR</w:t>
      </w:r>
      <w:r w:rsidRPr="00E13F9B">
        <w:rPr>
          <w:rFonts w:eastAsia="Calibri"/>
          <w:lang w:val="ru-RU"/>
        </w:rPr>
        <w:t xml:space="preserve"> или детали, одобренные поставщиком.</w:t>
      </w:r>
    </w:p>
    <w:p w14:paraId="025E9C55" w14:textId="77777777" w:rsidR="00E40292" w:rsidRPr="00E13F9B" w:rsidRDefault="00E13F9B">
      <w:pPr>
        <w:numPr>
          <w:ilvl w:val="0"/>
          <w:numId w:val="1"/>
        </w:numPr>
        <w:spacing w:after="80"/>
        <w:rPr>
          <w:lang w:val="ru-RU"/>
        </w:rPr>
      </w:pPr>
      <w:r w:rsidRPr="00E13F9B">
        <w:rPr>
          <w:rFonts w:eastAsia="Calibri"/>
          <w:lang w:val="ru-RU"/>
        </w:rPr>
        <w:t>Ведите журнал технического о</w:t>
      </w:r>
      <w:r w:rsidRPr="00E13F9B">
        <w:rPr>
          <w:rFonts w:eastAsia="Calibri"/>
          <w:lang w:val="ru-RU"/>
        </w:rPr>
        <w:t>бслуживания и выполненных ремонтов.</w:t>
      </w:r>
    </w:p>
    <w:p w14:paraId="02A0243A" w14:textId="77777777" w:rsidR="00E40292" w:rsidRPr="00E13F9B" w:rsidRDefault="00E13F9B">
      <w:pPr>
        <w:pStyle w:val="2"/>
        <w:rPr>
          <w:lang w:val="ru-RU"/>
        </w:rPr>
      </w:pPr>
      <w:r w:rsidRPr="00E13F9B">
        <w:rPr>
          <w:lang w:val="ru-RU"/>
        </w:rPr>
        <w:t>Хранение</w:t>
      </w:r>
    </w:p>
    <w:p w14:paraId="549A7327" w14:textId="77777777" w:rsidR="00E40292" w:rsidRPr="00E13F9B" w:rsidRDefault="00E13F9B">
      <w:pPr>
        <w:rPr>
          <w:lang w:val="ru-RU"/>
        </w:rPr>
      </w:pPr>
      <w:r w:rsidRPr="00E13F9B">
        <w:rPr>
          <w:rFonts w:eastAsia="Calibri"/>
          <w:lang w:val="ru-RU"/>
        </w:rPr>
        <w:t>Храните машину в сухом проветриваемом помещении, вдали от источников огня. Перед длительным хранением опорожните контейнер и водяной бак, очистите щетки и отключите аккумуляторный блок.</w:t>
      </w:r>
    </w:p>
    <w:p w14:paraId="444084D7" w14:textId="77777777" w:rsidR="00E40292" w:rsidRPr="00E13F9B" w:rsidRDefault="00E13F9B">
      <w:pPr>
        <w:rPr>
          <w:lang w:val="ru-RU"/>
        </w:rPr>
      </w:pPr>
      <w:r w:rsidRPr="00E13F9B">
        <w:rPr>
          <w:lang w:val="ru-RU"/>
        </w:rPr>
        <w:br w:type="page"/>
      </w:r>
    </w:p>
    <w:p w14:paraId="7A3510F5" w14:textId="77777777" w:rsidR="00E40292" w:rsidRDefault="00E13F9B">
      <w:pPr>
        <w:keepNext/>
        <w:spacing w:after="40"/>
      </w:pPr>
      <w:r>
        <w:rPr>
          <w:rFonts w:eastAsia="Calibri"/>
          <w:b/>
          <w:color w:val="0788B0"/>
          <w:sz w:val="18"/>
        </w:rPr>
        <w:t>РАЗДЕЛ 09</w:t>
      </w:r>
    </w:p>
    <w:p w14:paraId="60D87393" w14:textId="77777777" w:rsidR="00E40292" w:rsidRDefault="00E13F9B">
      <w:pPr>
        <w:pStyle w:val="1"/>
      </w:pPr>
      <w:r>
        <w:t>Устранение неисправностей</w:t>
      </w:r>
    </w:p>
    <w:tbl>
      <w:tblPr>
        <w:tblW w:w="9648" w:type="dxa"/>
        <w:tblInd w:w="180" w:type="dxa"/>
        <w:tblBorders>
          <w:top w:val="single" w:sz="9" w:space="0" w:color="F4A62A"/>
          <w:left w:val="single" w:sz="9" w:space="0" w:color="F4A62A"/>
          <w:bottom w:val="single" w:sz="9" w:space="0" w:color="F4A62A"/>
          <w:right w:val="single" w:sz="9" w:space="0" w:color="F4A62A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E40292" w:rsidRPr="00E13F9B" w14:paraId="49265701" w14:textId="77777777">
        <w:trPr>
          <w:cantSplit/>
        </w:trPr>
        <w:tc>
          <w:tcPr>
            <w:tcW w:w="9648" w:type="dxa"/>
            <w:shd w:val="clear" w:color="auto" w:fill="FFF5DF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6AD6AFE2" w14:textId="77777777" w:rsidR="00E40292" w:rsidRPr="00E13F9B" w:rsidRDefault="00E13F9B">
            <w:pPr>
              <w:spacing w:after="0" w:line="276" w:lineRule="auto"/>
              <w:rPr>
                <w:lang w:val="ru-RU"/>
              </w:rPr>
            </w:pPr>
            <w:proofErr w:type="gramStart"/>
            <w:r w:rsidRPr="00E13F9B">
              <w:rPr>
                <w:rFonts w:eastAsia="Calibri"/>
                <w:b/>
                <w:color w:val="F4A62A"/>
                <w:sz w:val="20"/>
                <w:lang w:val="ru-RU"/>
              </w:rPr>
              <w:t xml:space="preserve">ОСТОРОЖНО  </w:t>
            </w:r>
            <w:r w:rsidRPr="00E13F9B">
              <w:rPr>
                <w:rFonts w:eastAsia="Calibri"/>
                <w:sz w:val="21"/>
                <w:lang w:val="ru-RU"/>
              </w:rPr>
              <w:t>Если</w:t>
            </w:r>
            <w:proofErr w:type="gramEnd"/>
            <w:r w:rsidRPr="00E13F9B">
              <w:rPr>
                <w:rFonts w:eastAsia="Calibri"/>
                <w:sz w:val="21"/>
                <w:lang w:val="ru-RU"/>
              </w:rPr>
              <w:t xml:space="preserve"> причина неисправности неочевидна или требуется работа с электрическими узлами, обратитесь в авторизованный сервисный центр.</w:t>
            </w:r>
          </w:p>
        </w:tc>
      </w:tr>
    </w:tbl>
    <w:p w14:paraId="5EE49C66" w14:textId="77777777" w:rsidR="00E40292" w:rsidRPr="00E13F9B" w:rsidRDefault="00E40292">
      <w:pPr>
        <w:spacing w:after="40" w:line="240" w:lineRule="auto"/>
        <w:rPr>
          <w:lang w:val="ru-RU"/>
        </w:rPr>
      </w:pPr>
    </w:p>
    <w:tbl>
      <w:tblPr>
        <w:tblW w:w="9648" w:type="dxa"/>
        <w:tblInd w:w="140" w:type="dxa"/>
        <w:tblBorders>
          <w:top w:val="single" w:sz="6" w:space="0" w:color="D9E0E4"/>
          <w:left w:val="single" w:sz="6" w:space="0" w:color="D9E0E4"/>
          <w:bottom w:val="single" w:sz="6" w:space="0" w:color="D9E0E4"/>
          <w:right w:val="single" w:sz="6" w:space="0" w:color="D9E0E4"/>
          <w:insideH w:val="single" w:sz="6" w:space="0" w:color="D9E0E4"/>
          <w:insideV w:val="single" w:sz="6" w:space="0" w:color="D9E0E4"/>
        </w:tblBorders>
        <w:tblLayout w:type="fixed"/>
        <w:tblLook w:val="04A0" w:firstRow="1" w:lastRow="0" w:firstColumn="1" w:lastColumn="0" w:noHBand="0" w:noVBand="1"/>
      </w:tblPr>
      <w:tblGrid>
        <w:gridCol w:w="2600"/>
        <w:gridCol w:w="3000"/>
        <w:gridCol w:w="4048"/>
      </w:tblGrid>
      <w:tr w:rsidR="00E40292" w14:paraId="5DF67D0E" w14:textId="77777777">
        <w:trPr>
          <w:tblHeader/>
        </w:trPr>
        <w:tc>
          <w:tcPr>
            <w:tcW w:w="2600" w:type="dxa"/>
            <w:shd w:val="clear" w:color="auto" w:fill="0788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350E97F" w14:textId="77777777" w:rsidR="00E40292" w:rsidRDefault="00E13F9B">
            <w:pPr>
              <w:spacing w:after="0" w:line="269" w:lineRule="auto"/>
            </w:pPr>
            <w:proofErr w:type="spellStart"/>
            <w:r>
              <w:rPr>
                <w:rFonts w:eastAsia="Calibri"/>
                <w:b/>
                <w:color w:val="FFFFFF"/>
                <w:sz w:val="19"/>
              </w:rPr>
              <w:t>Неисправность</w:t>
            </w:r>
            <w:proofErr w:type="spellEnd"/>
          </w:p>
        </w:tc>
        <w:tc>
          <w:tcPr>
            <w:tcW w:w="3000" w:type="dxa"/>
            <w:shd w:val="clear" w:color="auto" w:fill="0788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21A6AF4" w14:textId="77777777" w:rsidR="00E40292" w:rsidRDefault="00E13F9B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Возможная причина</w:t>
            </w:r>
          </w:p>
        </w:tc>
        <w:tc>
          <w:tcPr>
            <w:tcW w:w="4048" w:type="dxa"/>
            <w:shd w:val="clear" w:color="auto" w:fill="0788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A85E6DC" w14:textId="77777777" w:rsidR="00E40292" w:rsidRDefault="00E13F9B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Что сделать</w:t>
            </w:r>
          </w:p>
        </w:tc>
      </w:tr>
      <w:tr w:rsidR="00E40292" w:rsidRPr="00E13F9B" w14:paraId="3888E32D" w14:textId="77777777">
        <w:trPr>
          <w:cantSplit/>
        </w:trPr>
        <w:tc>
          <w:tcPr>
            <w:tcW w:w="26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4287AF2" w14:textId="77777777" w:rsidR="00E40292" w:rsidRPr="00E13F9B" w:rsidRDefault="00E13F9B">
            <w:pPr>
              <w:spacing w:after="0" w:line="269" w:lineRule="auto"/>
              <w:rPr>
                <w:lang w:val="ru-RU"/>
              </w:rPr>
            </w:pPr>
            <w:r w:rsidRPr="00E13F9B">
              <w:rPr>
                <w:rFonts w:eastAsia="Calibri"/>
                <w:sz w:val="16"/>
                <w:lang w:val="ru-RU"/>
              </w:rPr>
              <w:t xml:space="preserve">Машина не собирает крупный мусор или </w:t>
            </w:r>
            <w:r w:rsidRPr="00E13F9B">
              <w:rPr>
                <w:rFonts w:eastAsia="Calibri"/>
                <w:sz w:val="16"/>
                <w:lang w:val="ru-RU"/>
              </w:rPr>
              <w:t>оставляет его позади</w:t>
            </w:r>
          </w:p>
        </w:tc>
        <w:tc>
          <w:tcPr>
            <w:tcW w:w="30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0016F3B" w14:textId="77777777" w:rsidR="00E40292" w:rsidRPr="00E13F9B" w:rsidRDefault="00E13F9B">
            <w:pPr>
              <w:spacing w:after="0" w:line="269" w:lineRule="auto"/>
              <w:rPr>
                <w:lang w:val="ru-RU"/>
              </w:rPr>
            </w:pPr>
            <w:r w:rsidRPr="00E13F9B">
              <w:rPr>
                <w:rFonts w:eastAsia="Calibri"/>
                <w:sz w:val="16"/>
                <w:lang w:val="ru-RU"/>
              </w:rPr>
              <w:t>Недостаточное давление; износ или спутывание щеток</w:t>
            </w:r>
          </w:p>
        </w:tc>
        <w:tc>
          <w:tcPr>
            <w:tcW w:w="40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214F1B1" w14:textId="77777777" w:rsidR="00E40292" w:rsidRPr="00E13F9B" w:rsidRDefault="00E13F9B">
            <w:pPr>
              <w:spacing w:after="0" w:line="269" w:lineRule="auto"/>
              <w:rPr>
                <w:lang w:val="ru-RU"/>
              </w:rPr>
            </w:pPr>
            <w:r w:rsidRPr="00E13F9B">
              <w:rPr>
                <w:rFonts w:eastAsia="Calibri"/>
                <w:sz w:val="16"/>
                <w:lang w:val="ru-RU"/>
              </w:rPr>
              <w:t>Отрегулировать давление; опустить или заменить щетки; удалить мусор</w:t>
            </w:r>
          </w:p>
        </w:tc>
      </w:tr>
      <w:tr w:rsidR="00E40292" w14:paraId="04778104" w14:textId="77777777">
        <w:trPr>
          <w:cantSplit/>
        </w:trPr>
        <w:tc>
          <w:tcPr>
            <w:tcW w:w="26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68000F3" w14:textId="77777777" w:rsidR="00E40292" w:rsidRDefault="00E13F9B">
            <w:pPr>
              <w:spacing w:after="0" w:line="269" w:lineRule="auto"/>
            </w:pPr>
            <w:proofErr w:type="spellStart"/>
            <w:r>
              <w:rPr>
                <w:rFonts w:eastAsia="Calibri"/>
                <w:sz w:val="16"/>
              </w:rPr>
              <w:t>Пыль</w:t>
            </w:r>
            <w:proofErr w:type="spellEnd"/>
            <w:r>
              <w:rPr>
                <w:rFonts w:eastAsia="Calibri"/>
                <w:sz w:val="16"/>
              </w:rPr>
              <w:t xml:space="preserve"> </w:t>
            </w:r>
            <w:proofErr w:type="spellStart"/>
            <w:r>
              <w:rPr>
                <w:rFonts w:eastAsia="Calibri"/>
                <w:sz w:val="16"/>
              </w:rPr>
              <w:t>выходит</w:t>
            </w:r>
            <w:proofErr w:type="spellEnd"/>
            <w:r>
              <w:rPr>
                <w:rFonts w:eastAsia="Calibri"/>
                <w:sz w:val="16"/>
              </w:rPr>
              <w:t xml:space="preserve"> </w:t>
            </w:r>
            <w:proofErr w:type="spellStart"/>
            <w:r>
              <w:rPr>
                <w:rFonts w:eastAsia="Calibri"/>
                <w:sz w:val="16"/>
              </w:rPr>
              <w:t>сбоку</w:t>
            </w:r>
            <w:proofErr w:type="spellEnd"/>
          </w:p>
        </w:tc>
        <w:tc>
          <w:tcPr>
            <w:tcW w:w="30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7B14EAF" w14:textId="77777777" w:rsidR="00E40292" w:rsidRPr="00E13F9B" w:rsidRDefault="00E13F9B">
            <w:pPr>
              <w:spacing w:after="0" w:line="269" w:lineRule="auto"/>
              <w:rPr>
                <w:lang w:val="ru-RU"/>
              </w:rPr>
            </w:pPr>
            <w:r w:rsidRPr="00E13F9B">
              <w:rPr>
                <w:rFonts w:eastAsia="Calibri"/>
                <w:sz w:val="16"/>
                <w:lang w:val="ru-RU"/>
              </w:rPr>
              <w:t>Фильтр засорен; резиновый скребок изношен</w:t>
            </w:r>
          </w:p>
        </w:tc>
        <w:tc>
          <w:tcPr>
            <w:tcW w:w="404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8245256" w14:textId="77777777" w:rsidR="00E40292" w:rsidRDefault="00E13F9B">
            <w:pPr>
              <w:spacing w:after="0" w:line="269" w:lineRule="auto"/>
            </w:pPr>
            <w:proofErr w:type="spellStart"/>
            <w:r>
              <w:rPr>
                <w:rFonts w:eastAsia="Calibri"/>
                <w:sz w:val="16"/>
              </w:rPr>
              <w:t>Очистить</w:t>
            </w:r>
            <w:proofErr w:type="spellEnd"/>
            <w:r>
              <w:rPr>
                <w:rFonts w:eastAsia="Calibri"/>
                <w:sz w:val="16"/>
              </w:rPr>
              <w:t xml:space="preserve"> </w:t>
            </w:r>
            <w:proofErr w:type="spellStart"/>
            <w:r>
              <w:rPr>
                <w:rFonts w:eastAsia="Calibri"/>
                <w:sz w:val="16"/>
              </w:rPr>
              <w:t>фильтр</w:t>
            </w:r>
            <w:proofErr w:type="spellEnd"/>
            <w:r>
              <w:rPr>
                <w:rFonts w:eastAsia="Calibri"/>
                <w:sz w:val="16"/>
              </w:rPr>
              <w:t xml:space="preserve">; </w:t>
            </w:r>
            <w:proofErr w:type="spellStart"/>
            <w:r>
              <w:rPr>
                <w:rFonts w:eastAsia="Calibri"/>
                <w:sz w:val="16"/>
              </w:rPr>
              <w:t>заменить</w:t>
            </w:r>
            <w:proofErr w:type="spellEnd"/>
            <w:r>
              <w:rPr>
                <w:rFonts w:eastAsia="Calibri"/>
                <w:sz w:val="16"/>
              </w:rPr>
              <w:t xml:space="preserve"> </w:t>
            </w:r>
            <w:proofErr w:type="spellStart"/>
            <w:r>
              <w:rPr>
                <w:rFonts w:eastAsia="Calibri"/>
                <w:sz w:val="16"/>
              </w:rPr>
              <w:t>скребок</w:t>
            </w:r>
            <w:proofErr w:type="spellEnd"/>
          </w:p>
        </w:tc>
      </w:tr>
      <w:tr w:rsidR="00E40292" w14:paraId="297EE4F5" w14:textId="77777777">
        <w:trPr>
          <w:cantSplit/>
        </w:trPr>
        <w:tc>
          <w:tcPr>
            <w:tcW w:w="26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79D2CC6" w14:textId="77777777" w:rsidR="00E40292" w:rsidRDefault="00E13F9B">
            <w:pPr>
              <w:spacing w:after="0" w:line="269" w:lineRule="auto"/>
            </w:pPr>
            <w:r>
              <w:rPr>
                <w:rFonts w:eastAsia="Calibri"/>
                <w:sz w:val="16"/>
              </w:rPr>
              <w:t xml:space="preserve">Пыль выходит </w:t>
            </w:r>
            <w:r>
              <w:rPr>
                <w:rFonts w:eastAsia="Calibri"/>
                <w:sz w:val="16"/>
              </w:rPr>
              <w:t>через вентилятор</w:t>
            </w:r>
          </w:p>
        </w:tc>
        <w:tc>
          <w:tcPr>
            <w:tcW w:w="30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3CB9C37" w14:textId="77777777" w:rsidR="00E40292" w:rsidRDefault="00E13F9B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Фильтр поврежден</w:t>
            </w:r>
          </w:p>
        </w:tc>
        <w:tc>
          <w:tcPr>
            <w:tcW w:w="40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534E697" w14:textId="77777777" w:rsidR="00E40292" w:rsidRDefault="00E13F9B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Заменить фильтр</w:t>
            </w:r>
          </w:p>
        </w:tc>
      </w:tr>
      <w:tr w:rsidR="00E40292" w14:paraId="6318BB01" w14:textId="77777777">
        <w:trPr>
          <w:cantSplit/>
        </w:trPr>
        <w:tc>
          <w:tcPr>
            <w:tcW w:w="26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4224407" w14:textId="77777777" w:rsidR="00E40292" w:rsidRPr="00E13F9B" w:rsidRDefault="00E13F9B">
            <w:pPr>
              <w:spacing w:after="0" w:line="269" w:lineRule="auto"/>
              <w:rPr>
                <w:lang w:val="ru-RU"/>
              </w:rPr>
            </w:pPr>
            <w:r w:rsidRPr="00E13F9B">
              <w:rPr>
                <w:rFonts w:eastAsia="Calibri"/>
                <w:sz w:val="16"/>
                <w:lang w:val="ru-RU"/>
              </w:rPr>
              <w:t>Мусор плохо убирается в центральной части</w:t>
            </w:r>
          </w:p>
        </w:tc>
        <w:tc>
          <w:tcPr>
            <w:tcW w:w="30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1987CC9" w14:textId="77777777" w:rsidR="00E40292" w:rsidRPr="00E13F9B" w:rsidRDefault="00E13F9B">
            <w:pPr>
              <w:spacing w:after="0" w:line="269" w:lineRule="auto"/>
              <w:rPr>
                <w:lang w:val="ru-RU"/>
              </w:rPr>
            </w:pPr>
            <w:r w:rsidRPr="00E13F9B">
              <w:rPr>
                <w:rFonts w:eastAsia="Calibri"/>
                <w:sz w:val="16"/>
                <w:lang w:val="ru-RU"/>
              </w:rPr>
              <w:t>Основная щетка повреждена или изношена</w:t>
            </w:r>
          </w:p>
        </w:tc>
        <w:tc>
          <w:tcPr>
            <w:tcW w:w="404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1F8065B" w14:textId="77777777" w:rsidR="00E40292" w:rsidRDefault="00E13F9B">
            <w:pPr>
              <w:spacing w:after="0" w:line="269" w:lineRule="auto"/>
            </w:pPr>
            <w:proofErr w:type="spellStart"/>
            <w:r>
              <w:rPr>
                <w:rFonts w:eastAsia="Calibri"/>
                <w:sz w:val="16"/>
              </w:rPr>
              <w:t>Заменить</w:t>
            </w:r>
            <w:proofErr w:type="spellEnd"/>
            <w:r>
              <w:rPr>
                <w:rFonts w:eastAsia="Calibri"/>
                <w:sz w:val="16"/>
              </w:rPr>
              <w:t xml:space="preserve"> </w:t>
            </w:r>
            <w:proofErr w:type="spellStart"/>
            <w:r>
              <w:rPr>
                <w:rFonts w:eastAsia="Calibri"/>
                <w:sz w:val="16"/>
              </w:rPr>
              <w:t>основную</w:t>
            </w:r>
            <w:proofErr w:type="spellEnd"/>
            <w:r>
              <w:rPr>
                <w:rFonts w:eastAsia="Calibri"/>
                <w:sz w:val="16"/>
              </w:rPr>
              <w:t xml:space="preserve"> </w:t>
            </w:r>
            <w:proofErr w:type="spellStart"/>
            <w:r>
              <w:rPr>
                <w:rFonts w:eastAsia="Calibri"/>
                <w:sz w:val="16"/>
              </w:rPr>
              <w:t>щетку</w:t>
            </w:r>
            <w:proofErr w:type="spellEnd"/>
          </w:p>
        </w:tc>
      </w:tr>
      <w:tr w:rsidR="00E40292" w14:paraId="650F3EE1" w14:textId="77777777">
        <w:trPr>
          <w:cantSplit/>
        </w:trPr>
        <w:tc>
          <w:tcPr>
            <w:tcW w:w="26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6CB0F6C" w14:textId="77777777" w:rsidR="00E40292" w:rsidRDefault="00E13F9B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Щетка изнашивается слишком быстро</w:t>
            </w:r>
          </w:p>
        </w:tc>
        <w:tc>
          <w:tcPr>
            <w:tcW w:w="30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71B77F3" w14:textId="77777777" w:rsidR="00E40292" w:rsidRPr="00E13F9B" w:rsidRDefault="00E13F9B">
            <w:pPr>
              <w:spacing w:after="0" w:line="269" w:lineRule="auto"/>
              <w:rPr>
                <w:lang w:val="ru-RU"/>
              </w:rPr>
            </w:pPr>
            <w:r w:rsidRPr="00E13F9B">
              <w:rPr>
                <w:rFonts w:eastAsia="Calibri"/>
                <w:sz w:val="16"/>
                <w:lang w:val="ru-RU"/>
              </w:rPr>
              <w:t>Слишком сильное давление на поверхность</w:t>
            </w:r>
          </w:p>
        </w:tc>
        <w:tc>
          <w:tcPr>
            <w:tcW w:w="40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3D59DAF" w14:textId="77777777" w:rsidR="00E40292" w:rsidRDefault="00E13F9B">
            <w:pPr>
              <w:spacing w:after="0" w:line="269" w:lineRule="auto"/>
            </w:pPr>
            <w:proofErr w:type="spellStart"/>
            <w:r>
              <w:rPr>
                <w:rFonts w:eastAsia="Calibri"/>
                <w:sz w:val="16"/>
              </w:rPr>
              <w:t>Уменьшить</w:t>
            </w:r>
            <w:proofErr w:type="spellEnd"/>
            <w:r>
              <w:rPr>
                <w:rFonts w:eastAsia="Calibri"/>
                <w:sz w:val="16"/>
              </w:rPr>
              <w:t xml:space="preserve"> </w:t>
            </w:r>
            <w:proofErr w:type="spellStart"/>
            <w:r>
              <w:rPr>
                <w:rFonts w:eastAsia="Calibri"/>
                <w:sz w:val="16"/>
              </w:rPr>
              <w:t>давление</w:t>
            </w:r>
            <w:proofErr w:type="spellEnd"/>
            <w:r>
              <w:rPr>
                <w:rFonts w:eastAsia="Calibri"/>
                <w:sz w:val="16"/>
              </w:rPr>
              <w:t xml:space="preserve"> </w:t>
            </w:r>
            <w:proofErr w:type="spellStart"/>
            <w:r>
              <w:rPr>
                <w:rFonts w:eastAsia="Calibri"/>
                <w:sz w:val="16"/>
              </w:rPr>
              <w:t>щетки</w:t>
            </w:r>
            <w:proofErr w:type="spellEnd"/>
          </w:p>
        </w:tc>
      </w:tr>
      <w:tr w:rsidR="00E40292" w:rsidRPr="00E13F9B" w14:paraId="54A8752D" w14:textId="77777777">
        <w:trPr>
          <w:cantSplit/>
        </w:trPr>
        <w:tc>
          <w:tcPr>
            <w:tcW w:w="26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4EC24C5" w14:textId="77777777" w:rsidR="00E40292" w:rsidRPr="00E13F9B" w:rsidRDefault="00E13F9B">
            <w:pPr>
              <w:spacing w:after="0" w:line="269" w:lineRule="auto"/>
              <w:rPr>
                <w:lang w:val="ru-RU"/>
              </w:rPr>
            </w:pPr>
            <w:r w:rsidRPr="00E13F9B">
              <w:rPr>
                <w:rFonts w:eastAsia="Calibri"/>
                <w:sz w:val="16"/>
                <w:lang w:val="ru-RU"/>
              </w:rPr>
              <w:t>Основная щетка работает с сильным шумом</w:t>
            </w:r>
          </w:p>
        </w:tc>
        <w:tc>
          <w:tcPr>
            <w:tcW w:w="30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24B43AD" w14:textId="77777777" w:rsidR="00E40292" w:rsidRDefault="00E13F9B">
            <w:pPr>
              <w:spacing w:after="0" w:line="269" w:lineRule="auto"/>
            </w:pPr>
            <w:r>
              <w:rPr>
                <w:rFonts w:eastAsia="Calibri"/>
                <w:sz w:val="16"/>
              </w:rPr>
              <w:t xml:space="preserve">В </w:t>
            </w:r>
            <w:proofErr w:type="spellStart"/>
            <w:r>
              <w:rPr>
                <w:rFonts w:eastAsia="Calibri"/>
                <w:sz w:val="16"/>
              </w:rPr>
              <w:t>щетке</w:t>
            </w:r>
            <w:proofErr w:type="spellEnd"/>
            <w:r>
              <w:rPr>
                <w:rFonts w:eastAsia="Calibri"/>
                <w:sz w:val="16"/>
              </w:rPr>
              <w:t xml:space="preserve"> </w:t>
            </w:r>
            <w:proofErr w:type="spellStart"/>
            <w:r>
              <w:rPr>
                <w:rFonts w:eastAsia="Calibri"/>
                <w:sz w:val="16"/>
              </w:rPr>
              <w:t>запутался</w:t>
            </w:r>
            <w:proofErr w:type="spellEnd"/>
            <w:r>
              <w:rPr>
                <w:rFonts w:eastAsia="Calibri"/>
                <w:sz w:val="16"/>
              </w:rPr>
              <w:t xml:space="preserve"> </w:t>
            </w:r>
            <w:proofErr w:type="spellStart"/>
            <w:r>
              <w:rPr>
                <w:rFonts w:eastAsia="Calibri"/>
                <w:sz w:val="16"/>
              </w:rPr>
              <w:t>мусор</w:t>
            </w:r>
            <w:proofErr w:type="spellEnd"/>
          </w:p>
        </w:tc>
        <w:tc>
          <w:tcPr>
            <w:tcW w:w="404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C7020D5" w14:textId="77777777" w:rsidR="00E40292" w:rsidRPr="00E13F9B" w:rsidRDefault="00E13F9B">
            <w:pPr>
              <w:spacing w:after="0" w:line="269" w:lineRule="auto"/>
              <w:rPr>
                <w:lang w:val="ru-RU"/>
              </w:rPr>
            </w:pPr>
            <w:r w:rsidRPr="00E13F9B">
              <w:rPr>
                <w:rFonts w:eastAsia="Calibri"/>
                <w:sz w:val="16"/>
                <w:lang w:val="ru-RU"/>
              </w:rPr>
              <w:t>Выключить машину и очистить щетку</w:t>
            </w:r>
          </w:p>
        </w:tc>
      </w:tr>
      <w:tr w:rsidR="00E40292" w14:paraId="055BAB17" w14:textId="77777777">
        <w:trPr>
          <w:cantSplit/>
        </w:trPr>
        <w:tc>
          <w:tcPr>
            <w:tcW w:w="26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DA42B78" w14:textId="77777777" w:rsidR="00E40292" w:rsidRDefault="00E13F9B">
            <w:pPr>
              <w:spacing w:after="0" w:line="269" w:lineRule="auto"/>
            </w:pPr>
            <w:proofErr w:type="spellStart"/>
            <w:r>
              <w:rPr>
                <w:rFonts w:eastAsia="Calibri"/>
                <w:sz w:val="16"/>
              </w:rPr>
              <w:t>Основная</w:t>
            </w:r>
            <w:proofErr w:type="spellEnd"/>
            <w:r>
              <w:rPr>
                <w:rFonts w:eastAsia="Calibri"/>
                <w:sz w:val="16"/>
              </w:rPr>
              <w:t xml:space="preserve"> </w:t>
            </w:r>
            <w:proofErr w:type="spellStart"/>
            <w:r>
              <w:rPr>
                <w:rFonts w:eastAsia="Calibri"/>
                <w:sz w:val="16"/>
              </w:rPr>
              <w:t>щетка</w:t>
            </w:r>
            <w:proofErr w:type="spellEnd"/>
            <w:r>
              <w:rPr>
                <w:rFonts w:eastAsia="Calibri"/>
                <w:sz w:val="16"/>
              </w:rPr>
              <w:t xml:space="preserve"> </w:t>
            </w:r>
            <w:proofErr w:type="spellStart"/>
            <w:r>
              <w:rPr>
                <w:rFonts w:eastAsia="Calibri"/>
                <w:sz w:val="16"/>
              </w:rPr>
              <w:t>не</w:t>
            </w:r>
            <w:proofErr w:type="spellEnd"/>
            <w:r>
              <w:rPr>
                <w:rFonts w:eastAsia="Calibri"/>
                <w:sz w:val="16"/>
              </w:rPr>
              <w:t xml:space="preserve"> </w:t>
            </w:r>
            <w:proofErr w:type="spellStart"/>
            <w:r>
              <w:rPr>
                <w:rFonts w:eastAsia="Calibri"/>
                <w:sz w:val="16"/>
              </w:rPr>
              <w:t>вращается</w:t>
            </w:r>
            <w:proofErr w:type="spellEnd"/>
          </w:p>
        </w:tc>
        <w:tc>
          <w:tcPr>
            <w:tcW w:w="30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E24788D" w14:textId="77777777" w:rsidR="00E40292" w:rsidRDefault="00E13F9B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Поврежден приводной ремень</w:t>
            </w:r>
          </w:p>
        </w:tc>
        <w:tc>
          <w:tcPr>
            <w:tcW w:w="40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831B0E2" w14:textId="77777777" w:rsidR="00E40292" w:rsidRDefault="00E13F9B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Заменить приводной ремень</w:t>
            </w:r>
          </w:p>
        </w:tc>
      </w:tr>
      <w:tr w:rsidR="00E40292" w:rsidRPr="00E13F9B" w14:paraId="05BDB6F4" w14:textId="77777777">
        <w:trPr>
          <w:cantSplit/>
        </w:trPr>
        <w:tc>
          <w:tcPr>
            <w:tcW w:w="26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8BF54CB" w14:textId="77777777" w:rsidR="00E40292" w:rsidRPr="00E13F9B" w:rsidRDefault="00E13F9B">
            <w:pPr>
              <w:spacing w:after="0" w:line="269" w:lineRule="auto"/>
              <w:rPr>
                <w:lang w:val="ru-RU"/>
              </w:rPr>
            </w:pPr>
            <w:r w:rsidRPr="00E13F9B">
              <w:rPr>
                <w:rFonts w:eastAsia="Calibri"/>
                <w:sz w:val="16"/>
                <w:lang w:val="ru-RU"/>
              </w:rPr>
              <w:t xml:space="preserve">Машина работает нестабильно или двигатель </w:t>
            </w:r>
            <w:r w:rsidRPr="00E13F9B">
              <w:rPr>
                <w:rFonts w:eastAsia="Calibri"/>
                <w:sz w:val="16"/>
                <w:lang w:val="ru-RU"/>
              </w:rPr>
              <w:t>перегружен</w:t>
            </w:r>
          </w:p>
        </w:tc>
        <w:tc>
          <w:tcPr>
            <w:tcW w:w="30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F24B581" w14:textId="77777777" w:rsidR="00E40292" w:rsidRPr="00E13F9B" w:rsidRDefault="00E13F9B">
            <w:pPr>
              <w:spacing w:after="0" w:line="269" w:lineRule="auto"/>
              <w:rPr>
                <w:lang w:val="ru-RU"/>
              </w:rPr>
            </w:pPr>
            <w:r w:rsidRPr="00E13F9B">
              <w:rPr>
                <w:rFonts w:eastAsia="Calibri"/>
                <w:sz w:val="16"/>
                <w:lang w:val="ru-RU"/>
              </w:rPr>
              <w:t>Щетка заблокирована; подшипник неисправен; чрезмерное давление; неисправность двигателя</w:t>
            </w:r>
          </w:p>
        </w:tc>
        <w:tc>
          <w:tcPr>
            <w:tcW w:w="404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E53F3D3" w14:textId="77777777" w:rsidR="00E40292" w:rsidRPr="00E13F9B" w:rsidRDefault="00E13F9B">
            <w:pPr>
              <w:spacing w:after="0" w:line="269" w:lineRule="auto"/>
              <w:rPr>
                <w:lang w:val="ru-RU"/>
              </w:rPr>
            </w:pPr>
            <w:r w:rsidRPr="00E13F9B">
              <w:rPr>
                <w:rFonts w:eastAsia="Calibri"/>
                <w:sz w:val="16"/>
                <w:lang w:val="ru-RU"/>
              </w:rPr>
              <w:t>Очистить щетку; проверить подшипники и давление; передать двигатель в сервис</w:t>
            </w:r>
          </w:p>
        </w:tc>
      </w:tr>
      <w:tr w:rsidR="00E40292" w:rsidRPr="00E13F9B" w14:paraId="33696E80" w14:textId="77777777">
        <w:trPr>
          <w:cantSplit/>
        </w:trPr>
        <w:tc>
          <w:tcPr>
            <w:tcW w:w="26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A206530" w14:textId="77777777" w:rsidR="00E40292" w:rsidRDefault="00E13F9B">
            <w:pPr>
              <w:spacing w:after="0" w:line="269" w:lineRule="auto"/>
            </w:pPr>
            <w:proofErr w:type="spellStart"/>
            <w:r>
              <w:rPr>
                <w:rFonts w:eastAsia="Calibri"/>
                <w:sz w:val="16"/>
              </w:rPr>
              <w:t>Слишком</w:t>
            </w:r>
            <w:proofErr w:type="spellEnd"/>
            <w:r>
              <w:rPr>
                <w:rFonts w:eastAsia="Calibri"/>
                <w:sz w:val="16"/>
              </w:rPr>
              <w:t xml:space="preserve"> </w:t>
            </w:r>
            <w:proofErr w:type="spellStart"/>
            <w:r>
              <w:rPr>
                <w:rFonts w:eastAsia="Calibri"/>
                <w:sz w:val="16"/>
              </w:rPr>
              <w:t>короткое</w:t>
            </w:r>
            <w:proofErr w:type="spellEnd"/>
            <w:r>
              <w:rPr>
                <w:rFonts w:eastAsia="Calibri"/>
                <w:sz w:val="16"/>
              </w:rPr>
              <w:t xml:space="preserve"> </w:t>
            </w:r>
            <w:proofErr w:type="spellStart"/>
            <w:r>
              <w:rPr>
                <w:rFonts w:eastAsia="Calibri"/>
                <w:sz w:val="16"/>
              </w:rPr>
              <w:t>время</w:t>
            </w:r>
            <w:proofErr w:type="spellEnd"/>
            <w:r>
              <w:rPr>
                <w:rFonts w:eastAsia="Calibri"/>
                <w:sz w:val="16"/>
              </w:rPr>
              <w:t xml:space="preserve"> </w:t>
            </w:r>
            <w:proofErr w:type="spellStart"/>
            <w:r>
              <w:rPr>
                <w:rFonts w:eastAsia="Calibri"/>
                <w:sz w:val="16"/>
              </w:rPr>
              <w:t>работы</w:t>
            </w:r>
            <w:proofErr w:type="spellEnd"/>
          </w:p>
        </w:tc>
        <w:tc>
          <w:tcPr>
            <w:tcW w:w="30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7D6C545" w14:textId="77777777" w:rsidR="00E40292" w:rsidRPr="00E13F9B" w:rsidRDefault="00E13F9B">
            <w:pPr>
              <w:spacing w:after="0" w:line="269" w:lineRule="auto"/>
              <w:rPr>
                <w:lang w:val="ru-RU"/>
              </w:rPr>
            </w:pPr>
            <w:r w:rsidRPr="00E13F9B">
              <w:rPr>
                <w:rFonts w:eastAsia="Calibri"/>
                <w:sz w:val="16"/>
                <w:lang w:val="ru-RU"/>
              </w:rPr>
              <w:t>Недостаточная зарядка; контакты окислены или осла</w:t>
            </w:r>
            <w:r w:rsidRPr="00E13F9B">
              <w:rPr>
                <w:rFonts w:eastAsia="Calibri"/>
                <w:sz w:val="16"/>
                <w:lang w:val="ru-RU"/>
              </w:rPr>
              <w:t>блены; аккумуляторы изношены</w:t>
            </w:r>
          </w:p>
        </w:tc>
        <w:tc>
          <w:tcPr>
            <w:tcW w:w="40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55AB1F1" w14:textId="77777777" w:rsidR="00E40292" w:rsidRPr="00E13F9B" w:rsidRDefault="00E13F9B">
            <w:pPr>
              <w:spacing w:after="0" w:line="269" w:lineRule="auto"/>
              <w:rPr>
                <w:lang w:val="ru-RU"/>
              </w:rPr>
            </w:pPr>
            <w:r w:rsidRPr="00E13F9B">
              <w:rPr>
                <w:rFonts w:eastAsia="Calibri"/>
                <w:sz w:val="16"/>
                <w:lang w:val="ru-RU"/>
              </w:rPr>
              <w:t>Полностью зарядить; очистить и затянуть контакты; проверить аккумуляторы</w:t>
            </w:r>
          </w:p>
        </w:tc>
      </w:tr>
      <w:tr w:rsidR="00E40292" w:rsidRPr="00E13F9B" w14:paraId="7C2C69CF" w14:textId="77777777">
        <w:tblPrEx>
          <w:tblBorders>
            <w:top w:val="single" w:sz="9" w:space="0" w:color="0788B0"/>
            <w:left w:val="single" w:sz="9" w:space="0" w:color="0788B0"/>
            <w:bottom w:val="single" w:sz="9" w:space="0" w:color="0788B0"/>
            <w:right w:val="single" w:sz="9" w:space="0" w:color="0788B0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9648" w:type="dxa"/>
            <w:gridSpan w:val="3"/>
            <w:shd w:val="clear" w:color="auto" w:fill="E8F5F8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6EC0F964" w14:textId="77777777" w:rsidR="00E40292" w:rsidRPr="00E13F9B" w:rsidRDefault="00E13F9B">
            <w:pPr>
              <w:spacing w:after="0" w:line="276" w:lineRule="auto"/>
              <w:rPr>
                <w:lang w:val="ru-RU"/>
              </w:rPr>
            </w:pPr>
            <w:proofErr w:type="gramStart"/>
            <w:r w:rsidRPr="00E13F9B">
              <w:rPr>
                <w:rFonts w:eastAsia="Calibri"/>
                <w:b/>
                <w:color w:val="0788B0"/>
                <w:sz w:val="20"/>
                <w:lang w:val="ru-RU"/>
              </w:rPr>
              <w:t xml:space="preserve">СЕРВИС  </w:t>
            </w:r>
            <w:r w:rsidRPr="00E13F9B">
              <w:rPr>
                <w:rFonts w:eastAsia="Calibri"/>
                <w:sz w:val="21"/>
                <w:lang w:val="ru-RU"/>
              </w:rPr>
              <w:t>После</w:t>
            </w:r>
            <w:proofErr w:type="gramEnd"/>
            <w:r w:rsidRPr="00E13F9B">
              <w:rPr>
                <w:rFonts w:eastAsia="Calibri"/>
                <w:sz w:val="21"/>
                <w:lang w:val="ru-RU"/>
              </w:rPr>
              <w:t xml:space="preserve"> ремонта обязательно выполните пробный запуск на свободной площадке и проверьте работу всех органов управления.</w:t>
            </w:r>
          </w:p>
        </w:tc>
      </w:tr>
    </w:tbl>
    <w:p w14:paraId="4EE42D66" w14:textId="77777777" w:rsidR="00E40292" w:rsidRPr="00E13F9B" w:rsidRDefault="00E40292">
      <w:pPr>
        <w:spacing w:after="40" w:line="240" w:lineRule="auto"/>
        <w:rPr>
          <w:lang w:val="ru-RU"/>
        </w:rPr>
      </w:pPr>
    </w:p>
    <w:p w14:paraId="22AE7DFE" w14:textId="77777777" w:rsidR="00E40292" w:rsidRDefault="00E13F9B">
      <w:pPr>
        <w:spacing w:before="160"/>
        <w:jc w:val="center"/>
      </w:pPr>
      <w:r>
        <w:rPr>
          <w:noProof/>
        </w:rPr>
        <w:drawing>
          <wp:inline distT="0" distB="0" distL="0" distR="0" wp14:anchorId="3FCE282F" wp14:editId="62E856E2">
            <wp:extent cx="777240" cy="472247"/>
            <wp:effectExtent l="0" t="0" r="0" b="0"/>
            <wp:docPr id="9" name="Picture 9" descr="Логотип 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or_logo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77240" cy="47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b/>
          <w:color w:val="687783"/>
          <w:sz w:val="19"/>
        </w:rPr>
        <w:t xml:space="preserve">   TOR • </w:t>
      </w:r>
      <w:proofErr w:type="spellStart"/>
      <w:r>
        <w:rPr>
          <w:rFonts w:eastAsia="Calibri"/>
          <w:b/>
          <w:color w:val="687783"/>
          <w:sz w:val="19"/>
        </w:rPr>
        <w:t>профессиональная</w:t>
      </w:r>
      <w:proofErr w:type="spellEnd"/>
      <w:r>
        <w:rPr>
          <w:rFonts w:eastAsia="Calibri"/>
          <w:b/>
          <w:color w:val="687783"/>
          <w:sz w:val="19"/>
        </w:rPr>
        <w:t xml:space="preserve"> уборочная техника</w:t>
      </w:r>
    </w:p>
    <w:sectPr w:rsidR="00E40292" w:rsidSect="00034616">
      <w:headerReference w:type="default" r:id="rId16"/>
      <w:footerReference w:type="default" r:id="rId17"/>
      <w:pgSz w:w="11906" w:h="16838"/>
      <w:pgMar w:top="1020" w:right="1020" w:bottom="1020" w:left="1020" w:header="454" w:footer="51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1FCB24" w14:textId="77777777" w:rsidR="00000000" w:rsidRDefault="00E13F9B">
      <w:pPr>
        <w:spacing w:after="0" w:line="240" w:lineRule="auto"/>
      </w:pPr>
      <w:r>
        <w:separator/>
      </w:r>
    </w:p>
  </w:endnote>
  <w:endnote w:type="continuationSeparator" w:id="0">
    <w:p w14:paraId="6B9CBB35" w14:textId="77777777" w:rsidR="00000000" w:rsidRDefault="00E13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1B5A8" w14:textId="77777777" w:rsidR="00E40292" w:rsidRDefault="00E13F9B">
    <w:pPr>
      <w:pStyle w:val="a6"/>
      <w:jc w:val="center"/>
    </w:pPr>
    <w:r>
      <w:rPr>
        <w:rFonts w:eastAsia="Calibri"/>
        <w:color w:val="687783"/>
        <w:sz w:val="17"/>
      </w:rPr>
      <w:t xml:space="preserve">TOR  •  SJ1000  •  стр. </w:t>
    </w:r>
    <w:r>
      <w:rPr>
        <w:rFonts w:eastAsia="Calibri"/>
        <w:color w:val="687783"/>
        <w:sz w:val="18"/>
      </w:rPr>
      <w:fldChar w:fldCharType="begin"/>
    </w:r>
    <w:r>
      <w:rPr>
        <w:rFonts w:eastAsia="Calibri"/>
        <w:color w:val="687783"/>
        <w:sz w:val="18"/>
      </w:rPr>
      <w:instrText>PAGE</w:instrText>
    </w:r>
    <w:r>
      <w:rPr>
        <w:rFonts w:eastAsia="Calibri"/>
        <w:color w:val="687783"/>
        <w:sz w:val="18"/>
      </w:rPr>
      <w:fldChar w:fldCharType="separate"/>
    </w:r>
    <w:r>
      <w:rPr>
        <w:rFonts w:eastAsia="Calibri"/>
        <w:color w:val="687783"/>
        <w:sz w:val="18"/>
      </w:rPr>
      <w:t>1</w:t>
    </w:r>
    <w:r>
      <w:rPr>
        <w:rFonts w:eastAsia="Calibri"/>
        <w:color w:val="687783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A04B5" w14:textId="77777777" w:rsidR="00000000" w:rsidRDefault="00E13F9B">
      <w:pPr>
        <w:spacing w:after="0" w:line="240" w:lineRule="auto"/>
      </w:pPr>
      <w:r>
        <w:separator/>
      </w:r>
    </w:p>
  </w:footnote>
  <w:footnote w:type="continuationSeparator" w:id="0">
    <w:p w14:paraId="4D08108F" w14:textId="77777777" w:rsidR="00000000" w:rsidRDefault="00E13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79F3D" w14:textId="77777777" w:rsidR="00E40292" w:rsidRDefault="00E13F9B">
    <w:pPr>
      <w:pStyle w:val="a4"/>
      <w:tabs>
        <w:tab w:val="right" w:pos="9865"/>
      </w:tabs>
    </w:pPr>
    <w:r>
      <w:rPr>
        <w:rFonts w:eastAsia="Calibri"/>
        <w:b/>
        <w:color w:val="0788B0"/>
        <w:sz w:val="17"/>
      </w:rPr>
      <w:t>TOR  •  SJ1000</w:t>
    </w:r>
    <w:r>
      <w:rPr>
        <w:rFonts w:eastAsia="Calibri"/>
        <w:b/>
        <w:color w:val="687783"/>
        <w:sz w:val="17"/>
      </w:rPr>
      <w:tab/>
      <w:t>РУКОВОДСТВО ПО ЭКСПЛУАТАЦИИ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10341EE"/>
    <w:multiLevelType w:val="singleLevel"/>
    <w:tmpl w:val="17AA480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1"/>
      </w:pPr>
      <w:rPr>
        <w:rFonts w:ascii="Calibri" w:hAnsi="Calibri"/>
        <w:color w:val="0788B0"/>
      </w:rPr>
    </w:lvl>
  </w:abstractNum>
  <w:abstractNum w:abstractNumId="10" w15:restartNumberingAfterBreak="0">
    <w:nsid w:val="5A356E28"/>
    <w:multiLevelType w:val="singleLevel"/>
    <w:tmpl w:val="730AE8C6"/>
    <w:lvl w:ilvl="0">
      <w:start w:val="1"/>
      <w:numFmt w:val="bullet"/>
      <w:lvlText w:val="•"/>
      <w:lvlJc w:val="left"/>
      <w:pPr>
        <w:tabs>
          <w:tab w:val="num" w:pos="540"/>
        </w:tabs>
        <w:ind w:left="540" w:hanging="271"/>
      </w:pPr>
      <w:rPr>
        <w:rFonts w:ascii="Calibri" w:hAnsi="Calibri"/>
        <w:color w:val="0788B0"/>
      </w:rPr>
    </w:lvl>
  </w:abstractNum>
  <w:abstractNum w:abstractNumId="11" w15:restartNumberingAfterBreak="0">
    <w:nsid w:val="737A5649"/>
    <w:multiLevelType w:val="singleLevel"/>
    <w:tmpl w:val="F33039A2"/>
    <w:lvl w:ilvl="0">
      <w:start w:val="1"/>
      <w:numFmt w:val="decimal"/>
      <w:pStyle w:val="a"/>
      <w:lvlText w:val="%1."/>
      <w:lvlJc w:val="left"/>
      <w:pPr>
        <w:tabs>
          <w:tab w:val="num" w:pos="540"/>
        </w:tabs>
        <w:ind w:left="540" w:hanging="271"/>
      </w:pPr>
      <w:rPr>
        <w:rFonts w:ascii="Calibri" w:hAnsi="Calibri"/>
        <w:color w:val="0788B0"/>
      </w:rPr>
    </w:lvl>
  </w:abstractNum>
  <w:num w:numId="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E13F9B"/>
    <w:rsid w:val="00E4029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FC850E"/>
  <w14:defaultImageDpi w14:val="300"/>
  <w15:docId w15:val="{0A7FF7BF-4556-415F-8ED5-8B01B56F6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C693F"/>
    <w:pPr>
      <w:spacing w:after="120" w:line="300" w:lineRule="auto"/>
    </w:pPr>
    <w:rPr>
      <w:rFonts w:ascii="Calibri" w:hAnsi="Calibri"/>
      <w:color w:val="24313A"/>
    </w:rPr>
  </w:style>
  <w:style w:type="paragraph" w:styleId="1">
    <w:name w:val="heading 1"/>
    <w:basedOn w:val="a0"/>
    <w:next w:val="a0"/>
    <w:link w:val="10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/>
      <w:b/>
      <w:bCs/>
      <w:color w:val="0788B0"/>
      <w:sz w:val="32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/>
      <w:b/>
      <w:bCs/>
      <w:color w:val="006882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/>
      <w:b/>
      <w:bCs/>
      <w:color w:val="123B52"/>
      <w:sz w:val="24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E618BF"/>
  </w:style>
  <w:style w:type="paragraph" w:styleId="a6">
    <w:name w:val="footer"/>
    <w:basedOn w:val="a0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E618BF"/>
  </w:style>
  <w:style w:type="paragraph" w:styleId="a8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1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Title"/>
    <w:basedOn w:val="a0"/>
    <w:next w:val="a0"/>
    <w:link w:val="a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Заголовок Знак"/>
    <w:basedOn w:val="a1"/>
    <w:link w:val="a9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0"/>
    <w:next w:val="a0"/>
    <w:link w:val="ac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оловок Знак"/>
    <w:basedOn w:val="a1"/>
    <w:link w:val="ab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0"/>
    <w:uiPriority w:val="34"/>
    <w:qFormat/>
    <w:rsid w:val="00FC693F"/>
    <w:pPr>
      <w:ind w:left="720"/>
      <w:contextualSpacing/>
    </w:pPr>
  </w:style>
  <w:style w:type="paragraph" w:styleId="ae">
    <w:name w:val="Body Text"/>
    <w:basedOn w:val="a0"/>
    <w:link w:val="af"/>
    <w:uiPriority w:val="99"/>
    <w:unhideWhenUsed/>
    <w:rsid w:val="00AA1D8D"/>
  </w:style>
  <w:style w:type="character" w:customStyle="1" w:styleId="af">
    <w:name w:val="Основной текст Знак"/>
    <w:basedOn w:val="a1"/>
    <w:link w:val="ae"/>
    <w:uiPriority w:val="99"/>
    <w:rsid w:val="00AA1D8D"/>
  </w:style>
  <w:style w:type="paragraph" w:styleId="21">
    <w:name w:val="Body Text 2"/>
    <w:basedOn w:val="a0"/>
    <w:link w:val="22"/>
    <w:uiPriority w:val="99"/>
    <w:unhideWhenUsed/>
    <w:rsid w:val="00AA1D8D"/>
    <w:pPr>
      <w:spacing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AA1D8D"/>
  </w:style>
  <w:style w:type="paragraph" w:styleId="31">
    <w:name w:val="Body Text 3"/>
    <w:basedOn w:val="a0"/>
    <w:link w:val="32"/>
    <w:uiPriority w:val="99"/>
    <w:unhideWhenUsed/>
    <w:rsid w:val="00AA1D8D"/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rsid w:val="00AA1D8D"/>
    <w:rPr>
      <w:sz w:val="16"/>
      <w:szCs w:val="16"/>
    </w:rPr>
  </w:style>
  <w:style w:type="paragraph" w:styleId="af0">
    <w:name w:val="List"/>
    <w:basedOn w:val="a0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0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0"/>
    <w:uiPriority w:val="99"/>
    <w:unhideWhenUsed/>
    <w:rsid w:val="00326F90"/>
    <w:pPr>
      <w:ind w:left="1080" w:hanging="360"/>
      <w:contextualSpacing/>
    </w:pPr>
  </w:style>
  <w:style w:type="paragraph" w:styleId="a">
    <w:name w:val="List Bullet"/>
    <w:basedOn w:val="a0"/>
    <w:uiPriority w:val="99"/>
    <w:unhideWhenUsed/>
    <w:rsid w:val="00326F90"/>
    <w:pPr>
      <w:numPr>
        <w:numId w:val="1"/>
      </w:numPr>
      <w:contextualSpacing/>
    </w:pPr>
  </w:style>
  <w:style w:type="paragraph" w:styleId="24">
    <w:name w:val="List Bullet 2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34">
    <w:name w:val="List Bullet 3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af1">
    <w:name w:val="List Number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25">
    <w:name w:val="List Number 2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35">
    <w:name w:val="List Number 3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af2">
    <w:name w:val="List Continue"/>
    <w:basedOn w:val="a0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0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0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1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0"/>
    <w:next w:val="a0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1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1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0"/>
    <w:next w:val="a0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1"/>
    <w:uiPriority w:val="22"/>
    <w:qFormat/>
    <w:rsid w:val="00FC693F"/>
    <w:rPr>
      <w:b/>
      <w:bCs/>
    </w:rPr>
  </w:style>
  <w:style w:type="character" w:styleId="af7">
    <w:name w:val="Emphasis"/>
    <w:basedOn w:val="a1"/>
    <w:uiPriority w:val="20"/>
    <w:qFormat/>
    <w:rsid w:val="00FC693F"/>
    <w:rPr>
      <w:i/>
      <w:iCs/>
    </w:rPr>
  </w:style>
  <w:style w:type="paragraph" w:styleId="af8">
    <w:name w:val="Intense Quote"/>
    <w:basedOn w:val="a0"/>
    <w:next w:val="a0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1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1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1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1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1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1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0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2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2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2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2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2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2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2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2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gureCaption">
    <w:name w:val="Figure Caption"/>
    <w:pPr>
      <w:spacing w:before="40" w:after="160"/>
      <w:jc w:val="center"/>
    </w:pPr>
    <w:rPr>
      <w:rFonts w:ascii="Calibri" w:hAnsi="Calibri"/>
      <w:i/>
      <w:color w:val="687783"/>
      <w:sz w:val="18"/>
    </w:rPr>
  </w:style>
  <w:style w:type="paragraph" w:customStyle="1" w:styleId="StepTitle">
    <w:name w:val="Step Title"/>
    <w:pPr>
      <w:keepNext/>
      <w:spacing w:before="140" w:after="80"/>
    </w:pPr>
    <w:rPr>
      <w:rFonts w:ascii="Calibri" w:hAnsi="Calibri"/>
      <w:b/>
      <w:color w:val="123B5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1190</Words>
  <Characters>6785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7960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TOR SJ1000 — руководство по эксплуатации</dc:title>
  <dc:subject>Безопасность, эксплуатация и техническое обслуживание аккумуляторной подметальной машины</dc:subject>
  <dc:creator>python-docx</dc:creator>
  <cp:keywords>TOR, SJ1000, подметальная машина, руководство</cp:keywords>
  <dc:description>Фирменное русское руководство TOR</dc:description>
  <cp:lastModifiedBy>Александр Анненков</cp:lastModifiedBy>
  <cp:revision>2</cp:revision>
  <dcterms:created xsi:type="dcterms:W3CDTF">2013-12-23T23:15:00Z</dcterms:created>
  <dcterms:modified xsi:type="dcterms:W3CDTF">2026-08-24T13:41:00Z</dcterms:modified>
  <cp:category/>
</cp:coreProperties>
</file>