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F0000"/>
        <w:tblLook w:val="04A0" w:firstRow="1" w:lastRow="0" w:firstColumn="1" w:lastColumn="0" w:noHBand="0" w:noVBand="1"/>
      </w:tblPr>
      <w:tblGrid>
        <w:gridCol w:w="10206"/>
      </w:tblGrid>
      <w:tr w:rsidR="00665EC0" w14:paraId="22576D51" w14:textId="77777777" w:rsidTr="003A273C">
        <w:tc>
          <w:tcPr>
            <w:tcW w:w="10206" w:type="dxa"/>
            <w:shd w:val="clear" w:color="auto" w:fill="FF0000"/>
          </w:tcPr>
          <w:p w14:paraId="17A4A4EA" w14:textId="77777777" w:rsidR="00665EC0" w:rsidRDefault="00665EC0">
            <w:pPr>
              <w:spacing w:after="0"/>
            </w:pPr>
          </w:p>
        </w:tc>
      </w:tr>
    </w:tbl>
    <w:p w14:paraId="0F097AC5" w14:textId="0AECB604" w:rsidR="00665EC0" w:rsidRDefault="003A273C">
      <w:pPr>
        <w:spacing w:before="240"/>
        <w:jc w:val="center"/>
      </w:pPr>
      <w:r>
        <w:rPr>
          <w:noProof/>
        </w:rPr>
        <w:drawing>
          <wp:inline distT="0" distB="0" distL="0" distR="0" wp14:anchorId="360F80BC" wp14:editId="0BCA7881">
            <wp:extent cx="1874519" cy="1375368"/>
            <wp:effectExtent l="0" t="0" r="0" b="0"/>
            <wp:docPr id="1" name="Picture 1" descr="Иллюстрация к руководству TOR K-1525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r_logo_sourc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4519" cy="137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78FD6" w14:textId="77777777" w:rsidR="00665EC0" w:rsidRDefault="009F0172">
      <w:pPr>
        <w:spacing w:before="200" w:after="40"/>
        <w:jc w:val="center"/>
      </w:pPr>
      <w:r>
        <w:rPr>
          <w:b/>
          <w:color w:val="666A70"/>
          <w:sz w:val="26"/>
        </w:rPr>
        <w:t>АППАРАТ ВЫСОКОГО ДАВЛЕНИЯ</w:t>
      </w:r>
    </w:p>
    <w:p w14:paraId="1215EE65" w14:textId="77777777" w:rsidR="00665EC0" w:rsidRDefault="009F0172">
      <w:pPr>
        <w:spacing w:after="160"/>
        <w:jc w:val="center"/>
      </w:pPr>
      <w:r>
        <w:rPr>
          <w:b/>
          <w:color w:val="252525"/>
          <w:sz w:val="56"/>
        </w:rPr>
        <w:t>BT‑2900V</w:t>
      </w:r>
    </w:p>
    <w:p w14:paraId="6E6750A9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5B4BC5CA" wp14:editId="04EFADFA">
            <wp:extent cx="4500000" cy="47161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f147fa-0ca3-416a-b26a-cf846938230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71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E5789" w14:textId="77777777" w:rsidR="00665EC0" w:rsidRDefault="009F0172">
      <w:r>
        <w:br w:type="page"/>
      </w:r>
    </w:p>
    <w:p w14:paraId="4BC0EB3A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lastRenderedPageBreak/>
        <w:t>РАЗДЕЛ 1 • ОБЩИЕ СВЕДЕНИЯ</w:t>
      </w:r>
    </w:p>
    <w:p w14:paraId="430CDC59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>Назначение и содержание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665EC0" w:rsidRPr="003A273C" w14:paraId="1DB75B9C" w14:textId="77777777">
        <w:tc>
          <w:tcPr>
            <w:tcW w:w="10206" w:type="dxa"/>
            <w:shd w:val="clear" w:color="auto" w:fill="ED1C24"/>
          </w:tcPr>
          <w:p w14:paraId="5F6E18B9" w14:textId="77777777" w:rsidR="00665EC0" w:rsidRPr="003A273C" w:rsidRDefault="00665EC0">
            <w:pPr>
              <w:rPr>
                <w:lang w:val="ru-RU"/>
              </w:rPr>
            </w:pPr>
          </w:p>
        </w:tc>
      </w:tr>
    </w:tbl>
    <w:p w14:paraId="1E422074" w14:textId="77777777" w:rsidR="00665EC0" w:rsidRPr="003A273C" w:rsidRDefault="009F0172">
      <w:pPr>
        <w:rPr>
          <w:lang w:val="ru-RU"/>
        </w:rPr>
      </w:pPr>
      <w:r>
        <w:rPr>
          <w:b/>
          <w:color w:val="252525"/>
        </w:rPr>
        <w:t>TOR</w:t>
      </w:r>
      <w:r w:rsidRPr="003A273C">
        <w:rPr>
          <w:b/>
          <w:color w:val="252525"/>
          <w:lang w:val="ru-RU"/>
        </w:rPr>
        <w:t xml:space="preserve"> </w:t>
      </w:r>
      <w:r>
        <w:rPr>
          <w:b/>
          <w:color w:val="252525"/>
        </w:rPr>
        <w:t>BT</w:t>
      </w:r>
      <w:r w:rsidRPr="003A273C">
        <w:rPr>
          <w:b/>
          <w:color w:val="252525"/>
          <w:lang w:val="ru-RU"/>
        </w:rPr>
        <w:t>‑</w:t>
      </w:r>
      <w:r w:rsidRPr="003A273C">
        <w:rPr>
          <w:b/>
          <w:color w:val="252525"/>
          <w:lang w:val="ru-RU"/>
        </w:rPr>
        <w:t>2900</w:t>
      </w:r>
      <w:r>
        <w:rPr>
          <w:b/>
          <w:color w:val="252525"/>
        </w:rPr>
        <w:t>V</w:t>
      </w:r>
      <w:r w:rsidRPr="003A273C">
        <w:rPr>
          <w:b/>
          <w:color w:val="252525"/>
          <w:lang w:val="ru-RU"/>
        </w:rPr>
        <w:t xml:space="preserve"> — мобильный бензиновый аппарат высокого давления для очистки техники, твёрдых покрытий, фасадных элементов и оборудования холодной водой.</w:t>
      </w:r>
    </w:p>
    <w:tbl>
      <w:tblPr>
        <w:tblW w:w="0" w:type="auto"/>
        <w:jc w:val="center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3119"/>
        <w:gridCol w:w="5103"/>
        <w:gridCol w:w="59"/>
      </w:tblGrid>
      <w:tr w:rsidR="00665EC0" w14:paraId="6284540A" w14:textId="77777777">
        <w:trPr>
          <w:tblHeader/>
          <w:jc w:val="center"/>
        </w:trPr>
        <w:tc>
          <w:tcPr>
            <w:tcW w:w="198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3BF21" w14:textId="77777777" w:rsidR="00665EC0" w:rsidRDefault="009F017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Раздел</w:t>
            </w:r>
            <w:proofErr w:type="spellEnd"/>
          </w:p>
        </w:tc>
        <w:tc>
          <w:tcPr>
            <w:tcW w:w="8221" w:type="dxa"/>
            <w:gridSpan w:val="3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284FA5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Содержание</w:t>
            </w:r>
          </w:p>
        </w:tc>
      </w:tr>
      <w:tr w:rsidR="00665EC0" w14:paraId="18AA5166" w14:textId="77777777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9017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1–3</w:t>
            </w:r>
          </w:p>
        </w:tc>
        <w:tc>
          <w:tcPr>
            <w:tcW w:w="8221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8FE8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Назначение, комплект поставки, характеристики</w:t>
            </w:r>
          </w:p>
        </w:tc>
      </w:tr>
      <w:tr w:rsidR="00665EC0" w14:paraId="03814D1F" w14:textId="77777777">
        <w:trPr>
          <w:cantSplit/>
          <w:jc w:val="center"/>
        </w:trPr>
        <w:tc>
          <w:tcPr>
            <w:tcW w:w="198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1784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4</w:t>
            </w:r>
          </w:p>
        </w:tc>
        <w:tc>
          <w:tcPr>
            <w:tcW w:w="8221" w:type="dxa"/>
            <w:gridSpan w:val="3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709E9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Безопасность</w:t>
            </w:r>
          </w:p>
        </w:tc>
      </w:tr>
      <w:tr w:rsidR="00665EC0" w14:paraId="464C047B" w14:textId="77777777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8433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5–7</w:t>
            </w:r>
          </w:p>
        </w:tc>
        <w:tc>
          <w:tcPr>
            <w:tcW w:w="8221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B6EA6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Устройство, подготовка и эксплуатация</w:t>
            </w:r>
          </w:p>
        </w:tc>
      </w:tr>
      <w:tr w:rsidR="00665EC0" w:rsidRPr="003A273C" w14:paraId="00BDB935" w14:textId="77777777">
        <w:trPr>
          <w:cantSplit/>
          <w:jc w:val="center"/>
        </w:trPr>
        <w:tc>
          <w:tcPr>
            <w:tcW w:w="198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4B4F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8–10</w:t>
            </w:r>
          </w:p>
        </w:tc>
        <w:tc>
          <w:tcPr>
            <w:tcW w:w="8221" w:type="dxa"/>
            <w:gridSpan w:val="3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EDF6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Моющие средства, остановка, обслуживание и хранение</w:t>
            </w:r>
          </w:p>
        </w:tc>
      </w:tr>
      <w:tr w:rsidR="00665EC0" w14:paraId="6B48DB36" w14:textId="77777777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6D59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11</w:t>
            </w:r>
          </w:p>
        </w:tc>
        <w:tc>
          <w:tcPr>
            <w:tcW w:w="8221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D93B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Диагностика</w:t>
            </w:r>
          </w:p>
        </w:tc>
      </w:tr>
      <w:tr w:rsidR="00665EC0" w:rsidRPr="003A273C" w14:paraId="0CB0E235" w14:textId="77777777">
        <w:trPr>
          <w:cantSplit/>
          <w:jc w:val="center"/>
        </w:trPr>
        <w:tc>
          <w:tcPr>
            <w:tcW w:w="198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E953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12–13</w:t>
            </w:r>
          </w:p>
        </w:tc>
        <w:tc>
          <w:tcPr>
            <w:tcW w:w="8221" w:type="dxa"/>
            <w:gridSpan w:val="3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08666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Заводские взрыв‑схемы и каталоги деталей</w:t>
            </w:r>
          </w:p>
        </w:tc>
      </w:tr>
      <w:tr w:rsidR="00665EC0" w14:paraId="2C4BEE29" w14:textId="77777777">
        <w:tblPrEx>
          <w:jc w:val="left"/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59" w:type="dxa"/>
        </w:trPr>
        <w:tc>
          <w:tcPr>
            <w:tcW w:w="10206" w:type="dxa"/>
            <w:gridSpan w:val="3"/>
            <w:shd w:val="clear" w:color="auto" w:fill="FCE8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8E2B523" w14:textId="77777777" w:rsidR="00665EC0" w:rsidRDefault="009F0172">
            <w:pPr>
              <w:spacing w:after="0"/>
            </w:pPr>
            <w:proofErr w:type="gramStart"/>
            <w:r w:rsidRPr="003A273C">
              <w:rPr>
                <w:b/>
                <w:color w:val="ED1C24"/>
                <w:lang w:val="ru-RU"/>
              </w:rPr>
              <w:t xml:space="preserve">ВАЖНО  </w:t>
            </w:r>
            <w:r w:rsidRPr="003A273C">
              <w:rPr>
                <w:color w:val="252525"/>
                <w:lang w:val="ru-RU"/>
              </w:rPr>
              <w:t>Перед</w:t>
            </w:r>
            <w:proofErr w:type="gramEnd"/>
            <w:r w:rsidRPr="003A273C">
              <w:rPr>
                <w:color w:val="252525"/>
                <w:lang w:val="ru-RU"/>
              </w:rPr>
              <w:t xml:space="preserve"> первым запуском полностью прочитайте руководство двигателя и настоящее руководство. </w:t>
            </w:r>
            <w:proofErr w:type="spellStart"/>
            <w:r>
              <w:rPr>
                <w:color w:val="252525"/>
              </w:rPr>
              <w:t>Аппарат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предназначен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только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для</w:t>
            </w:r>
            <w:proofErr w:type="spellEnd"/>
            <w:r>
              <w:rPr>
                <w:color w:val="252525"/>
              </w:rPr>
              <w:t xml:space="preserve"> работы на открытом воздухе.</w:t>
            </w:r>
          </w:p>
        </w:tc>
      </w:tr>
      <w:tr w:rsidR="00665EC0" w:rsidRPr="003A273C" w14:paraId="2F850742" w14:textId="77777777">
        <w:tblPrEx>
          <w:jc w:val="left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17" w:type="dxa"/>
        </w:trPr>
        <w:tc>
          <w:tcPr>
            <w:tcW w:w="5103" w:type="dxa"/>
            <w:gridSpan w:val="2"/>
          </w:tcPr>
          <w:p w14:paraId="77FC6AD7" w14:textId="77777777" w:rsidR="00665EC0" w:rsidRDefault="009F017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F21041" wp14:editId="566695E8">
                  <wp:extent cx="2988000" cy="313155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6f147fa-0ca3-416a-b26a-cf84693823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313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9BB30B" w14:textId="77777777" w:rsidR="00665EC0" w:rsidRDefault="009F0172">
            <w:pPr>
              <w:jc w:val="center"/>
            </w:pPr>
            <w:r>
              <w:rPr>
                <w:i/>
                <w:color w:val="666A70"/>
                <w:sz w:val="14"/>
              </w:rPr>
              <w:t>Общий вид BT‑2900V</w:t>
            </w:r>
          </w:p>
        </w:tc>
        <w:tc>
          <w:tcPr>
            <w:tcW w:w="5103" w:type="dxa"/>
          </w:tcPr>
          <w:p w14:paraId="55306711" w14:textId="77777777" w:rsidR="00665EC0" w:rsidRDefault="009F017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91CEB5" wp14:editId="4CB3BF09">
                  <wp:extent cx="2988000" cy="320225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1a2808-ef3a-4264-9fc9-5b0638f8e5a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3202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EEC840" w14:textId="77777777" w:rsidR="00665EC0" w:rsidRPr="003A273C" w:rsidRDefault="009F0172">
            <w:pPr>
              <w:jc w:val="center"/>
              <w:rPr>
                <w:lang w:val="ru-RU"/>
              </w:rPr>
            </w:pPr>
            <w:r w:rsidRPr="003A273C">
              <w:rPr>
                <w:i/>
                <w:color w:val="666A70"/>
                <w:sz w:val="14"/>
                <w:lang w:val="ru-RU"/>
              </w:rPr>
              <w:t>Вид со стороны двигателя и насоса</w:t>
            </w:r>
          </w:p>
        </w:tc>
      </w:tr>
    </w:tbl>
    <w:p w14:paraId="1D7437CF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0E8DC8F5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2 • КОМПЛЕКТАЦИЯ</w:t>
      </w:r>
    </w:p>
    <w:p w14:paraId="706320CA" w14:textId="77777777" w:rsidR="00665EC0" w:rsidRDefault="009F0172">
      <w:pPr>
        <w:pStyle w:val="1"/>
      </w:pPr>
      <w:r>
        <w:t>Комплект поставки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665EC0" w14:paraId="2F90DFA4" w14:textId="77777777">
        <w:tc>
          <w:tcPr>
            <w:tcW w:w="10206" w:type="dxa"/>
            <w:shd w:val="clear" w:color="auto" w:fill="ED1C24"/>
          </w:tcPr>
          <w:p w14:paraId="25EDD1A8" w14:textId="77777777" w:rsidR="00665EC0" w:rsidRDefault="00665EC0"/>
        </w:tc>
      </w:tr>
    </w:tbl>
    <w:p w14:paraId="63E0669A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26B48879" wp14:editId="76E45961">
            <wp:extent cx="6048000" cy="385653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52ce2b7-80ca-42cc-b18f-4f59ff1d19f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85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CFB7C" w14:textId="77777777" w:rsidR="00665EC0" w:rsidRDefault="009F0172">
      <w:pPr>
        <w:jc w:val="center"/>
      </w:pPr>
      <w:r>
        <w:rPr>
          <w:i/>
          <w:color w:val="252525"/>
          <w:sz w:val="15"/>
        </w:rPr>
        <w:t>Фактический комплект поставки</w:t>
      </w:r>
    </w:p>
    <w:tbl>
      <w:tblPr>
        <w:tblW w:w="0" w:type="auto"/>
        <w:jc w:val="center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9526"/>
        <w:gridCol w:w="59"/>
      </w:tblGrid>
      <w:tr w:rsidR="00665EC0" w14:paraId="5E5CEDCA" w14:textId="77777777">
        <w:trPr>
          <w:tblHeader/>
          <w:jc w:val="center"/>
        </w:trPr>
        <w:tc>
          <w:tcPr>
            <w:tcW w:w="680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8A035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w="9525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6FB21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Компонент</w:t>
            </w:r>
          </w:p>
        </w:tc>
      </w:tr>
      <w:tr w:rsidR="00665EC0" w:rsidRPr="003A273C" w14:paraId="40D13E76" w14:textId="77777777">
        <w:trPr>
          <w:cantSplit/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B3F3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1</w:t>
            </w:r>
          </w:p>
        </w:tc>
        <w:tc>
          <w:tcPr>
            <w:tcW w:w="952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4085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Аппарат на колёсной раме с бензиновым двигателем и насосом</w:t>
            </w:r>
          </w:p>
        </w:tc>
      </w:tr>
      <w:tr w:rsidR="00665EC0" w14:paraId="06BD2C14" w14:textId="77777777">
        <w:trPr>
          <w:cantSplit/>
          <w:jc w:val="center"/>
        </w:trPr>
        <w:tc>
          <w:tcPr>
            <w:tcW w:w="68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5FF9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2</w:t>
            </w:r>
          </w:p>
        </w:tc>
        <w:tc>
          <w:tcPr>
            <w:tcW w:w="952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3A618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Пистолет высокого давления</w:t>
            </w:r>
          </w:p>
        </w:tc>
      </w:tr>
      <w:tr w:rsidR="00665EC0" w14:paraId="3129B379" w14:textId="77777777">
        <w:trPr>
          <w:cantSplit/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0A42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3</w:t>
            </w:r>
          </w:p>
        </w:tc>
        <w:tc>
          <w:tcPr>
            <w:tcW w:w="952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732E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Копьё и удлинитель</w:t>
            </w:r>
          </w:p>
        </w:tc>
      </w:tr>
      <w:tr w:rsidR="00665EC0" w14:paraId="05326919" w14:textId="77777777">
        <w:trPr>
          <w:cantSplit/>
          <w:jc w:val="center"/>
        </w:trPr>
        <w:tc>
          <w:tcPr>
            <w:tcW w:w="68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6E8B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4</w:t>
            </w:r>
          </w:p>
        </w:tc>
        <w:tc>
          <w:tcPr>
            <w:tcW w:w="952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ACAC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Шланг высокого давления</w:t>
            </w:r>
          </w:p>
        </w:tc>
      </w:tr>
      <w:tr w:rsidR="00665EC0" w14:paraId="5B62D250" w14:textId="77777777">
        <w:trPr>
          <w:cantSplit/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6A31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5</w:t>
            </w:r>
          </w:p>
        </w:tc>
        <w:tc>
          <w:tcPr>
            <w:tcW w:w="952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DBC6B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Всасывающий шланг с фильтром</w:t>
            </w:r>
          </w:p>
        </w:tc>
      </w:tr>
      <w:tr w:rsidR="00665EC0" w:rsidRPr="003A273C" w14:paraId="3DA9880F" w14:textId="77777777">
        <w:trPr>
          <w:cantSplit/>
          <w:jc w:val="center"/>
        </w:trPr>
        <w:tc>
          <w:tcPr>
            <w:tcW w:w="68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B289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6</w:t>
            </w:r>
          </w:p>
        </w:tc>
        <w:tc>
          <w:tcPr>
            <w:tcW w:w="952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22246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 xml:space="preserve">Четыре </w:t>
            </w:r>
            <w:r w:rsidRPr="003A273C">
              <w:rPr>
                <w:color w:val="252525"/>
                <w:sz w:val="17"/>
                <w:lang w:val="ru-RU"/>
              </w:rPr>
              <w:t>форсунки: 0°, 15°, 25° и для моющего средства</w:t>
            </w:r>
          </w:p>
        </w:tc>
      </w:tr>
      <w:tr w:rsidR="00665EC0" w14:paraId="5EE64A6D" w14:textId="77777777">
        <w:trPr>
          <w:cantSplit/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57CD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7</w:t>
            </w:r>
          </w:p>
        </w:tc>
        <w:tc>
          <w:tcPr>
            <w:tcW w:w="952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42D3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Фильтр воды и переходники</w:t>
            </w:r>
          </w:p>
        </w:tc>
      </w:tr>
      <w:tr w:rsidR="00665EC0" w14:paraId="37B19309" w14:textId="77777777">
        <w:trPr>
          <w:cantSplit/>
          <w:jc w:val="center"/>
        </w:trPr>
        <w:tc>
          <w:tcPr>
            <w:tcW w:w="68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C2161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8</w:t>
            </w:r>
          </w:p>
        </w:tc>
        <w:tc>
          <w:tcPr>
            <w:tcW w:w="952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D5FF5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Воронка и комплект крепежа</w:t>
            </w:r>
          </w:p>
        </w:tc>
      </w:tr>
      <w:tr w:rsidR="00665EC0" w14:paraId="07BCC404" w14:textId="77777777">
        <w:tblPrEx>
          <w:jc w:val="left"/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59" w:type="dxa"/>
        </w:trPr>
        <w:tc>
          <w:tcPr>
            <w:tcW w:w="10206" w:type="dxa"/>
            <w:gridSpan w:val="2"/>
            <w:shd w:val="clear" w:color="auto" w:fill="EAF4F8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2627F5C" w14:textId="77777777" w:rsidR="00665EC0" w:rsidRDefault="009F0172">
            <w:pPr>
              <w:spacing w:after="0"/>
            </w:pPr>
            <w:proofErr w:type="gramStart"/>
            <w:r w:rsidRPr="003A273C">
              <w:rPr>
                <w:b/>
                <w:color w:val="252525"/>
                <w:lang w:val="ru-RU"/>
              </w:rPr>
              <w:t xml:space="preserve">ПРОВЕРКА  </w:t>
            </w:r>
            <w:r w:rsidRPr="003A273C">
              <w:rPr>
                <w:color w:val="252525"/>
                <w:lang w:val="ru-RU"/>
              </w:rPr>
              <w:t>До</w:t>
            </w:r>
            <w:proofErr w:type="gramEnd"/>
            <w:r w:rsidRPr="003A273C">
              <w:rPr>
                <w:color w:val="252525"/>
                <w:lang w:val="ru-RU"/>
              </w:rPr>
              <w:t xml:space="preserve"> сборки проверьте комплектность и отсутствие транспортных повреждений. </w:t>
            </w:r>
            <w:proofErr w:type="spellStart"/>
            <w:r>
              <w:rPr>
                <w:color w:val="252525"/>
              </w:rPr>
              <w:t>Не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запускайте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аппарат</w:t>
            </w:r>
            <w:proofErr w:type="spellEnd"/>
            <w:r>
              <w:rPr>
                <w:color w:val="252525"/>
              </w:rPr>
              <w:t xml:space="preserve"> с повреждённым шлангом или фитингом.</w:t>
            </w:r>
          </w:p>
        </w:tc>
      </w:tr>
    </w:tbl>
    <w:p w14:paraId="6FB88DE4" w14:textId="77777777" w:rsidR="00665EC0" w:rsidRDefault="009F0172">
      <w:r>
        <w:br w:type="page"/>
      </w:r>
    </w:p>
    <w:p w14:paraId="162845C3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3 • ПАСПОРТНЫЕ ДАННЫЕ</w:t>
      </w:r>
    </w:p>
    <w:p w14:paraId="22090CE7" w14:textId="77777777" w:rsidR="00665EC0" w:rsidRDefault="009F0172">
      <w:pPr>
        <w:pStyle w:val="1"/>
      </w:pPr>
      <w:r>
        <w:t>Технические характеристики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572"/>
        <w:gridCol w:w="6634"/>
        <w:gridCol w:w="59"/>
      </w:tblGrid>
      <w:tr w:rsidR="00665EC0" w14:paraId="5F8D47BA" w14:textId="77777777">
        <w:trPr>
          <w:gridAfter w:val="1"/>
          <w:wAfter w:w="17" w:type="dxa"/>
        </w:trPr>
        <w:tc>
          <w:tcPr>
            <w:tcW w:w="10206" w:type="dxa"/>
            <w:gridSpan w:val="2"/>
            <w:shd w:val="clear" w:color="auto" w:fill="ED1C24"/>
          </w:tcPr>
          <w:p w14:paraId="5040C332" w14:textId="77777777" w:rsidR="00665EC0" w:rsidRDefault="00665EC0"/>
        </w:tc>
      </w:tr>
      <w:tr w:rsidR="00665EC0" w14:paraId="0ADA518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3572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05A05B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Параметр</w:t>
            </w:r>
          </w:p>
        </w:tc>
        <w:tc>
          <w:tcPr>
            <w:tcW w:w="6633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E5B194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Значение</w:t>
            </w:r>
          </w:p>
        </w:tc>
      </w:tr>
      <w:tr w:rsidR="00665EC0" w14:paraId="1712225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6B548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Модель</w:t>
            </w:r>
          </w:p>
        </w:tc>
        <w:tc>
          <w:tcPr>
            <w:tcW w:w="663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5740F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TOR BT‑2900V</w:t>
            </w:r>
          </w:p>
        </w:tc>
      </w:tr>
      <w:tr w:rsidR="00665EC0" w14:paraId="6217750C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B401D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Тип привода</w:t>
            </w:r>
          </w:p>
        </w:tc>
        <w:tc>
          <w:tcPr>
            <w:tcW w:w="663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76557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Бензиновый, четырёхтактный</w:t>
            </w:r>
          </w:p>
        </w:tc>
      </w:tr>
      <w:tr w:rsidR="00665EC0" w14:paraId="78AAECDD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24146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Мощность двигателя</w:t>
            </w:r>
          </w:p>
        </w:tc>
        <w:tc>
          <w:tcPr>
            <w:tcW w:w="663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EF432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7,5 л. с.</w:t>
            </w:r>
          </w:p>
        </w:tc>
      </w:tr>
      <w:tr w:rsidR="00665EC0" w14:paraId="6D00A6A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DDE29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Номинальная частота вращения</w:t>
            </w:r>
          </w:p>
        </w:tc>
        <w:tc>
          <w:tcPr>
            <w:tcW w:w="663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098BE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3400 об/мин</w:t>
            </w:r>
          </w:p>
        </w:tc>
      </w:tr>
      <w:tr w:rsidR="00665EC0" w14:paraId="7B6EB50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681FA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Рабочее давление</w:t>
            </w:r>
          </w:p>
        </w:tc>
        <w:tc>
          <w:tcPr>
            <w:tcW w:w="663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532E8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до 200 бар</w:t>
            </w:r>
          </w:p>
        </w:tc>
      </w:tr>
      <w:tr w:rsidR="00665EC0" w14:paraId="683B585E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231FE9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Расход воды</w:t>
            </w:r>
          </w:p>
        </w:tc>
        <w:tc>
          <w:tcPr>
            <w:tcW w:w="663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8C162C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 xml:space="preserve">12 </w:t>
            </w:r>
            <w:r>
              <w:rPr>
                <w:color w:val="252525"/>
              </w:rPr>
              <w:t>л/мин</w:t>
            </w:r>
          </w:p>
        </w:tc>
      </w:tr>
      <w:tr w:rsidR="00665EC0" w14:paraId="554E334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A0BCE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Температура воды на входе</w:t>
            </w:r>
          </w:p>
        </w:tc>
        <w:tc>
          <w:tcPr>
            <w:tcW w:w="663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63A8C4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не выше 60 °C</w:t>
            </w:r>
          </w:p>
        </w:tc>
      </w:tr>
      <w:tr w:rsidR="00665EC0" w:rsidRPr="003A273C" w14:paraId="64BC738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112C77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Система защиты насоса</w:t>
            </w:r>
          </w:p>
        </w:tc>
        <w:tc>
          <w:tcPr>
            <w:tcW w:w="663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3A1A2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автоматический тепловой сброс при 60–62 °</w:t>
            </w:r>
            <w:r>
              <w:rPr>
                <w:color w:val="252525"/>
              </w:rPr>
              <w:t>C</w:t>
            </w:r>
          </w:p>
        </w:tc>
      </w:tr>
      <w:tr w:rsidR="00665EC0" w14:paraId="2D1D35E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809C9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Форсунки</w:t>
            </w:r>
          </w:p>
        </w:tc>
        <w:tc>
          <w:tcPr>
            <w:tcW w:w="663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C2967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0° / 15° / 25° / низкое давление для химии</w:t>
            </w:r>
          </w:p>
        </w:tc>
      </w:tr>
      <w:tr w:rsidR="00665EC0" w:rsidRPr="003A273C" w14:paraId="0CB0A79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57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99E75" w14:textId="77777777" w:rsidR="00665EC0" w:rsidRDefault="009F0172">
            <w:pPr>
              <w:spacing w:after="0" w:line="240" w:lineRule="auto"/>
            </w:pPr>
            <w:r>
              <w:rPr>
                <w:color w:val="252525"/>
              </w:rPr>
              <w:t>Топливо</w:t>
            </w:r>
          </w:p>
        </w:tc>
        <w:tc>
          <w:tcPr>
            <w:tcW w:w="663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0C98C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неэтилированный бензин; требования — по руководству двигателя</w:t>
            </w:r>
          </w:p>
        </w:tc>
      </w:tr>
      <w:tr w:rsidR="00665EC0" w:rsidRPr="003A273C" w14:paraId="1AF2E891" w14:textId="77777777">
        <w:tblPrEx>
          <w:tblBorders>
            <w:top w:val="single" w:sz="4" w:space="0" w:color="D1B34A"/>
            <w:left w:val="single" w:sz="4" w:space="0" w:color="D1B34A"/>
            <w:bottom w:val="single" w:sz="4" w:space="0" w:color="D1B34A"/>
            <w:right w:val="single" w:sz="4" w:space="0" w:color="D1B34A"/>
            <w:insideH w:val="single" w:sz="4" w:space="0" w:color="D1B34A"/>
            <w:insideV w:val="single" w:sz="4" w:space="0" w:color="D1B34A"/>
          </w:tblBorders>
        </w:tblPrEx>
        <w:trPr>
          <w:gridAfter w:val="1"/>
          <w:wAfter w:w="59" w:type="dxa"/>
        </w:trPr>
        <w:tc>
          <w:tcPr>
            <w:tcW w:w="10206" w:type="dxa"/>
            <w:gridSpan w:val="2"/>
            <w:shd w:val="clear" w:color="auto" w:fill="FFF4C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0197037" w14:textId="77777777" w:rsidR="00665EC0" w:rsidRPr="003A273C" w:rsidRDefault="009F0172">
            <w:pPr>
              <w:spacing w:after="0"/>
              <w:rPr>
                <w:lang w:val="ru-RU"/>
              </w:rPr>
            </w:pPr>
            <w:proofErr w:type="gramStart"/>
            <w:r w:rsidRPr="003A273C">
              <w:rPr>
                <w:b/>
                <w:color w:val="252525"/>
                <w:lang w:val="ru-RU"/>
              </w:rPr>
              <w:t xml:space="preserve">ПРИМЕЧАНИЕ  </w:t>
            </w:r>
            <w:r w:rsidRPr="003A273C">
              <w:rPr>
                <w:color w:val="252525"/>
                <w:lang w:val="ru-RU"/>
              </w:rPr>
              <w:t>Для</w:t>
            </w:r>
            <w:proofErr w:type="gramEnd"/>
            <w:r w:rsidRPr="003A273C">
              <w:rPr>
                <w:color w:val="252525"/>
                <w:lang w:val="ru-RU"/>
              </w:rPr>
              <w:t xml:space="preserve"> устойчивой работы источник воды должен обеспечивать расход не ниже рабочего расхода аппарата с запасом; рекомендуется не менее 15 л/мин.</w:t>
            </w:r>
          </w:p>
        </w:tc>
      </w:tr>
    </w:tbl>
    <w:p w14:paraId="73D0BC71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3145CCC2" wp14:editId="5DCD0551">
            <wp:extent cx="3131999" cy="524406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ffc0c3d-1cf5-44a7-99a3-821049a62e1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1999" cy="524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A3CFA" w14:textId="77777777" w:rsidR="00665EC0" w:rsidRPr="003A273C" w:rsidRDefault="009F0172">
      <w:pPr>
        <w:jc w:val="center"/>
        <w:rPr>
          <w:lang w:val="ru-RU"/>
        </w:rPr>
      </w:pPr>
      <w:r w:rsidRPr="003A273C">
        <w:rPr>
          <w:i/>
          <w:color w:val="252525"/>
          <w:sz w:val="15"/>
          <w:lang w:val="ru-RU"/>
        </w:rPr>
        <w:t>Фронтальный вид и цветовая маркировка форсунок</w:t>
      </w:r>
    </w:p>
    <w:p w14:paraId="34621B76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32C45323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4 • БЕЗОПАСНОСТЬ</w:t>
      </w:r>
    </w:p>
    <w:p w14:paraId="30B63451" w14:textId="77777777" w:rsidR="00665EC0" w:rsidRDefault="009F0172">
      <w:pPr>
        <w:pStyle w:val="1"/>
      </w:pPr>
      <w:r>
        <w:t xml:space="preserve">Основные правила </w:t>
      </w:r>
      <w:r>
        <w:t>безопасности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  <w:gridCol w:w="42"/>
      </w:tblGrid>
      <w:tr w:rsidR="00665EC0" w14:paraId="35883DC4" w14:textId="77777777">
        <w:tc>
          <w:tcPr>
            <w:tcW w:w="10206" w:type="dxa"/>
            <w:gridSpan w:val="2"/>
            <w:shd w:val="clear" w:color="auto" w:fill="ED1C24"/>
          </w:tcPr>
          <w:p w14:paraId="5901CFA8" w14:textId="77777777" w:rsidR="00665EC0" w:rsidRDefault="00665EC0"/>
        </w:tc>
      </w:tr>
      <w:tr w:rsidR="00665EC0" w:rsidRPr="003A273C" w14:paraId="5F322247" w14:textId="77777777">
        <w:tblPrEx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42" w:type="dxa"/>
        </w:trPr>
        <w:tc>
          <w:tcPr>
            <w:tcW w:w="10206" w:type="dxa"/>
            <w:shd w:val="clear" w:color="auto" w:fill="FCE8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6B66AF5" w14:textId="77777777" w:rsidR="00665EC0" w:rsidRPr="003A273C" w:rsidRDefault="009F0172">
            <w:pPr>
              <w:spacing w:after="0"/>
              <w:rPr>
                <w:lang w:val="ru-RU"/>
              </w:rPr>
            </w:pPr>
            <w:r w:rsidRPr="003A273C">
              <w:rPr>
                <w:b/>
                <w:color w:val="ED1C24"/>
                <w:lang w:val="ru-RU"/>
              </w:rPr>
              <w:t xml:space="preserve">ОПАСНО: УГАРНЫЙ </w:t>
            </w:r>
            <w:proofErr w:type="gramStart"/>
            <w:r w:rsidRPr="003A273C">
              <w:rPr>
                <w:b/>
                <w:color w:val="ED1C24"/>
                <w:lang w:val="ru-RU"/>
              </w:rPr>
              <w:t xml:space="preserve">ГАЗ  </w:t>
            </w:r>
            <w:r w:rsidRPr="003A273C">
              <w:rPr>
                <w:color w:val="252525"/>
                <w:lang w:val="ru-RU"/>
              </w:rPr>
              <w:t>Двигатель</w:t>
            </w:r>
            <w:proofErr w:type="gramEnd"/>
            <w:r w:rsidRPr="003A273C">
              <w:rPr>
                <w:color w:val="252525"/>
                <w:lang w:val="ru-RU"/>
              </w:rPr>
              <w:t xml:space="preserve"> выделяет бесцветный и не имеющий запаха угарный газ. Запрещена работа в помещении, гараже, контейнере или иной замкнутой зоне.</w:t>
            </w:r>
          </w:p>
        </w:tc>
      </w:tr>
    </w:tbl>
    <w:p w14:paraId="2159DF80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 xml:space="preserve">Не направляйте струю на людей, животных, электрические устройства и сам </w:t>
      </w:r>
      <w:r w:rsidRPr="003A273C">
        <w:rPr>
          <w:color w:val="252525"/>
          <w:lang w:val="ru-RU"/>
        </w:rPr>
        <w:t>аппарат.</w:t>
      </w:r>
    </w:p>
    <w:p w14:paraId="0FE005F3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допускайте детей и необученных лиц к работе.</w:t>
      </w:r>
    </w:p>
    <w:p w14:paraId="2050E397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Всегда используйте защитные очки, закрытую обувь и перчатки.</w:t>
      </w:r>
    </w:p>
    <w:p w14:paraId="5A37E70E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распыляйте бензин, растворители и легковоспламеняющиеся жидкости.</w:t>
      </w:r>
    </w:p>
    <w:p w14:paraId="2DA7DDB4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прикасайтесь к глушителю и двигателю во время работы и сразу после</w:t>
      </w:r>
      <w:r w:rsidRPr="003A273C">
        <w:rPr>
          <w:color w:val="252525"/>
          <w:lang w:val="ru-RU"/>
        </w:rPr>
        <w:t xml:space="preserve"> остановки.</w:t>
      </w:r>
    </w:p>
    <w:p w14:paraId="1BF0FF29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изменяйте настройки регулятора оборотов двигателя и предохранительных клапанов.</w:t>
      </w:r>
    </w:p>
    <w:p w14:paraId="0779874A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оставляйте работающий аппарат без присмотра.</w:t>
      </w:r>
    </w:p>
    <w:tbl>
      <w:tblPr>
        <w:tblW w:w="0" w:type="auto"/>
        <w:tblBorders>
          <w:top w:val="single" w:sz="4" w:space="0" w:color="D0D3D6"/>
          <w:left w:val="single" w:sz="4" w:space="0" w:color="D0D3D6"/>
          <w:bottom w:val="single" w:sz="4" w:space="0" w:color="D0D3D6"/>
          <w:right w:val="single" w:sz="4" w:space="0" w:color="D0D3D6"/>
          <w:insideH w:val="single" w:sz="4" w:space="0" w:color="D0D3D6"/>
          <w:insideV w:val="single" w:sz="4" w:space="0" w:color="D0D3D6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665EC0" w14:paraId="48E85214" w14:textId="77777777">
        <w:tc>
          <w:tcPr>
            <w:tcW w:w="10206" w:type="dxa"/>
            <w:shd w:val="clear" w:color="auto" w:fill="FCE8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C47C89F" w14:textId="77777777" w:rsidR="00665EC0" w:rsidRDefault="009F0172">
            <w:pPr>
              <w:spacing w:after="0"/>
            </w:pPr>
            <w:r w:rsidRPr="003A273C">
              <w:rPr>
                <w:b/>
                <w:color w:val="ED1C24"/>
                <w:lang w:val="ru-RU"/>
              </w:rPr>
              <w:t xml:space="preserve">ТРАВМА ОТ </w:t>
            </w:r>
            <w:proofErr w:type="gramStart"/>
            <w:r w:rsidRPr="003A273C">
              <w:rPr>
                <w:b/>
                <w:color w:val="ED1C24"/>
                <w:lang w:val="ru-RU"/>
              </w:rPr>
              <w:t xml:space="preserve">СТРУИ  </w:t>
            </w:r>
            <w:r w:rsidRPr="003A273C">
              <w:rPr>
                <w:color w:val="252525"/>
                <w:lang w:val="ru-RU"/>
              </w:rPr>
              <w:t>Струя</w:t>
            </w:r>
            <w:proofErr w:type="gramEnd"/>
            <w:r w:rsidRPr="003A273C">
              <w:rPr>
                <w:color w:val="252525"/>
                <w:lang w:val="ru-RU"/>
              </w:rPr>
              <w:t xml:space="preserve"> высокого давления может проникнуть под кожу. </w:t>
            </w:r>
            <w:proofErr w:type="spellStart"/>
            <w:r>
              <w:rPr>
                <w:color w:val="252525"/>
              </w:rPr>
              <w:t>Такое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повреждение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требует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немедленной</w:t>
            </w:r>
            <w:proofErr w:type="spellEnd"/>
            <w:r>
              <w:rPr>
                <w:color w:val="252525"/>
              </w:rPr>
              <w:t xml:space="preserve"> медицин</w:t>
            </w:r>
            <w:r>
              <w:rPr>
                <w:color w:val="252525"/>
              </w:rPr>
              <w:t>ской помощи.</w:t>
            </w:r>
          </w:p>
        </w:tc>
      </w:tr>
    </w:tbl>
    <w:p w14:paraId="13A1ACB3" w14:textId="77777777" w:rsidR="00665EC0" w:rsidRDefault="009F0172">
      <w:r>
        <w:br w:type="page"/>
      </w:r>
    </w:p>
    <w:p w14:paraId="3C6B03ED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4 • БЕЗОПАСНОСТЬ</w:t>
      </w:r>
    </w:p>
    <w:p w14:paraId="70827E13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>Топливо, горячие поверхности и рабочая зона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21"/>
        <w:gridCol w:w="2382"/>
        <w:gridCol w:w="5103"/>
        <w:gridCol w:w="17"/>
      </w:tblGrid>
      <w:tr w:rsidR="00665EC0" w:rsidRPr="003A273C" w14:paraId="793603F8" w14:textId="77777777">
        <w:trPr>
          <w:gridAfter w:val="1"/>
          <w:wAfter w:w="17" w:type="dxa"/>
        </w:trPr>
        <w:tc>
          <w:tcPr>
            <w:tcW w:w="10206" w:type="dxa"/>
            <w:gridSpan w:val="3"/>
            <w:shd w:val="clear" w:color="auto" w:fill="ED1C24"/>
          </w:tcPr>
          <w:p w14:paraId="592B9D15" w14:textId="77777777" w:rsidR="00665EC0" w:rsidRPr="003A273C" w:rsidRDefault="00665EC0">
            <w:pPr>
              <w:rPr>
                <w:lang w:val="ru-RU"/>
              </w:rPr>
            </w:pPr>
          </w:p>
        </w:tc>
      </w:tr>
      <w:tr w:rsidR="00665EC0" w14:paraId="3FE41985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2721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33D07" w14:textId="77777777" w:rsidR="00665EC0" w:rsidRDefault="009F017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Опасность</w:t>
            </w:r>
            <w:proofErr w:type="spellEnd"/>
          </w:p>
        </w:tc>
        <w:tc>
          <w:tcPr>
            <w:tcW w:w="7484" w:type="dxa"/>
            <w:gridSpan w:val="3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88F9CE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Обязательное действие</w:t>
            </w:r>
          </w:p>
        </w:tc>
      </w:tr>
      <w:tr w:rsidR="00665EC0" w14:paraId="23B8017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3DA4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Бензин и пары</w:t>
            </w:r>
          </w:p>
        </w:tc>
        <w:tc>
          <w:tcPr>
            <w:tcW w:w="7484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ADE1F" w14:textId="77777777" w:rsidR="00665EC0" w:rsidRDefault="009F0172">
            <w:pPr>
              <w:spacing w:after="0" w:line="240" w:lineRule="auto"/>
            </w:pPr>
            <w:r w:rsidRPr="003A273C">
              <w:rPr>
                <w:color w:val="252525"/>
                <w:sz w:val="17"/>
                <w:lang w:val="ru-RU"/>
              </w:rPr>
              <w:t xml:space="preserve">Заправляйте только остановленный и остывший двигатель на открытом воздухе. </w:t>
            </w:r>
            <w:proofErr w:type="spellStart"/>
            <w:r>
              <w:rPr>
                <w:color w:val="252525"/>
                <w:sz w:val="17"/>
              </w:rPr>
              <w:t>Исключите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огонь</w:t>
            </w:r>
            <w:proofErr w:type="spellEnd"/>
            <w:r>
              <w:rPr>
                <w:color w:val="252525"/>
                <w:sz w:val="17"/>
              </w:rPr>
              <w:t xml:space="preserve">, </w:t>
            </w:r>
            <w:proofErr w:type="spellStart"/>
            <w:r>
              <w:rPr>
                <w:color w:val="252525"/>
                <w:sz w:val="17"/>
              </w:rPr>
              <w:t>искры</w:t>
            </w:r>
            <w:proofErr w:type="spellEnd"/>
            <w:r>
              <w:rPr>
                <w:color w:val="252525"/>
                <w:sz w:val="17"/>
              </w:rPr>
              <w:t xml:space="preserve"> и курение.</w:t>
            </w:r>
          </w:p>
        </w:tc>
      </w:tr>
      <w:tr w:rsidR="00665EC0" w:rsidRPr="003A273C" w14:paraId="104B249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72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1BE5A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Горячий глушитель</w:t>
            </w:r>
          </w:p>
        </w:tc>
        <w:tc>
          <w:tcPr>
            <w:tcW w:w="7484" w:type="dxa"/>
            <w:gridSpan w:val="3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6FC54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Сохраняйте дистанцию от горючих материалов; не касайтесь защитного кожуха.</w:t>
            </w:r>
          </w:p>
        </w:tc>
      </w:tr>
      <w:tr w:rsidR="00665EC0" w:rsidRPr="003A273C" w14:paraId="6AE07E4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79B49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Отдача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пистолета</w:t>
            </w:r>
            <w:proofErr w:type="spellEnd"/>
          </w:p>
        </w:tc>
        <w:tc>
          <w:tcPr>
            <w:tcW w:w="7484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CFE9C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Держите пистолет двумя руками и устойчиво стойте на поверхности.</w:t>
            </w:r>
          </w:p>
        </w:tc>
      </w:tr>
      <w:tr w:rsidR="00665EC0" w:rsidRPr="003A273C" w14:paraId="7DFDB01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72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8B724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Скользкий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участок</w:t>
            </w:r>
            <w:proofErr w:type="spellEnd"/>
          </w:p>
        </w:tc>
        <w:tc>
          <w:tcPr>
            <w:tcW w:w="7484" w:type="dxa"/>
            <w:gridSpan w:val="3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6C203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 xml:space="preserve">Организуйте дренаж, удалите препятствия и не стойте на </w:t>
            </w:r>
            <w:r w:rsidRPr="003A273C">
              <w:rPr>
                <w:color w:val="252525"/>
                <w:sz w:val="17"/>
                <w:lang w:val="ru-RU"/>
              </w:rPr>
              <w:t>шланге.</w:t>
            </w:r>
          </w:p>
        </w:tc>
      </w:tr>
      <w:tr w:rsidR="00665EC0" w:rsidRPr="003A273C" w14:paraId="3FCD604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58B195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Шланг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высокого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давления</w:t>
            </w:r>
            <w:proofErr w:type="spellEnd"/>
          </w:p>
        </w:tc>
        <w:tc>
          <w:tcPr>
            <w:tcW w:w="7484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14B2A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Проверяйте перед каждым пуском; не ремонтируйте повреждённый шланг — заменяйте.</w:t>
            </w:r>
          </w:p>
        </w:tc>
      </w:tr>
      <w:tr w:rsidR="00665EC0" w14:paraId="39A2A7EC" w14:textId="77777777">
        <w:trPr>
          <w:gridAfter w:val="1"/>
          <w:wAfter w:w="17" w:type="dxa"/>
        </w:trPr>
        <w:tc>
          <w:tcPr>
            <w:tcW w:w="5103" w:type="dxa"/>
            <w:gridSpan w:val="2"/>
          </w:tcPr>
          <w:p w14:paraId="44F34B59" w14:textId="77777777" w:rsidR="00665EC0" w:rsidRDefault="009F017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51E246" wp14:editId="696255D8">
                  <wp:extent cx="2988000" cy="320225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1a2808-ef3a-4264-9fc9-5b0638f8e5a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3202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9E8114" w14:textId="77777777" w:rsidR="00665EC0" w:rsidRDefault="009F0172">
            <w:pPr>
              <w:jc w:val="center"/>
            </w:pPr>
            <w:r>
              <w:rPr>
                <w:i/>
                <w:color w:val="666A70"/>
                <w:sz w:val="14"/>
              </w:rPr>
              <w:t>Двигатель и насос</w:t>
            </w:r>
          </w:p>
        </w:tc>
        <w:tc>
          <w:tcPr>
            <w:tcW w:w="5103" w:type="dxa"/>
          </w:tcPr>
          <w:p w14:paraId="0FCABDC0" w14:textId="77777777" w:rsidR="00665EC0" w:rsidRDefault="009F017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842511" wp14:editId="748F0910">
                  <wp:extent cx="2988000" cy="221498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88fd99-3df5-42a3-893c-18a4217ec3e7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21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E2E49" w14:textId="77777777" w:rsidR="00665EC0" w:rsidRDefault="009F0172">
            <w:pPr>
              <w:jc w:val="center"/>
            </w:pPr>
            <w:r>
              <w:rPr>
                <w:i/>
                <w:color w:val="666A70"/>
                <w:sz w:val="14"/>
              </w:rPr>
              <w:t>Регулятор давления и манометр</w:t>
            </w:r>
          </w:p>
        </w:tc>
      </w:tr>
    </w:tbl>
    <w:p w14:paraId="3010D6E3" w14:textId="77777777" w:rsidR="00665EC0" w:rsidRDefault="009F0172">
      <w:r>
        <w:br w:type="page"/>
      </w:r>
    </w:p>
    <w:p w14:paraId="11108741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5 • ОСНОВНЫЕ УЗЛЫ</w:t>
      </w:r>
    </w:p>
    <w:p w14:paraId="42217259" w14:textId="77777777" w:rsidR="00665EC0" w:rsidRDefault="009F0172">
      <w:pPr>
        <w:pStyle w:val="1"/>
      </w:pPr>
      <w:r>
        <w:t>Устройство аппарата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665EC0" w14:paraId="03233026" w14:textId="77777777">
        <w:tc>
          <w:tcPr>
            <w:tcW w:w="10206" w:type="dxa"/>
            <w:shd w:val="clear" w:color="auto" w:fill="ED1C24"/>
          </w:tcPr>
          <w:p w14:paraId="182CA0D8" w14:textId="77777777" w:rsidR="00665EC0" w:rsidRDefault="00665EC0"/>
        </w:tc>
      </w:tr>
    </w:tbl>
    <w:p w14:paraId="77FAE5B0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2E5BAFD0" wp14:editId="0E7481ED">
            <wp:extent cx="3888000" cy="40747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f147fa-0ca3-416a-b26a-cf846938230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407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371"/>
      </w:tblGrid>
      <w:tr w:rsidR="00665EC0" w14:paraId="24C6BAC9" w14:textId="77777777">
        <w:trPr>
          <w:tblHeader/>
          <w:jc w:val="center"/>
        </w:trPr>
        <w:tc>
          <w:tcPr>
            <w:tcW w:w="2835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4A8081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Узел</w:t>
            </w:r>
          </w:p>
        </w:tc>
        <w:tc>
          <w:tcPr>
            <w:tcW w:w="7371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30D777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Назначение</w:t>
            </w:r>
          </w:p>
        </w:tc>
      </w:tr>
      <w:tr w:rsidR="00665EC0" w14:paraId="1FF354AA" w14:textId="77777777">
        <w:trPr>
          <w:cantSplit/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8809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 xml:space="preserve">Бензиновый </w:t>
            </w:r>
            <w:r>
              <w:rPr>
                <w:color w:val="252525"/>
                <w:sz w:val="16"/>
              </w:rPr>
              <w:t>двигатель</w:t>
            </w:r>
          </w:p>
        </w:tc>
        <w:tc>
          <w:tcPr>
            <w:tcW w:w="73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A1D5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Привод трёхплунжерного насоса</w:t>
            </w:r>
          </w:p>
        </w:tc>
      </w:tr>
      <w:tr w:rsidR="00665EC0" w14:paraId="098894B3" w14:textId="77777777">
        <w:trPr>
          <w:cantSplit/>
          <w:jc w:val="center"/>
        </w:trPr>
        <w:tc>
          <w:tcPr>
            <w:tcW w:w="283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3C5F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Насос высокого давления</w:t>
            </w:r>
          </w:p>
        </w:tc>
        <w:tc>
          <w:tcPr>
            <w:tcW w:w="737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CF58A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Создаёт рабочее давление воды</w:t>
            </w:r>
          </w:p>
        </w:tc>
      </w:tr>
      <w:tr w:rsidR="00665EC0" w14:paraId="515D7EA3" w14:textId="77777777">
        <w:trPr>
          <w:cantSplit/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D59F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Манометр</w:t>
            </w:r>
          </w:p>
        </w:tc>
        <w:tc>
          <w:tcPr>
            <w:tcW w:w="73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02DE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Показывает давление на выходе</w:t>
            </w:r>
          </w:p>
        </w:tc>
      </w:tr>
      <w:tr w:rsidR="00665EC0" w:rsidRPr="003A273C" w14:paraId="41488128" w14:textId="77777777">
        <w:trPr>
          <w:cantSplit/>
          <w:jc w:val="center"/>
        </w:trPr>
        <w:tc>
          <w:tcPr>
            <w:tcW w:w="283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001E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Регулятор давления</w:t>
            </w:r>
          </w:p>
        </w:tc>
        <w:tc>
          <w:tcPr>
            <w:tcW w:w="737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55706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6"/>
                <w:lang w:val="ru-RU"/>
              </w:rPr>
              <w:t>Позволяет снизить рабочее давление в допустимом диапазоне</w:t>
            </w:r>
          </w:p>
        </w:tc>
      </w:tr>
      <w:tr w:rsidR="00665EC0" w14:paraId="738D61E7" w14:textId="77777777">
        <w:trPr>
          <w:cantSplit/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FBEAA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6"/>
              </w:rPr>
              <w:t>Входной</w:t>
            </w:r>
            <w:proofErr w:type="spellEnd"/>
            <w:r>
              <w:rPr>
                <w:color w:val="252525"/>
                <w:sz w:val="16"/>
              </w:rPr>
              <w:t xml:space="preserve"> </w:t>
            </w:r>
            <w:proofErr w:type="spellStart"/>
            <w:r>
              <w:rPr>
                <w:color w:val="252525"/>
                <w:sz w:val="16"/>
              </w:rPr>
              <w:t>фильтр</w:t>
            </w:r>
            <w:proofErr w:type="spellEnd"/>
          </w:p>
        </w:tc>
        <w:tc>
          <w:tcPr>
            <w:tcW w:w="73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23F2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 xml:space="preserve">Защищает насос от </w:t>
            </w:r>
            <w:r>
              <w:rPr>
                <w:color w:val="252525"/>
                <w:sz w:val="16"/>
              </w:rPr>
              <w:t>загрязнений</w:t>
            </w:r>
          </w:p>
        </w:tc>
      </w:tr>
      <w:tr w:rsidR="00665EC0" w:rsidRPr="003A273C" w14:paraId="53B30A5A" w14:textId="77777777">
        <w:trPr>
          <w:cantSplit/>
          <w:jc w:val="center"/>
        </w:trPr>
        <w:tc>
          <w:tcPr>
            <w:tcW w:w="283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F1D79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Пистолет и копьё</w:t>
            </w:r>
          </w:p>
        </w:tc>
        <w:tc>
          <w:tcPr>
            <w:tcW w:w="737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8EC04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6"/>
                <w:lang w:val="ru-RU"/>
              </w:rPr>
              <w:t>Управляют подачей и формой струи</w:t>
            </w:r>
          </w:p>
        </w:tc>
      </w:tr>
      <w:tr w:rsidR="00665EC0" w14:paraId="1A7A4C1B" w14:textId="77777777">
        <w:trPr>
          <w:cantSplit/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101AE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6"/>
              </w:rPr>
              <w:t>Держатель</w:t>
            </w:r>
            <w:proofErr w:type="spellEnd"/>
            <w:r>
              <w:rPr>
                <w:color w:val="252525"/>
                <w:sz w:val="16"/>
              </w:rPr>
              <w:t xml:space="preserve"> </w:t>
            </w:r>
            <w:proofErr w:type="spellStart"/>
            <w:r>
              <w:rPr>
                <w:color w:val="252525"/>
                <w:sz w:val="16"/>
              </w:rPr>
              <w:t>форсунок</w:t>
            </w:r>
            <w:proofErr w:type="spellEnd"/>
          </w:p>
        </w:tc>
        <w:tc>
          <w:tcPr>
            <w:tcW w:w="73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A21A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Хранение сменных цветных форсунок</w:t>
            </w:r>
          </w:p>
        </w:tc>
      </w:tr>
      <w:tr w:rsidR="00665EC0" w:rsidRPr="003A273C" w14:paraId="3DC08A6C" w14:textId="77777777">
        <w:trPr>
          <w:cantSplit/>
          <w:jc w:val="center"/>
        </w:trPr>
        <w:tc>
          <w:tcPr>
            <w:tcW w:w="283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C6570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6"/>
              </w:rPr>
              <w:t>Колёсная рама</w:t>
            </w:r>
          </w:p>
        </w:tc>
        <w:tc>
          <w:tcPr>
            <w:tcW w:w="737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4F890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6"/>
                <w:lang w:val="ru-RU"/>
              </w:rPr>
              <w:t>Перемещение и защита основных узлов</w:t>
            </w:r>
          </w:p>
        </w:tc>
      </w:tr>
    </w:tbl>
    <w:p w14:paraId="1E8B3078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5CCF4043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6 • ПОДГОТОВКА</w:t>
      </w:r>
    </w:p>
    <w:p w14:paraId="15E12DEC" w14:textId="77777777" w:rsidR="00665EC0" w:rsidRDefault="009F0172">
      <w:pPr>
        <w:pStyle w:val="1"/>
      </w:pPr>
      <w:r>
        <w:t>Распаковка и сборка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23"/>
        <w:gridCol w:w="9583"/>
        <w:gridCol w:w="59"/>
      </w:tblGrid>
      <w:tr w:rsidR="00665EC0" w14:paraId="1F63B0C8" w14:textId="77777777">
        <w:trPr>
          <w:gridAfter w:val="1"/>
          <w:wAfter w:w="17" w:type="dxa"/>
        </w:trPr>
        <w:tc>
          <w:tcPr>
            <w:tcW w:w="10206" w:type="dxa"/>
            <w:gridSpan w:val="2"/>
            <w:shd w:val="clear" w:color="auto" w:fill="ED1C24"/>
          </w:tcPr>
          <w:p w14:paraId="7AAB7991" w14:textId="77777777" w:rsidR="00665EC0" w:rsidRDefault="00665EC0"/>
        </w:tc>
      </w:tr>
      <w:tr w:rsidR="00665EC0" w:rsidRPr="003A273C" w14:paraId="6CD49F51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819AEF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19817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Извлеките аппарат и </w:t>
            </w:r>
            <w:r w:rsidRPr="003A273C">
              <w:rPr>
                <w:color w:val="252525"/>
                <w:lang w:val="ru-RU"/>
              </w:rPr>
              <w:t>принадлежности; сопоставьте комплект с перечнем.</w:t>
            </w:r>
          </w:p>
        </w:tc>
      </w:tr>
      <w:tr w:rsidR="00665EC0" w:rsidRPr="003A273C" w14:paraId="74BA49FA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0D505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8FE8D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Установите рукоятку и держатели, затяните крепёж вручную, затем ключом без перетяжки.</w:t>
            </w:r>
          </w:p>
        </w:tc>
      </w:tr>
      <w:tr w:rsidR="00665EC0" w:rsidRPr="003A273C" w14:paraId="095128EB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4E519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5AB81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Снимите транспортировочную заглушку насоса, если она установлена, и поставьте рабочую </w:t>
            </w:r>
            <w:proofErr w:type="spellStart"/>
            <w:r w:rsidRPr="003A273C">
              <w:rPr>
                <w:color w:val="252525"/>
                <w:lang w:val="ru-RU"/>
              </w:rPr>
              <w:t>сапунную</w:t>
            </w:r>
            <w:proofErr w:type="spellEnd"/>
            <w:r w:rsidRPr="003A273C">
              <w:rPr>
                <w:color w:val="252525"/>
                <w:lang w:val="ru-RU"/>
              </w:rPr>
              <w:t xml:space="preserve"> пробку.</w:t>
            </w:r>
          </w:p>
        </w:tc>
      </w:tr>
      <w:tr w:rsidR="00665EC0" w:rsidRPr="003A273C" w14:paraId="31768C8F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B6391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75AE3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Проверьте уровень масла двигателя и насоса по соответствующим указателям.</w:t>
            </w:r>
          </w:p>
        </w:tc>
      </w:tr>
      <w:tr w:rsidR="00665EC0" w:rsidRPr="003A273C" w14:paraId="619D52FC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B187A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6C195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Подсоедините шланг высокого давления к насосу и пистолету.</w:t>
            </w:r>
          </w:p>
        </w:tc>
      </w:tr>
      <w:tr w:rsidR="00665EC0" w:rsidRPr="003A273C" w14:paraId="6C1EF823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56FED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6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3C3E4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Подсоедините входной фильтр и шланг подачи воды.</w:t>
            </w:r>
          </w:p>
        </w:tc>
      </w:tr>
      <w:tr w:rsidR="00665EC0" w:rsidRPr="003A273C" w14:paraId="6E595388" w14:textId="77777777">
        <w:tblPrEx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59" w:type="dxa"/>
        </w:trPr>
        <w:tc>
          <w:tcPr>
            <w:tcW w:w="10206" w:type="dxa"/>
            <w:gridSpan w:val="2"/>
            <w:shd w:val="clear" w:color="auto" w:fill="FCE8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B224FB9" w14:textId="77777777" w:rsidR="00665EC0" w:rsidRPr="003A273C" w:rsidRDefault="009F0172">
            <w:pPr>
              <w:spacing w:after="0"/>
              <w:rPr>
                <w:lang w:val="ru-RU"/>
              </w:rPr>
            </w:pPr>
            <w:proofErr w:type="gramStart"/>
            <w:r w:rsidRPr="003A273C">
              <w:rPr>
                <w:b/>
                <w:color w:val="ED1C24"/>
                <w:lang w:val="ru-RU"/>
              </w:rPr>
              <w:t xml:space="preserve">ЗАПРЕЩЕНО  </w:t>
            </w:r>
            <w:r w:rsidRPr="003A273C">
              <w:rPr>
                <w:color w:val="252525"/>
                <w:lang w:val="ru-RU"/>
              </w:rPr>
              <w:t>Запуск</w:t>
            </w:r>
            <w:proofErr w:type="gramEnd"/>
            <w:r w:rsidRPr="003A273C">
              <w:rPr>
                <w:color w:val="252525"/>
                <w:lang w:val="ru-RU"/>
              </w:rPr>
              <w:t xml:space="preserve"> двигателя без подключённой и открытой </w:t>
            </w:r>
            <w:r w:rsidRPr="003A273C">
              <w:rPr>
                <w:color w:val="252525"/>
                <w:lang w:val="ru-RU"/>
              </w:rPr>
              <w:t>подачи воды повреждает насос и не относится к гарантийному случаю.</w:t>
            </w:r>
          </w:p>
        </w:tc>
      </w:tr>
    </w:tbl>
    <w:p w14:paraId="73E674D3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26A91FE4" wp14:editId="4139298C">
            <wp:extent cx="4968000" cy="316786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52ce2b7-80ca-42cc-b18f-4f59ff1d19f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16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CBC8F" w14:textId="77777777" w:rsidR="00665EC0" w:rsidRPr="003A273C" w:rsidRDefault="009F0172">
      <w:pPr>
        <w:jc w:val="center"/>
        <w:rPr>
          <w:lang w:val="ru-RU"/>
        </w:rPr>
      </w:pPr>
      <w:r w:rsidRPr="003A273C">
        <w:rPr>
          <w:i/>
          <w:color w:val="252525"/>
          <w:sz w:val="15"/>
          <w:lang w:val="ru-RU"/>
        </w:rPr>
        <w:t>Принадлежности перед сборкой</w:t>
      </w:r>
    </w:p>
    <w:p w14:paraId="487AA82B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24925AF4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t>РАЗДЕЛ 6 • ВОДОСНАБЖЕНИЕ</w:t>
      </w:r>
    </w:p>
    <w:p w14:paraId="1DB81A9C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>Подключение воды и шлангов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665EC0" w:rsidRPr="003A273C" w14:paraId="7A4E612E" w14:textId="77777777">
        <w:tc>
          <w:tcPr>
            <w:tcW w:w="10206" w:type="dxa"/>
            <w:shd w:val="clear" w:color="auto" w:fill="ED1C24"/>
          </w:tcPr>
          <w:p w14:paraId="3AE18F97" w14:textId="77777777" w:rsidR="00665EC0" w:rsidRPr="003A273C" w:rsidRDefault="00665EC0">
            <w:pPr>
              <w:rPr>
                <w:lang w:val="ru-RU"/>
              </w:rPr>
            </w:pPr>
          </w:p>
        </w:tc>
      </w:tr>
    </w:tbl>
    <w:p w14:paraId="2BF30CEF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Используйте чистую холодную воду температурой не выше 60 °</w:t>
      </w:r>
      <w:r>
        <w:rPr>
          <w:color w:val="252525"/>
        </w:rPr>
        <w:t>C</w:t>
      </w:r>
      <w:r w:rsidRPr="003A273C">
        <w:rPr>
          <w:color w:val="252525"/>
          <w:lang w:val="ru-RU"/>
        </w:rPr>
        <w:t>.</w:t>
      </w:r>
    </w:p>
    <w:p w14:paraId="264403F8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 xml:space="preserve">Минимальный рекомендуемый расход </w:t>
      </w:r>
      <w:r w:rsidRPr="003A273C">
        <w:rPr>
          <w:color w:val="252525"/>
          <w:lang w:val="ru-RU"/>
        </w:rPr>
        <w:t>источника — 15 л/мин.</w:t>
      </w:r>
    </w:p>
    <w:p w14:paraId="1A58FE17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Перед подключением промойте подающий шланг до выхода чистой воды.</w:t>
      </w:r>
    </w:p>
    <w:p w14:paraId="63186649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Проверьте входной фильтр и уплотнения быстросъёмных соединений.</w:t>
      </w:r>
    </w:p>
    <w:p w14:paraId="3A18E59F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применяйте слишком мягкий, пережатый или повреждённый входной шланг.</w:t>
      </w:r>
    </w:p>
    <w:p w14:paraId="682DDC33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Полностью откройте кран подачи в</w:t>
      </w:r>
      <w:r w:rsidRPr="003A273C">
        <w:rPr>
          <w:color w:val="252525"/>
          <w:lang w:val="ru-RU"/>
        </w:rPr>
        <w:t>оды.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9583"/>
        <w:gridCol w:w="59"/>
      </w:tblGrid>
      <w:tr w:rsidR="00665EC0" w:rsidRPr="003A273C" w14:paraId="7C5EDE1E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658FC1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8C949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Подключите входной шланг к фильтру насоса.</w:t>
            </w:r>
          </w:p>
        </w:tc>
      </w:tr>
      <w:tr w:rsidR="00665EC0" w:rsidRPr="003A273C" w14:paraId="1897C037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C149D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FC4A4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Подключите шланг высокого давления к выходу насоса и пистолету.</w:t>
            </w:r>
          </w:p>
        </w:tc>
      </w:tr>
      <w:tr w:rsidR="00665EC0" w14:paraId="21F4BE07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5C265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EF49F3" w14:textId="77777777" w:rsidR="00665EC0" w:rsidRDefault="009F0172">
            <w:pPr>
              <w:spacing w:after="60" w:line="240" w:lineRule="auto"/>
            </w:pPr>
            <w:r>
              <w:rPr>
                <w:color w:val="252525"/>
              </w:rPr>
              <w:t>Откройте воду.</w:t>
            </w:r>
          </w:p>
        </w:tc>
      </w:tr>
      <w:tr w:rsidR="00665EC0" w:rsidRPr="003A273C" w14:paraId="00B03B2E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AE8B6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2E639D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При остановленном двигателе нажмите курок до получения устойчивой струи без воздуха.</w:t>
            </w:r>
          </w:p>
        </w:tc>
      </w:tr>
      <w:tr w:rsidR="00665EC0" w:rsidRPr="003A273C" w14:paraId="1CBA00D1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B0F95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17FA1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Установите выбранную </w:t>
            </w:r>
            <w:r w:rsidRPr="003A273C">
              <w:rPr>
                <w:color w:val="252525"/>
                <w:lang w:val="ru-RU"/>
              </w:rPr>
              <w:t>форсунку при включённом предохранителе курка.</w:t>
            </w:r>
          </w:p>
        </w:tc>
      </w:tr>
      <w:tr w:rsidR="00665EC0" w:rsidRPr="003A273C" w14:paraId="62BBCDD0" w14:textId="77777777">
        <w:tblPrEx>
          <w:tblBorders>
            <w:top w:val="single" w:sz="4" w:space="0" w:color="D1B34A"/>
            <w:left w:val="single" w:sz="4" w:space="0" w:color="D1B34A"/>
            <w:bottom w:val="single" w:sz="4" w:space="0" w:color="D1B34A"/>
            <w:right w:val="single" w:sz="4" w:space="0" w:color="D1B34A"/>
            <w:insideH w:val="single" w:sz="4" w:space="0" w:color="D1B34A"/>
            <w:insideV w:val="single" w:sz="4" w:space="0" w:color="D1B34A"/>
          </w:tblBorders>
        </w:tblPrEx>
        <w:trPr>
          <w:gridAfter w:val="1"/>
          <w:wAfter w:w="59" w:type="dxa"/>
        </w:trPr>
        <w:tc>
          <w:tcPr>
            <w:tcW w:w="10206" w:type="dxa"/>
            <w:gridSpan w:val="2"/>
            <w:shd w:val="clear" w:color="auto" w:fill="FFF4C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6BE0468" w14:textId="77777777" w:rsidR="00665EC0" w:rsidRPr="003A273C" w:rsidRDefault="009F0172">
            <w:pPr>
              <w:spacing w:after="0"/>
              <w:rPr>
                <w:lang w:val="ru-RU"/>
              </w:rPr>
            </w:pPr>
            <w:r w:rsidRPr="003A273C">
              <w:rPr>
                <w:b/>
                <w:color w:val="252525"/>
                <w:lang w:val="ru-RU"/>
              </w:rPr>
              <w:t xml:space="preserve">ДАВЛЕНИЕ В </w:t>
            </w:r>
            <w:proofErr w:type="gramStart"/>
            <w:r w:rsidRPr="003A273C">
              <w:rPr>
                <w:b/>
                <w:color w:val="252525"/>
                <w:lang w:val="ru-RU"/>
              </w:rPr>
              <w:t xml:space="preserve">СИСТЕМЕ  </w:t>
            </w:r>
            <w:r w:rsidRPr="003A273C">
              <w:rPr>
                <w:color w:val="252525"/>
                <w:lang w:val="ru-RU"/>
              </w:rPr>
              <w:t>Никогда</w:t>
            </w:r>
            <w:proofErr w:type="gramEnd"/>
            <w:r w:rsidRPr="003A273C">
              <w:rPr>
                <w:color w:val="252525"/>
                <w:lang w:val="ru-RU"/>
              </w:rPr>
              <w:t xml:space="preserve"> не отсоединяйте шланги до остановки двигателя, перекрытия воды и полного сброса давления курком.</w:t>
            </w:r>
          </w:p>
        </w:tc>
      </w:tr>
    </w:tbl>
    <w:p w14:paraId="59D3A211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26FD4988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t>РАЗДЕЛ 6 • КОНТРОЛЬНЫЙ ЛИСТ</w:t>
      </w:r>
    </w:p>
    <w:p w14:paraId="5DFABAB3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>Проверка перед запуском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402"/>
        <w:gridCol w:w="6804"/>
        <w:gridCol w:w="60"/>
      </w:tblGrid>
      <w:tr w:rsidR="00665EC0" w:rsidRPr="003A273C" w14:paraId="094A656F" w14:textId="77777777">
        <w:trPr>
          <w:gridAfter w:val="1"/>
          <w:wAfter w:w="18" w:type="dxa"/>
        </w:trPr>
        <w:tc>
          <w:tcPr>
            <w:tcW w:w="10206" w:type="dxa"/>
            <w:gridSpan w:val="2"/>
            <w:shd w:val="clear" w:color="auto" w:fill="ED1C24"/>
          </w:tcPr>
          <w:p w14:paraId="76D94C20" w14:textId="77777777" w:rsidR="00665EC0" w:rsidRPr="003A273C" w:rsidRDefault="00665EC0">
            <w:pPr>
              <w:rPr>
                <w:lang w:val="ru-RU"/>
              </w:rPr>
            </w:pPr>
          </w:p>
        </w:tc>
      </w:tr>
      <w:tr w:rsidR="00665EC0" w14:paraId="2E374625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3402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205E8" w14:textId="77777777" w:rsidR="00665EC0" w:rsidRDefault="009F017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Проверка</w:t>
            </w:r>
            <w:proofErr w:type="spellEnd"/>
          </w:p>
        </w:tc>
        <w:tc>
          <w:tcPr>
            <w:tcW w:w="6804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4939B2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 xml:space="preserve">Критерий </w:t>
            </w:r>
            <w:r>
              <w:rPr>
                <w:b/>
                <w:color w:val="FFFFFF"/>
                <w:sz w:val="16"/>
              </w:rPr>
              <w:t>допуска</w:t>
            </w:r>
          </w:p>
        </w:tc>
      </w:tr>
      <w:tr w:rsidR="00665EC0" w14:paraId="4F65A9E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AC32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Масло двигателя</w:t>
            </w:r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E3EA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Уровень соответствует руководству двигателя</w:t>
            </w:r>
          </w:p>
        </w:tc>
      </w:tr>
      <w:tr w:rsidR="00665EC0" w:rsidRPr="003A273C" w14:paraId="67A5118E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4409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Топливо</w:t>
            </w:r>
          </w:p>
        </w:tc>
        <w:tc>
          <w:tcPr>
            <w:tcW w:w="680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9DA3E4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Достаточно, нет течи и запаха бензина</w:t>
            </w:r>
          </w:p>
        </w:tc>
      </w:tr>
      <w:tr w:rsidR="00665EC0" w:rsidRPr="003A273C" w14:paraId="676DEBFC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F6979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Масло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насоса</w:t>
            </w:r>
            <w:proofErr w:type="spellEnd"/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E2E94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Уровень виден в смотровом окне / соответствует отметке</w:t>
            </w:r>
          </w:p>
        </w:tc>
      </w:tr>
      <w:tr w:rsidR="00665EC0" w14:paraId="7846C91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30513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Входной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фильтр</w:t>
            </w:r>
            <w:proofErr w:type="spellEnd"/>
          </w:p>
        </w:tc>
        <w:tc>
          <w:tcPr>
            <w:tcW w:w="680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E6A4A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Чистый, без трещин</w:t>
            </w:r>
          </w:p>
        </w:tc>
      </w:tr>
      <w:tr w:rsidR="00665EC0" w:rsidRPr="003A273C" w14:paraId="27B701F4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C98C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Шланг ВД</w:t>
            </w:r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E9B41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 xml:space="preserve">Нет порезов, </w:t>
            </w:r>
            <w:r w:rsidRPr="003A273C">
              <w:rPr>
                <w:color w:val="252525"/>
                <w:sz w:val="17"/>
                <w:lang w:val="ru-RU"/>
              </w:rPr>
              <w:t>вздутий, течи и повреждений муфт</w:t>
            </w:r>
          </w:p>
        </w:tc>
      </w:tr>
      <w:tr w:rsidR="00665EC0" w:rsidRPr="003A273C" w14:paraId="1CCD564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2B25A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Пистолет</w:t>
            </w:r>
            <w:proofErr w:type="spellEnd"/>
          </w:p>
        </w:tc>
        <w:tc>
          <w:tcPr>
            <w:tcW w:w="680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10EFD3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Курок возвращается, предохранитель блокирует нажатие</w:t>
            </w:r>
          </w:p>
        </w:tc>
      </w:tr>
      <w:tr w:rsidR="00665EC0" w14:paraId="44F1424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3DFD3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Форсунка</w:t>
            </w:r>
            <w:proofErr w:type="spellEnd"/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E690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Чистая и надёжно зафиксирована</w:t>
            </w:r>
          </w:p>
        </w:tc>
      </w:tr>
      <w:tr w:rsidR="00665EC0" w:rsidRPr="003A273C" w14:paraId="2557DDF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7C7B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Подача воды</w:t>
            </w:r>
          </w:p>
        </w:tc>
        <w:tc>
          <w:tcPr>
            <w:tcW w:w="680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5032E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Кран открыт, воздух из системы удалён</w:t>
            </w:r>
          </w:p>
        </w:tc>
      </w:tr>
      <w:tr w:rsidR="00665EC0" w:rsidRPr="003A273C" w14:paraId="4054A61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A4569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Рабочая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зона</w:t>
            </w:r>
            <w:proofErr w:type="spellEnd"/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75A556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Открытый воздух, устойчивое основание, дренаж</w:t>
            </w:r>
          </w:p>
        </w:tc>
      </w:tr>
      <w:tr w:rsidR="00665EC0" w:rsidRPr="003A273C" w14:paraId="10137A10" w14:textId="77777777">
        <w:tblPrEx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60" w:type="dxa"/>
        </w:trPr>
        <w:tc>
          <w:tcPr>
            <w:tcW w:w="10206" w:type="dxa"/>
            <w:gridSpan w:val="2"/>
            <w:shd w:val="clear" w:color="auto" w:fill="E9F6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A739B24" w14:textId="77777777" w:rsidR="00665EC0" w:rsidRPr="003A273C" w:rsidRDefault="009F0172">
            <w:pPr>
              <w:spacing w:after="0"/>
              <w:rPr>
                <w:lang w:val="ru-RU"/>
              </w:rPr>
            </w:pPr>
            <w:r w:rsidRPr="003A273C">
              <w:rPr>
                <w:b/>
                <w:color w:val="252525"/>
                <w:lang w:val="ru-RU"/>
              </w:rPr>
              <w:t xml:space="preserve">ПУСК </w:t>
            </w:r>
            <w:proofErr w:type="gramStart"/>
            <w:r w:rsidRPr="003A273C">
              <w:rPr>
                <w:b/>
                <w:color w:val="252525"/>
                <w:lang w:val="ru-RU"/>
              </w:rPr>
              <w:t xml:space="preserve">РАЗРЕШЁН  </w:t>
            </w:r>
            <w:r w:rsidRPr="003A273C">
              <w:rPr>
                <w:color w:val="252525"/>
                <w:lang w:val="ru-RU"/>
              </w:rPr>
              <w:t>Только</w:t>
            </w:r>
            <w:proofErr w:type="gramEnd"/>
            <w:r w:rsidRPr="003A273C">
              <w:rPr>
                <w:color w:val="252525"/>
                <w:lang w:val="ru-RU"/>
              </w:rPr>
              <w:t xml:space="preserve"> после положительного результата всех проверок.</w:t>
            </w:r>
          </w:p>
        </w:tc>
      </w:tr>
    </w:tbl>
    <w:p w14:paraId="563E8450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3766DC5C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7 • ЭКСПЛУАТАЦИЯ</w:t>
      </w:r>
    </w:p>
    <w:p w14:paraId="00209376" w14:textId="77777777" w:rsidR="00665EC0" w:rsidRDefault="009F0172">
      <w:pPr>
        <w:pStyle w:val="1"/>
      </w:pPr>
      <w:r>
        <w:t>Запуск двигателя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23"/>
        <w:gridCol w:w="9583"/>
        <w:gridCol w:w="59"/>
      </w:tblGrid>
      <w:tr w:rsidR="00665EC0" w14:paraId="4A8DA95C" w14:textId="77777777">
        <w:trPr>
          <w:gridAfter w:val="1"/>
          <w:wAfter w:w="17" w:type="dxa"/>
        </w:trPr>
        <w:tc>
          <w:tcPr>
            <w:tcW w:w="10206" w:type="dxa"/>
            <w:gridSpan w:val="2"/>
            <w:shd w:val="clear" w:color="auto" w:fill="ED1C24"/>
          </w:tcPr>
          <w:p w14:paraId="7CC5C7C4" w14:textId="77777777" w:rsidR="00665EC0" w:rsidRDefault="00665EC0"/>
        </w:tc>
      </w:tr>
      <w:tr w:rsidR="00665EC0" w:rsidRPr="003A273C" w14:paraId="40B441B1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6F9BA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71D1A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Установите аппарат на ровной устойчивой поверхности на открытом воздухе.</w:t>
            </w:r>
          </w:p>
        </w:tc>
      </w:tr>
      <w:tr w:rsidR="00665EC0" w:rsidRPr="003A273C" w14:paraId="501B1B2F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8F592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1CCD0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Подключите шланги, откройте воду и удалите воздух из </w:t>
            </w:r>
            <w:r w:rsidRPr="003A273C">
              <w:rPr>
                <w:color w:val="252525"/>
                <w:lang w:val="ru-RU"/>
              </w:rPr>
              <w:t>системы.</w:t>
            </w:r>
          </w:p>
        </w:tc>
      </w:tr>
      <w:tr w:rsidR="00665EC0" w14:paraId="62F459C8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EA8D3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CF7CD1" w14:textId="77777777" w:rsidR="00665EC0" w:rsidRDefault="009F0172">
            <w:pPr>
              <w:spacing w:after="60" w:line="240" w:lineRule="auto"/>
            </w:pPr>
            <w:r>
              <w:rPr>
                <w:color w:val="252525"/>
              </w:rPr>
              <w:t>Включите предохранитель курка.</w:t>
            </w:r>
          </w:p>
        </w:tc>
      </w:tr>
      <w:tr w:rsidR="00665EC0" w:rsidRPr="003A273C" w14:paraId="7EAC185F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5313C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EB3FF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Откройте топливный кран и установите выключатель двигателя в положение </w:t>
            </w:r>
            <w:r>
              <w:rPr>
                <w:color w:val="252525"/>
              </w:rPr>
              <w:t>ON</w:t>
            </w:r>
            <w:r w:rsidRPr="003A273C">
              <w:rPr>
                <w:color w:val="252525"/>
                <w:lang w:val="ru-RU"/>
              </w:rPr>
              <w:t>.</w:t>
            </w:r>
          </w:p>
        </w:tc>
      </w:tr>
      <w:tr w:rsidR="00665EC0" w:rsidRPr="003A273C" w14:paraId="7B088327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FF371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B0480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Для холодного двигателя закройте воздушную заслонку; регулятор газа установите в положение </w:t>
            </w:r>
            <w:r>
              <w:rPr>
                <w:color w:val="252525"/>
              </w:rPr>
              <w:t>FAST</w:t>
            </w:r>
            <w:r w:rsidRPr="003A273C">
              <w:rPr>
                <w:color w:val="252525"/>
                <w:lang w:val="ru-RU"/>
              </w:rPr>
              <w:t>.</w:t>
            </w:r>
          </w:p>
        </w:tc>
      </w:tr>
      <w:tr w:rsidR="00665EC0" w:rsidRPr="003A273C" w14:paraId="1A5403A0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C7B83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6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B0C4E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Медленно вытяните стартер до соп</w:t>
            </w:r>
            <w:r w:rsidRPr="003A273C">
              <w:rPr>
                <w:color w:val="252525"/>
                <w:lang w:val="ru-RU"/>
              </w:rPr>
              <w:t>ротивления, затем резко потяните.</w:t>
            </w:r>
          </w:p>
        </w:tc>
      </w:tr>
      <w:tr w:rsidR="00665EC0" w:rsidRPr="003A273C" w14:paraId="48E2022B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BCB32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7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F0E3C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После запуска постепенно откройте воздушную заслонку.</w:t>
            </w:r>
          </w:p>
        </w:tc>
      </w:tr>
      <w:tr w:rsidR="00665EC0" w:rsidRPr="003A273C" w14:paraId="4D450F57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79F474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8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3CEE5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Снимите предохранитель, направьте копьё в безопасную сторону и нажмите курок.</w:t>
            </w:r>
          </w:p>
        </w:tc>
      </w:tr>
      <w:tr w:rsidR="00665EC0" w14:paraId="26464546" w14:textId="77777777">
        <w:tblPrEx>
          <w:tblBorders>
            <w:top w:val="single" w:sz="4" w:space="0" w:color="D1B34A"/>
            <w:left w:val="single" w:sz="4" w:space="0" w:color="D1B34A"/>
            <w:bottom w:val="single" w:sz="4" w:space="0" w:color="D1B34A"/>
            <w:right w:val="single" w:sz="4" w:space="0" w:color="D1B34A"/>
            <w:insideH w:val="single" w:sz="4" w:space="0" w:color="D1B34A"/>
            <w:insideV w:val="single" w:sz="4" w:space="0" w:color="D1B34A"/>
          </w:tblBorders>
        </w:tblPrEx>
        <w:trPr>
          <w:gridAfter w:val="1"/>
          <w:wAfter w:w="59" w:type="dxa"/>
        </w:trPr>
        <w:tc>
          <w:tcPr>
            <w:tcW w:w="10206" w:type="dxa"/>
            <w:gridSpan w:val="2"/>
            <w:shd w:val="clear" w:color="auto" w:fill="FFF4C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D6A68E0" w14:textId="77777777" w:rsidR="00665EC0" w:rsidRDefault="009F0172">
            <w:pPr>
              <w:spacing w:after="0"/>
            </w:pPr>
            <w:r w:rsidRPr="003A273C">
              <w:rPr>
                <w:b/>
                <w:color w:val="252525"/>
                <w:lang w:val="ru-RU"/>
              </w:rPr>
              <w:t xml:space="preserve">НЕ ДЕРЖИТЕ НАСОС В </w:t>
            </w:r>
            <w:proofErr w:type="gramStart"/>
            <w:r w:rsidRPr="003A273C">
              <w:rPr>
                <w:b/>
                <w:color w:val="252525"/>
                <w:lang w:val="ru-RU"/>
              </w:rPr>
              <w:t xml:space="preserve">БАЙПАСЕ  </w:t>
            </w:r>
            <w:r w:rsidRPr="003A273C">
              <w:rPr>
                <w:color w:val="252525"/>
                <w:lang w:val="ru-RU"/>
              </w:rPr>
              <w:t>При</w:t>
            </w:r>
            <w:proofErr w:type="gramEnd"/>
            <w:r w:rsidRPr="003A273C">
              <w:rPr>
                <w:color w:val="252525"/>
                <w:lang w:val="ru-RU"/>
              </w:rPr>
              <w:t xml:space="preserve"> отпущенном курке не оставляйте двигатель </w:t>
            </w:r>
            <w:r w:rsidRPr="003A273C">
              <w:rPr>
                <w:color w:val="252525"/>
                <w:lang w:val="ru-RU"/>
              </w:rPr>
              <w:t xml:space="preserve">работающим более 2–3 минут. </w:t>
            </w:r>
            <w:proofErr w:type="spellStart"/>
            <w:r>
              <w:rPr>
                <w:color w:val="252525"/>
              </w:rPr>
              <w:t>Термоклапан</w:t>
            </w:r>
            <w:proofErr w:type="spellEnd"/>
            <w:r>
              <w:rPr>
                <w:color w:val="252525"/>
              </w:rPr>
              <w:t xml:space="preserve"> — </w:t>
            </w:r>
            <w:proofErr w:type="spellStart"/>
            <w:r>
              <w:rPr>
                <w:color w:val="252525"/>
              </w:rPr>
              <w:t>аварийная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защита</w:t>
            </w:r>
            <w:proofErr w:type="spellEnd"/>
            <w:r>
              <w:rPr>
                <w:color w:val="252525"/>
              </w:rPr>
              <w:t>, а не рабочий режим.</w:t>
            </w:r>
          </w:p>
        </w:tc>
      </w:tr>
    </w:tbl>
    <w:p w14:paraId="70DC577B" w14:textId="77777777" w:rsidR="00665EC0" w:rsidRDefault="009F0172">
      <w:r>
        <w:br w:type="page"/>
      </w:r>
    </w:p>
    <w:p w14:paraId="50150DB5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7 • РАБОЧИЕ РЕЖИМЫ</w:t>
      </w:r>
    </w:p>
    <w:p w14:paraId="52BBB4B1" w14:textId="77777777" w:rsidR="00665EC0" w:rsidRDefault="009F0172">
      <w:pPr>
        <w:pStyle w:val="1"/>
      </w:pPr>
      <w:r>
        <w:t>Форсунки и регулировка струи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835"/>
        <w:gridCol w:w="7371"/>
        <w:gridCol w:w="18"/>
      </w:tblGrid>
      <w:tr w:rsidR="00665EC0" w14:paraId="25299328" w14:textId="77777777">
        <w:trPr>
          <w:gridAfter w:val="1"/>
          <w:wAfter w:w="18" w:type="dxa"/>
        </w:trPr>
        <w:tc>
          <w:tcPr>
            <w:tcW w:w="10206" w:type="dxa"/>
            <w:gridSpan w:val="2"/>
            <w:shd w:val="clear" w:color="auto" w:fill="ED1C24"/>
          </w:tcPr>
          <w:p w14:paraId="060FBF46" w14:textId="77777777" w:rsidR="00665EC0" w:rsidRDefault="00665EC0"/>
        </w:tc>
      </w:tr>
      <w:tr w:rsidR="00665EC0" w14:paraId="32C73D1B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2835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F3E3F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Цвет / угол</w:t>
            </w:r>
          </w:p>
        </w:tc>
        <w:tc>
          <w:tcPr>
            <w:tcW w:w="7371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3D320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Применение</w:t>
            </w:r>
          </w:p>
        </w:tc>
      </w:tr>
      <w:tr w:rsidR="00665EC0" w:rsidRPr="003A273C" w14:paraId="7DC7785B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7FFD6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Красная, 0°</w:t>
            </w:r>
          </w:p>
        </w:tc>
        <w:tc>
          <w:tcPr>
            <w:tcW w:w="737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9A5B8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 xml:space="preserve">Максимально концентрированная струя. Только для стойких </w:t>
            </w:r>
            <w:r w:rsidRPr="003A273C">
              <w:rPr>
                <w:color w:val="252525"/>
                <w:sz w:val="17"/>
                <w:lang w:val="ru-RU"/>
              </w:rPr>
              <w:t>поверхностей, с большой дистанции.</w:t>
            </w:r>
          </w:p>
        </w:tc>
      </w:tr>
      <w:tr w:rsidR="00665EC0" w14:paraId="0DA50FF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83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12634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Жёлтая</w:t>
            </w:r>
            <w:proofErr w:type="spellEnd"/>
            <w:r>
              <w:rPr>
                <w:color w:val="252525"/>
                <w:sz w:val="17"/>
              </w:rPr>
              <w:t>, 15°</w:t>
            </w:r>
          </w:p>
        </w:tc>
        <w:tc>
          <w:tcPr>
            <w:tcW w:w="737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038F8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Интенсивная очистка твёрдых поверхностей.</w:t>
            </w:r>
          </w:p>
        </w:tc>
      </w:tr>
      <w:tr w:rsidR="00665EC0" w14:paraId="22FE17D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186D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Зелёная, 25°</w:t>
            </w:r>
          </w:p>
        </w:tc>
        <w:tc>
          <w:tcPr>
            <w:tcW w:w="737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7F9ED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Основная универсальная мойка.</w:t>
            </w:r>
          </w:p>
        </w:tc>
      </w:tr>
      <w:tr w:rsidR="00665EC0" w:rsidRPr="003A273C" w14:paraId="3D70340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83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E57C9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Белая / чёрная, низкое давление</w:t>
            </w:r>
          </w:p>
        </w:tc>
        <w:tc>
          <w:tcPr>
            <w:tcW w:w="737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A168E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Подача моющего средства или щадящее ополаскивание — в зависимости от комплекта.</w:t>
            </w:r>
          </w:p>
        </w:tc>
      </w:tr>
    </w:tbl>
    <w:p w14:paraId="1488E6B5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48FBB0C8" wp14:editId="7AB9C916">
            <wp:extent cx="3384000" cy="566600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ffc0c3d-1cf5-44a7-99a3-821049a62e1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4000" cy="566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77263" w14:textId="77777777" w:rsidR="00665EC0" w:rsidRPr="003A273C" w:rsidRDefault="009F0172">
      <w:pPr>
        <w:jc w:val="center"/>
        <w:rPr>
          <w:lang w:val="ru-RU"/>
        </w:rPr>
      </w:pPr>
      <w:r w:rsidRPr="003A273C">
        <w:rPr>
          <w:i/>
          <w:color w:val="252525"/>
          <w:sz w:val="15"/>
          <w:lang w:val="ru-RU"/>
        </w:rPr>
        <w:t>Форсунки размещены в держателе на рукоятке</w:t>
      </w:r>
    </w:p>
    <w:p w14:paraId="2FBC287E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Меняйте форсунку только при остановленном двигателе и сброшенном давлении.</w:t>
      </w:r>
    </w:p>
    <w:p w14:paraId="606A2C29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Начинайте с расстояния 60 см и уменьшайте его после проверки поверхности.</w:t>
      </w:r>
    </w:p>
    <w:p w14:paraId="642CF82F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приближайте струю к шинам ближе 20 см.</w:t>
      </w:r>
    </w:p>
    <w:p w14:paraId="2C3A145E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Сначала проверьте дейс</w:t>
      </w:r>
      <w:r w:rsidRPr="003A273C">
        <w:rPr>
          <w:color w:val="252525"/>
          <w:lang w:val="ru-RU"/>
        </w:rPr>
        <w:t>твие струи на малозаметном участке.</w:t>
      </w:r>
    </w:p>
    <w:p w14:paraId="4B2C2633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77C25A60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8 • ХИМИЯ</w:t>
      </w:r>
    </w:p>
    <w:p w14:paraId="76120BA2" w14:textId="77777777" w:rsidR="00665EC0" w:rsidRDefault="009F0172">
      <w:pPr>
        <w:pStyle w:val="1"/>
      </w:pPr>
      <w:r>
        <w:t>Использование моющего средства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23"/>
        <w:gridCol w:w="9583"/>
        <w:gridCol w:w="59"/>
      </w:tblGrid>
      <w:tr w:rsidR="00665EC0" w14:paraId="3ADD9F4D" w14:textId="77777777">
        <w:trPr>
          <w:gridAfter w:val="1"/>
          <w:wAfter w:w="17" w:type="dxa"/>
        </w:trPr>
        <w:tc>
          <w:tcPr>
            <w:tcW w:w="10206" w:type="dxa"/>
            <w:gridSpan w:val="2"/>
            <w:shd w:val="clear" w:color="auto" w:fill="ED1C24"/>
          </w:tcPr>
          <w:p w14:paraId="2D55424F" w14:textId="77777777" w:rsidR="00665EC0" w:rsidRDefault="00665EC0"/>
        </w:tc>
      </w:tr>
      <w:tr w:rsidR="00665EC0" w:rsidRPr="003A273C" w14:paraId="42C461E1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51534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7B49A1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Используйте только средство, предназначенное для аппаратов высокого давления.</w:t>
            </w:r>
          </w:p>
        </w:tc>
      </w:tr>
      <w:tr w:rsidR="00665EC0" w:rsidRPr="003A273C" w14:paraId="7992388D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EBDE04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0FACC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Приготовьте раствор по инструкции изготовителя.</w:t>
            </w:r>
          </w:p>
        </w:tc>
      </w:tr>
      <w:tr w:rsidR="00665EC0" w:rsidRPr="003A273C" w14:paraId="3AB49720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08543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547E9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Подсоедините шланг химии и </w:t>
            </w:r>
            <w:r w:rsidRPr="003A273C">
              <w:rPr>
                <w:color w:val="252525"/>
                <w:lang w:val="ru-RU"/>
              </w:rPr>
              <w:t>опустите фильтр в ёмкость.</w:t>
            </w:r>
          </w:p>
        </w:tc>
      </w:tr>
      <w:tr w:rsidR="00665EC0" w14:paraId="6F68DDB4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168C87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9F215" w14:textId="77777777" w:rsidR="00665EC0" w:rsidRDefault="009F0172">
            <w:pPr>
              <w:spacing w:after="60" w:line="240" w:lineRule="auto"/>
            </w:pPr>
            <w:r>
              <w:rPr>
                <w:color w:val="252525"/>
              </w:rPr>
              <w:t>Установите форсунку низкого давления.</w:t>
            </w:r>
          </w:p>
        </w:tc>
      </w:tr>
      <w:tr w:rsidR="00665EC0" w:rsidRPr="003A273C" w14:paraId="01BD3AFC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E2692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EA8356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Наносите раствор снизу вверх на сухую поверхность.</w:t>
            </w:r>
          </w:p>
        </w:tc>
      </w:tr>
      <w:tr w:rsidR="00665EC0" w:rsidRPr="003A273C" w14:paraId="41026B16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C86A0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6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580FE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Выдержите 3–5 минут, не допуская высыхания.</w:t>
            </w:r>
          </w:p>
        </w:tc>
      </w:tr>
      <w:tr w:rsidR="00665EC0" w:rsidRPr="003A273C" w14:paraId="7AE708CD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30A87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7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7A738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Переключитесь на воду высокого давления и смывайте сверху вниз.</w:t>
            </w:r>
          </w:p>
        </w:tc>
      </w:tr>
      <w:tr w:rsidR="00665EC0" w:rsidRPr="003A273C" w14:paraId="66AF00D8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98B40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8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FC394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После </w:t>
            </w:r>
            <w:r w:rsidRPr="003A273C">
              <w:rPr>
                <w:color w:val="252525"/>
                <w:lang w:val="ru-RU"/>
              </w:rPr>
              <w:t>работы промойте тракт химии чистой водой 1–2 минуты.</w:t>
            </w:r>
          </w:p>
        </w:tc>
      </w:tr>
      <w:tr w:rsidR="00665EC0" w:rsidRPr="003A273C" w14:paraId="07D1CB9C" w14:textId="77777777">
        <w:tblPrEx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59" w:type="dxa"/>
        </w:trPr>
        <w:tc>
          <w:tcPr>
            <w:tcW w:w="10206" w:type="dxa"/>
            <w:gridSpan w:val="2"/>
            <w:shd w:val="clear" w:color="auto" w:fill="FCE8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2C056E0" w14:textId="77777777" w:rsidR="00665EC0" w:rsidRPr="003A273C" w:rsidRDefault="009F0172">
            <w:pPr>
              <w:spacing w:after="0"/>
              <w:rPr>
                <w:lang w:val="ru-RU"/>
              </w:rPr>
            </w:pPr>
            <w:proofErr w:type="gramStart"/>
            <w:r w:rsidRPr="003A273C">
              <w:rPr>
                <w:b/>
                <w:color w:val="ED1C24"/>
                <w:lang w:val="ru-RU"/>
              </w:rPr>
              <w:t xml:space="preserve">ЗАПРЕЩЕНО  </w:t>
            </w:r>
            <w:r w:rsidRPr="003A273C">
              <w:rPr>
                <w:color w:val="252525"/>
                <w:lang w:val="ru-RU"/>
              </w:rPr>
              <w:t>Не</w:t>
            </w:r>
            <w:proofErr w:type="gramEnd"/>
            <w:r w:rsidRPr="003A273C">
              <w:rPr>
                <w:color w:val="252525"/>
                <w:lang w:val="ru-RU"/>
              </w:rPr>
              <w:t xml:space="preserve"> применяйте кислоты, растворители, бензин, хлорсодержащие концентраты и средства, не предназначенные для насосов высокого давления.</w:t>
            </w:r>
          </w:p>
        </w:tc>
      </w:tr>
    </w:tbl>
    <w:p w14:paraId="167CD94B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4EA8DFDF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t>РАЗДЕЛ 9 • ЗАВЕРШЕНИЕ РАБОТЫ</w:t>
      </w:r>
    </w:p>
    <w:p w14:paraId="3FA14EBF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 xml:space="preserve">Остановка и сброс </w:t>
      </w:r>
      <w:r w:rsidRPr="003A273C">
        <w:rPr>
          <w:lang w:val="ru-RU"/>
        </w:rPr>
        <w:t>давления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23"/>
        <w:gridCol w:w="9583"/>
        <w:gridCol w:w="59"/>
      </w:tblGrid>
      <w:tr w:rsidR="00665EC0" w:rsidRPr="003A273C" w14:paraId="5C75F6FA" w14:textId="77777777">
        <w:trPr>
          <w:gridAfter w:val="1"/>
          <w:wAfter w:w="17" w:type="dxa"/>
        </w:trPr>
        <w:tc>
          <w:tcPr>
            <w:tcW w:w="10206" w:type="dxa"/>
            <w:gridSpan w:val="2"/>
            <w:shd w:val="clear" w:color="auto" w:fill="ED1C24"/>
          </w:tcPr>
          <w:p w14:paraId="2A56BBF9" w14:textId="77777777" w:rsidR="00665EC0" w:rsidRPr="003A273C" w:rsidRDefault="00665EC0">
            <w:pPr>
              <w:rPr>
                <w:lang w:val="ru-RU"/>
              </w:rPr>
            </w:pPr>
          </w:p>
        </w:tc>
      </w:tr>
      <w:tr w:rsidR="00665EC0" w:rsidRPr="003A273C" w14:paraId="6B5B9D37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0C583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F613A0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Отпустите курок и установите его на предохранитель.</w:t>
            </w:r>
          </w:p>
        </w:tc>
      </w:tr>
      <w:tr w:rsidR="00665EC0" w:rsidRPr="003A273C" w14:paraId="294859CC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AB3ABF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F97D4A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Переведите регулятор газа в минимальное положение и выключите двигатель.</w:t>
            </w:r>
          </w:p>
        </w:tc>
      </w:tr>
      <w:tr w:rsidR="00665EC0" w14:paraId="4D76D46A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9BFC0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DFE05" w14:textId="77777777" w:rsidR="00665EC0" w:rsidRDefault="009F0172">
            <w:pPr>
              <w:spacing w:after="60" w:line="240" w:lineRule="auto"/>
            </w:pPr>
            <w:r>
              <w:rPr>
                <w:color w:val="252525"/>
              </w:rPr>
              <w:t>Закройте топливный кран.</w:t>
            </w:r>
          </w:p>
        </w:tc>
      </w:tr>
      <w:tr w:rsidR="00665EC0" w14:paraId="00FBDB78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FD51A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5F242E" w14:textId="77777777" w:rsidR="00665EC0" w:rsidRDefault="009F0172">
            <w:pPr>
              <w:spacing w:after="60" w:line="240" w:lineRule="auto"/>
            </w:pPr>
            <w:r>
              <w:rPr>
                <w:color w:val="252525"/>
              </w:rPr>
              <w:t>Перекройте подачу воды.</w:t>
            </w:r>
          </w:p>
        </w:tc>
      </w:tr>
      <w:tr w:rsidR="00665EC0" w:rsidRPr="003A273C" w14:paraId="22D3A7BB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F4DA7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2EF51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Снимите предохранитель и удерживайте курок до </w:t>
            </w:r>
            <w:r w:rsidRPr="003A273C">
              <w:rPr>
                <w:color w:val="252525"/>
                <w:lang w:val="ru-RU"/>
              </w:rPr>
              <w:t>полного прекращения выхода воды.</w:t>
            </w:r>
          </w:p>
        </w:tc>
      </w:tr>
      <w:tr w:rsidR="00665EC0" w:rsidRPr="003A273C" w14:paraId="5ECBEF3B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67857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6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37F6B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Отсоедините шланги и слейте из них воду.</w:t>
            </w:r>
          </w:p>
        </w:tc>
      </w:tr>
      <w:tr w:rsidR="00665EC0" w:rsidRPr="003A273C" w14:paraId="74338B52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58F96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7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824F92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Промойте тракт химии, если он использовался.</w:t>
            </w:r>
          </w:p>
        </w:tc>
      </w:tr>
      <w:tr w:rsidR="00665EC0" w:rsidRPr="003A273C" w14:paraId="75A328A0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4CF95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8</w:t>
            </w:r>
          </w:p>
        </w:tc>
        <w:tc>
          <w:tcPr>
            <w:tcW w:w="958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C7EA4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Очистите аппарат и проверьте его состояние.</w:t>
            </w:r>
          </w:p>
        </w:tc>
      </w:tr>
      <w:tr w:rsidR="00665EC0" w14:paraId="1C275AC8" w14:textId="77777777">
        <w:tblPrEx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59" w:type="dxa"/>
        </w:trPr>
        <w:tc>
          <w:tcPr>
            <w:tcW w:w="10206" w:type="dxa"/>
            <w:gridSpan w:val="2"/>
            <w:shd w:val="clear" w:color="auto" w:fill="FCE8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F5A742B" w14:textId="77777777" w:rsidR="00665EC0" w:rsidRDefault="009F0172">
            <w:pPr>
              <w:spacing w:after="0"/>
            </w:pPr>
            <w:r w:rsidRPr="003A273C">
              <w:rPr>
                <w:b/>
                <w:color w:val="ED1C24"/>
                <w:lang w:val="ru-RU"/>
              </w:rPr>
              <w:t xml:space="preserve">ОСТАТОЧНОЕ </w:t>
            </w:r>
            <w:proofErr w:type="gramStart"/>
            <w:r w:rsidRPr="003A273C">
              <w:rPr>
                <w:b/>
                <w:color w:val="ED1C24"/>
                <w:lang w:val="ru-RU"/>
              </w:rPr>
              <w:t xml:space="preserve">ДАВЛЕНИЕ  </w:t>
            </w:r>
            <w:r w:rsidRPr="003A273C">
              <w:rPr>
                <w:color w:val="252525"/>
                <w:lang w:val="ru-RU"/>
              </w:rPr>
              <w:t>Выключение</w:t>
            </w:r>
            <w:proofErr w:type="gramEnd"/>
            <w:r w:rsidRPr="003A273C">
              <w:rPr>
                <w:color w:val="252525"/>
                <w:lang w:val="ru-RU"/>
              </w:rPr>
              <w:t xml:space="preserve"> двигателя само по себе не снимает </w:t>
            </w:r>
            <w:r w:rsidRPr="003A273C">
              <w:rPr>
                <w:color w:val="252525"/>
                <w:lang w:val="ru-RU"/>
              </w:rPr>
              <w:t xml:space="preserve">давление. </w:t>
            </w:r>
            <w:proofErr w:type="spellStart"/>
            <w:r>
              <w:rPr>
                <w:color w:val="252525"/>
              </w:rPr>
              <w:t>Обязательно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нажмите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курок</w:t>
            </w:r>
            <w:proofErr w:type="spellEnd"/>
            <w:r>
              <w:rPr>
                <w:color w:val="252525"/>
              </w:rPr>
              <w:t xml:space="preserve"> </w:t>
            </w:r>
            <w:proofErr w:type="spellStart"/>
            <w:r>
              <w:rPr>
                <w:color w:val="252525"/>
              </w:rPr>
              <w:t>перед</w:t>
            </w:r>
            <w:proofErr w:type="spellEnd"/>
            <w:r>
              <w:rPr>
                <w:color w:val="252525"/>
              </w:rPr>
              <w:t xml:space="preserve"> разборкой соединений.</w:t>
            </w:r>
          </w:p>
        </w:tc>
      </w:tr>
    </w:tbl>
    <w:p w14:paraId="2CD2773C" w14:textId="77777777" w:rsidR="00665EC0" w:rsidRDefault="009F0172">
      <w:r>
        <w:br w:type="page"/>
      </w:r>
    </w:p>
    <w:p w14:paraId="213504B4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10 • УХОД</w:t>
      </w:r>
    </w:p>
    <w:p w14:paraId="0A0220F2" w14:textId="77777777" w:rsidR="00665EC0" w:rsidRDefault="009F0172">
      <w:pPr>
        <w:pStyle w:val="1"/>
      </w:pPr>
      <w:r>
        <w:t>Ежедневное обслуживание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81"/>
        <w:gridCol w:w="7825"/>
        <w:gridCol w:w="17"/>
      </w:tblGrid>
      <w:tr w:rsidR="00665EC0" w14:paraId="0DACAB13" w14:textId="77777777">
        <w:trPr>
          <w:gridAfter w:val="1"/>
          <w:wAfter w:w="17" w:type="dxa"/>
        </w:trPr>
        <w:tc>
          <w:tcPr>
            <w:tcW w:w="10206" w:type="dxa"/>
            <w:gridSpan w:val="2"/>
            <w:shd w:val="clear" w:color="auto" w:fill="ED1C24"/>
          </w:tcPr>
          <w:p w14:paraId="0EB69632" w14:textId="77777777" w:rsidR="00665EC0" w:rsidRDefault="00665EC0"/>
        </w:tc>
      </w:tr>
      <w:tr w:rsidR="00665EC0" w14:paraId="2EC1AD7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2381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BA024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Периодичность</w:t>
            </w:r>
          </w:p>
        </w:tc>
        <w:tc>
          <w:tcPr>
            <w:tcW w:w="7824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B4D50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Работы</w:t>
            </w:r>
          </w:p>
        </w:tc>
      </w:tr>
      <w:tr w:rsidR="00665EC0" w:rsidRPr="003A273C" w14:paraId="6CA7A5D6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75E1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Перед каждым пуском</w:t>
            </w:r>
          </w:p>
        </w:tc>
        <w:tc>
          <w:tcPr>
            <w:tcW w:w="782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510E8B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Проверить масло, топливо, фильтр воды, шланги, пистолет, форсунку, крепёж и утечки.</w:t>
            </w:r>
          </w:p>
        </w:tc>
      </w:tr>
      <w:tr w:rsidR="00665EC0" w:rsidRPr="003A273C" w14:paraId="23689EB4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1FD8C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После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каждой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работы</w:t>
            </w:r>
            <w:proofErr w:type="spellEnd"/>
          </w:p>
        </w:tc>
        <w:tc>
          <w:tcPr>
            <w:tcW w:w="782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8D8F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Промыть химический тракт, сбросить давление, слить воду, очистить аппарат.</w:t>
            </w:r>
          </w:p>
        </w:tc>
      </w:tr>
      <w:tr w:rsidR="00665EC0" w:rsidRPr="003A273C" w14:paraId="7C58BD6C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D157C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Каждые</w:t>
            </w:r>
            <w:proofErr w:type="spellEnd"/>
            <w:r>
              <w:rPr>
                <w:color w:val="252525"/>
                <w:sz w:val="17"/>
              </w:rPr>
              <w:t xml:space="preserve"> 25 ч</w:t>
            </w:r>
          </w:p>
        </w:tc>
        <w:tc>
          <w:tcPr>
            <w:tcW w:w="782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E3BCB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Очистить воздушный фильтр двигателя; проверить крепёж и свечу.</w:t>
            </w:r>
          </w:p>
        </w:tc>
      </w:tr>
      <w:tr w:rsidR="00665EC0" w:rsidRPr="003A273C" w14:paraId="75CCEA8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67E0E7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Каждые</w:t>
            </w:r>
            <w:proofErr w:type="spellEnd"/>
            <w:r>
              <w:rPr>
                <w:color w:val="252525"/>
                <w:sz w:val="17"/>
              </w:rPr>
              <w:t xml:space="preserve"> 50 ч</w:t>
            </w:r>
          </w:p>
        </w:tc>
        <w:tc>
          <w:tcPr>
            <w:tcW w:w="782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BE3BE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Проверить масло насоса; заменить при загрязнении или эмульсии.</w:t>
            </w:r>
          </w:p>
        </w:tc>
      </w:tr>
      <w:tr w:rsidR="00665EC0" w:rsidRPr="003A273C" w14:paraId="6A4AB715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E3CA5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Каждые</w:t>
            </w:r>
            <w:proofErr w:type="spellEnd"/>
            <w:r>
              <w:rPr>
                <w:color w:val="252525"/>
                <w:sz w:val="17"/>
              </w:rPr>
              <w:t xml:space="preserve"> 100 ч / </w:t>
            </w:r>
            <w:proofErr w:type="spellStart"/>
            <w:r>
              <w:rPr>
                <w:color w:val="252525"/>
                <w:sz w:val="17"/>
              </w:rPr>
              <w:t>сезон</w:t>
            </w:r>
            <w:proofErr w:type="spellEnd"/>
          </w:p>
        </w:tc>
        <w:tc>
          <w:tcPr>
            <w:tcW w:w="782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96CAB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Заменить масло насоса и выполнить обслуживание двигателя по его руководству.</w:t>
            </w:r>
          </w:p>
        </w:tc>
      </w:tr>
      <w:tr w:rsidR="00665EC0" w:rsidRPr="003A273C" w14:paraId="7B05AC7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E8E19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Перед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хранением</w:t>
            </w:r>
            <w:proofErr w:type="spellEnd"/>
          </w:p>
        </w:tc>
        <w:tc>
          <w:tcPr>
            <w:tcW w:w="782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E3D61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Удалить воду, защитить насос от замерзания, стабилизировать или слить топливо.</w:t>
            </w:r>
          </w:p>
        </w:tc>
      </w:tr>
    </w:tbl>
    <w:p w14:paraId="23B57525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4464486E" wp14:editId="563B6C1E">
            <wp:extent cx="4500000" cy="333582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88fd99-3df5-42a3-893c-18a4217ec3e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33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BDD4B" w14:textId="77777777" w:rsidR="00665EC0" w:rsidRPr="003A273C" w:rsidRDefault="009F0172">
      <w:pPr>
        <w:jc w:val="center"/>
        <w:rPr>
          <w:lang w:val="ru-RU"/>
        </w:rPr>
      </w:pPr>
      <w:r w:rsidRPr="003A273C">
        <w:rPr>
          <w:i/>
          <w:color w:val="252525"/>
          <w:sz w:val="15"/>
          <w:lang w:val="ru-RU"/>
        </w:rPr>
        <w:t>Насос: фильтр воды, регулятор давления и манометр</w:t>
      </w:r>
    </w:p>
    <w:tbl>
      <w:tblPr>
        <w:tblW w:w="0" w:type="auto"/>
        <w:tblBorders>
          <w:top w:val="single" w:sz="4" w:space="0" w:color="D1B34A"/>
          <w:left w:val="single" w:sz="4" w:space="0" w:color="D1B34A"/>
          <w:bottom w:val="single" w:sz="4" w:space="0" w:color="D1B34A"/>
          <w:right w:val="single" w:sz="4" w:space="0" w:color="D1B34A"/>
          <w:insideH w:val="single" w:sz="4" w:space="0" w:color="D1B34A"/>
          <w:insideV w:val="single" w:sz="4" w:space="0" w:color="D1B34A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665EC0" w:rsidRPr="003A273C" w14:paraId="58B5E086" w14:textId="77777777">
        <w:tc>
          <w:tcPr>
            <w:tcW w:w="10206" w:type="dxa"/>
            <w:shd w:val="clear" w:color="auto" w:fill="FFF4C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6453958" w14:textId="77777777" w:rsidR="00665EC0" w:rsidRPr="003A273C" w:rsidRDefault="009F0172">
            <w:pPr>
              <w:spacing w:after="0"/>
              <w:rPr>
                <w:lang w:val="ru-RU"/>
              </w:rPr>
            </w:pPr>
            <w:proofErr w:type="gramStart"/>
            <w:r w:rsidRPr="003A273C">
              <w:rPr>
                <w:b/>
                <w:color w:val="252525"/>
                <w:lang w:val="ru-RU"/>
              </w:rPr>
              <w:t xml:space="preserve">СЕРВИС  </w:t>
            </w:r>
            <w:r w:rsidRPr="003A273C">
              <w:rPr>
                <w:color w:val="252525"/>
                <w:lang w:val="ru-RU"/>
              </w:rPr>
              <w:t>Перед</w:t>
            </w:r>
            <w:proofErr w:type="gramEnd"/>
            <w:r w:rsidRPr="003A273C">
              <w:rPr>
                <w:color w:val="252525"/>
                <w:lang w:val="ru-RU"/>
              </w:rPr>
              <w:t xml:space="preserve"> </w:t>
            </w:r>
            <w:r w:rsidRPr="003A273C">
              <w:rPr>
                <w:color w:val="252525"/>
                <w:lang w:val="ru-RU"/>
              </w:rPr>
              <w:t>обслуживанием остудите двигатель, снимите провод со свечи зажигания и сбросьте давление.</w:t>
            </w:r>
          </w:p>
        </w:tc>
      </w:tr>
    </w:tbl>
    <w:p w14:paraId="547362C0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69A03311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t>РАЗДЕЛ 10 • ОБСЛУЖИВАНИЕ</w:t>
      </w:r>
    </w:p>
    <w:p w14:paraId="41D412C7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>Насос, фильтры и форсунки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665EC0" w:rsidRPr="003A273C" w14:paraId="7FD211E8" w14:textId="77777777">
        <w:tc>
          <w:tcPr>
            <w:tcW w:w="10206" w:type="dxa"/>
            <w:shd w:val="clear" w:color="auto" w:fill="ED1C24"/>
          </w:tcPr>
          <w:p w14:paraId="7FE142F1" w14:textId="77777777" w:rsidR="00665EC0" w:rsidRPr="003A273C" w:rsidRDefault="00665EC0">
            <w:pPr>
              <w:rPr>
                <w:lang w:val="ru-RU"/>
              </w:rPr>
            </w:pPr>
          </w:p>
        </w:tc>
      </w:tr>
    </w:tbl>
    <w:p w14:paraId="3905E2F3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Промывайте входной фильтр чистой водой; повреждённую сетку заменяйте.</w:t>
      </w:r>
    </w:p>
    <w:p w14:paraId="31E04CE2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 xml:space="preserve">Не очищайте форсунку при </w:t>
      </w:r>
      <w:r w:rsidRPr="003A273C">
        <w:rPr>
          <w:color w:val="252525"/>
          <w:lang w:val="ru-RU"/>
        </w:rPr>
        <w:t>работающем двигателе. Используйте штатную иглу и промывайте сопло обратным потоком.</w:t>
      </w:r>
    </w:p>
    <w:p w14:paraId="04F25452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Проверяйте смотровое окно масла насоса. Молочный цвет указывает на попадание воды — требуется сервис.</w:t>
      </w:r>
    </w:p>
    <w:p w14:paraId="5F997593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превышайте рабочее давление 200 бар регулировкой клапана.</w:t>
      </w:r>
    </w:p>
    <w:p w14:paraId="1D40738D" w14:textId="77777777" w:rsidR="00665EC0" w:rsidRPr="003A273C" w:rsidRDefault="009F0172">
      <w:pPr>
        <w:pStyle w:val="a0"/>
        <w:spacing w:after="60"/>
        <w:ind w:left="312" w:hanging="170"/>
        <w:rPr>
          <w:lang w:val="ru-RU"/>
        </w:rPr>
      </w:pPr>
      <w:r w:rsidRPr="003A273C">
        <w:rPr>
          <w:color w:val="252525"/>
          <w:lang w:val="ru-RU"/>
        </w:rPr>
        <w:t>Не разбир</w:t>
      </w:r>
      <w:r w:rsidRPr="003A273C">
        <w:rPr>
          <w:color w:val="252525"/>
          <w:lang w:val="ru-RU"/>
        </w:rPr>
        <w:t>айте регулятор и насос без соответствующей квалификации.</w:t>
      </w:r>
    </w:p>
    <w:tbl>
      <w:tblPr>
        <w:tblW w:w="0" w:type="auto"/>
        <w:jc w:val="center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665EC0" w14:paraId="1025F5A7" w14:textId="77777777">
        <w:trPr>
          <w:tblHeader/>
          <w:jc w:val="center"/>
        </w:trPr>
        <w:tc>
          <w:tcPr>
            <w:tcW w:w="3402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DB852" w14:textId="77777777" w:rsidR="00665EC0" w:rsidRDefault="009F017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Признак</w:t>
            </w:r>
            <w:proofErr w:type="spellEnd"/>
          </w:p>
        </w:tc>
        <w:tc>
          <w:tcPr>
            <w:tcW w:w="680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5024C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Действие</w:t>
            </w:r>
          </w:p>
        </w:tc>
      </w:tr>
      <w:tr w:rsidR="00665EC0" w:rsidRPr="003A273C" w14:paraId="58DE63FB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DCB8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Пульсация струи</w:t>
            </w:r>
          </w:p>
        </w:tc>
        <w:tc>
          <w:tcPr>
            <w:tcW w:w="68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6CFCB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Проверить подачу воды, фильтр и форсунку</w:t>
            </w:r>
          </w:p>
        </w:tc>
      </w:tr>
      <w:tr w:rsidR="00665EC0" w:rsidRPr="003A273C" w14:paraId="41629EC5" w14:textId="77777777">
        <w:trPr>
          <w:cantSplit/>
          <w:jc w:val="center"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E67BA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Подтекание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масла</w:t>
            </w:r>
            <w:proofErr w:type="spellEnd"/>
          </w:p>
        </w:tc>
        <w:tc>
          <w:tcPr>
            <w:tcW w:w="680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CE38B7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Остановить аппарат; обратиться в сервис</w:t>
            </w:r>
          </w:p>
        </w:tc>
      </w:tr>
      <w:tr w:rsidR="00665EC0" w:rsidRPr="003A273C" w14:paraId="122A447F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71C0AE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Вода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из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термоклапана</w:t>
            </w:r>
            <w:proofErr w:type="spellEnd"/>
          </w:p>
        </w:tc>
        <w:tc>
          <w:tcPr>
            <w:tcW w:w="68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9E09A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 xml:space="preserve">Нажать курок и охладить насос; не </w:t>
            </w:r>
            <w:r w:rsidRPr="003A273C">
              <w:rPr>
                <w:color w:val="252525"/>
                <w:sz w:val="17"/>
                <w:lang w:val="ru-RU"/>
              </w:rPr>
              <w:t>оставлять в байпасе</w:t>
            </w:r>
          </w:p>
        </w:tc>
      </w:tr>
      <w:tr w:rsidR="00665EC0" w:rsidRPr="003A273C" w14:paraId="2D79EF76" w14:textId="77777777">
        <w:trPr>
          <w:cantSplit/>
          <w:jc w:val="center"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279B9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Нестабильный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манометр</w:t>
            </w:r>
            <w:proofErr w:type="spellEnd"/>
          </w:p>
        </w:tc>
        <w:tc>
          <w:tcPr>
            <w:tcW w:w="680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4BA3F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Удалить воздух, проверить форсунку и подачу воды</w:t>
            </w:r>
          </w:p>
        </w:tc>
      </w:tr>
      <w:tr w:rsidR="00665EC0" w:rsidRPr="003A273C" w14:paraId="4BD42DED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43CE9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Снижение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давления</w:t>
            </w:r>
            <w:proofErr w:type="spellEnd"/>
          </w:p>
        </w:tc>
        <w:tc>
          <w:tcPr>
            <w:tcW w:w="68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19595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Очистить фильтр/форсунку; проверить шланги и уплотнения</w:t>
            </w:r>
          </w:p>
        </w:tc>
      </w:tr>
    </w:tbl>
    <w:p w14:paraId="25F2AACD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698F3BCF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t>РАЗДЕЛ 10 • ХРАНЕНИЕ</w:t>
      </w:r>
    </w:p>
    <w:p w14:paraId="36F65D06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>Хранение и защита от замерзания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23"/>
        <w:gridCol w:w="4480"/>
        <w:gridCol w:w="5103"/>
        <w:gridCol w:w="59"/>
      </w:tblGrid>
      <w:tr w:rsidR="00665EC0" w:rsidRPr="003A273C" w14:paraId="674DEEDB" w14:textId="77777777">
        <w:trPr>
          <w:gridAfter w:val="1"/>
          <w:wAfter w:w="17" w:type="dxa"/>
        </w:trPr>
        <w:tc>
          <w:tcPr>
            <w:tcW w:w="10206" w:type="dxa"/>
            <w:gridSpan w:val="3"/>
            <w:shd w:val="clear" w:color="auto" w:fill="ED1C24"/>
          </w:tcPr>
          <w:p w14:paraId="245B8D71" w14:textId="77777777" w:rsidR="00665EC0" w:rsidRPr="003A273C" w:rsidRDefault="00665EC0">
            <w:pPr>
              <w:rPr>
                <w:lang w:val="ru-RU"/>
              </w:rPr>
            </w:pPr>
          </w:p>
        </w:tc>
      </w:tr>
      <w:tr w:rsidR="00665EC0" w:rsidRPr="003A273C" w14:paraId="4561D18D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13A5A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w="9582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B84CA8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Полностью </w:t>
            </w:r>
            <w:r w:rsidRPr="003A273C">
              <w:rPr>
                <w:color w:val="252525"/>
                <w:lang w:val="ru-RU"/>
              </w:rPr>
              <w:t>остановите аппарат и сбросьте давление.</w:t>
            </w:r>
          </w:p>
        </w:tc>
      </w:tr>
      <w:tr w:rsidR="00665EC0" w:rsidRPr="003A273C" w14:paraId="0D64A410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0E643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w="9582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7E8297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Отсоедините все шланги и слейте воду.</w:t>
            </w:r>
          </w:p>
        </w:tc>
      </w:tr>
      <w:tr w:rsidR="00665EC0" w:rsidRPr="003A273C" w14:paraId="30D84610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6BF0B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w="9582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C02E7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Потяните стартер 5–6 раз при снятом проводе свечи, чтобы удалить воду из насоса.</w:t>
            </w:r>
          </w:p>
        </w:tc>
      </w:tr>
      <w:tr w:rsidR="00665EC0" w:rsidRPr="003A273C" w14:paraId="49F4AB57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04AE19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w="9582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97F090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 xml:space="preserve">Для отрицательных температур прокачайте через насос предназначенный для АВД </w:t>
            </w:r>
            <w:r w:rsidRPr="003A273C">
              <w:rPr>
                <w:color w:val="252525"/>
                <w:lang w:val="ru-RU"/>
              </w:rPr>
              <w:t>консервант/антифриз без спирта.</w:t>
            </w:r>
          </w:p>
        </w:tc>
      </w:tr>
      <w:tr w:rsidR="00665EC0" w:rsidRPr="003A273C" w14:paraId="446557F1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DF927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w="9582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2C3120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Подготовьте двигатель к хранению по отдельному руководству.</w:t>
            </w:r>
          </w:p>
        </w:tc>
      </w:tr>
      <w:tr w:rsidR="00665EC0" w:rsidRPr="003A273C" w14:paraId="4A238838" w14:textId="77777777">
        <w:tc>
          <w:tcPr>
            <w:tcW w:w="623" w:type="dxa"/>
            <w:shd w:val="clear" w:color="auto" w:fill="ED1C2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B7EAE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6</w:t>
            </w:r>
          </w:p>
        </w:tc>
        <w:tc>
          <w:tcPr>
            <w:tcW w:w="9582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7DA04" w14:textId="77777777" w:rsidR="00665EC0" w:rsidRPr="003A273C" w:rsidRDefault="009F0172">
            <w:pPr>
              <w:spacing w:after="60" w:line="240" w:lineRule="auto"/>
              <w:rPr>
                <w:lang w:val="ru-RU"/>
              </w:rPr>
            </w:pPr>
            <w:r w:rsidRPr="003A273C">
              <w:rPr>
                <w:color w:val="252525"/>
                <w:lang w:val="ru-RU"/>
              </w:rPr>
              <w:t>Храните аппарат вертикально, в сухом проветриваемом помещении, вдали от огня.</w:t>
            </w:r>
          </w:p>
        </w:tc>
      </w:tr>
      <w:tr w:rsidR="00665EC0" w:rsidRPr="003A273C" w14:paraId="04163630" w14:textId="77777777">
        <w:tblPrEx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59" w:type="dxa"/>
        </w:trPr>
        <w:tc>
          <w:tcPr>
            <w:tcW w:w="10206" w:type="dxa"/>
            <w:gridSpan w:val="3"/>
            <w:shd w:val="clear" w:color="auto" w:fill="FCE8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02DB219" w14:textId="77777777" w:rsidR="00665EC0" w:rsidRPr="003A273C" w:rsidRDefault="009F0172">
            <w:pPr>
              <w:spacing w:after="0"/>
              <w:rPr>
                <w:lang w:val="ru-RU"/>
              </w:rPr>
            </w:pPr>
            <w:proofErr w:type="gramStart"/>
            <w:r w:rsidRPr="003A273C">
              <w:rPr>
                <w:b/>
                <w:color w:val="ED1C24"/>
                <w:lang w:val="ru-RU"/>
              </w:rPr>
              <w:t xml:space="preserve">МОРОЗ  </w:t>
            </w:r>
            <w:r w:rsidRPr="003A273C">
              <w:rPr>
                <w:color w:val="252525"/>
                <w:lang w:val="ru-RU"/>
              </w:rPr>
              <w:t>Замерзание</w:t>
            </w:r>
            <w:proofErr w:type="gramEnd"/>
            <w:r w:rsidRPr="003A273C">
              <w:rPr>
                <w:color w:val="252525"/>
                <w:lang w:val="ru-RU"/>
              </w:rPr>
              <w:t xml:space="preserve"> воды разрушает насос, шланги и арматуру. </w:t>
            </w:r>
            <w:r w:rsidRPr="003A273C">
              <w:rPr>
                <w:color w:val="252525"/>
                <w:lang w:val="ru-RU"/>
              </w:rPr>
              <w:t>Повреждение от замерзания не является производственным дефектом.</w:t>
            </w:r>
          </w:p>
        </w:tc>
      </w:tr>
      <w:tr w:rsidR="00665EC0" w14:paraId="539CCB65" w14:textId="77777777">
        <w:trPr>
          <w:gridAfter w:val="1"/>
          <w:wAfter w:w="17" w:type="dxa"/>
        </w:trPr>
        <w:tc>
          <w:tcPr>
            <w:tcW w:w="5103" w:type="dxa"/>
            <w:gridSpan w:val="2"/>
          </w:tcPr>
          <w:p w14:paraId="63297F64" w14:textId="77777777" w:rsidR="00665EC0" w:rsidRDefault="009F017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AF91AA" wp14:editId="2A740DA3">
                  <wp:extent cx="2988000" cy="3131552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6f147fa-0ca3-416a-b26a-cf84693823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313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0902C2" w14:textId="77777777" w:rsidR="00665EC0" w:rsidRDefault="009F0172">
            <w:pPr>
              <w:jc w:val="center"/>
            </w:pPr>
            <w:r>
              <w:rPr>
                <w:i/>
                <w:color w:val="666A70"/>
                <w:sz w:val="14"/>
              </w:rPr>
              <w:t>Перед хранением очистите аппарат</w:t>
            </w:r>
          </w:p>
        </w:tc>
        <w:tc>
          <w:tcPr>
            <w:tcW w:w="5103" w:type="dxa"/>
          </w:tcPr>
          <w:p w14:paraId="56BBA7BD" w14:textId="77777777" w:rsidR="00665EC0" w:rsidRDefault="009F017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3BE8C0" wp14:editId="325CF2FB">
                  <wp:extent cx="2988000" cy="3202256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1a2808-ef3a-4264-9fc9-5b0638f8e5a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3202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1EE0A3" w14:textId="77777777" w:rsidR="00665EC0" w:rsidRDefault="009F0172">
            <w:pPr>
              <w:jc w:val="center"/>
            </w:pPr>
            <w:r>
              <w:rPr>
                <w:i/>
                <w:color w:val="666A70"/>
                <w:sz w:val="14"/>
              </w:rPr>
              <w:t>Не закрывайте неостывший двигатель</w:t>
            </w:r>
          </w:p>
        </w:tc>
      </w:tr>
    </w:tbl>
    <w:p w14:paraId="4133B709" w14:textId="77777777" w:rsidR="00665EC0" w:rsidRDefault="009F0172">
      <w:r>
        <w:br w:type="page"/>
      </w:r>
    </w:p>
    <w:p w14:paraId="7801A9D6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11 • ДИАГНОСТИКА</w:t>
      </w:r>
    </w:p>
    <w:p w14:paraId="72DD6136" w14:textId="77777777" w:rsidR="00665EC0" w:rsidRDefault="009F0172">
      <w:pPr>
        <w:pStyle w:val="1"/>
      </w:pPr>
      <w:r>
        <w:t>Устранение неисправностей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81"/>
        <w:gridCol w:w="3458"/>
        <w:gridCol w:w="4367"/>
        <w:gridCol w:w="58"/>
      </w:tblGrid>
      <w:tr w:rsidR="00665EC0" w14:paraId="1354868A" w14:textId="77777777">
        <w:trPr>
          <w:gridAfter w:val="1"/>
          <w:wAfter w:w="16" w:type="dxa"/>
        </w:trPr>
        <w:tc>
          <w:tcPr>
            <w:tcW w:w="10206" w:type="dxa"/>
            <w:gridSpan w:val="3"/>
            <w:shd w:val="clear" w:color="auto" w:fill="ED1C24"/>
          </w:tcPr>
          <w:p w14:paraId="31E7592B" w14:textId="77777777" w:rsidR="00665EC0" w:rsidRDefault="00665EC0"/>
        </w:tc>
      </w:tr>
      <w:tr w:rsidR="00665EC0" w14:paraId="5957B38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2381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A0D4A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Неисправность</w:t>
            </w:r>
          </w:p>
        </w:tc>
        <w:tc>
          <w:tcPr>
            <w:tcW w:w="3458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C895A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Возможная причина</w:t>
            </w:r>
          </w:p>
        </w:tc>
        <w:tc>
          <w:tcPr>
            <w:tcW w:w="4365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E27C0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Устранение</w:t>
            </w:r>
          </w:p>
        </w:tc>
      </w:tr>
      <w:tr w:rsidR="00665EC0" w:rsidRPr="003A273C" w14:paraId="3060575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8E7C5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5"/>
              </w:rPr>
              <w:t xml:space="preserve">Нет / мало </w:t>
            </w:r>
            <w:r>
              <w:rPr>
                <w:color w:val="252525"/>
                <w:sz w:val="15"/>
              </w:rPr>
              <w:t>давления</w:t>
            </w:r>
          </w:p>
        </w:tc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5B21C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>Форсунка низкого давления; засор фильтра/форсунки; мало воды; воздух; течь</w:t>
            </w:r>
          </w:p>
        </w:tc>
        <w:tc>
          <w:tcPr>
            <w:tcW w:w="436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CEAA1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>Поставить рабочую форсунку; очистить; обеспечить ≥15 л/мин; удалить воздух; устранить течь</w:t>
            </w:r>
          </w:p>
        </w:tc>
      </w:tr>
      <w:tr w:rsidR="00665EC0" w:rsidRPr="003A273C" w14:paraId="18EDFB8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2E79C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5"/>
              </w:rPr>
              <w:t>Пульсация</w:t>
            </w:r>
            <w:proofErr w:type="spellEnd"/>
          </w:p>
        </w:tc>
        <w:tc>
          <w:tcPr>
            <w:tcW w:w="345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C516B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>Воздух, пережат входной шланг, загрязнение</w:t>
            </w:r>
          </w:p>
        </w:tc>
        <w:tc>
          <w:tcPr>
            <w:tcW w:w="436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C588D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 xml:space="preserve">Проверить шланг, </w:t>
            </w:r>
            <w:r w:rsidRPr="003A273C">
              <w:rPr>
                <w:color w:val="252525"/>
                <w:sz w:val="15"/>
                <w:lang w:val="ru-RU"/>
              </w:rPr>
              <w:t>фильтр и источник; выпустить воздух</w:t>
            </w:r>
          </w:p>
        </w:tc>
      </w:tr>
      <w:tr w:rsidR="00665EC0" w:rsidRPr="003A273C" w14:paraId="0E67FF4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74FDE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5"/>
              </w:rPr>
              <w:t>Нет</w:t>
            </w:r>
            <w:proofErr w:type="spellEnd"/>
            <w:r>
              <w:rPr>
                <w:color w:val="252525"/>
                <w:sz w:val="15"/>
              </w:rPr>
              <w:t xml:space="preserve"> </w:t>
            </w:r>
            <w:proofErr w:type="spellStart"/>
            <w:r>
              <w:rPr>
                <w:color w:val="252525"/>
                <w:sz w:val="15"/>
              </w:rPr>
              <w:t>подачи</w:t>
            </w:r>
            <w:proofErr w:type="spellEnd"/>
            <w:r>
              <w:rPr>
                <w:color w:val="252525"/>
                <w:sz w:val="15"/>
              </w:rPr>
              <w:t xml:space="preserve"> </w:t>
            </w:r>
            <w:proofErr w:type="spellStart"/>
            <w:r>
              <w:rPr>
                <w:color w:val="252525"/>
                <w:sz w:val="15"/>
              </w:rPr>
              <w:t>химии</w:t>
            </w:r>
            <w:proofErr w:type="spellEnd"/>
          </w:p>
        </w:tc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1FF214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>Высокое давление; засор фильтра; негерметичный шланг</w:t>
            </w:r>
          </w:p>
        </w:tc>
        <w:tc>
          <w:tcPr>
            <w:tcW w:w="436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6E1FA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>Поставить форсунку химии; очистить фильтр; проверить соединение</w:t>
            </w:r>
          </w:p>
        </w:tc>
      </w:tr>
      <w:tr w:rsidR="00665EC0" w:rsidRPr="003A273C" w14:paraId="29C4EDD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8F6E6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5"/>
              </w:rPr>
              <w:t>Двигатель</w:t>
            </w:r>
            <w:proofErr w:type="spellEnd"/>
            <w:r>
              <w:rPr>
                <w:color w:val="252525"/>
                <w:sz w:val="15"/>
              </w:rPr>
              <w:t xml:space="preserve"> </w:t>
            </w:r>
            <w:proofErr w:type="spellStart"/>
            <w:r>
              <w:rPr>
                <w:color w:val="252525"/>
                <w:sz w:val="15"/>
              </w:rPr>
              <w:t>не</w:t>
            </w:r>
            <w:proofErr w:type="spellEnd"/>
            <w:r>
              <w:rPr>
                <w:color w:val="252525"/>
                <w:sz w:val="15"/>
              </w:rPr>
              <w:t xml:space="preserve"> </w:t>
            </w:r>
            <w:proofErr w:type="spellStart"/>
            <w:r>
              <w:rPr>
                <w:color w:val="252525"/>
                <w:sz w:val="15"/>
              </w:rPr>
              <w:t>запускается</w:t>
            </w:r>
            <w:proofErr w:type="spellEnd"/>
          </w:p>
        </w:tc>
        <w:tc>
          <w:tcPr>
            <w:tcW w:w="345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E4A08F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 xml:space="preserve">Нет топлива; закрыт кран; мало масла; </w:t>
            </w:r>
            <w:r w:rsidRPr="003A273C">
              <w:rPr>
                <w:color w:val="252525"/>
                <w:sz w:val="15"/>
                <w:lang w:val="ru-RU"/>
              </w:rPr>
              <w:t>свеча/фильтр</w:t>
            </w:r>
          </w:p>
        </w:tc>
        <w:tc>
          <w:tcPr>
            <w:tcW w:w="436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060F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>Заправить; открыть кран; проверить масло; обслужить двигатель</w:t>
            </w:r>
          </w:p>
        </w:tc>
      </w:tr>
      <w:tr w:rsidR="00665EC0" w:rsidRPr="003A273C" w14:paraId="3A16B18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E4886E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5"/>
              </w:rPr>
              <w:t>Двигатель</w:t>
            </w:r>
            <w:proofErr w:type="spellEnd"/>
            <w:r>
              <w:rPr>
                <w:color w:val="252525"/>
                <w:sz w:val="15"/>
              </w:rPr>
              <w:t xml:space="preserve"> </w:t>
            </w:r>
            <w:proofErr w:type="spellStart"/>
            <w:r>
              <w:rPr>
                <w:color w:val="252525"/>
                <w:sz w:val="15"/>
              </w:rPr>
              <w:t>глохнет</w:t>
            </w:r>
            <w:proofErr w:type="spellEnd"/>
            <w:r>
              <w:rPr>
                <w:color w:val="252525"/>
                <w:sz w:val="15"/>
              </w:rPr>
              <w:t xml:space="preserve"> </w:t>
            </w:r>
            <w:proofErr w:type="spellStart"/>
            <w:r>
              <w:rPr>
                <w:color w:val="252525"/>
                <w:sz w:val="15"/>
              </w:rPr>
              <w:t>под</w:t>
            </w:r>
            <w:proofErr w:type="spellEnd"/>
            <w:r>
              <w:rPr>
                <w:color w:val="252525"/>
                <w:sz w:val="15"/>
              </w:rPr>
              <w:t xml:space="preserve"> </w:t>
            </w:r>
            <w:proofErr w:type="spellStart"/>
            <w:r>
              <w:rPr>
                <w:color w:val="252525"/>
                <w:sz w:val="15"/>
              </w:rPr>
              <w:t>нагрузкой</w:t>
            </w:r>
            <w:proofErr w:type="spellEnd"/>
          </w:p>
        </w:tc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52901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>Недостаточная подача воды; загрязнение; низкие обороты</w:t>
            </w:r>
          </w:p>
        </w:tc>
        <w:tc>
          <w:tcPr>
            <w:tcW w:w="436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6EC20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 xml:space="preserve">Открыть воду; очистить тракт; установить </w:t>
            </w:r>
            <w:r>
              <w:rPr>
                <w:color w:val="252525"/>
                <w:sz w:val="15"/>
              </w:rPr>
              <w:t>FAST</w:t>
            </w:r>
          </w:p>
        </w:tc>
      </w:tr>
      <w:tr w:rsidR="00665EC0" w:rsidRPr="003A273C" w14:paraId="050F8955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5753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5"/>
              </w:rPr>
              <w:t>Перегрев насоса</w:t>
            </w:r>
          </w:p>
        </w:tc>
        <w:tc>
          <w:tcPr>
            <w:tcW w:w="345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E8B6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5"/>
              </w:rPr>
              <w:t xml:space="preserve">Длительный байпас; </w:t>
            </w:r>
            <w:r>
              <w:rPr>
                <w:color w:val="252525"/>
                <w:sz w:val="15"/>
              </w:rPr>
              <w:t>горячая вода</w:t>
            </w:r>
          </w:p>
        </w:tc>
        <w:tc>
          <w:tcPr>
            <w:tcW w:w="436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6F91C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5"/>
                <w:lang w:val="ru-RU"/>
              </w:rPr>
              <w:t>Нажать курок; остановить и охладить; подать воду ≤60 °</w:t>
            </w:r>
            <w:r>
              <w:rPr>
                <w:color w:val="252525"/>
                <w:sz w:val="15"/>
              </w:rPr>
              <w:t>C</w:t>
            </w:r>
          </w:p>
        </w:tc>
      </w:tr>
      <w:tr w:rsidR="00665EC0" w:rsidRPr="003A273C" w14:paraId="620AB8D5" w14:textId="77777777">
        <w:tblPrEx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58" w:type="dxa"/>
        </w:trPr>
        <w:tc>
          <w:tcPr>
            <w:tcW w:w="10206" w:type="dxa"/>
            <w:gridSpan w:val="3"/>
            <w:shd w:val="clear" w:color="auto" w:fill="FCE8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014338F" w14:textId="77777777" w:rsidR="00665EC0" w:rsidRPr="003A273C" w:rsidRDefault="009F0172">
            <w:pPr>
              <w:spacing w:after="0"/>
              <w:rPr>
                <w:lang w:val="ru-RU"/>
              </w:rPr>
            </w:pPr>
            <w:r w:rsidRPr="003A273C">
              <w:rPr>
                <w:b/>
                <w:color w:val="ED1C24"/>
                <w:lang w:val="ru-RU"/>
              </w:rPr>
              <w:t xml:space="preserve">ОСТАНОВИТЕ </w:t>
            </w:r>
            <w:proofErr w:type="gramStart"/>
            <w:r w:rsidRPr="003A273C">
              <w:rPr>
                <w:b/>
                <w:color w:val="ED1C24"/>
                <w:lang w:val="ru-RU"/>
              </w:rPr>
              <w:t xml:space="preserve">АППАРАТ  </w:t>
            </w:r>
            <w:r w:rsidRPr="003A273C">
              <w:rPr>
                <w:color w:val="252525"/>
                <w:lang w:val="ru-RU"/>
              </w:rPr>
              <w:t>При</w:t>
            </w:r>
            <w:proofErr w:type="gramEnd"/>
            <w:r w:rsidRPr="003A273C">
              <w:rPr>
                <w:color w:val="252525"/>
                <w:lang w:val="ru-RU"/>
              </w:rPr>
              <w:t xml:space="preserve"> утечке топлива, масла, повреждении шланга ВД, сильной вибрации или металлическом шуме эксплуатация запрещена.</w:t>
            </w:r>
          </w:p>
        </w:tc>
      </w:tr>
    </w:tbl>
    <w:p w14:paraId="5061B2F2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4F1AD983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t>РАЗДЕЛ 12 • КАТАЛОГ ДЕТАЛЕЙ</w:t>
      </w:r>
    </w:p>
    <w:p w14:paraId="54174A22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 xml:space="preserve">Заводская </w:t>
      </w:r>
      <w:r w:rsidRPr="003A273C">
        <w:rPr>
          <w:lang w:val="ru-RU"/>
        </w:rPr>
        <w:t>взрыв‑схема аппарата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665EC0" w:rsidRPr="003A273C" w14:paraId="0B7B2A6E" w14:textId="77777777">
        <w:tc>
          <w:tcPr>
            <w:tcW w:w="10206" w:type="dxa"/>
            <w:shd w:val="clear" w:color="auto" w:fill="ED1C24"/>
          </w:tcPr>
          <w:p w14:paraId="1C83E880" w14:textId="77777777" w:rsidR="00665EC0" w:rsidRPr="003A273C" w:rsidRDefault="00665EC0">
            <w:pPr>
              <w:rPr>
                <w:lang w:val="ru-RU"/>
              </w:rPr>
            </w:pPr>
          </w:p>
        </w:tc>
      </w:tr>
    </w:tbl>
    <w:p w14:paraId="0F176CB8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32E249DF" wp14:editId="2E38BCD1">
            <wp:extent cx="5220000" cy="724472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sembly_ru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724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8F83" w14:textId="77777777" w:rsidR="00665EC0" w:rsidRPr="003A273C" w:rsidRDefault="009F0172">
      <w:pPr>
        <w:jc w:val="center"/>
        <w:rPr>
          <w:lang w:val="ru-RU"/>
        </w:rPr>
      </w:pPr>
      <w:r w:rsidRPr="003A273C">
        <w:rPr>
          <w:i/>
          <w:color w:val="252525"/>
          <w:sz w:val="15"/>
          <w:lang w:val="ru-RU"/>
        </w:rPr>
        <w:t xml:space="preserve">Оригинальная заводская схема </w:t>
      </w:r>
      <w:r>
        <w:rPr>
          <w:i/>
          <w:color w:val="252525"/>
          <w:sz w:val="15"/>
        </w:rPr>
        <w:t>BT</w:t>
      </w:r>
      <w:r w:rsidRPr="003A273C">
        <w:rPr>
          <w:i/>
          <w:color w:val="252525"/>
          <w:sz w:val="15"/>
          <w:lang w:val="ru-RU"/>
        </w:rPr>
        <w:t>‑</w:t>
      </w:r>
      <w:r w:rsidRPr="003A273C">
        <w:rPr>
          <w:i/>
          <w:color w:val="252525"/>
          <w:sz w:val="15"/>
          <w:lang w:val="ru-RU"/>
        </w:rPr>
        <w:t>2900</w:t>
      </w:r>
      <w:r>
        <w:rPr>
          <w:i/>
          <w:color w:val="252525"/>
          <w:sz w:val="15"/>
        </w:rPr>
        <w:t>V</w:t>
      </w:r>
      <w:r w:rsidRPr="003A273C">
        <w:rPr>
          <w:i/>
          <w:color w:val="252525"/>
          <w:sz w:val="15"/>
          <w:lang w:val="ru-RU"/>
        </w:rPr>
        <w:t>. Геометрия и нумерация сохранены.</w:t>
      </w:r>
    </w:p>
    <w:p w14:paraId="2D383EB3" w14:textId="77777777" w:rsidR="00665EC0" w:rsidRPr="003A273C" w:rsidRDefault="009F0172">
      <w:pPr>
        <w:rPr>
          <w:lang w:val="ru-RU"/>
        </w:rPr>
      </w:pPr>
      <w:r w:rsidRPr="003A273C">
        <w:rPr>
          <w:color w:val="252525"/>
          <w:sz w:val="17"/>
          <w:lang w:val="ru-RU"/>
        </w:rPr>
        <w:t>Русские наименования и артикулы приведены в следующих таблицах. Для заказа указывайте модель, позицию и артикул.</w:t>
      </w:r>
    </w:p>
    <w:p w14:paraId="61CA3603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2586FAE4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t>РАЗДЕЛ 12 • КАТАЛОГ ДЕТАЛЕЙ</w:t>
      </w:r>
    </w:p>
    <w:p w14:paraId="4653C296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 xml:space="preserve">Каталог </w:t>
      </w:r>
      <w:r w:rsidRPr="003A273C">
        <w:rPr>
          <w:lang w:val="ru-RU"/>
        </w:rPr>
        <w:t>деталей аппарата — часть 1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47"/>
        <w:gridCol w:w="2154"/>
        <w:gridCol w:w="5953"/>
        <w:gridCol w:w="852"/>
        <w:gridCol w:w="16"/>
      </w:tblGrid>
      <w:tr w:rsidR="00665EC0" w:rsidRPr="003A273C" w14:paraId="02027D71" w14:textId="77777777">
        <w:trPr>
          <w:gridAfter w:val="1"/>
          <w:wAfter w:w="16" w:type="dxa"/>
        </w:trPr>
        <w:tc>
          <w:tcPr>
            <w:tcW w:w="10206" w:type="dxa"/>
            <w:gridSpan w:val="4"/>
            <w:shd w:val="clear" w:color="auto" w:fill="ED1C24"/>
          </w:tcPr>
          <w:p w14:paraId="165CD275" w14:textId="77777777" w:rsidR="00665EC0" w:rsidRPr="003A273C" w:rsidRDefault="00665EC0">
            <w:pPr>
              <w:rPr>
                <w:lang w:val="ru-RU"/>
              </w:rPr>
            </w:pPr>
          </w:p>
        </w:tc>
      </w:tr>
      <w:tr w:rsidR="00665EC0" w14:paraId="6097837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124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30E99" w14:textId="77777777" w:rsidR="00665EC0" w:rsidRDefault="009F017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Поз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3E66B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</w:t>
            </w:r>
          </w:p>
        </w:tc>
        <w:tc>
          <w:tcPr>
            <w:tcW w:w="5953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B5165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0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E3DDA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</w:tr>
      <w:tr w:rsidR="00665EC0" w14:paraId="1DD0537C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BAA6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BT-2900V-01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4E50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590418300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3B69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Пистолет с копьем 350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1297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18B9CFB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F77C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BT-2900V-02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26B2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500014016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48B1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G1/8 400BAR манометр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78F8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0163356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15BC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BT-2900V-03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A5D5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590403030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AFAF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19MM шланг подвода воды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9B57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6242933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4797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BT-2900V-04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4F49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590408090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938A7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4"/>
                <w:lang w:val="ru-RU"/>
              </w:rPr>
              <w:t xml:space="preserve">Шланг ВД с двойной </w:t>
            </w:r>
            <w:r w:rsidRPr="003A273C">
              <w:rPr>
                <w:color w:val="252525"/>
                <w:sz w:val="14"/>
                <w:lang w:val="ru-RU"/>
              </w:rPr>
              <w:t>оплеткой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F1DA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0D15584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5D01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/ BT-2900V-05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CBD8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590407090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090B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Белая форсунка 030-40°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D2CE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2EC70CB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A857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/ BT-2900V-05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FF2C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590407250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1015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Красная форсунка 030-0°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CA8D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088A7AFE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3F879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/ BT-2900V-05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0C3A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590407430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DDE4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Желтая форсунка 030-15°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659ED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667963E6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D053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/ BT-2900V-05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CF50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590407610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FF6C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Зеленая форсунка 030-25°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9B6B8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0E80FCF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A559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BT-2900V-06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2059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101000022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DC1E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 xml:space="preserve">Табличка для </w:t>
            </w:r>
            <w:r>
              <w:rPr>
                <w:color w:val="252525"/>
                <w:sz w:val="14"/>
              </w:rPr>
              <w:t>заправки топлива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55B15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F97F9D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58FF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BT-2900V-06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F958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101063032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7028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Табличка опасности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8C34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7F80845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7B94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07-1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6B469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590405031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FBD0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10-дюймовый жесткие колеса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2F1B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</w:tr>
      <w:tr w:rsidR="00665EC0" w14:paraId="06FE9B3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6330D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07-2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566DF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590708031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59B3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Ось / 55*15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03FD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</w:tr>
      <w:tr w:rsidR="00665EC0" w14:paraId="533B626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53A9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08-1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F6644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590404020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1464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Фильтр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A1761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0212F8BA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C2A9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08-1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BD7A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590501010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BE200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4"/>
                <w:lang w:val="ru-RU"/>
              </w:rPr>
              <w:t xml:space="preserve">Пластиковый коннектор типа елочка </w:t>
            </w:r>
            <w:r>
              <w:rPr>
                <w:color w:val="252525"/>
                <w:sz w:val="14"/>
              </w:rPr>
              <w:t>G</w:t>
            </w:r>
            <w:r w:rsidRPr="003A273C">
              <w:rPr>
                <w:color w:val="252525"/>
                <w:sz w:val="14"/>
                <w:lang w:val="ru-RU"/>
              </w:rPr>
              <w:t>3/4-19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A01C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69C2216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CAB5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08-2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63C8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590502027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6C73D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Коннектор G3/8-G1/2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5ABF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7D2C8AD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858F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BT-2900V-09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AC35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101010030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3D95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Инструкция по эксплуатации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67D9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425B81C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D6CEB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BT-2900V-10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52B4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101769430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1B2D9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Пластиковая воронка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10D6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23FC4B9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DAD7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BT-2900V-11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43AA3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817414010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E58B2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Помпа высокого давления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7E6C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52B7986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B97C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B47B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502403401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A68A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VC коннектор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3DCB9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4E7D13F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5D69E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574C6" w14:textId="77777777" w:rsidR="00665EC0" w:rsidRDefault="00665EC0">
            <w:pPr>
              <w:spacing w:after="0" w:line="240" w:lineRule="auto"/>
            </w:pP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DBB4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Цепь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75DF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</w:tr>
    </w:tbl>
    <w:p w14:paraId="2F73C3E5" w14:textId="77777777" w:rsidR="00665EC0" w:rsidRDefault="009F0172">
      <w:r>
        <w:br w:type="page"/>
      </w:r>
    </w:p>
    <w:p w14:paraId="072F07E1" w14:textId="77777777" w:rsidR="00665EC0" w:rsidRDefault="009F0172">
      <w:pPr>
        <w:spacing w:after="40"/>
      </w:pPr>
      <w:r>
        <w:rPr>
          <w:b/>
          <w:color w:val="666A70"/>
          <w:sz w:val="14"/>
        </w:rPr>
        <w:t xml:space="preserve">РАЗДЕЛ 12 • КАТАЛОГ </w:t>
      </w:r>
      <w:r>
        <w:rPr>
          <w:b/>
          <w:color w:val="666A70"/>
          <w:sz w:val="14"/>
        </w:rPr>
        <w:t>ДЕТАЛЕЙ</w:t>
      </w:r>
    </w:p>
    <w:p w14:paraId="324DF47E" w14:textId="77777777" w:rsidR="00665EC0" w:rsidRDefault="009F0172">
      <w:pPr>
        <w:pStyle w:val="1"/>
      </w:pPr>
      <w:r>
        <w:t>Каталог деталей аппарата — часть 2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47"/>
        <w:gridCol w:w="2154"/>
        <w:gridCol w:w="5953"/>
        <w:gridCol w:w="852"/>
        <w:gridCol w:w="16"/>
      </w:tblGrid>
      <w:tr w:rsidR="00665EC0" w14:paraId="4186F593" w14:textId="77777777">
        <w:trPr>
          <w:gridAfter w:val="1"/>
          <w:wAfter w:w="16" w:type="dxa"/>
        </w:trPr>
        <w:tc>
          <w:tcPr>
            <w:tcW w:w="10206" w:type="dxa"/>
            <w:gridSpan w:val="4"/>
            <w:shd w:val="clear" w:color="auto" w:fill="ED1C24"/>
          </w:tcPr>
          <w:p w14:paraId="73A950A0" w14:textId="77777777" w:rsidR="00665EC0" w:rsidRDefault="00665EC0"/>
        </w:tc>
      </w:tr>
      <w:tr w:rsidR="00665EC0" w14:paraId="1F366936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124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87CE28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Поз.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CD8DC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</w:t>
            </w:r>
          </w:p>
        </w:tc>
        <w:tc>
          <w:tcPr>
            <w:tcW w:w="5953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81B01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0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0E037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</w:tr>
      <w:tr w:rsidR="00665EC0" w14:paraId="5F9E23A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EFE2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A0215" w14:textId="77777777" w:rsidR="00665EC0" w:rsidRDefault="00665EC0">
            <w:pPr>
              <w:spacing w:after="0" w:line="240" w:lineRule="auto"/>
            </w:pP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E8B2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Рукоятка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D923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4449F9C6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CAFDA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117A1" w14:textId="77777777" w:rsidR="00665EC0" w:rsidRDefault="00665EC0">
            <w:pPr>
              <w:spacing w:after="0" w:line="240" w:lineRule="auto"/>
            </w:pP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444E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Рукоятка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4C58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6C572B2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FE9D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BA867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101707010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C5674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Крюк для пистолета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173B9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</w:tr>
      <w:tr w:rsidR="00665EC0" w14:paraId="0B2D3B6E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1EB88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9F29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590409130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BE1F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Подушка амортизатора двигателя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7D40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42E0871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D913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A171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590409040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E5D60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Антивибрационная прокладка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1B02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</w:tr>
      <w:tr w:rsidR="00665EC0" w14:paraId="2DDF5DD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A4D0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AB634" w14:textId="77777777" w:rsidR="00665EC0" w:rsidRDefault="00665EC0">
            <w:pPr>
              <w:spacing w:after="0" w:line="240" w:lineRule="auto"/>
            </w:pP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CB17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Рамка шланга высокого давления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22F5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AC50054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0129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13-6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77078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590203201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773B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Гайка-барашек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F38D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</w:tr>
      <w:tr w:rsidR="00665EC0" w14:paraId="11324B6C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A570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13-7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99071" w14:textId="77777777" w:rsidR="00665EC0" w:rsidRDefault="00665EC0">
            <w:pPr>
              <w:spacing w:after="0" w:line="240" w:lineRule="auto"/>
            </w:pP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87244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Передняя панель стойки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87A0D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86F9D9A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436B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13-8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32F094" w14:textId="77777777" w:rsidR="00665EC0" w:rsidRDefault="00665EC0">
            <w:pPr>
              <w:spacing w:after="0" w:line="240" w:lineRule="auto"/>
            </w:pP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4342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Шальдик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1CCE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69607FA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E004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13-9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E5E4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590710023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33DC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BT2900V стойка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6DF4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2D149D3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0E3A3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13-10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BC57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590204005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43C2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Плоский уплотнитель 8*20*1.5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3912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5FE64E3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F761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13-11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0F0B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590203003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EAEF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Шестигранная гайка M8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9F19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1FD7BBC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2EFA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13-12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C03CC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590204005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740E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Плоский уплотнитель 8*20*1.5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0DB3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72B8939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AB9F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D5DA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590202005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E7B2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M8*45 внешний шестигранный винт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661F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4F5863D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042DA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73E7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590204005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05732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8*20*1.5 плоский уплотнитель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F003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8</w:t>
            </w:r>
          </w:p>
        </w:tc>
      </w:tr>
      <w:tr w:rsidR="00665EC0" w14:paraId="13978076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C41B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121C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590203403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29C082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>
              <w:rPr>
                <w:color w:val="252525"/>
                <w:sz w:val="14"/>
              </w:rPr>
              <w:t>M</w:t>
            </w:r>
            <w:r w:rsidRPr="003A273C">
              <w:rPr>
                <w:color w:val="252525"/>
                <w:sz w:val="14"/>
                <w:lang w:val="ru-RU"/>
              </w:rPr>
              <w:t>8 Стопорная гайка из нержавеющей стали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B26A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35A74B4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27D88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A8C95" w14:textId="77777777" w:rsidR="00665EC0" w:rsidRDefault="00665EC0">
            <w:pPr>
              <w:spacing w:after="0" w:line="240" w:lineRule="auto"/>
            </w:pP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00C4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Стояка для пистолета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45CC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EF7245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FFC39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FB88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590201001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55B9F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>
              <w:rPr>
                <w:color w:val="252525"/>
                <w:sz w:val="14"/>
              </w:rPr>
              <w:t>M</w:t>
            </w:r>
            <w:r w:rsidRPr="003A273C">
              <w:rPr>
                <w:color w:val="252525"/>
                <w:sz w:val="14"/>
                <w:lang w:val="ru-RU"/>
              </w:rPr>
              <w:t>8*80 винт с круглой головкой и внутренним шестигранником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CC7D7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45291ABA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8ED3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13-17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18D9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590202007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D159D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M10*35 внешний шестигранный винт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1006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306EA0F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32B1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9AD5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590662050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B7FC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Coma 7.5HP бензиновый двигатель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0DBD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</w:tbl>
    <w:p w14:paraId="1F213597" w14:textId="77777777" w:rsidR="00665EC0" w:rsidRDefault="009F0172">
      <w:r>
        <w:br w:type="page"/>
      </w:r>
    </w:p>
    <w:p w14:paraId="581194E1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12 • КАТАЛОГ ДЕТАЛЕЙ</w:t>
      </w:r>
    </w:p>
    <w:p w14:paraId="35897054" w14:textId="77777777" w:rsidR="00665EC0" w:rsidRDefault="009F0172">
      <w:pPr>
        <w:pStyle w:val="1"/>
      </w:pPr>
      <w:r>
        <w:t>Каталог деталей аппарата — часть 3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47"/>
        <w:gridCol w:w="2154"/>
        <w:gridCol w:w="5953"/>
        <w:gridCol w:w="852"/>
        <w:gridCol w:w="16"/>
      </w:tblGrid>
      <w:tr w:rsidR="00665EC0" w14:paraId="4874AD0B" w14:textId="77777777">
        <w:trPr>
          <w:gridAfter w:val="1"/>
          <w:wAfter w:w="16" w:type="dxa"/>
        </w:trPr>
        <w:tc>
          <w:tcPr>
            <w:tcW w:w="10206" w:type="dxa"/>
            <w:gridSpan w:val="4"/>
            <w:shd w:val="clear" w:color="auto" w:fill="ED1C24"/>
          </w:tcPr>
          <w:p w14:paraId="74A71244" w14:textId="77777777" w:rsidR="00665EC0" w:rsidRDefault="00665EC0"/>
        </w:tc>
      </w:tr>
      <w:tr w:rsidR="00665EC0" w14:paraId="57BAB2D5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124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1F6007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Поз.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3CF00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</w:t>
            </w:r>
          </w:p>
        </w:tc>
        <w:tc>
          <w:tcPr>
            <w:tcW w:w="5953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190066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0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313B40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</w:tr>
      <w:tr w:rsidR="00665EC0" w14:paraId="274A72C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B722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6A3F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590415010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D599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Двухслойный фильтр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25F9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1F4BA1B4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233D3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16-2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FC1B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590101021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E8656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14.2*1.9 уплотнение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5D50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71D6627E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87422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16-1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1516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590101071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D56C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3.63*2.62/NBR90 уплотнение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5FEA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21D0C04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D6D3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BT-2900V-17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A3B11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590501004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EB97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G1/2 -19 Винт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D137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24CD3FF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C596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BT-2900V-18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E8B7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502403030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89C1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VC выходной клапан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F9B62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5689F67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CE6F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BT-2900V-18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5569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502403040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7B60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VC выходной пружинный клапан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BDDB1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</w:tbl>
    <w:p w14:paraId="05C009AC" w14:textId="77777777" w:rsidR="00665EC0" w:rsidRDefault="009F0172">
      <w:r>
        <w:br w:type="page"/>
      </w:r>
    </w:p>
    <w:p w14:paraId="333FBCF0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13 • НАСОС</w:t>
      </w:r>
    </w:p>
    <w:p w14:paraId="2F401888" w14:textId="77777777" w:rsidR="00665EC0" w:rsidRDefault="009F0172">
      <w:pPr>
        <w:pStyle w:val="1"/>
      </w:pPr>
      <w:r>
        <w:t>Взрыв‑схема насоса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665EC0" w14:paraId="3751B0EE" w14:textId="77777777">
        <w:tc>
          <w:tcPr>
            <w:tcW w:w="10206" w:type="dxa"/>
            <w:shd w:val="clear" w:color="auto" w:fill="ED1C24"/>
          </w:tcPr>
          <w:p w14:paraId="48F9EEF9" w14:textId="77777777" w:rsidR="00665EC0" w:rsidRDefault="00665EC0"/>
        </w:tc>
      </w:tr>
    </w:tbl>
    <w:p w14:paraId="53FD7892" w14:textId="77777777" w:rsidR="00665EC0" w:rsidRDefault="009F0172">
      <w:pPr>
        <w:spacing w:after="40"/>
        <w:jc w:val="center"/>
      </w:pPr>
      <w:r>
        <w:rPr>
          <w:noProof/>
        </w:rPr>
        <w:drawing>
          <wp:inline distT="0" distB="0" distL="0" distR="0" wp14:anchorId="51B0585E" wp14:editId="753B020F">
            <wp:extent cx="5940000" cy="440373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0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75846" w14:textId="77777777" w:rsidR="00665EC0" w:rsidRPr="003A273C" w:rsidRDefault="009F0172">
      <w:pPr>
        <w:jc w:val="center"/>
        <w:rPr>
          <w:lang w:val="ru-RU"/>
        </w:rPr>
      </w:pPr>
      <w:r w:rsidRPr="003A273C">
        <w:rPr>
          <w:i/>
          <w:color w:val="252525"/>
          <w:sz w:val="15"/>
          <w:lang w:val="ru-RU"/>
        </w:rPr>
        <w:t>Оригинальная заводская схема насоса. Геометрия, линии и позиции сохранены.</w:t>
      </w:r>
    </w:p>
    <w:p w14:paraId="3AD24A19" w14:textId="77777777" w:rsidR="00665EC0" w:rsidRPr="003A273C" w:rsidRDefault="009F0172">
      <w:pPr>
        <w:rPr>
          <w:lang w:val="ru-RU"/>
        </w:rPr>
      </w:pPr>
      <w:r w:rsidRPr="003A273C">
        <w:rPr>
          <w:b/>
          <w:color w:val="252525"/>
          <w:sz w:val="17"/>
          <w:lang w:val="ru-RU"/>
        </w:rPr>
        <w:t xml:space="preserve">Не разбирайте насос под давлением. Ремонт гидравлической части должен выполнять </w:t>
      </w:r>
      <w:r w:rsidRPr="003A273C">
        <w:rPr>
          <w:b/>
          <w:color w:val="252525"/>
          <w:sz w:val="17"/>
          <w:lang w:val="ru-RU"/>
        </w:rPr>
        <w:t>квалифицированный специалист.</w:t>
      </w:r>
    </w:p>
    <w:p w14:paraId="307184AA" w14:textId="77777777" w:rsidR="00665EC0" w:rsidRPr="003A273C" w:rsidRDefault="009F0172">
      <w:pPr>
        <w:rPr>
          <w:lang w:val="ru-RU"/>
        </w:rPr>
      </w:pPr>
      <w:r w:rsidRPr="003A273C">
        <w:rPr>
          <w:lang w:val="ru-RU"/>
        </w:rPr>
        <w:br w:type="page"/>
      </w:r>
    </w:p>
    <w:p w14:paraId="0DFB3099" w14:textId="77777777" w:rsidR="00665EC0" w:rsidRPr="003A273C" w:rsidRDefault="009F0172">
      <w:pPr>
        <w:spacing w:after="40"/>
        <w:rPr>
          <w:lang w:val="ru-RU"/>
        </w:rPr>
      </w:pPr>
      <w:r w:rsidRPr="003A273C">
        <w:rPr>
          <w:b/>
          <w:color w:val="666A70"/>
          <w:sz w:val="14"/>
          <w:lang w:val="ru-RU"/>
        </w:rPr>
        <w:t>РАЗДЕЛ 13 • НАСОС</w:t>
      </w:r>
    </w:p>
    <w:p w14:paraId="788411F4" w14:textId="77777777" w:rsidR="00665EC0" w:rsidRPr="003A273C" w:rsidRDefault="009F0172">
      <w:pPr>
        <w:pStyle w:val="1"/>
        <w:rPr>
          <w:lang w:val="ru-RU"/>
        </w:rPr>
      </w:pPr>
      <w:r w:rsidRPr="003A273C">
        <w:rPr>
          <w:lang w:val="ru-RU"/>
        </w:rPr>
        <w:t>Каталог деталей насоса — часть 1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134"/>
        <w:gridCol w:w="2154"/>
        <w:gridCol w:w="6066"/>
        <w:gridCol w:w="852"/>
        <w:gridCol w:w="16"/>
      </w:tblGrid>
      <w:tr w:rsidR="00665EC0" w:rsidRPr="003A273C" w14:paraId="269BFB7E" w14:textId="77777777">
        <w:trPr>
          <w:gridAfter w:val="1"/>
          <w:wAfter w:w="16" w:type="dxa"/>
        </w:trPr>
        <w:tc>
          <w:tcPr>
            <w:tcW w:w="10206" w:type="dxa"/>
            <w:gridSpan w:val="4"/>
            <w:shd w:val="clear" w:color="auto" w:fill="ED1C24"/>
          </w:tcPr>
          <w:p w14:paraId="7DB1BC91" w14:textId="77777777" w:rsidR="00665EC0" w:rsidRPr="003A273C" w:rsidRDefault="00665EC0">
            <w:pPr>
              <w:rPr>
                <w:lang w:val="ru-RU"/>
              </w:rPr>
            </w:pPr>
          </w:p>
        </w:tc>
      </w:tr>
      <w:tr w:rsidR="00665EC0" w14:paraId="08B2ACE6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113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BCB24" w14:textId="77777777" w:rsidR="00665EC0" w:rsidRDefault="009F017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Поз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D1106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</w:t>
            </w:r>
          </w:p>
        </w:tc>
        <w:tc>
          <w:tcPr>
            <w:tcW w:w="6066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2F111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0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6E381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</w:tr>
      <w:tr w:rsidR="00665EC0" w14:paraId="1720A3AB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9FAFA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2240B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590201151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92B9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Винт с шестигранной головкой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A9C61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7</w:t>
            </w:r>
          </w:p>
        </w:tc>
      </w:tr>
      <w:tr w:rsidR="00665EC0" w14:paraId="43547E4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385A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B29C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500010001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F073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Заглушка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E4CB3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13DCF96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C60E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E36D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590101021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B97E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Уплотнение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0183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</w:tr>
      <w:tr w:rsidR="00665EC0" w14:paraId="51CFAB3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7AF1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4EFA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507402040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BB66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KL задняя крышка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0B51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24270AAC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731F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75CA2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590101117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D8C45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Уплотнение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1CBD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0D4665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1281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C291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507402130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1215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BM20 шатун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27B84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47FC70E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5D69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63C4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507402140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3D02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Палец плунжера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4556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3C5DF59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3779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901F3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507402020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9894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Шток плунжера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E305A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7E18F07E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2CA9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9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1DF1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507402030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17404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Картер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08D67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4AF4909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CEFA6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10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67FE3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507402011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0F09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Коленчатый вал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B359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7AB2D1DC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ADDE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0790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590302006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F062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Подшипник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B406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2CAD0FBA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9DD5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1CDBD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590206004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9EE3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Стопорное кольцо для отверстия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58A0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17764C9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11C9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3051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590108025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17A96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 xml:space="preserve">TC </w:t>
            </w:r>
            <w:r>
              <w:rPr>
                <w:color w:val="252525"/>
                <w:sz w:val="14"/>
              </w:rPr>
              <w:t>сальник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A06D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7868D3A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408F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84DE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590107015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1B23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TC4 масляный сальник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FE31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3D1BD1A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BD0A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1938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507402150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15869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Опорная рама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96C4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3F3C80E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48040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EADF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590105046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4FD0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Водяное уплотнение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9AD72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12B5AEEA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91AC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F5BC8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507401050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E7EA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Заднее направляющее кольцо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5CBC6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1693086B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4108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A52B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590101121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3601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Уплотнение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A1BA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5A8FD6BC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6C04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19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BEBC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590104083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094F9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4"/>
                <w:lang w:val="ru-RU"/>
              </w:rPr>
              <w:t>Основной гидрозатвор, комплект из 3-х частей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AFD51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6EDED9C4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2DC74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20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2FEF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507401080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BC2C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Клапан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B90C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6</w:t>
            </w:r>
          </w:p>
        </w:tc>
      </w:tr>
      <w:tr w:rsidR="00665EC0" w14:paraId="0302D7C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5377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3E262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590101113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A701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Уплотнение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C39D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7</w:t>
            </w:r>
          </w:p>
        </w:tc>
      </w:tr>
      <w:tr w:rsidR="00665EC0" w14:paraId="1BCF9A1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CA06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217E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500010049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B3E1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Заглушка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A2EB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4288450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8571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25C8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500010049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3406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KL12 головная часть помпы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988F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083803A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C34A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DDC5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590201084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CBBDD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Винт с шестигранной головкой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FCA1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</w:tbl>
    <w:p w14:paraId="67F12C41" w14:textId="77777777" w:rsidR="00665EC0" w:rsidRDefault="009F0172">
      <w:r>
        <w:br w:type="page"/>
      </w:r>
    </w:p>
    <w:p w14:paraId="2A3BACDB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13 • НАСОС</w:t>
      </w:r>
    </w:p>
    <w:p w14:paraId="4E630EF8" w14:textId="77777777" w:rsidR="00665EC0" w:rsidRDefault="009F0172">
      <w:pPr>
        <w:pStyle w:val="1"/>
      </w:pPr>
      <w:r>
        <w:t>Каталог деталей насоса — часть 2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134"/>
        <w:gridCol w:w="2154"/>
        <w:gridCol w:w="6066"/>
        <w:gridCol w:w="852"/>
        <w:gridCol w:w="16"/>
      </w:tblGrid>
      <w:tr w:rsidR="00665EC0" w14:paraId="0B33F19B" w14:textId="77777777">
        <w:trPr>
          <w:gridAfter w:val="1"/>
          <w:wAfter w:w="16" w:type="dxa"/>
        </w:trPr>
        <w:tc>
          <w:tcPr>
            <w:tcW w:w="10206" w:type="dxa"/>
            <w:gridSpan w:val="4"/>
            <w:shd w:val="clear" w:color="auto" w:fill="ED1C24"/>
          </w:tcPr>
          <w:p w14:paraId="49422FE3" w14:textId="77777777" w:rsidR="00665EC0" w:rsidRDefault="00665EC0"/>
        </w:tc>
      </w:tr>
      <w:tr w:rsidR="00665EC0" w14:paraId="5444ADD7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113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88E7D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Поз.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F40AE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</w:t>
            </w:r>
          </w:p>
        </w:tc>
        <w:tc>
          <w:tcPr>
            <w:tcW w:w="6066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122EF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0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160EDA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Кол.</w:t>
            </w:r>
          </w:p>
        </w:tc>
      </w:tr>
      <w:tr w:rsidR="00665EC0" w14:paraId="681BB1DA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DF97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8BE80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590201083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0EDA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Винт с шестигранной головкой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AA9A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</w:t>
            </w:r>
          </w:p>
        </w:tc>
      </w:tr>
      <w:tr w:rsidR="00665EC0" w14:paraId="77A670C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2E2E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737D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507401010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62C5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KL крышка клапана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FDB8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</w:t>
            </w:r>
          </w:p>
        </w:tc>
      </w:tr>
      <w:tr w:rsidR="00665EC0" w14:paraId="0B7BC2A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2A51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35E5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590101004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07B97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Уплотнение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625C4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</w:t>
            </w:r>
          </w:p>
        </w:tc>
      </w:tr>
      <w:tr w:rsidR="00665EC0" w14:paraId="34AA190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646F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E7A6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507401011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EBA6F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Винт обратного клапана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1969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8E0C612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F385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29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2870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500010021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1F9D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Клапан регулировки температуры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9B99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12CB6E84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B649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30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E328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502403233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15E1DA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Уплотнительная прокладка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863C7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07443FB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B6F0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F5EC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303012410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A395BE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>
              <w:rPr>
                <w:color w:val="252525"/>
                <w:sz w:val="14"/>
              </w:rPr>
              <w:t>VC</w:t>
            </w:r>
            <w:r w:rsidRPr="003A273C">
              <w:rPr>
                <w:color w:val="252525"/>
                <w:sz w:val="14"/>
                <w:lang w:val="ru-RU"/>
              </w:rPr>
              <w:t xml:space="preserve"> </w:t>
            </w:r>
            <w:r w:rsidRPr="003A273C">
              <w:rPr>
                <w:color w:val="252525"/>
                <w:sz w:val="14"/>
                <w:lang w:val="ru-RU"/>
              </w:rPr>
              <w:t>регулятор давления в сборе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45C4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7DE782D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C62D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78770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502403363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BCFE4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>
              <w:rPr>
                <w:color w:val="252525"/>
                <w:sz w:val="14"/>
              </w:rPr>
              <w:t>VC</w:t>
            </w:r>
            <w:r w:rsidRPr="003A273C">
              <w:rPr>
                <w:color w:val="252525"/>
                <w:sz w:val="14"/>
                <w:lang w:val="ru-RU"/>
              </w:rPr>
              <w:t>-</w:t>
            </w:r>
            <w:r>
              <w:rPr>
                <w:color w:val="252525"/>
                <w:sz w:val="14"/>
              </w:rPr>
              <w:t>B</w:t>
            </w:r>
            <w:r w:rsidRPr="003A273C">
              <w:rPr>
                <w:color w:val="252525"/>
                <w:sz w:val="14"/>
                <w:lang w:val="ru-RU"/>
              </w:rPr>
              <w:t xml:space="preserve"> маховик регулятора давления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E3311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7CF63A3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51AC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0581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502403410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085D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VC пружина поглощения жидкости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B129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8</w:t>
            </w:r>
          </w:p>
        </w:tc>
      </w:tr>
      <w:tr w:rsidR="00665EC0" w14:paraId="2C15FC8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47C1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9610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502403420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CC7894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VC стальной шарик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A853B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6239580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4B30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62A4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590101080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FD75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Употнение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58C6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7591BD7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2554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DD3F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502403430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88DE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VC всасывающий коннектор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8D073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3783D691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1D86F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EC529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590302003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E883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Подшипник с глубоким желобом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6D7DE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2B09F555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B55B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A4FE1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59020600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393D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Стопорное кольцо коленвала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3A70E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1DFB5793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5862F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39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C99DC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301217401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6B9ED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>
              <w:rPr>
                <w:color w:val="252525"/>
                <w:sz w:val="14"/>
              </w:rPr>
              <w:t>KL</w:t>
            </w:r>
            <w:r w:rsidRPr="003A273C">
              <w:rPr>
                <w:color w:val="252525"/>
                <w:sz w:val="14"/>
                <w:lang w:val="ru-RU"/>
              </w:rPr>
              <w:t xml:space="preserve"> смотровое окно уровня масла в сборе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7A2B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695E99A4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B6251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40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794F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101702010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9C16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Масляная пробка</w:t>
            </w:r>
          </w:p>
        </w:tc>
        <w:tc>
          <w:tcPr>
            <w:tcW w:w="85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FCB2A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  <w:tr w:rsidR="00665EC0" w14:paraId="0CECDC5A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914C6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41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ED4D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301150101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8C92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Щуп уровня масла</w:t>
            </w:r>
          </w:p>
        </w:tc>
        <w:tc>
          <w:tcPr>
            <w:tcW w:w="85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A813D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4"/>
              </w:rPr>
              <w:t>1</w:t>
            </w:r>
          </w:p>
        </w:tc>
      </w:tr>
    </w:tbl>
    <w:p w14:paraId="75CE1E57" w14:textId="77777777" w:rsidR="00665EC0" w:rsidRDefault="009F0172">
      <w:r>
        <w:br w:type="page"/>
      </w:r>
    </w:p>
    <w:p w14:paraId="7F6EF1E7" w14:textId="77777777" w:rsidR="00665EC0" w:rsidRDefault="009F0172">
      <w:pPr>
        <w:spacing w:after="40"/>
      </w:pPr>
      <w:r>
        <w:rPr>
          <w:b/>
          <w:color w:val="666A70"/>
          <w:sz w:val="14"/>
        </w:rPr>
        <w:t>РАЗДЕЛ 13 • СЕРВИС</w:t>
      </w:r>
    </w:p>
    <w:p w14:paraId="5E432653" w14:textId="77777777" w:rsidR="00665EC0" w:rsidRDefault="009F0172">
      <w:pPr>
        <w:pStyle w:val="1"/>
      </w:pPr>
      <w:r>
        <w:t xml:space="preserve">Ремкомплекты и сервисная </w:t>
      </w:r>
      <w:r>
        <w:t>информация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685"/>
        <w:gridCol w:w="6521"/>
        <w:gridCol w:w="59"/>
      </w:tblGrid>
      <w:tr w:rsidR="00665EC0" w14:paraId="24F0B215" w14:textId="77777777">
        <w:trPr>
          <w:gridAfter w:val="1"/>
          <w:wAfter w:w="17" w:type="dxa"/>
        </w:trPr>
        <w:tc>
          <w:tcPr>
            <w:tcW w:w="10206" w:type="dxa"/>
            <w:gridSpan w:val="2"/>
            <w:shd w:val="clear" w:color="auto" w:fill="ED1C24"/>
          </w:tcPr>
          <w:p w14:paraId="51221E49" w14:textId="77777777" w:rsidR="00665EC0" w:rsidRDefault="00665EC0"/>
        </w:tc>
      </w:tr>
      <w:tr w:rsidR="00665EC0" w14:paraId="1057C210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  <w:jc w:val="center"/>
        </w:trPr>
        <w:tc>
          <w:tcPr>
            <w:tcW w:w="3685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ECA81F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Описание</w:t>
            </w:r>
          </w:p>
        </w:tc>
        <w:tc>
          <w:tcPr>
            <w:tcW w:w="6520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FA7498" w14:textId="77777777" w:rsidR="00665EC0" w:rsidRDefault="009F01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Состав / номера деталей</w:t>
            </w:r>
          </w:p>
        </w:tc>
      </w:tr>
      <w:tr w:rsidR="00665EC0" w:rsidRPr="003A273C" w14:paraId="554844C8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BCA74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Комплект водяных уплотнений</w:t>
            </w:r>
          </w:p>
        </w:tc>
        <w:tc>
          <w:tcPr>
            <w:tcW w:w="652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ACD07" w14:textId="77777777" w:rsidR="00665EC0" w:rsidRPr="003A273C" w:rsidRDefault="009F0172">
            <w:pPr>
              <w:spacing w:after="0" w:line="240" w:lineRule="auto"/>
              <w:rPr>
                <w:lang w:val="ru-RU"/>
              </w:rPr>
            </w:pPr>
            <w:r w:rsidRPr="003A273C">
              <w:rPr>
                <w:color w:val="252525"/>
                <w:sz w:val="17"/>
                <w:lang w:val="ru-RU"/>
              </w:rPr>
              <w:t>Основное водяное уплотнение #590104083 + Дополнительное водяное уплотнение #590105046</w:t>
            </w:r>
          </w:p>
        </w:tc>
      </w:tr>
      <w:tr w:rsidR="00665EC0" w14:paraId="2E0E7089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68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3922F" w14:textId="77777777" w:rsidR="00665EC0" w:rsidRDefault="009F0172">
            <w:pPr>
              <w:spacing w:after="0" w:line="240" w:lineRule="auto"/>
            </w:pPr>
            <w:proofErr w:type="spellStart"/>
            <w:r>
              <w:rPr>
                <w:color w:val="252525"/>
                <w:sz w:val="17"/>
              </w:rPr>
              <w:t>Комплект</w:t>
            </w:r>
            <w:proofErr w:type="spellEnd"/>
            <w:r>
              <w:rPr>
                <w:color w:val="252525"/>
                <w:sz w:val="17"/>
              </w:rPr>
              <w:t xml:space="preserve"> </w:t>
            </w:r>
            <w:proofErr w:type="spellStart"/>
            <w:r>
              <w:rPr>
                <w:color w:val="252525"/>
                <w:sz w:val="17"/>
              </w:rPr>
              <w:t>клапанов</w:t>
            </w:r>
            <w:proofErr w:type="spellEnd"/>
          </w:p>
        </w:tc>
        <w:tc>
          <w:tcPr>
            <w:tcW w:w="652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BF3A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Клапан #507401080 + Уплотнение #590101113</w:t>
            </w:r>
          </w:p>
        </w:tc>
      </w:tr>
      <w:tr w:rsidR="00665EC0" w14:paraId="4587820F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FF3B5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 xml:space="preserve">Ремкомплект регулятора </w:t>
            </w:r>
            <w:r>
              <w:rPr>
                <w:color w:val="252525"/>
                <w:sz w:val="17"/>
              </w:rPr>
              <w:t>давления</w:t>
            </w:r>
          </w:p>
        </w:tc>
        <w:tc>
          <w:tcPr>
            <w:tcW w:w="652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3572F2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Уплотнительная прокладка #502403230</w:t>
            </w:r>
          </w:p>
        </w:tc>
      </w:tr>
      <w:tr w:rsidR="00665EC0" w14:paraId="094CDB0A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68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5529C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Ремкомплект регулятора давления</w:t>
            </w:r>
          </w:p>
        </w:tc>
        <w:tc>
          <w:tcPr>
            <w:tcW w:w="6520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F30B8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Пружина регулятора давления #502403280</w:t>
            </w:r>
          </w:p>
        </w:tc>
      </w:tr>
      <w:tr w:rsidR="00665EC0" w14:paraId="60C45E8E" w14:textId="77777777">
        <w:tblPrEx>
          <w:jc w:val="center"/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  <w:jc w:val="center"/>
        </w:trPr>
        <w:tc>
          <w:tcPr>
            <w:tcW w:w="368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BBA17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Ремкомплект регулятора давления</w:t>
            </w:r>
          </w:p>
        </w:tc>
        <w:tc>
          <w:tcPr>
            <w:tcW w:w="6520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EEBAE" w14:textId="77777777" w:rsidR="00665EC0" w:rsidRDefault="009F0172">
            <w:pPr>
              <w:spacing w:after="0" w:line="240" w:lineRule="auto"/>
            </w:pPr>
            <w:r>
              <w:rPr>
                <w:color w:val="252525"/>
                <w:sz w:val="17"/>
              </w:rPr>
              <w:t>Конусный клапан #502403450</w:t>
            </w:r>
          </w:p>
        </w:tc>
      </w:tr>
      <w:tr w:rsidR="00665EC0" w:rsidRPr="003A273C" w14:paraId="20C2C6D1" w14:textId="77777777">
        <w:tblPrEx>
          <w:tblBorders>
            <w:top w:val="single" w:sz="4" w:space="0" w:color="D0D3D6"/>
            <w:left w:val="single" w:sz="4" w:space="0" w:color="D0D3D6"/>
            <w:bottom w:val="single" w:sz="4" w:space="0" w:color="D0D3D6"/>
            <w:right w:val="single" w:sz="4" w:space="0" w:color="D0D3D6"/>
            <w:insideH w:val="single" w:sz="4" w:space="0" w:color="D0D3D6"/>
            <w:insideV w:val="single" w:sz="4" w:space="0" w:color="D0D3D6"/>
          </w:tblBorders>
        </w:tblPrEx>
        <w:trPr>
          <w:gridAfter w:val="1"/>
          <w:wAfter w:w="59" w:type="dxa"/>
        </w:trPr>
        <w:tc>
          <w:tcPr>
            <w:tcW w:w="10206" w:type="dxa"/>
            <w:gridSpan w:val="2"/>
            <w:shd w:val="clear" w:color="auto" w:fill="EAF4F8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86C6099" w14:textId="77777777" w:rsidR="00665EC0" w:rsidRPr="003A273C" w:rsidRDefault="009F0172">
            <w:pPr>
              <w:spacing w:after="0"/>
              <w:rPr>
                <w:lang w:val="ru-RU"/>
              </w:rPr>
            </w:pPr>
            <w:r w:rsidRPr="003A273C">
              <w:rPr>
                <w:b/>
                <w:color w:val="252525"/>
                <w:lang w:val="ru-RU"/>
              </w:rPr>
              <w:t xml:space="preserve">ЗАКАЗ </w:t>
            </w:r>
            <w:proofErr w:type="gramStart"/>
            <w:r w:rsidRPr="003A273C">
              <w:rPr>
                <w:b/>
                <w:color w:val="252525"/>
                <w:lang w:val="ru-RU"/>
              </w:rPr>
              <w:t xml:space="preserve">ЗАПЧАСТЕЙ  </w:t>
            </w:r>
            <w:r w:rsidRPr="003A273C">
              <w:rPr>
                <w:color w:val="252525"/>
                <w:lang w:val="ru-RU"/>
              </w:rPr>
              <w:t>Сообщите</w:t>
            </w:r>
            <w:proofErr w:type="gramEnd"/>
            <w:r w:rsidRPr="003A273C">
              <w:rPr>
                <w:color w:val="252525"/>
                <w:lang w:val="ru-RU"/>
              </w:rPr>
              <w:t xml:space="preserve"> сервисному центру модель </w:t>
            </w:r>
            <w:r>
              <w:rPr>
                <w:color w:val="252525"/>
              </w:rPr>
              <w:t>TOR</w:t>
            </w:r>
            <w:r w:rsidRPr="003A273C">
              <w:rPr>
                <w:color w:val="252525"/>
                <w:lang w:val="ru-RU"/>
              </w:rPr>
              <w:t xml:space="preserve"> </w:t>
            </w:r>
            <w:r>
              <w:rPr>
                <w:color w:val="252525"/>
              </w:rPr>
              <w:t>BT</w:t>
            </w:r>
            <w:r w:rsidRPr="003A273C">
              <w:rPr>
                <w:color w:val="252525"/>
                <w:lang w:val="ru-RU"/>
              </w:rPr>
              <w:t>‑</w:t>
            </w:r>
            <w:r w:rsidRPr="003A273C">
              <w:rPr>
                <w:color w:val="252525"/>
                <w:lang w:val="ru-RU"/>
              </w:rPr>
              <w:t>2900</w:t>
            </w:r>
            <w:r>
              <w:rPr>
                <w:color w:val="252525"/>
              </w:rPr>
              <w:t>V</w:t>
            </w:r>
            <w:r w:rsidRPr="003A273C">
              <w:rPr>
                <w:color w:val="252525"/>
                <w:lang w:val="ru-RU"/>
              </w:rPr>
              <w:t xml:space="preserve">, </w:t>
            </w:r>
            <w:r w:rsidRPr="003A273C">
              <w:rPr>
                <w:color w:val="252525"/>
                <w:lang w:val="ru-RU"/>
              </w:rPr>
              <w:t>серийный номер, позицию на схеме, артикул и требуемое количество.</w:t>
            </w:r>
          </w:p>
        </w:tc>
      </w:tr>
    </w:tbl>
    <w:p w14:paraId="6B5215B7" w14:textId="77777777" w:rsidR="00665EC0" w:rsidRPr="003A273C" w:rsidRDefault="009F0172">
      <w:pPr>
        <w:rPr>
          <w:lang w:val="ru-RU"/>
        </w:rPr>
      </w:pPr>
      <w:r w:rsidRPr="003A273C">
        <w:rPr>
          <w:color w:val="252525"/>
          <w:lang w:val="ru-RU"/>
        </w:rPr>
        <w:t xml:space="preserve">Гарантийное обслуживание выполняется авторизованным сервисным центром при наличии документа о покупке. Гарантия не распространяется на обычный износ, работу насоса без воды, </w:t>
      </w:r>
      <w:r w:rsidRPr="003A273C">
        <w:rPr>
          <w:color w:val="252525"/>
          <w:lang w:val="ru-RU"/>
        </w:rPr>
        <w:t>замерзание, неправильное топливо, нештатные изменения и повреждения вследствие нарушения настоящей инструкции.</w:t>
      </w:r>
    </w:p>
    <w:p w14:paraId="47180CDC" w14:textId="77777777" w:rsidR="00665EC0" w:rsidRPr="003A273C" w:rsidRDefault="009F0172">
      <w:pPr>
        <w:jc w:val="center"/>
        <w:rPr>
          <w:lang w:val="ru-RU"/>
        </w:rPr>
      </w:pPr>
      <w:r w:rsidRPr="003A273C">
        <w:rPr>
          <w:b/>
          <w:color w:val="252525"/>
          <w:sz w:val="20"/>
          <w:lang w:val="ru-RU"/>
        </w:rPr>
        <w:t>Сохраните руководство вместе с документами на аппарат.</w:t>
      </w:r>
    </w:p>
    <w:sectPr w:rsidR="00665EC0" w:rsidRPr="003A273C" w:rsidSect="00034616">
      <w:headerReference w:type="default" r:id="rId16"/>
      <w:footerReference w:type="default" r:id="rId17"/>
      <w:pgSz w:w="11906" w:h="16838"/>
      <w:pgMar w:top="907" w:right="850" w:bottom="850" w:left="850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17BF0" w14:textId="77777777" w:rsidR="009F0172" w:rsidRDefault="009F0172">
      <w:pPr>
        <w:spacing w:after="0" w:line="240" w:lineRule="auto"/>
      </w:pPr>
      <w:r>
        <w:separator/>
      </w:r>
    </w:p>
  </w:endnote>
  <w:endnote w:type="continuationSeparator" w:id="0">
    <w:p w14:paraId="3F22FFE5" w14:textId="77777777" w:rsidR="009F0172" w:rsidRDefault="009F0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88E28" w14:textId="77777777" w:rsidR="00665EC0" w:rsidRDefault="00665EC0">
    <w:pPr>
      <w:pStyle w:val="a7"/>
    </w:pPr>
  </w:p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938"/>
      <w:gridCol w:w="2268"/>
    </w:tblGrid>
    <w:tr w:rsidR="00665EC0" w14:paraId="38CDA8DF" w14:textId="77777777">
      <w:tc>
        <w:tcPr>
          <w:tcW w:w="7938" w:type="dxa"/>
          <w:tcMar>
            <w:top w:w="70" w:type="dxa"/>
            <w:left w:w="90" w:type="dxa"/>
            <w:bottom w:w="70" w:type="dxa"/>
            <w:right w:w="90" w:type="dxa"/>
          </w:tcMar>
          <w:vAlign w:val="center"/>
        </w:tcPr>
        <w:p w14:paraId="02824BD5" w14:textId="77777777" w:rsidR="00665EC0" w:rsidRPr="003A273C" w:rsidRDefault="009F0172">
          <w:pPr>
            <w:spacing w:after="0" w:line="240" w:lineRule="auto"/>
            <w:rPr>
              <w:lang w:val="ru-RU"/>
            </w:rPr>
          </w:pPr>
          <w:r>
            <w:rPr>
              <w:b/>
              <w:color w:val="666A70"/>
              <w:sz w:val="14"/>
            </w:rPr>
            <w:t>TOR</w:t>
          </w:r>
          <w:r w:rsidRPr="003A273C">
            <w:rPr>
              <w:b/>
              <w:color w:val="666A70"/>
              <w:sz w:val="14"/>
              <w:lang w:val="ru-RU"/>
            </w:rPr>
            <w:t xml:space="preserve"> • БЕНЗИНОВЫЙ </w:t>
          </w:r>
          <w:r w:rsidRPr="003A273C">
            <w:rPr>
              <w:b/>
              <w:color w:val="666A70"/>
              <w:sz w:val="14"/>
              <w:lang w:val="ru-RU"/>
            </w:rPr>
            <w:t>АППАРАТ ВЫСОКОГО ДАВЛЕНИЯ</w:t>
          </w:r>
        </w:p>
      </w:tc>
      <w:tc>
        <w:tcPr>
          <w:tcW w:w="2268" w:type="dxa"/>
        </w:tcPr>
        <w:p w14:paraId="5BA3DFCD" w14:textId="77777777" w:rsidR="00665EC0" w:rsidRDefault="009F0172">
          <w:pPr>
            <w:jc w:val="right"/>
          </w:pPr>
          <w:r>
            <w:rPr>
              <w:b/>
              <w:color w:val="666A70"/>
              <w:sz w:val="14"/>
            </w:rPr>
            <w:t xml:space="preserve">СТР.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3A273C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FE264" w14:textId="77777777" w:rsidR="009F0172" w:rsidRDefault="009F0172">
      <w:pPr>
        <w:spacing w:after="0" w:line="240" w:lineRule="auto"/>
      </w:pPr>
      <w:r>
        <w:separator/>
      </w:r>
    </w:p>
  </w:footnote>
  <w:footnote w:type="continuationSeparator" w:id="0">
    <w:p w14:paraId="78F83625" w14:textId="77777777" w:rsidR="009F0172" w:rsidRDefault="009F0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C288" w14:textId="77777777" w:rsidR="00665EC0" w:rsidRDefault="00665EC0">
    <w:pPr>
      <w:pStyle w:val="a5"/>
    </w:pPr>
  </w:p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701"/>
      <w:gridCol w:w="8505"/>
    </w:tblGrid>
    <w:tr w:rsidR="00665EC0" w:rsidRPr="003A273C" w14:paraId="5C53E3B3" w14:textId="77777777">
      <w:tc>
        <w:tcPr>
          <w:tcW w:w="1701" w:type="dxa"/>
        </w:tcPr>
        <w:p w14:paraId="29167928" w14:textId="77777777" w:rsidR="00665EC0" w:rsidRDefault="009F0172">
          <w:r>
            <w:rPr>
              <w:noProof/>
            </w:rPr>
            <w:drawing>
              <wp:inline distT="0" distB="0" distL="0" distR="0" wp14:anchorId="7B066784" wp14:editId="3FBE2691">
                <wp:extent cx="648000" cy="393722"/>
                <wp:effectExtent l="0" t="0" r="0" b="0"/>
                <wp:docPr id="1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or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000" cy="3937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</w:tcPr>
        <w:p w14:paraId="5E32C246" w14:textId="77777777" w:rsidR="00665EC0" w:rsidRPr="003A273C" w:rsidRDefault="009F0172">
          <w:pPr>
            <w:jc w:val="right"/>
            <w:rPr>
              <w:lang w:val="ru-RU"/>
            </w:rPr>
          </w:pPr>
          <w:r w:rsidRPr="003A273C">
            <w:rPr>
              <w:b/>
              <w:color w:val="666A70"/>
              <w:sz w:val="16"/>
              <w:lang w:val="ru-RU"/>
            </w:rPr>
            <w:t xml:space="preserve">РУКОВОДСТВО ПО ЭКСПЛУАТАЦИИ  •  </w:t>
          </w:r>
          <w:r>
            <w:rPr>
              <w:b/>
              <w:color w:val="666A70"/>
              <w:sz w:val="16"/>
            </w:rPr>
            <w:t>BT</w:t>
          </w:r>
          <w:r w:rsidRPr="003A273C">
            <w:rPr>
              <w:b/>
              <w:color w:val="666A70"/>
              <w:sz w:val="16"/>
              <w:lang w:val="ru-RU"/>
            </w:rPr>
            <w:t>‑</w:t>
          </w:r>
          <w:r w:rsidRPr="003A273C">
            <w:rPr>
              <w:b/>
              <w:color w:val="666A70"/>
              <w:sz w:val="16"/>
              <w:lang w:val="ru-RU"/>
            </w:rPr>
            <w:t>2900</w:t>
          </w:r>
          <w:r>
            <w:rPr>
              <w:b/>
              <w:color w:val="666A70"/>
              <w:sz w:val="16"/>
            </w:rPr>
            <w:t>V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273C"/>
    <w:rsid w:val="00665EC0"/>
    <w:rsid w:val="009F017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4A184"/>
  <w14:defaultImageDpi w14:val="300"/>
  <w15:docId w15:val="{DC1035D8-7938-4F80-A56C-2D2ED774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ED1C24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00"/>
      <w:outlineLvl w:val="1"/>
    </w:pPr>
    <w:rPr>
      <w:rFonts w:asciiTheme="majorHAnsi" w:eastAsiaTheme="majorEastAsia" w:hAnsiTheme="majorHAnsi" w:cstheme="majorBidi"/>
      <w:b/>
      <w:bCs/>
      <w:color w:val="252525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ED1C24"/>
      <w:sz w:val="2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2595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2026-08-31T14:34:00Z</dcterms:modified>
  <cp:category/>
</cp:coreProperties>
</file>