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7ED6" w14:textId="61D4D89E" w:rsidR="00283060" w:rsidRPr="002C279A" w:rsidRDefault="00165A93" w:rsidP="00283060">
      <w:pPr>
        <w:spacing w:after="0"/>
        <w:rPr>
          <w:color w:val="FF0000"/>
        </w:rPr>
      </w:pPr>
      <w:r>
        <w:t xml:space="preserve"> </w:t>
      </w:r>
    </w:p>
    <w:p w14:paraId="50325818" w14:textId="4D058260" w:rsidR="004C7F3C" w:rsidRDefault="004C7F3C" w:rsidP="00283060">
      <w:pPr>
        <w:shd w:val="clear" w:color="auto" w:fill="FF0000"/>
        <w:spacing w:after="240" w:line="360" w:lineRule="exact"/>
      </w:pPr>
    </w:p>
    <w:p w14:paraId="366A731A" w14:textId="77777777" w:rsidR="004C7F3C" w:rsidRDefault="00165A93">
      <w:pPr>
        <w:spacing w:before="120" w:after="320"/>
        <w:jc w:val="center"/>
      </w:pPr>
      <w:r>
        <w:rPr>
          <w:noProof/>
        </w:rPr>
        <w:drawing>
          <wp:inline distT="0" distB="0" distL="0" distR="0" wp14:anchorId="619FAF88" wp14:editId="461DE9E5">
            <wp:extent cx="1800000" cy="132069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320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938E7" w14:textId="600FBC4B" w:rsidR="00EE4B5F" w:rsidRPr="00283060" w:rsidRDefault="00EE4B5F" w:rsidP="00EE4B5F">
      <w:pPr>
        <w:jc w:val="center"/>
        <w:rPr>
          <w:rFonts w:eastAsia="SimSun" w:cs="Arial"/>
          <w:color w:val="auto"/>
          <w:spacing w:val="-53"/>
          <w:sz w:val="44"/>
          <w:szCs w:val="44"/>
          <w:lang w:val="ru-RU" w:eastAsia="zh-CN"/>
        </w:rPr>
      </w:pPr>
      <w:r w:rsidRPr="00EE4B5F">
        <w:rPr>
          <w:rFonts w:cs="Arial"/>
          <w:w w:val="110"/>
          <w:sz w:val="40"/>
          <w:szCs w:val="40"/>
          <w:lang w:val="ru-RU"/>
        </w:rPr>
        <w:t>Электрический аппарат высокого давления</w:t>
      </w:r>
      <w:r w:rsidR="00283060">
        <w:rPr>
          <w:rFonts w:cs="Arial"/>
          <w:w w:val="110"/>
          <w:sz w:val="40"/>
          <w:szCs w:val="40"/>
          <w:lang w:val="ru-RU"/>
        </w:rPr>
        <w:br/>
      </w:r>
      <w:r w:rsidR="00283060">
        <w:rPr>
          <w:b/>
          <w:color w:val="ED1C24"/>
          <w:sz w:val="62"/>
        </w:rPr>
        <w:t>FS</w:t>
      </w:r>
      <w:r w:rsidR="00283060" w:rsidRPr="00283060">
        <w:rPr>
          <w:b/>
          <w:color w:val="ED1C24"/>
          <w:sz w:val="62"/>
          <w:lang w:val="ru-RU"/>
        </w:rPr>
        <w:t>-1535</w:t>
      </w:r>
    </w:p>
    <w:p w14:paraId="018ECBC9" w14:textId="6C718335" w:rsidR="00283060" w:rsidRDefault="00283060" w:rsidP="00283060">
      <w:pPr>
        <w:pStyle w:val="aa"/>
        <w:jc w:val="center"/>
        <w:rPr>
          <w:rFonts w:ascii="Arial" w:eastAsia="Cambria" w:hAnsi="Arial" w:cs="Arial"/>
          <w:color w:val="auto"/>
          <w:sz w:val="40"/>
          <w:szCs w:val="40"/>
          <w:lang w:val="ru-RU"/>
        </w:rPr>
      </w:pPr>
      <w:r>
        <w:rPr>
          <w:rFonts w:ascii="Arial" w:hAnsi="Arial" w:cs="Arial"/>
          <w:w w:val="110"/>
          <w:sz w:val="40"/>
          <w:szCs w:val="40"/>
          <w:lang w:val="ru-RU"/>
        </w:rPr>
        <w:br/>
      </w:r>
      <w:r>
        <w:rPr>
          <w:rFonts w:ascii="Arial" w:hAnsi="Arial" w:cs="Arial"/>
          <w:w w:val="110"/>
          <w:sz w:val="40"/>
          <w:szCs w:val="40"/>
          <w:lang w:val="ru-RU"/>
        </w:rPr>
        <w:t>Руководство по эксплуатации</w:t>
      </w:r>
    </w:p>
    <w:p w14:paraId="2CCE72E1" w14:textId="39856E39" w:rsidR="004C7F3C" w:rsidRDefault="00EE4B5F">
      <w:pPr>
        <w:spacing w:after="240"/>
        <w:jc w:val="center"/>
      </w:pPr>
      <w:r w:rsidRPr="00283060">
        <w:rPr>
          <w:b/>
          <w:color w:val="ED1C24"/>
          <w:sz w:val="62"/>
          <w:lang w:val="ru-RU"/>
        </w:rPr>
        <w:br/>
      </w:r>
    </w:p>
    <w:p w14:paraId="0719F1B1" w14:textId="77777777" w:rsidR="004C7F3C" w:rsidRDefault="00165A93">
      <w:pPr>
        <w:spacing w:after="0"/>
        <w:jc w:val="center"/>
      </w:pPr>
      <w:r>
        <w:rPr>
          <w:noProof/>
        </w:rPr>
        <w:drawing>
          <wp:inline distT="0" distB="0" distL="0" distR="0" wp14:anchorId="04A2C8D7" wp14:editId="73FFA0FE">
            <wp:extent cx="4320000" cy="34539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5b440cd-449a-4544-aa42-f749a2bc722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453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9BF83" w14:textId="77777777" w:rsidR="004C7F3C" w:rsidRDefault="00165A93">
      <w:r>
        <w:br w:type="page"/>
      </w:r>
    </w:p>
    <w:p w14:paraId="5314BE82" w14:textId="77777777" w:rsidR="004C7F3C" w:rsidRPr="007D111D" w:rsidRDefault="00165A93">
      <w:pPr>
        <w:spacing w:after="40"/>
        <w:rPr>
          <w:lang w:val="ru-RU"/>
        </w:rPr>
      </w:pPr>
      <w:r w:rsidRPr="007D111D">
        <w:rPr>
          <w:b/>
          <w:color w:val="646A70"/>
          <w:sz w:val="14"/>
          <w:lang w:val="ru-RU"/>
        </w:rPr>
        <w:lastRenderedPageBreak/>
        <w:t>РАЗДЕЛ 1 • ОБЩИЕ СВЕДЕНИЯ</w:t>
      </w:r>
    </w:p>
    <w:p w14:paraId="5DDD6AB9" w14:textId="77777777" w:rsidR="004C7F3C" w:rsidRPr="007D111D" w:rsidRDefault="00165A93">
      <w:pPr>
        <w:pStyle w:val="1"/>
        <w:pBdr>
          <w:bottom w:val="single" w:sz="12" w:space="4" w:color="ED1C24"/>
        </w:pBdr>
        <w:rPr>
          <w:lang w:val="ru-RU"/>
        </w:rPr>
      </w:pPr>
      <w:r w:rsidRPr="007D111D">
        <w:rPr>
          <w:lang w:val="ru-RU"/>
        </w:rPr>
        <w:t>Назначение и структура руководства</w:t>
      </w:r>
    </w:p>
    <w:p w14:paraId="125431D2" w14:textId="77777777" w:rsidR="004C7F3C" w:rsidRPr="007D111D" w:rsidRDefault="00165A93">
      <w:pPr>
        <w:rPr>
          <w:lang w:val="ru-RU"/>
        </w:rPr>
      </w:pPr>
      <w:r>
        <w:t>TOR</w:t>
      </w:r>
      <w:r w:rsidRPr="007D111D">
        <w:rPr>
          <w:lang w:val="ru-RU"/>
        </w:rPr>
        <w:t xml:space="preserve"> </w:t>
      </w:r>
      <w:r>
        <w:t>FS</w:t>
      </w:r>
      <w:r w:rsidRPr="007D111D">
        <w:rPr>
          <w:lang w:val="ru-RU"/>
        </w:rPr>
        <w:t xml:space="preserve">-1535 — профессиональный мобильный аппарат высокого давления с электрическим приводом, предназначенный для интенсивной очистки холодной водой. Защитная рама </w:t>
      </w:r>
      <w:r w:rsidRPr="007D111D">
        <w:rPr>
          <w:lang w:val="ru-RU"/>
        </w:rPr>
        <w:t>закрывает основные узлы при перемещении и работе, а колёсная база позволяет перемещать аппарат по ровной твёрдой поверхности.</w:t>
      </w:r>
    </w:p>
    <w:tbl>
      <w:tblPr>
        <w:tblW w:w="10206" w:type="dxa"/>
        <w:tblInd w:w="120" w:type="dxa"/>
        <w:tblBorders>
          <w:top w:val="single" w:sz="8" w:space="0" w:color="24566B"/>
          <w:left w:val="single" w:sz="8" w:space="0" w:color="24566B"/>
          <w:bottom w:val="single" w:sz="8" w:space="0" w:color="24566B"/>
          <w:right w:val="single" w:sz="8" w:space="0" w:color="24566B"/>
          <w:insideH w:val="single" w:sz="8" w:space="0" w:color="24566B"/>
          <w:insideV w:val="single" w:sz="8" w:space="0" w:color="24566B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C7F3C" w:rsidRPr="007D111D" w14:paraId="3D9F52B3" w14:textId="77777777">
        <w:tc>
          <w:tcPr>
            <w:tcW w:w="10206" w:type="dxa"/>
            <w:shd w:val="clear" w:color="auto" w:fill="EA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080D5F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24566B"/>
                <w:sz w:val="18"/>
                <w:lang w:val="ru-RU"/>
              </w:rPr>
              <w:t>НАЗНАЧЕНИЕ</w:t>
            </w:r>
          </w:p>
          <w:p w14:paraId="26F5C550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Аппарат применяется для удаления стойких загрязнений, ржавчины, старых покрытий, отложений и подготовки поверхностей. И</w:t>
            </w:r>
            <w:r w:rsidRPr="007D111D">
              <w:rPr>
                <w:sz w:val="17"/>
                <w:lang w:val="ru-RU"/>
              </w:rPr>
              <w:t>спользование растворителей, топлива, кислот, легковоспламеняющихся жидкостей и других сред, кроме чистой воды, запрещено.</w:t>
            </w:r>
          </w:p>
        </w:tc>
      </w:tr>
    </w:tbl>
    <w:p w14:paraId="24345F31" w14:textId="77777777" w:rsidR="004C7F3C" w:rsidRPr="007D111D" w:rsidRDefault="004C7F3C">
      <w:pPr>
        <w:spacing w:after="0"/>
        <w:rPr>
          <w:lang w:val="ru-RU"/>
        </w:rPr>
      </w:pP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2187"/>
        <w:gridCol w:w="8019"/>
      </w:tblGrid>
      <w:tr w:rsidR="004C7F3C" w14:paraId="56D7FDDC" w14:textId="77777777">
        <w:trPr>
          <w:tblHeader/>
        </w:trPr>
        <w:tc>
          <w:tcPr>
            <w:tcW w:w="2187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349D31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ЧАСТЬ</w:t>
            </w:r>
          </w:p>
        </w:tc>
        <w:tc>
          <w:tcPr>
            <w:tcW w:w="8019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7F11BA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СОДЕРЖАНИЕ</w:t>
            </w:r>
          </w:p>
        </w:tc>
      </w:tr>
      <w:tr w:rsidR="004C7F3C" w:rsidRPr="007D111D" w14:paraId="113FD31F" w14:textId="77777777">
        <w:trPr>
          <w:cantSplit/>
        </w:trPr>
        <w:tc>
          <w:tcPr>
            <w:tcW w:w="218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32D357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Эксплуатация</w:t>
            </w:r>
          </w:p>
        </w:tc>
        <w:tc>
          <w:tcPr>
            <w:tcW w:w="80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E27218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Устройство, подключение, подготовка, запуск, рабочий цикл и остановка.</w:t>
            </w:r>
          </w:p>
        </w:tc>
      </w:tr>
      <w:tr w:rsidR="004C7F3C" w:rsidRPr="007D111D" w14:paraId="6F09C8D8" w14:textId="77777777">
        <w:trPr>
          <w:cantSplit/>
        </w:trPr>
        <w:tc>
          <w:tcPr>
            <w:tcW w:w="218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92FBEA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7"/>
              </w:rPr>
              <w:t>Безопасность</w:t>
            </w:r>
            <w:proofErr w:type="spellEnd"/>
          </w:p>
        </w:tc>
        <w:tc>
          <w:tcPr>
            <w:tcW w:w="801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D72DEE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Средства </w:t>
            </w:r>
            <w:r w:rsidRPr="007D111D">
              <w:rPr>
                <w:sz w:val="17"/>
                <w:lang w:val="ru-RU"/>
              </w:rPr>
              <w:t>защиты, рабочая зона, электрическая безопасность и блокировка.</w:t>
            </w:r>
          </w:p>
        </w:tc>
      </w:tr>
      <w:tr w:rsidR="004C7F3C" w:rsidRPr="007D111D" w14:paraId="345B0E9F" w14:textId="77777777">
        <w:trPr>
          <w:cantSplit/>
        </w:trPr>
        <w:tc>
          <w:tcPr>
            <w:tcW w:w="218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6AE7F3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7"/>
              </w:rPr>
              <w:t>Обслуживание</w:t>
            </w:r>
            <w:proofErr w:type="spellEnd"/>
          </w:p>
        </w:tc>
        <w:tc>
          <w:tcPr>
            <w:tcW w:w="80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513B41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Масло, фильтры, периодичность работ, диагностика и хранение.</w:t>
            </w:r>
          </w:p>
        </w:tc>
      </w:tr>
      <w:tr w:rsidR="004C7F3C" w:rsidRPr="007D111D" w14:paraId="221921F8" w14:textId="77777777">
        <w:trPr>
          <w:cantSplit/>
        </w:trPr>
        <w:tc>
          <w:tcPr>
            <w:tcW w:w="218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4CB3B8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7"/>
              </w:rPr>
              <w:t>Запасные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части</w:t>
            </w:r>
            <w:proofErr w:type="spellEnd"/>
          </w:p>
        </w:tc>
        <w:tc>
          <w:tcPr>
            <w:tcW w:w="801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975809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Заводские схемы и русские каталоги основного аппарата, насоса, регулятора и электрошкафа.</w:t>
            </w:r>
          </w:p>
        </w:tc>
      </w:tr>
    </w:tbl>
    <w:p w14:paraId="3938F29F" w14:textId="77777777" w:rsidR="004C7F3C" w:rsidRPr="007D111D" w:rsidRDefault="00165A93">
      <w:pPr>
        <w:rPr>
          <w:lang w:val="ru-RU"/>
        </w:rPr>
      </w:pPr>
      <w:r w:rsidRPr="007D111D">
        <w:rPr>
          <w:b/>
          <w:lang w:val="ru-RU"/>
        </w:rPr>
        <w:t xml:space="preserve">Перед началом работы </w:t>
      </w:r>
      <w:r w:rsidRPr="007D111D">
        <w:rPr>
          <w:lang w:val="ru-RU"/>
        </w:rPr>
        <w:t>оператор обязан полностью прочитать руководство и пройти обучение безопасной работе со струёй высокого давления.</w:t>
      </w:r>
    </w:p>
    <w:p w14:paraId="700EBA68" w14:textId="24D2A3DC" w:rsidR="004C7F3C" w:rsidRDefault="00165A93" w:rsidP="007D111D">
      <w:r>
        <w:rPr>
          <w:b/>
          <w:color w:val="646A70"/>
          <w:sz w:val="14"/>
        </w:rPr>
        <w:t>РАЗДЕЛ 1 • ОБЩИЕ СВЕДЕНИЯ</w:t>
      </w:r>
    </w:p>
    <w:p w14:paraId="0012218B" w14:textId="77777777" w:rsidR="004C7F3C" w:rsidRDefault="00165A93">
      <w:pPr>
        <w:pStyle w:val="1"/>
        <w:pBdr>
          <w:bottom w:val="single" w:sz="12" w:space="4" w:color="ED1C24"/>
        </w:pBdr>
      </w:pPr>
      <w:r>
        <w:t>Технические характеристики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3353"/>
        <w:gridCol w:w="6853"/>
      </w:tblGrid>
      <w:tr w:rsidR="004C7F3C" w14:paraId="1D1C699D" w14:textId="77777777">
        <w:trPr>
          <w:tblHeader/>
        </w:trPr>
        <w:tc>
          <w:tcPr>
            <w:tcW w:w="3353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9D8B6A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ПАРАМЕТР</w:t>
            </w:r>
          </w:p>
        </w:tc>
        <w:tc>
          <w:tcPr>
            <w:tcW w:w="6853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FA4B03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ЗНАЧЕНИЕ</w:t>
            </w:r>
          </w:p>
        </w:tc>
      </w:tr>
      <w:tr w:rsidR="004C7F3C" w14:paraId="4D69A691" w14:textId="77777777">
        <w:trPr>
          <w:cantSplit/>
        </w:trPr>
        <w:tc>
          <w:tcPr>
            <w:tcW w:w="33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0C765D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Модель</w:t>
            </w:r>
          </w:p>
        </w:tc>
        <w:tc>
          <w:tcPr>
            <w:tcW w:w="68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25BA53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FS-1535</w:t>
            </w:r>
          </w:p>
        </w:tc>
      </w:tr>
      <w:tr w:rsidR="004C7F3C" w:rsidRPr="007D111D" w14:paraId="17EB96FE" w14:textId="77777777">
        <w:trPr>
          <w:cantSplit/>
        </w:trPr>
        <w:tc>
          <w:tcPr>
            <w:tcW w:w="33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27ED27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Тип</w:t>
            </w:r>
          </w:p>
        </w:tc>
        <w:tc>
          <w:tcPr>
            <w:tcW w:w="68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C1E143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Мобильный аппарат </w:t>
            </w:r>
            <w:r w:rsidRPr="007D111D">
              <w:rPr>
                <w:sz w:val="17"/>
                <w:lang w:val="ru-RU"/>
              </w:rPr>
              <w:t>высокого давления, холодная вода</w:t>
            </w:r>
          </w:p>
        </w:tc>
      </w:tr>
      <w:tr w:rsidR="004C7F3C" w14:paraId="2412B5ED" w14:textId="77777777">
        <w:trPr>
          <w:cantSplit/>
        </w:trPr>
        <w:tc>
          <w:tcPr>
            <w:tcW w:w="33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0C44F9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7"/>
              </w:rPr>
              <w:t>Максимальное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давление</w:t>
            </w:r>
            <w:proofErr w:type="spellEnd"/>
          </w:p>
        </w:tc>
        <w:tc>
          <w:tcPr>
            <w:tcW w:w="68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BECEDD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350 бар</w:t>
            </w:r>
          </w:p>
        </w:tc>
      </w:tr>
      <w:tr w:rsidR="004C7F3C" w14:paraId="76AB10E1" w14:textId="77777777">
        <w:trPr>
          <w:cantSplit/>
        </w:trPr>
        <w:tc>
          <w:tcPr>
            <w:tcW w:w="33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D9FD11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Номинальное давление по заводскому руководству</w:t>
            </w:r>
          </w:p>
        </w:tc>
        <w:tc>
          <w:tcPr>
            <w:tcW w:w="68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CE6950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 xml:space="preserve">300 </w:t>
            </w:r>
            <w:proofErr w:type="spellStart"/>
            <w:r>
              <w:rPr>
                <w:sz w:val="17"/>
              </w:rPr>
              <w:t>бар</w:t>
            </w:r>
            <w:proofErr w:type="spellEnd"/>
          </w:p>
        </w:tc>
      </w:tr>
      <w:tr w:rsidR="004C7F3C" w14:paraId="4B3317A1" w14:textId="77777777">
        <w:trPr>
          <w:cantSplit/>
        </w:trPr>
        <w:tc>
          <w:tcPr>
            <w:tcW w:w="33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B37A62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Производительность</w:t>
            </w:r>
          </w:p>
        </w:tc>
        <w:tc>
          <w:tcPr>
            <w:tcW w:w="68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6AB1C8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900 л/ч (15 л/мин)</w:t>
            </w:r>
          </w:p>
        </w:tc>
      </w:tr>
      <w:tr w:rsidR="004C7F3C" w14:paraId="4E282BCB" w14:textId="77777777">
        <w:trPr>
          <w:cantSplit/>
        </w:trPr>
        <w:tc>
          <w:tcPr>
            <w:tcW w:w="33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1E4A64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Мощность электродвигателя</w:t>
            </w:r>
          </w:p>
        </w:tc>
        <w:tc>
          <w:tcPr>
            <w:tcW w:w="68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189C11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11 кВт</w:t>
            </w:r>
          </w:p>
        </w:tc>
      </w:tr>
      <w:tr w:rsidR="004C7F3C" w14:paraId="615177DD" w14:textId="77777777">
        <w:trPr>
          <w:cantSplit/>
        </w:trPr>
        <w:tc>
          <w:tcPr>
            <w:tcW w:w="33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24DFA3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Питание</w:t>
            </w:r>
          </w:p>
        </w:tc>
        <w:tc>
          <w:tcPr>
            <w:tcW w:w="68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A468B2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380 В, 3 фазы, 50 Гц</w:t>
            </w:r>
          </w:p>
        </w:tc>
      </w:tr>
      <w:tr w:rsidR="004C7F3C" w14:paraId="0D3EE5F1" w14:textId="77777777">
        <w:trPr>
          <w:cantSplit/>
        </w:trPr>
        <w:tc>
          <w:tcPr>
            <w:tcW w:w="33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70353A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Частота вращения</w:t>
            </w:r>
          </w:p>
        </w:tc>
        <w:tc>
          <w:tcPr>
            <w:tcW w:w="68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B6A0AD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 xml:space="preserve">1450 </w:t>
            </w:r>
            <w:r>
              <w:rPr>
                <w:sz w:val="17"/>
              </w:rPr>
              <w:t>об/мин</w:t>
            </w:r>
          </w:p>
        </w:tc>
      </w:tr>
      <w:tr w:rsidR="004C7F3C" w14:paraId="7EB61B02" w14:textId="77777777">
        <w:trPr>
          <w:cantSplit/>
        </w:trPr>
        <w:tc>
          <w:tcPr>
            <w:tcW w:w="33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0800E7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Масса</w:t>
            </w:r>
          </w:p>
        </w:tc>
        <w:tc>
          <w:tcPr>
            <w:tcW w:w="68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177A27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160 кг</w:t>
            </w:r>
          </w:p>
        </w:tc>
      </w:tr>
      <w:tr w:rsidR="004C7F3C" w14:paraId="3996C18B" w14:textId="77777777">
        <w:trPr>
          <w:cantSplit/>
        </w:trPr>
        <w:tc>
          <w:tcPr>
            <w:tcW w:w="33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370AD9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Габариты по заводскому руководству</w:t>
            </w:r>
          </w:p>
        </w:tc>
        <w:tc>
          <w:tcPr>
            <w:tcW w:w="68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A7E8B1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1244 × 506 × 1141 мм</w:t>
            </w:r>
          </w:p>
        </w:tc>
      </w:tr>
      <w:tr w:rsidR="004C7F3C" w:rsidRPr="007D111D" w14:paraId="29C1ACD3" w14:textId="77777777">
        <w:trPr>
          <w:cantSplit/>
        </w:trPr>
        <w:tc>
          <w:tcPr>
            <w:tcW w:w="33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8BB30E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Управление</w:t>
            </w:r>
          </w:p>
        </w:tc>
        <w:tc>
          <w:tcPr>
            <w:tcW w:w="68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611DD0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Пуск «звезда–треугольник», </w:t>
            </w:r>
            <w:r>
              <w:rPr>
                <w:sz w:val="17"/>
              </w:rPr>
              <w:t>Total</w:t>
            </w:r>
            <w:r w:rsidRPr="007D111D">
              <w:rPr>
                <w:sz w:val="17"/>
                <w:lang w:val="ru-RU"/>
              </w:rPr>
              <w:t xml:space="preserve"> </w:t>
            </w:r>
            <w:r>
              <w:rPr>
                <w:sz w:val="17"/>
              </w:rPr>
              <w:t>Stop</w:t>
            </w:r>
            <w:r w:rsidRPr="007D111D">
              <w:rPr>
                <w:sz w:val="17"/>
                <w:lang w:val="ru-RU"/>
              </w:rPr>
              <w:t xml:space="preserve"> с задержкой</w:t>
            </w:r>
          </w:p>
        </w:tc>
      </w:tr>
      <w:tr w:rsidR="004C7F3C" w14:paraId="3A6817D4" w14:textId="77777777">
        <w:trPr>
          <w:cantSplit/>
        </w:trPr>
        <w:tc>
          <w:tcPr>
            <w:tcW w:w="33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0FE2AA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7"/>
              </w:rPr>
              <w:t>Максимальный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уклон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при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установке</w:t>
            </w:r>
            <w:proofErr w:type="spellEnd"/>
          </w:p>
        </w:tc>
        <w:tc>
          <w:tcPr>
            <w:tcW w:w="68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77363A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Не более 10°</w:t>
            </w:r>
          </w:p>
        </w:tc>
      </w:tr>
      <w:tr w:rsidR="004C7F3C" w:rsidRPr="007D111D" w14:paraId="0E3FA1EC" w14:textId="77777777">
        <w:tblPrEx>
          <w:tblBorders>
            <w:top w:val="single" w:sz="8" w:space="0" w:color="24566B"/>
            <w:left w:val="single" w:sz="8" w:space="0" w:color="24566B"/>
            <w:bottom w:val="single" w:sz="8" w:space="0" w:color="24566B"/>
            <w:right w:val="single" w:sz="8" w:space="0" w:color="24566B"/>
            <w:insideH w:val="single" w:sz="8" w:space="0" w:color="24566B"/>
            <w:insideV w:val="single" w:sz="8" w:space="0" w:color="24566B"/>
          </w:tblBorders>
        </w:tblPrEx>
        <w:tc>
          <w:tcPr>
            <w:tcW w:w="10206" w:type="dxa"/>
            <w:gridSpan w:val="2"/>
            <w:shd w:val="clear" w:color="auto" w:fill="EA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66E1CD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24566B"/>
                <w:sz w:val="18"/>
                <w:lang w:val="ru-RU"/>
              </w:rPr>
              <w:t>ПРИОРИТЕТ ДАННЫХ</w:t>
            </w:r>
          </w:p>
          <w:p w14:paraId="73F161BE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Значения 350 бар, 900 л/ч и 160 кг </w:t>
            </w:r>
            <w:r w:rsidRPr="007D111D">
              <w:rPr>
                <w:sz w:val="17"/>
                <w:lang w:val="ru-RU"/>
              </w:rPr>
              <w:t>соответствуют актуальной карточке изделия. Перед вводом в эксплуатацию дополнительно сверяйте напряжение, ток, защиту и серийные данные по шильдику конкретного аппарата.</w:t>
            </w:r>
          </w:p>
        </w:tc>
      </w:tr>
    </w:tbl>
    <w:p w14:paraId="3A33A3CA" w14:textId="77777777" w:rsidR="004C7F3C" w:rsidRPr="007D111D" w:rsidRDefault="004C7F3C">
      <w:pPr>
        <w:spacing w:after="0"/>
        <w:rPr>
          <w:lang w:val="ru-RU"/>
        </w:rPr>
      </w:pPr>
    </w:p>
    <w:p w14:paraId="6A1F5A0A" w14:textId="77777777" w:rsidR="004C7F3C" w:rsidRPr="007D111D" w:rsidRDefault="00165A93">
      <w:pPr>
        <w:rPr>
          <w:lang w:val="ru-RU"/>
        </w:rPr>
      </w:pPr>
      <w:r w:rsidRPr="007D111D">
        <w:rPr>
          <w:lang w:val="ru-RU"/>
        </w:rPr>
        <w:br w:type="page"/>
      </w:r>
    </w:p>
    <w:p w14:paraId="4FCE33C8" w14:textId="77777777" w:rsidR="004C7F3C" w:rsidRDefault="00165A93">
      <w:pPr>
        <w:spacing w:after="40"/>
      </w:pPr>
      <w:r>
        <w:rPr>
          <w:b/>
          <w:color w:val="646A70"/>
          <w:sz w:val="14"/>
        </w:rPr>
        <w:t>РАЗДЕЛ 1 • ОБЩИЕ СВЕДЕНИЯ</w:t>
      </w:r>
    </w:p>
    <w:p w14:paraId="34A56D0D" w14:textId="77777777" w:rsidR="004C7F3C" w:rsidRDefault="00165A93">
      <w:pPr>
        <w:pStyle w:val="1"/>
        <w:pBdr>
          <w:bottom w:val="single" w:sz="12" w:space="4" w:color="ED1C24"/>
        </w:pBdr>
      </w:pPr>
      <w:r>
        <w:t>Комплект поставки</w:t>
      </w:r>
    </w:p>
    <w:p w14:paraId="49556D0E" w14:textId="77777777" w:rsidR="004C7F3C" w:rsidRDefault="00165A93">
      <w:pPr>
        <w:spacing w:after="40"/>
        <w:jc w:val="center"/>
      </w:pPr>
      <w:r>
        <w:rPr>
          <w:noProof/>
        </w:rPr>
        <w:drawing>
          <wp:inline distT="0" distB="0" distL="0" distR="0" wp14:anchorId="30D015A7" wp14:editId="39DB785E">
            <wp:extent cx="6120000" cy="418426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t_clea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184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58A0D" w14:textId="77777777" w:rsidR="004C7F3C" w:rsidRDefault="00165A93">
      <w:pPr>
        <w:pStyle w:val="SmallCaption"/>
      </w:pPr>
      <w:r>
        <w:t xml:space="preserve">Комплект </w:t>
      </w:r>
      <w:r>
        <w:t>принадлежностей FS-1535</w:t>
      </w:r>
    </w:p>
    <w:p w14:paraId="1FCDF801" w14:textId="77777777" w:rsidR="004C7F3C" w:rsidRDefault="00165A93">
      <w:pPr>
        <w:pStyle w:val="a0"/>
      </w:pPr>
      <w:r>
        <w:t>аппарат высокого давления FS-1535;</w:t>
      </w:r>
    </w:p>
    <w:p w14:paraId="3BB00BC4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пистолет высокого давления с плечевым упором;</w:t>
      </w:r>
    </w:p>
    <w:p w14:paraId="6BC02A07" w14:textId="77777777" w:rsidR="004C7F3C" w:rsidRDefault="00165A93">
      <w:pPr>
        <w:pStyle w:val="a0"/>
      </w:pPr>
      <w:proofErr w:type="spellStart"/>
      <w:r>
        <w:t>копьё</w:t>
      </w:r>
      <w:proofErr w:type="spellEnd"/>
      <w:r>
        <w:t xml:space="preserve"> и </w:t>
      </w:r>
      <w:proofErr w:type="spellStart"/>
      <w:r>
        <w:t>удлинительная</w:t>
      </w:r>
      <w:proofErr w:type="spellEnd"/>
      <w:r>
        <w:t xml:space="preserve"> </w:t>
      </w:r>
      <w:proofErr w:type="spellStart"/>
      <w:r>
        <w:t>трубка</w:t>
      </w:r>
      <w:proofErr w:type="spellEnd"/>
      <w:r>
        <w:t>;</w:t>
      </w:r>
    </w:p>
    <w:p w14:paraId="461947DA" w14:textId="77777777" w:rsidR="004C7F3C" w:rsidRDefault="00165A93">
      <w:pPr>
        <w:pStyle w:val="a0"/>
      </w:pPr>
      <w:r>
        <w:t>армированный шланг высокого давления;</w:t>
      </w:r>
    </w:p>
    <w:p w14:paraId="52E65308" w14:textId="77777777" w:rsidR="004C7F3C" w:rsidRDefault="00165A93">
      <w:pPr>
        <w:pStyle w:val="a0"/>
      </w:pPr>
      <w:r>
        <w:t>шланг подачи воды;</w:t>
      </w:r>
    </w:p>
    <w:p w14:paraId="690C35C4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входной фильтр и ключ для его обслуживания;</w:t>
      </w:r>
    </w:p>
    <w:p w14:paraId="14779492" w14:textId="77777777" w:rsidR="004C7F3C" w:rsidRDefault="00165A93">
      <w:pPr>
        <w:pStyle w:val="a0"/>
      </w:pPr>
      <w:proofErr w:type="spellStart"/>
      <w:r>
        <w:t>комплект</w:t>
      </w:r>
      <w:proofErr w:type="spellEnd"/>
      <w:r>
        <w:t xml:space="preserve"> </w:t>
      </w:r>
      <w:proofErr w:type="spellStart"/>
      <w:r>
        <w:t>сменных</w:t>
      </w:r>
      <w:proofErr w:type="spellEnd"/>
      <w:r>
        <w:t xml:space="preserve"> </w:t>
      </w:r>
      <w:proofErr w:type="spellStart"/>
      <w:r>
        <w:t>форсунок</w:t>
      </w:r>
      <w:proofErr w:type="spellEnd"/>
      <w:r>
        <w:t>;</w:t>
      </w:r>
    </w:p>
    <w:p w14:paraId="4A8B5BE3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держатель или барабан шланга — согласно фактической комплектации;</w:t>
      </w:r>
    </w:p>
    <w:p w14:paraId="5F50EBCE" w14:textId="77777777" w:rsidR="004C7F3C" w:rsidRDefault="00165A93">
      <w:pPr>
        <w:pStyle w:val="a0"/>
      </w:pPr>
      <w:proofErr w:type="spellStart"/>
      <w:r>
        <w:t>эксплуатационные</w:t>
      </w:r>
      <w:proofErr w:type="spellEnd"/>
      <w:r>
        <w:t xml:space="preserve"> </w:t>
      </w:r>
      <w:proofErr w:type="spellStart"/>
      <w:r>
        <w:t>документы</w:t>
      </w:r>
      <w:proofErr w:type="spellEnd"/>
      <w:r>
        <w:t>.</w:t>
      </w:r>
    </w:p>
    <w:tbl>
      <w:tblPr>
        <w:tblW w:w="10206" w:type="dxa"/>
        <w:tblInd w:w="120" w:type="dxa"/>
        <w:tblBorders>
          <w:top w:val="single" w:sz="8" w:space="0" w:color="8B5B00"/>
          <w:left w:val="single" w:sz="8" w:space="0" w:color="8B5B00"/>
          <w:bottom w:val="single" w:sz="8" w:space="0" w:color="8B5B00"/>
          <w:right w:val="single" w:sz="8" w:space="0" w:color="8B5B00"/>
          <w:insideH w:val="single" w:sz="8" w:space="0" w:color="8B5B00"/>
          <w:insideV w:val="single" w:sz="8" w:space="0" w:color="8B5B0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C7F3C" w:rsidRPr="007D111D" w14:paraId="697A8A11" w14:textId="77777777">
        <w:tc>
          <w:tcPr>
            <w:tcW w:w="10206" w:type="dxa"/>
            <w:shd w:val="clear" w:color="auto" w:fill="FFF4C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731D98" w14:textId="77777777" w:rsidR="004C7F3C" w:rsidRDefault="00165A93">
            <w:pPr>
              <w:spacing w:after="40"/>
            </w:pPr>
            <w:r>
              <w:rPr>
                <w:b/>
                <w:color w:val="8B5B00"/>
                <w:sz w:val="18"/>
              </w:rPr>
              <w:t>ПОСЛЕ РАСПАКОВКИ</w:t>
            </w:r>
          </w:p>
          <w:p w14:paraId="61432F4D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Сверьте комплектность с упаковочным листом. Не запускайте аппарат при видимых повреждениях рамы, кабеля, шлангов, </w:t>
            </w:r>
            <w:r w:rsidRPr="007D111D">
              <w:rPr>
                <w:sz w:val="17"/>
                <w:lang w:val="ru-RU"/>
              </w:rPr>
              <w:t>фитингов, пистолета, манометра или электрического шкафа.</w:t>
            </w:r>
          </w:p>
        </w:tc>
      </w:tr>
    </w:tbl>
    <w:p w14:paraId="1D0F9A00" w14:textId="77777777" w:rsidR="004C7F3C" w:rsidRPr="007D111D" w:rsidRDefault="004C7F3C">
      <w:pPr>
        <w:spacing w:after="0"/>
        <w:rPr>
          <w:lang w:val="ru-RU"/>
        </w:rPr>
      </w:pPr>
    </w:p>
    <w:p w14:paraId="7A93B415" w14:textId="77777777" w:rsidR="004C7F3C" w:rsidRPr="007D111D" w:rsidRDefault="00165A93">
      <w:pPr>
        <w:rPr>
          <w:lang w:val="ru-RU"/>
        </w:rPr>
      </w:pPr>
      <w:r w:rsidRPr="007D111D">
        <w:rPr>
          <w:lang w:val="ru-RU"/>
        </w:rPr>
        <w:br w:type="page"/>
      </w:r>
    </w:p>
    <w:p w14:paraId="0F7091C7" w14:textId="77777777" w:rsidR="004C7F3C" w:rsidRPr="007D111D" w:rsidRDefault="00165A93">
      <w:pPr>
        <w:spacing w:after="40"/>
        <w:rPr>
          <w:lang w:val="ru-RU"/>
        </w:rPr>
      </w:pPr>
      <w:r w:rsidRPr="007D111D">
        <w:rPr>
          <w:b/>
          <w:color w:val="646A70"/>
          <w:sz w:val="14"/>
          <w:lang w:val="ru-RU"/>
        </w:rPr>
        <w:t>РАЗДЕЛ 2 • БЕЗОПАСНОСТЬ</w:t>
      </w:r>
    </w:p>
    <w:p w14:paraId="6C95346A" w14:textId="77777777" w:rsidR="004C7F3C" w:rsidRPr="007D111D" w:rsidRDefault="00165A93">
      <w:pPr>
        <w:pStyle w:val="1"/>
        <w:pBdr>
          <w:bottom w:val="single" w:sz="12" w:space="4" w:color="ED1C24"/>
        </w:pBdr>
        <w:rPr>
          <w:lang w:val="ru-RU"/>
        </w:rPr>
      </w:pPr>
      <w:r w:rsidRPr="007D111D">
        <w:rPr>
          <w:lang w:val="ru-RU"/>
        </w:rPr>
        <w:t>Критически важные правила безопасности</w:t>
      </w:r>
    </w:p>
    <w:tbl>
      <w:tblPr>
        <w:tblW w:w="10206" w:type="dxa"/>
        <w:tblInd w:w="120" w:type="dxa"/>
        <w:tblBorders>
          <w:top w:val="single" w:sz="8" w:space="0" w:color="A4161A"/>
          <w:left w:val="single" w:sz="8" w:space="0" w:color="A4161A"/>
          <w:bottom w:val="single" w:sz="8" w:space="0" w:color="A4161A"/>
          <w:right w:val="single" w:sz="8" w:space="0" w:color="A4161A"/>
          <w:insideH w:val="single" w:sz="8" w:space="0" w:color="A4161A"/>
          <w:insideV w:val="single" w:sz="8" w:space="0" w:color="A4161A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C7F3C" w:rsidRPr="007D111D" w14:paraId="61AF05E8" w14:textId="77777777">
        <w:tc>
          <w:tcPr>
            <w:tcW w:w="10206" w:type="dxa"/>
            <w:shd w:val="clear" w:color="auto" w:fill="FCE8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08BE65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A4161A"/>
                <w:sz w:val="18"/>
                <w:lang w:val="ru-RU"/>
              </w:rPr>
              <w:t>ОПАСНОСТЬ ТЯЖЁЛОЙ ТРАВМЫ</w:t>
            </w:r>
          </w:p>
          <w:p w14:paraId="717CF424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Струя высокого давления действует как режущий инструмент. Никогда не направляйте пистолет на людей, животны</w:t>
            </w:r>
            <w:r w:rsidRPr="007D111D">
              <w:rPr>
                <w:sz w:val="17"/>
                <w:lang w:val="ru-RU"/>
              </w:rPr>
              <w:t>х, собственные руки или ноги, электрическое оборудование и сам аппарат.</w:t>
            </w:r>
          </w:p>
        </w:tc>
      </w:tr>
    </w:tbl>
    <w:p w14:paraId="128286CD" w14:textId="77777777" w:rsidR="004C7F3C" w:rsidRPr="007D111D" w:rsidRDefault="004C7F3C">
      <w:pPr>
        <w:spacing w:after="0"/>
        <w:rPr>
          <w:lang w:val="ru-RU"/>
        </w:rPr>
      </w:pPr>
    </w:p>
    <w:p w14:paraId="347A2111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к эксплуатации допускаются только обученные совершеннолетние операторы;</w:t>
      </w:r>
    </w:p>
    <w:p w14:paraId="4C5364AA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всегда удерживайте пистолет и копьё двумя руками и учитывайте реактивную отдачу;</w:t>
      </w:r>
    </w:p>
    <w:p w14:paraId="36499F48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 xml:space="preserve">не фиксируйте курок во </w:t>
      </w:r>
      <w:r w:rsidRPr="007D111D">
        <w:rPr>
          <w:lang w:val="ru-RU"/>
        </w:rPr>
        <w:t>включённом положении проволокой, лентой или другими средствами;</w:t>
      </w:r>
    </w:p>
    <w:p w14:paraId="4170589C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перед каждой сменой проверяйте шланги, муфты, резьбы и пистолет; детали с повреждениями заменяйте;</w:t>
      </w:r>
    </w:p>
    <w:p w14:paraId="0E042F24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не перегибайте шланг, не зажимайте его дверями и не допускайте наезда транспортом;</w:t>
      </w:r>
    </w:p>
    <w:p w14:paraId="51914315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перед разъ</w:t>
      </w:r>
      <w:r w:rsidRPr="007D111D">
        <w:rPr>
          <w:lang w:val="ru-RU"/>
        </w:rPr>
        <w:t>единением любой линии остановите аппарат и полностью сбросьте давление;</w:t>
      </w:r>
    </w:p>
    <w:p w14:paraId="4CC74FA6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не эксплуатируйте аппарат во взрывоопасной среде или рядом с горючими парами;</w:t>
      </w:r>
    </w:p>
    <w:p w14:paraId="1547770A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не оставляйте включённый аппарат без присмотра.</w:t>
      </w:r>
    </w:p>
    <w:tbl>
      <w:tblPr>
        <w:tblW w:w="10206" w:type="dxa"/>
        <w:tblInd w:w="120" w:type="dxa"/>
        <w:tblBorders>
          <w:top w:val="single" w:sz="8" w:space="0" w:color="A4161A"/>
          <w:left w:val="single" w:sz="8" w:space="0" w:color="A4161A"/>
          <w:bottom w:val="single" w:sz="8" w:space="0" w:color="A4161A"/>
          <w:right w:val="single" w:sz="8" w:space="0" w:color="A4161A"/>
          <w:insideH w:val="single" w:sz="8" w:space="0" w:color="A4161A"/>
          <w:insideV w:val="single" w:sz="8" w:space="0" w:color="A4161A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C7F3C" w14:paraId="72AFA029" w14:textId="77777777">
        <w:tc>
          <w:tcPr>
            <w:tcW w:w="10206" w:type="dxa"/>
            <w:shd w:val="clear" w:color="auto" w:fill="FCE8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AE650A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A4161A"/>
                <w:sz w:val="18"/>
                <w:lang w:val="ru-RU"/>
              </w:rPr>
              <w:t>МЕДИЦИНСКАЯ ПОМОЩЬ</w:t>
            </w:r>
          </w:p>
          <w:p w14:paraId="4A67297E" w14:textId="77777777" w:rsidR="004C7F3C" w:rsidRDefault="00165A93">
            <w:pPr>
              <w:spacing w:after="0" w:line="252" w:lineRule="auto"/>
            </w:pPr>
            <w:r w:rsidRPr="007D111D">
              <w:rPr>
                <w:sz w:val="17"/>
                <w:lang w:val="ru-RU"/>
              </w:rPr>
              <w:t>При любом повреждении струёй высокого д</w:t>
            </w:r>
            <w:r w:rsidRPr="007D111D">
              <w:rPr>
                <w:sz w:val="17"/>
                <w:lang w:val="ru-RU"/>
              </w:rPr>
              <w:t xml:space="preserve">авления немедленно обратитесь в больницу, даже если наружная рана кажется небольшой. </w:t>
            </w:r>
            <w:proofErr w:type="spellStart"/>
            <w:r>
              <w:rPr>
                <w:sz w:val="17"/>
              </w:rPr>
              <w:t>Сообщите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врачу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что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травма</w:t>
            </w:r>
            <w:proofErr w:type="spellEnd"/>
            <w:r>
              <w:rPr>
                <w:sz w:val="17"/>
              </w:rPr>
              <w:t xml:space="preserve"> получена струёй воды высокого давления.</w:t>
            </w:r>
          </w:p>
        </w:tc>
      </w:tr>
    </w:tbl>
    <w:p w14:paraId="56A0397B" w14:textId="77777777" w:rsidR="004C7F3C" w:rsidRDefault="004C7F3C">
      <w:pPr>
        <w:spacing w:after="0"/>
      </w:pPr>
    </w:p>
    <w:p w14:paraId="72B32572" w14:textId="4D9FB444" w:rsidR="004C7F3C" w:rsidRDefault="00165A93" w:rsidP="007D111D">
      <w:r>
        <w:rPr>
          <w:b/>
          <w:color w:val="646A70"/>
          <w:sz w:val="14"/>
        </w:rPr>
        <w:t>РАЗДЕЛ 2 • БЕЗОПАСНОСТЬ</w:t>
      </w:r>
    </w:p>
    <w:p w14:paraId="5DB08DA8" w14:textId="77777777" w:rsidR="004C7F3C" w:rsidRDefault="00165A93">
      <w:pPr>
        <w:pStyle w:val="1"/>
        <w:pBdr>
          <w:bottom w:val="single" w:sz="12" w:space="4" w:color="ED1C24"/>
        </w:pBdr>
      </w:pPr>
      <w:r>
        <w:t>Средства защиты и рабочая зона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2916"/>
        <w:gridCol w:w="7290"/>
      </w:tblGrid>
      <w:tr w:rsidR="004C7F3C" w14:paraId="145129A4" w14:textId="77777777">
        <w:trPr>
          <w:tblHeader/>
        </w:trPr>
        <w:tc>
          <w:tcPr>
            <w:tcW w:w="2916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3760FD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СРЕДСТВО ЗАЩИТЫ</w:t>
            </w:r>
          </w:p>
        </w:tc>
        <w:tc>
          <w:tcPr>
            <w:tcW w:w="7290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90A686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ТРЕБОВАНИЕ</w:t>
            </w:r>
          </w:p>
        </w:tc>
      </w:tr>
      <w:tr w:rsidR="004C7F3C" w:rsidRPr="007D111D" w14:paraId="118B5F1B" w14:textId="77777777">
        <w:trPr>
          <w:cantSplit/>
        </w:trPr>
        <w:tc>
          <w:tcPr>
            <w:tcW w:w="291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B72C95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Лицо и глаза</w:t>
            </w:r>
          </w:p>
        </w:tc>
        <w:tc>
          <w:tcPr>
            <w:tcW w:w="729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3605D9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Защитные очки и лицевой щиток одновременно.</w:t>
            </w:r>
          </w:p>
        </w:tc>
      </w:tr>
      <w:tr w:rsidR="004C7F3C" w:rsidRPr="007D111D" w14:paraId="6D99DA4F" w14:textId="77777777">
        <w:trPr>
          <w:cantSplit/>
        </w:trPr>
        <w:tc>
          <w:tcPr>
            <w:tcW w:w="291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CC394B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7"/>
              </w:rPr>
              <w:t>Слух</w:t>
            </w:r>
            <w:proofErr w:type="spellEnd"/>
          </w:p>
        </w:tc>
        <w:tc>
          <w:tcPr>
            <w:tcW w:w="729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BECBB5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Наушники или беруши; обязательны при шуме свыше 90 </w:t>
            </w:r>
            <w:proofErr w:type="spellStart"/>
            <w:r w:rsidRPr="007D111D">
              <w:rPr>
                <w:sz w:val="17"/>
                <w:lang w:val="ru-RU"/>
              </w:rPr>
              <w:t>дБА</w:t>
            </w:r>
            <w:proofErr w:type="spellEnd"/>
            <w:r w:rsidRPr="007D111D">
              <w:rPr>
                <w:sz w:val="17"/>
                <w:lang w:val="ru-RU"/>
              </w:rPr>
              <w:t>.</w:t>
            </w:r>
          </w:p>
        </w:tc>
      </w:tr>
      <w:tr w:rsidR="004C7F3C" w:rsidRPr="007D111D" w14:paraId="121ADB94" w14:textId="77777777">
        <w:trPr>
          <w:cantSplit/>
        </w:trPr>
        <w:tc>
          <w:tcPr>
            <w:tcW w:w="291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58F6C5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7"/>
              </w:rPr>
              <w:t>Голова</w:t>
            </w:r>
            <w:proofErr w:type="spellEnd"/>
          </w:p>
        </w:tc>
        <w:tc>
          <w:tcPr>
            <w:tcW w:w="729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FFB6F6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Защитная каска, устойчивая к механическому удару.</w:t>
            </w:r>
          </w:p>
        </w:tc>
      </w:tr>
      <w:tr w:rsidR="004C7F3C" w:rsidRPr="007D111D" w14:paraId="764A6EDE" w14:textId="77777777">
        <w:trPr>
          <w:cantSplit/>
        </w:trPr>
        <w:tc>
          <w:tcPr>
            <w:tcW w:w="291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6678EF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7"/>
              </w:rPr>
              <w:t>Руки</w:t>
            </w:r>
            <w:proofErr w:type="spellEnd"/>
          </w:p>
        </w:tc>
        <w:tc>
          <w:tcPr>
            <w:tcW w:w="729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3A3D32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Стойкие к порезам водонепроницаемые перчатки.</w:t>
            </w:r>
          </w:p>
        </w:tc>
      </w:tr>
      <w:tr w:rsidR="004C7F3C" w:rsidRPr="007D111D" w14:paraId="1C19B78D" w14:textId="77777777">
        <w:trPr>
          <w:cantSplit/>
        </w:trPr>
        <w:tc>
          <w:tcPr>
            <w:tcW w:w="291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8C3456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7"/>
              </w:rPr>
              <w:t>Ноги</w:t>
            </w:r>
            <w:proofErr w:type="spellEnd"/>
          </w:p>
        </w:tc>
        <w:tc>
          <w:tcPr>
            <w:tcW w:w="729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C07A1E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Защитная обувь с </w:t>
            </w:r>
            <w:r w:rsidRPr="007D111D">
              <w:rPr>
                <w:sz w:val="17"/>
                <w:lang w:val="ru-RU"/>
              </w:rPr>
              <w:t xml:space="preserve">металлическим </w:t>
            </w:r>
            <w:proofErr w:type="spellStart"/>
            <w:r w:rsidRPr="007D111D">
              <w:rPr>
                <w:sz w:val="17"/>
                <w:lang w:val="ru-RU"/>
              </w:rPr>
              <w:t>подноском</w:t>
            </w:r>
            <w:proofErr w:type="spellEnd"/>
            <w:r w:rsidRPr="007D111D">
              <w:rPr>
                <w:sz w:val="17"/>
                <w:lang w:val="ru-RU"/>
              </w:rPr>
              <w:t xml:space="preserve"> и защитой подъёма.</w:t>
            </w:r>
          </w:p>
        </w:tc>
      </w:tr>
      <w:tr w:rsidR="004C7F3C" w:rsidRPr="007D111D" w14:paraId="39D1CBF7" w14:textId="77777777">
        <w:trPr>
          <w:cantSplit/>
        </w:trPr>
        <w:tc>
          <w:tcPr>
            <w:tcW w:w="291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A37038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7"/>
              </w:rPr>
              <w:t>Тело</w:t>
            </w:r>
            <w:proofErr w:type="spellEnd"/>
          </w:p>
        </w:tc>
        <w:tc>
          <w:tcPr>
            <w:tcW w:w="729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14DF93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Сертифицированная защитная одежда для работ со струёй высокого давления.</w:t>
            </w:r>
          </w:p>
        </w:tc>
      </w:tr>
    </w:tbl>
    <w:p w14:paraId="408A9A19" w14:textId="77777777" w:rsidR="004C7F3C" w:rsidRPr="007D111D" w:rsidRDefault="00165A93">
      <w:pPr>
        <w:rPr>
          <w:lang w:val="ru-RU"/>
        </w:rPr>
      </w:pPr>
      <w:r w:rsidRPr="007D111D">
        <w:rPr>
          <w:lang w:val="ru-RU"/>
        </w:rPr>
        <w:t xml:space="preserve">Расчётная реактивная сила пистолета составляет 147–158 Н. Установите устойчивую стойку, используйте плечевой упор и не </w:t>
      </w:r>
      <w:r w:rsidRPr="007D111D">
        <w:rPr>
          <w:lang w:val="ru-RU"/>
        </w:rPr>
        <w:t>работайте непрерывно дольше 20 минут без перерыва. Указанное в заводском руководстве среднеквадратичное значение вибрации — 6,3 м/с² при неопределённости 1,1 м/с².</w:t>
      </w:r>
    </w:p>
    <w:p w14:paraId="204682FB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ограждайте рабочую зону и не допускайте посторонних;</w:t>
      </w:r>
    </w:p>
    <w:p w14:paraId="4C1B9F1D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укладывайте шланги без острых перегибов</w:t>
      </w:r>
      <w:r w:rsidRPr="007D111D">
        <w:rPr>
          <w:lang w:val="ru-RU"/>
        </w:rPr>
        <w:t>; на углах используйте защитные накладки;</w:t>
      </w:r>
    </w:p>
    <w:p w14:paraId="5AB403C2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обеспечьте устойчивое нескользкое основание и отвод воды;</w:t>
      </w:r>
    </w:p>
    <w:p w14:paraId="47011CB7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не размещайте аппарат на уклоне более 10°; блокируйте поворотные колёса.</w:t>
      </w:r>
    </w:p>
    <w:p w14:paraId="10B78042" w14:textId="77777777" w:rsidR="004C7F3C" w:rsidRPr="007D111D" w:rsidRDefault="00165A93">
      <w:pPr>
        <w:rPr>
          <w:lang w:val="ru-RU"/>
        </w:rPr>
      </w:pPr>
      <w:r w:rsidRPr="007D111D">
        <w:rPr>
          <w:lang w:val="ru-RU"/>
        </w:rPr>
        <w:br w:type="page"/>
      </w:r>
    </w:p>
    <w:p w14:paraId="6AC02D67" w14:textId="77777777" w:rsidR="004C7F3C" w:rsidRDefault="00165A93">
      <w:pPr>
        <w:spacing w:after="40"/>
      </w:pPr>
      <w:r>
        <w:rPr>
          <w:b/>
          <w:color w:val="646A70"/>
          <w:sz w:val="14"/>
        </w:rPr>
        <w:t>РАЗДЕЛ 2 • БЕЗОПАСНОСТЬ</w:t>
      </w:r>
    </w:p>
    <w:p w14:paraId="699AC8EB" w14:textId="77777777" w:rsidR="004C7F3C" w:rsidRDefault="00165A93">
      <w:pPr>
        <w:pStyle w:val="1"/>
        <w:pBdr>
          <w:bottom w:val="single" w:sz="12" w:space="4" w:color="ED1C24"/>
        </w:pBdr>
      </w:pPr>
      <w:r>
        <w:t>Электробезопасность и блокировка</w:t>
      </w:r>
    </w:p>
    <w:tbl>
      <w:tblPr>
        <w:tblW w:w="10206" w:type="dxa"/>
        <w:tblInd w:w="120" w:type="dxa"/>
        <w:tblBorders>
          <w:top w:val="single" w:sz="8" w:space="0" w:color="A4161A"/>
          <w:left w:val="single" w:sz="8" w:space="0" w:color="A4161A"/>
          <w:bottom w:val="single" w:sz="8" w:space="0" w:color="A4161A"/>
          <w:right w:val="single" w:sz="8" w:space="0" w:color="A4161A"/>
          <w:insideH w:val="single" w:sz="8" w:space="0" w:color="A4161A"/>
          <w:insideV w:val="single" w:sz="8" w:space="0" w:color="A4161A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C7F3C" w14:paraId="2F2D9F98" w14:textId="77777777">
        <w:tc>
          <w:tcPr>
            <w:tcW w:w="10206" w:type="dxa"/>
            <w:shd w:val="clear" w:color="auto" w:fill="FCE8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1ACCEA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A4161A"/>
                <w:sz w:val="18"/>
                <w:lang w:val="ru-RU"/>
              </w:rPr>
              <w:t>380 В</w:t>
            </w:r>
          </w:p>
          <w:p w14:paraId="09341C48" w14:textId="77777777" w:rsidR="004C7F3C" w:rsidRDefault="00165A93">
            <w:pPr>
              <w:spacing w:after="0" w:line="252" w:lineRule="auto"/>
            </w:pPr>
            <w:r w:rsidRPr="007D111D">
              <w:rPr>
                <w:sz w:val="17"/>
                <w:lang w:val="ru-RU"/>
              </w:rPr>
              <w:t xml:space="preserve">Подключение, проверка фаз, выбор кабеля, автомата и защитного устройства выполняются квалифицированным электриком. </w:t>
            </w:r>
            <w:proofErr w:type="spellStart"/>
            <w:r>
              <w:rPr>
                <w:sz w:val="17"/>
              </w:rPr>
              <w:t>Аппарат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должен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быть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надёжно</w:t>
            </w:r>
            <w:proofErr w:type="spellEnd"/>
            <w:r>
              <w:rPr>
                <w:sz w:val="17"/>
              </w:rPr>
              <w:t xml:space="preserve"> соединён с защитным проводником PE.</w:t>
            </w:r>
          </w:p>
        </w:tc>
      </w:tr>
    </w:tbl>
    <w:p w14:paraId="04504EDB" w14:textId="77777777" w:rsidR="004C7F3C" w:rsidRDefault="004C7F3C">
      <w:pPr>
        <w:spacing w:after="0"/>
      </w:pPr>
    </w:p>
    <w:p w14:paraId="17EDE9B9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1.</w:t>
      </w:r>
      <w:r>
        <w:rPr>
          <w:sz w:val="18"/>
        </w:rPr>
        <w:t> </w:t>
      </w:r>
      <w:r w:rsidRPr="007D111D">
        <w:rPr>
          <w:sz w:val="18"/>
          <w:lang w:val="ru-RU"/>
        </w:rPr>
        <w:t>Уведомите всех работников о предстоящей остановке и причине блокировки.</w:t>
      </w:r>
    </w:p>
    <w:p w14:paraId="1D2C2099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2.</w:t>
      </w:r>
      <w:r>
        <w:rPr>
          <w:sz w:val="18"/>
        </w:rPr>
        <w:t> </w:t>
      </w:r>
      <w:r w:rsidRPr="007D111D">
        <w:rPr>
          <w:sz w:val="18"/>
          <w:lang w:val="ru-RU"/>
        </w:rPr>
        <w:t>Нажмите кнопку «СТОП» и дождитесь полной остановки двигателя.</w:t>
      </w:r>
    </w:p>
    <w:p w14:paraId="40EB3E83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3.</w:t>
      </w:r>
      <w:r>
        <w:rPr>
          <w:sz w:val="18"/>
        </w:rPr>
        <w:t> </w:t>
      </w:r>
      <w:r w:rsidRPr="007D111D">
        <w:rPr>
          <w:sz w:val="18"/>
          <w:lang w:val="ru-RU"/>
        </w:rPr>
        <w:t>Отключите внешний вводной выключатель и исключите повторную подачу напряжения.</w:t>
      </w:r>
    </w:p>
    <w:p w14:paraId="1BC9F285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4.</w:t>
      </w:r>
      <w:r>
        <w:rPr>
          <w:sz w:val="18"/>
        </w:rPr>
        <w:t> </w:t>
      </w:r>
      <w:r w:rsidRPr="007D111D">
        <w:rPr>
          <w:sz w:val="18"/>
          <w:lang w:val="ru-RU"/>
        </w:rPr>
        <w:t>Нажмите курок пистолета и полностью сбросьте остаточное давление.</w:t>
      </w:r>
    </w:p>
    <w:p w14:paraId="2D69A45F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5.</w:t>
      </w:r>
      <w:r>
        <w:rPr>
          <w:sz w:val="18"/>
        </w:rPr>
        <w:t> </w:t>
      </w:r>
      <w:r w:rsidRPr="007D111D">
        <w:rPr>
          <w:sz w:val="18"/>
          <w:lang w:val="ru-RU"/>
        </w:rPr>
        <w:t>Заблокируйте вводной выключатель, эле</w:t>
      </w:r>
      <w:r w:rsidRPr="007D111D">
        <w:rPr>
          <w:sz w:val="18"/>
          <w:lang w:val="ru-RU"/>
        </w:rPr>
        <w:t>ктрический шкаф и курок индивидуальными замками или бирками.</w:t>
      </w:r>
    </w:p>
    <w:p w14:paraId="48D39200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6.</w:t>
      </w:r>
      <w:r>
        <w:rPr>
          <w:sz w:val="18"/>
        </w:rPr>
        <w:t> </w:t>
      </w:r>
      <w:r w:rsidRPr="007D111D">
        <w:rPr>
          <w:sz w:val="18"/>
          <w:lang w:val="ru-RU"/>
        </w:rPr>
        <w:t>Проверьте отсутствие напряжения и кратковременно убедитесь, что команда «ПУСК» не запускает аппарат.</w:t>
      </w:r>
    </w:p>
    <w:p w14:paraId="7794DA65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7.</w:t>
      </w:r>
      <w:r>
        <w:rPr>
          <w:sz w:val="18"/>
        </w:rPr>
        <w:t> </w:t>
      </w:r>
      <w:r w:rsidRPr="007D111D">
        <w:rPr>
          <w:sz w:val="18"/>
          <w:lang w:val="ru-RU"/>
        </w:rPr>
        <w:t>После завершения работ установите ограждения, удалите инструмент и снимите блокировку то</w:t>
      </w:r>
      <w:r w:rsidRPr="007D111D">
        <w:rPr>
          <w:sz w:val="18"/>
          <w:lang w:val="ru-RU"/>
        </w:rPr>
        <w:t>лько назначенным работником.</w:t>
      </w:r>
    </w:p>
    <w:p w14:paraId="248B5113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не направляйте воду на шкаф управления, двигатель, кабель, вилку и розетку;</w:t>
      </w:r>
    </w:p>
    <w:p w14:paraId="0FB20D76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не используйте повреждённый кабель или разъём;</w:t>
      </w:r>
    </w:p>
    <w:p w14:paraId="3CBB2D40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не обходите автомат защиты, УЗО и тепловое реле;</w:t>
      </w:r>
    </w:p>
    <w:p w14:paraId="73C3D1BB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после срабатывания защиты сначала устраните причину, за</w:t>
      </w:r>
      <w:r w:rsidRPr="007D111D">
        <w:rPr>
          <w:lang w:val="ru-RU"/>
        </w:rPr>
        <w:t>тем выполняйте сброс.</w:t>
      </w:r>
    </w:p>
    <w:p w14:paraId="70F864C7" w14:textId="0469FA7E" w:rsidR="004C7F3C" w:rsidRPr="007D111D" w:rsidRDefault="00165A93" w:rsidP="007D111D">
      <w:pPr>
        <w:rPr>
          <w:lang w:val="ru-RU"/>
        </w:rPr>
      </w:pPr>
      <w:r w:rsidRPr="007D111D">
        <w:rPr>
          <w:b/>
          <w:color w:val="646A70"/>
          <w:sz w:val="14"/>
          <w:lang w:val="ru-RU"/>
        </w:rPr>
        <w:t>РАЗДЕЛ 3 • УСТРОЙСТВО</w:t>
      </w:r>
    </w:p>
    <w:p w14:paraId="043F1ABC" w14:textId="77777777" w:rsidR="004C7F3C" w:rsidRPr="007D111D" w:rsidRDefault="00165A93">
      <w:pPr>
        <w:pStyle w:val="1"/>
        <w:pBdr>
          <w:bottom w:val="single" w:sz="12" w:space="4" w:color="ED1C24"/>
        </w:pBdr>
        <w:rPr>
          <w:lang w:val="ru-RU"/>
        </w:rPr>
      </w:pPr>
      <w:r w:rsidRPr="007D111D">
        <w:rPr>
          <w:lang w:val="ru-RU"/>
        </w:rPr>
        <w:t>Основные узлы аппарата</w:t>
      </w:r>
    </w:p>
    <w:p w14:paraId="03F15C44" w14:textId="77777777" w:rsidR="004C7F3C" w:rsidRDefault="00165A93">
      <w:pPr>
        <w:spacing w:after="40"/>
        <w:jc w:val="center"/>
      </w:pPr>
      <w:r>
        <w:rPr>
          <w:noProof/>
        </w:rPr>
        <w:drawing>
          <wp:inline distT="0" distB="0" distL="0" distR="0" wp14:anchorId="33A579AD" wp14:editId="6E39BF48">
            <wp:extent cx="4680000" cy="37417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5b440cd-449a-4544-aa42-f749a2bc722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74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D587F" w14:textId="77777777" w:rsidR="004C7F3C" w:rsidRDefault="00165A93">
      <w:pPr>
        <w:pStyle w:val="SmallCaption"/>
      </w:pPr>
      <w:r>
        <w:t>Общий вид TOR FS-1535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3062"/>
        <w:gridCol w:w="7144"/>
      </w:tblGrid>
      <w:tr w:rsidR="004C7F3C" w14:paraId="3BF48302" w14:textId="77777777">
        <w:trPr>
          <w:tblHeader/>
        </w:trPr>
        <w:tc>
          <w:tcPr>
            <w:tcW w:w="3062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E8D807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УЗЕЛ</w:t>
            </w:r>
          </w:p>
        </w:tc>
        <w:tc>
          <w:tcPr>
            <w:tcW w:w="7144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B460DA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НАЗНАЧЕНИЕ</w:t>
            </w:r>
          </w:p>
        </w:tc>
      </w:tr>
      <w:tr w:rsidR="004C7F3C" w:rsidRPr="007D111D" w14:paraId="38D0F7C6" w14:textId="77777777">
        <w:trPr>
          <w:cantSplit/>
        </w:trPr>
        <w:tc>
          <w:tcPr>
            <w:tcW w:w="306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52A84A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Защитная трубчатая рама</w:t>
            </w:r>
          </w:p>
        </w:tc>
        <w:tc>
          <w:tcPr>
            <w:tcW w:w="71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0EDA14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>Защита двигателя, насоса и панелей при работе и перемещении.</w:t>
            </w:r>
          </w:p>
        </w:tc>
      </w:tr>
      <w:tr w:rsidR="004C7F3C" w:rsidRPr="007D111D" w14:paraId="5B47B6D0" w14:textId="77777777">
        <w:trPr>
          <w:cantSplit/>
        </w:trPr>
        <w:tc>
          <w:tcPr>
            <w:tcW w:w="306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BE3DD9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6"/>
              </w:rPr>
              <w:t>Электродвигатель</w:t>
            </w:r>
            <w:proofErr w:type="spellEnd"/>
          </w:p>
        </w:tc>
        <w:tc>
          <w:tcPr>
            <w:tcW w:w="714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577C47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>Привод плунжерного насоса, 11 кВт, 380 В.</w:t>
            </w:r>
          </w:p>
        </w:tc>
      </w:tr>
      <w:tr w:rsidR="004C7F3C" w:rsidRPr="007D111D" w14:paraId="2BED39D1" w14:textId="77777777">
        <w:trPr>
          <w:cantSplit/>
        </w:trPr>
        <w:tc>
          <w:tcPr>
            <w:tcW w:w="306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3D2FB0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6"/>
              </w:rPr>
              <w:t>Плунжерный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насос</w:t>
            </w:r>
            <w:proofErr w:type="spellEnd"/>
          </w:p>
        </w:tc>
        <w:tc>
          <w:tcPr>
            <w:tcW w:w="71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5B62E1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>Создание потока воды высокого давления.</w:t>
            </w:r>
          </w:p>
        </w:tc>
      </w:tr>
      <w:tr w:rsidR="004C7F3C" w:rsidRPr="007D111D" w14:paraId="37C0A5E8" w14:textId="77777777">
        <w:trPr>
          <w:cantSplit/>
        </w:trPr>
        <w:tc>
          <w:tcPr>
            <w:tcW w:w="306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CFC5F1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6"/>
              </w:rPr>
              <w:t>Регулятор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давления</w:t>
            </w:r>
            <w:proofErr w:type="spellEnd"/>
          </w:p>
        </w:tc>
        <w:tc>
          <w:tcPr>
            <w:tcW w:w="714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E97F2D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>Настройка рабочего давления и байпасный отвод.</w:t>
            </w:r>
          </w:p>
        </w:tc>
      </w:tr>
      <w:tr w:rsidR="004C7F3C" w:rsidRPr="007D111D" w14:paraId="5F156A06" w14:textId="77777777">
        <w:trPr>
          <w:cantSplit/>
        </w:trPr>
        <w:tc>
          <w:tcPr>
            <w:tcW w:w="306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A996D6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6"/>
              </w:rPr>
              <w:t>Манометр</w:t>
            </w:r>
            <w:proofErr w:type="spellEnd"/>
          </w:p>
        </w:tc>
        <w:tc>
          <w:tcPr>
            <w:tcW w:w="71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C7C9D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>Контроль давления при открытом пистолете.</w:t>
            </w:r>
          </w:p>
        </w:tc>
      </w:tr>
      <w:tr w:rsidR="004C7F3C" w:rsidRPr="007D111D" w14:paraId="2DF37445" w14:textId="77777777">
        <w:trPr>
          <w:cantSplit/>
        </w:trPr>
        <w:tc>
          <w:tcPr>
            <w:tcW w:w="306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9163F6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6"/>
              </w:rPr>
              <w:t>Входной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фильтр</w:t>
            </w:r>
            <w:proofErr w:type="spellEnd"/>
          </w:p>
        </w:tc>
        <w:tc>
          <w:tcPr>
            <w:tcW w:w="714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B4B0E8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 xml:space="preserve">Защита насоса от загрязнений и выпуск воздуха через </w:t>
            </w:r>
            <w:r w:rsidRPr="007D111D">
              <w:rPr>
                <w:sz w:val="16"/>
                <w:lang w:val="ru-RU"/>
              </w:rPr>
              <w:t>сливной кран.</w:t>
            </w:r>
          </w:p>
        </w:tc>
      </w:tr>
      <w:tr w:rsidR="004C7F3C" w:rsidRPr="007D111D" w14:paraId="28AC2441" w14:textId="77777777">
        <w:trPr>
          <w:cantSplit/>
        </w:trPr>
        <w:tc>
          <w:tcPr>
            <w:tcW w:w="306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C0598C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6"/>
              </w:rPr>
              <w:t>Электрический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шкаф</w:t>
            </w:r>
            <w:proofErr w:type="spellEnd"/>
          </w:p>
        </w:tc>
        <w:tc>
          <w:tcPr>
            <w:tcW w:w="71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3851EF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 xml:space="preserve">Пуск, защита, задержка </w:t>
            </w:r>
            <w:r>
              <w:rPr>
                <w:sz w:val="16"/>
              </w:rPr>
              <w:t>Total</w:t>
            </w:r>
            <w:r w:rsidRPr="007D111D">
              <w:rPr>
                <w:sz w:val="16"/>
                <w:lang w:val="ru-RU"/>
              </w:rPr>
              <w:t xml:space="preserve"> </w:t>
            </w:r>
            <w:r>
              <w:rPr>
                <w:sz w:val="16"/>
              </w:rPr>
              <w:t>Stop</w:t>
            </w:r>
            <w:r w:rsidRPr="007D111D">
              <w:rPr>
                <w:sz w:val="16"/>
                <w:lang w:val="ru-RU"/>
              </w:rPr>
              <w:t xml:space="preserve"> и контроль параметров.</w:t>
            </w:r>
          </w:p>
        </w:tc>
      </w:tr>
      <w:tr w:rsidR="004C7F3C" w:rsidRPr="007D111D" w14:paraId="37392410" w14:textId="77777777">
        <w:trPr>
          <w:cantSplit/>
        </w:trPr>
        <w:tc>
          <w:tcPr>
            <w:tcW w:w="306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F790B3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6"/>
              </w:rPr>
              <w:t>Колёса</w:t>
            </w:r>
            <w:proofErr w:type="spellEnd"/>
          </w:p>
        </w:tc>
        <w:tc>
          <w:tcPr>
            <w:tcW w:w="714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7720FC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>Перемещение аппарата; передние колёса имеют фиксацию.</w:t>
            </w:r>
          </w:p>
        </w:tc>
      </w:tr>
    </w:tbl>
    <w:p w14:paraId="16FD0790" w14:textId="5E1C25F1" w:rsidR="004C7F3C" w:rsidRPr="007D111D" w:rsidRDefault="00165A93" w:rsidP="007D111D">
      <w:pPr>
        <w:rPr>
          <w:lang w:val="ru-RU"/>
        </w:rPr>
      </w:pPr>
      <w:r w:rsidRPr="007D111D">
        <w:rPr>
          <w:b/>
          <w:color w:val="646A70"/>
          <w:sz w:val="14"/>
          <w:lang w:val="ru-RU"/>
        </w:rPr>
        <w:t>РАЗДЕЛ 3 • УСТРОЙСТВО</w:t>
      </w:r>
    </w:p>
    <w:p w14:paraId="0417E201" w14:textId="77777777" w:rsidR="004C7F3C" w:rsidRPr="007D111D" w:rsidRDefault="00165A93">
      <w:pPr>
        <w:pStyle w:val="1"/>
        <w:pBdr>
          <w:bottom w:val="single" w:sz="12" w:space="4" w:color="ED1C24"/>
        </w:pBdr>
        <w:rPr>
          <w:lang w:val="ru-RU"/>
        </w:rPr>
      </w:pPr>
      <w:r w:rsidRPr="007D111D">
        <w:rPr>
          <w:lang w:val="ru-RU"/>
        </w:rPr>
        <w:t>Панель и подключения</w:t>
      </w:r>
    </w:p>
    <w:p w14:paraId="2345E6CE" w14:textId="77777777" w:rsidR="004C7F3C" w:rsidRDefault="00165A93">
      <w:pPr>
        <w:spacing w:after="40"/>
        <w:jc w:val="center"/>
      </w:pPr>
      <w:r>
        <w:rPr>
          <w:noProof/>
        </w:rPr>
        <w:drawing>
          <wp:inline distT="0" distB="0" distL="0" distR="0" wp14:anchorId="386C1A67" wp14:editId="263DB4F7">
            <wp:extent cx="4392000" cy="392587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10a36e-3813-4be7-b227-4e4d86880c8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92000" cy="3925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42748" w14:textId="77777777" w:rsidR="004C7F3C" w:rsidRDefault="00165A93">
      <w:pPr>
        <w:pStyle w:val="SmallCaption"/>
      </w:pPr>
      <w:r>
        <w:t>Передняя часть аппарата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3499"/>
        <w:gridCol w:w="6707"/>
      </w:tblGrid>
      <w:tr w:rsidR="004C7F3C" w14:paraId="1E998006" w14:textId="77777777">
        <w:trPr>
          <w:tblHeader/>
        </w:trPr>
        <w:tc>
          <w:tcPr>
            <w:tcW w:w="3499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53C2B5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ОБОЗНАЧЕНИЕ НА АППАРАТЕ</w:t>
            </w:r>
          </w:p>
        </w:tc>
        <w:tc>
          <w:tcPr>
            <w:tcW w:w="6707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617384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РУССКОЕ НАЗНАЧЕНИЕ</w:t>
            </w:r>
          </w:p>
        </w:tc>
      </w:tr>
      <w:tr w:rsidR="004C7F3C" w14:paraId="190B6851" w14:textId="77777777">
        <w:trPr>
          <w:cantSplit/>
        </w:trPr>
        <w:tc>
          <w:tcPr>
            <w:tcW w:w="349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D11D68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WATER IN</w:t>
            </w:r>
          </w:p>
        </w:tc>
        <w:tc>
          <w:tcPr>
            <w:tcW w:w="670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61CD3C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Вход воды G3/4.</w:t>
            </w:r>
          </w:p>
        </w:tc>
      </w:tr>
      <w:tr w:rsidR="004C7F3C" w:rsidRPr="007D111D" w14:paraId="1562234B" w14:textId="77777777">
        <w:trPr>
          <w:cantSplit/>
        </w:trPr>
        <w:tc>
          <w:tcPr>
            <w:tcW w:w="349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ADBD05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WATER OUT</w:t>
            </w:r>
          </w:p>
        </w:tc>
        <w:tc>
          <w:tcPr>
            <w:tcW w:w="670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39619A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Выход/слив водяного тракта — использовать по схеме конкретного исполнения.</w:t>
            </w:r>
          </w:p>
        </w:tc>
      </w:tr>
      <w:tr w:rsidR="004C7F3C" w14:paraId="5860C553" w14:textId="77777777">
        <w:trPr>
          <w:cantSplit/>
        </w:trPr>
        <w:tc>
          <w:tcPr>
            <w:tcW w:w="349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F0BF9F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7"/>
              </w:rPr>
              <w:t>Манометр</w:t>
            </w:r>
            <w:proofErr w:type="spellEnd"/>
          </w:p>
        </w:tc>
        <w:tc>
          <w:tcPr>
            <w:tcW w:w="670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F42C9F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Давление на выходе насоса.</w:t>
            </w:r>
          </w:p>
        </w:tc>
      </w:tr>
      <w:tr w:rsidR="004C7F3C" w:rsidRPr="007D111D" w14:paraId="5ACAC6A1" w14:textId="77777777">
        <w:trPr>
          <w:cantSplit/>
        </w:trPr>
        <w:tc>
          <w:tcPr>
            <w:tcW w:w="349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7EDAC5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NOZZLE</w:t>
            </w:r>
          </w:p>
        </w:tc>
        <w:tc>
          <w:tcPr>
            <w:tcW w:w="670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9B7456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Гнёзда для хранения сменных форсунок.</w:t>
            </w:r>
          </w:p>
        </w:tc>
      </w:tr>
      <w:tr w:rsidR="004C7F3C" w14:paraId="10107170" w14:textId="77777777">
        <w:trPr>
          <w:cantSplit/>
        </w:trPr>
        <w:tc>
          <w:tcPr>
            <w:tcW w:w="349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3301F4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A</w:t>
            </w:r>
          </w:p>
        </w:tc>
        <w:tc>
          <w:tcPr>
            <w:tcW w:w="670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DEC3F6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 xml:space="preserve">Амперметр — контроль тока </w:t>
            </w:r>
            <w:r>
              <w:rPr>
                <w:sz w:val="17"/>
              </w:rPr>
              <w:t>двигателя.</w:t>
            </w:r>
          </w:p>
        </w:tc>
      </w:tr>
      <w:tr w:rsidR="004C7F3C" w14:paraId="54D01CC6" w14:textId="77777777">
        <w:trPr>
          <w:cantSplit/>
        </w:trPr>
        <w:tc>
          <w:tcPr>
            <w:tcW w:w="349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DC8A96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V</w:t>
            </w:r>
          </w:p>
        </w:tc>
        <w:tc>
          <w:tcPr>
            <w:tcW w:w="670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BD7F78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Вольтметр — контроль напряжения.</w:t>
            </w:r>
          </w:p>
        </w:tc>
      </w:tr>
      <w:tr w:rsidR="004C7F3C" w14:paraId="2F64C01C" w14:textId="77777777">
        <w:trPr>
          <w:cantSplit/>
        </w:trPr>
        <w:tc>
          <w:tcPr>
            <w:tcW w:w="349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ECAD46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Входной фильтр</w:t>
            </w:r>
          </w:p>
        </w:tc>
        <w:tc>
          <w:tcPr>
            <w:tcW w:w="670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C02BFF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Очистка поступающей воды.</w:t>
            </w:r>
          </w:p>
        </w:tc>
      </w:tr>
      <w:tr w:rsidR="004C7F3C" w:rsidRPr="007D111D" w14:paraId="21F78600" w14:textId="77777777">
        <w:trPr>
          <w:cantSplit/>
        </w:trPr>
        <w:tc>
          <w:tcPr>
            <w:tcW w:w="349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2AD048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Регулятор</w:t>
            </w:r>
          </w:p>
        </w:tc>
        <w:tc>
          <w:tcPr>
            <w:tcW w:w="670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853964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Плавная настройка давления при открытом пистолете.</w:t>
            </w:r>
          </w:p>
        </w:tc>
      </w:tr>
      <w:tr w:rsidR="004C7F3C" w:rsidRPr="007D111D" w14:paraId="399BED73" w14:textId="77777777">
        <w:tblPrEx>
          <w:tblBorders>
            <w:top w:val="single" w:sz="8" w:space="0" w:color="8B5B00"/>
            <w:left w:val="single" w:sz="8" w:space="0" w:color="8B5B00"/>
            <w:bottom w:val="single" w:sz="8" w:space="0" w:color="8B5B00"/>
            <w:right w:val="single" w:sz="8" w:space="0" w:color="8B5B00"/>
            <w:insideH w:val="single" w:sz="8" w:space="0" w:color="8B5B00"/>
            <w:insideV w:val="single" w:sz="8" w:space="0" w:color="8B5B00"/>
          </w:tblBorders>
        </w:tblPrEx>
        <w:tc>
          <w:tcPr>
            <w:tcW w:w="10206" w:type="dxa"/>
            <w:gridSpan w:val="2"/>
            <w:shd w:val="clear" w:color="auto" w:fill="FFF4C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DC6B38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8B5B00"/>
                <w:sz w:val="18"/>
                <w:lang w:val="ru-RU"/>
              </w:rPr>
              <w:t>МАНОМЕТР</w:t>
            </w:r>
          </w:p>
          <w:p w14:paraId="360A062E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Во время регулировки считывайте давление только при открытом пистолете. Не превышайте 350 </w:t>
            </w:r>
            <w:r w:rsidRPr="007D111D">
              <w:rPr>
                <w:sz w:val="17"/>
                <w:lang w:val="ru-RU"/>
              </w:rPr>
              <w:t>бар и не пытайтесь компенсировать изношенную или забитую форсунку чрезмерной затяжкой регулятора.</w:t>
            </w:r>
          </w:p>
        </w:tc>
      </w:tr>
    </w:tbl>
    <w:p w14:paraId="2DF12D58" w14:textId="77777777" w:rsidR="004C7F3C" w:rsidRPr="007D111D" w:rsidRDefault="004C7F3C">
      <w:pPr>
        <w:spacing w:after="0"/>
        <w:rPr>
          <w:lang w:val="ru-RU"/>
        </w:rPr>
      </w:pPr>
    </w:p>
    <w:p w14:paraId="18655746" w14:textId="77777777" w:rsidR="004C7F3C" w:rsidRPr="007D111D" w:rsidRDefault="00165A93">
      <w:pPr>
        <w:rPr>
          <w:lang w:val="ru-RU"/>
        </w:rPr>
      </w:pPr>
      <w:r w:rsidRPr="007D111D">
        <w:rPr>
          <w:lang w:val="ru-RU"/>
        </w:rPr>
        <w:br w:type="page"/>
      </w:r>
    </w:p>
    <w:p w14:paraId="02D1C4CB" w14:textId="77777777" w:rsidR="004C7F3C" w:rsidRDefault="00165A93">
      <w:pPr>
        <w:spacing w:after="40"/>
      </w:pPr>
      <w:r>
        <w:rPr>
          <w:b/>
          <w:color w:val="646A70"/>
          <w:sz w:val="14"/>
        </w:rPr>
        <w:t>РАЗДЕЛ 3 • УСТРОЙСТВО</w:t>
      </w:r>
    </w:p>
    <w:p w14:paraId="4477413D" w14:textId="77777777" w:rsidR="004C7F3C" w:rsidRDefault="00165A93">
      <w:pPr>
        <w:pStyle w:val="1"/>
        <w:pBdr>
          <w:bottom w:val="single" w:sz="12" w:space="4" w:color="ED1C24"/>
        </w:pBdr>
      </w:pPr>
      <w:r>
        <w:t>Электрический шкаф управления</w:t>
      </w:r>
    </w:p>
    <w:p w14:paraId="2E0EA26C" w14:textId="77777777" w:rsidR="004C7F3C" w:rsidRDefault="00165A93">
      <w:pPr>
        <w:spacing w:after="40"/>
        <w:jc w:val="center"/>
      </w:pPr>
      <w:r>
        <w:rPr>
          <w:noProof/>
        </w:rPr>
        <w:drawing>
          <wp:inline distT="0" distB="0" distL="0" distR="0" wp14:anchorId="28542F83" wp14:editId="40AF8EE1">
            <wp:extent cx="4608000" cy="328790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02f1bef-0abb-47de-ad00-f80224f06e5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08000" cy="328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9CAE0" w14:textId="77777777" w:rsidR="004C7F3C" w:rsidRDefault="00165A93">
      <w:pPr>
        <w:pStyle w:val="SmallCaption"/>
      </w:pPr>
      <w:r>
        <w:t>Реальное расположение компонентов в шкафу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2916"/>
        <w:gridCol w:w="7290"/>
      </w:tblGrid>
      <w:tr w:rsidR="004C7F3C" w14:paraId="7F55687A" w14:textId="77777777">
        <w:trPr>
          <w:tblHeader/>
        </w:trPr>
        <w:tc>
          <w:tcPr>
            <w:tcW w:w="2916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68AB59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КОМПОНЕНТ</w:t>
            </w:r>
          </w:p>
        </w:tc>
        <w:tc>
          <w:tcPr>
            <w:tcW w:w="7290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82431C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ФУНКЦИЯ</w:t>
            </w:r>
          </w:p>
        </w:tc>
      </w:tr>
      <w:tr w:rsidR="004C7F3C" w:rsidRPr="007D111D" w14:paraId="38714155" w14:textId="77777777">
        <w:trPr>
          <w:cantSplit/>
        </w:trPr>
        <w:tc>
          <w:tcPr>
            <w:tcW w:w="291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961253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>Автомат защиты от утечки тока</w:t>
            </w:r>
          </w:p>
        </w:tc>
        <w:tc>
          <w:tcPr>
            <w:tcW w:w="729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49B353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>Отключает питание при токе утечки и обеспечивает вводное отключение.</w:t>
            </w:r>
          </w:p>
        </w:tc>
      </w:tr>
      <w:tr w:rsidR="004C7F3C" w14:paraId="6FB6C62E" w14:textId="77777777">
        <w:trPr>
          <w:cantSplit/>
        </w:trPr>
        <w:tc>
          <w:tcPr>
            <w:tcW w:w="291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E42CF9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6"/>
              </w:rPr>
              <w:t>Контактор</w:t>
            </w:r>
            <w:proofErr w:type="spellEnd"/>
          </w:p>
        </w:tc>
        <w:tc>
          <w:tcPr>
            <w:tcW w:w="729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9E3728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Коммутирует силовую цепь электродвигателя.</w:t>
            </w:r>
          </w:p>
        </w:tc>
      </w:tr>
      <w:tr w:rsidR="004C7F3C" w:rsidRPr="007D111D" w14:paraId="40BD3083" w14:textId="77777777">
        <w:trPr>
          <w:cantSplit/>
        </w:trPr>
        <w:tc>
          <w:tcPr>
            <w:tcW w:w="291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DDCBF2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Тепловое реле</w:t>
            </w:r>
          </w:p>
        </w:tc>
        <w:tc>
          <w:tcPr>
            <w:tcW w:w="729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E5D8DB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>Отключает двигатель при перегрузке или пропадании фазы.</w:t>
            </w:r>
          </w:p>
        </w:tc>
      </w:tr>
      <w:tr w:rsidR="004C7F3C" w:rsidRPr="007D111D" w14:paraId="13C37014" w14:textId="77777777">
        <w:trPr>
          <w:cantSplit/>
        </w:trPr>
        <w:tc>
          <w:tcPr>
            <w:tcW w:w="291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FADB18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6"/>
              </w:rPr>
              <w:t>Реле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времени</w:t>
            </w:r>
            <w:proofErr w:type="spellEnd"/>
          </w:p>
        </w:tc>
        <w:tc>
          <w:tcPr>
            <w:tcW w:w="729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B408D4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 xml:space="preserve">Формирует задержку переключения и/или </w:t>
            </w:r>
            <w:r>
              <w:rPr>
                <w:sz w:val="16"/>
              </w:rPr>
              <w:t>Total</w:t>
            </w:r>
            <w:r w:rsidRPr="007D111D">
              <w:rPr>
                <w:sz w:val="16"/>
                <w:lang w:val="ru-RU"/>
              </w:rPr>
              <w:t xml:space="preserve"> </w:t>
            </w:r>
            <w:r>
              <w:rPr>
                <w:sz w:val="16"/>
              </w:rPr>
              <w:t>Stop</w:t>
            </w:r>
            <w:r w:rsidRPr="007D111D">
              <w:rPr>
                <w:sz w:val="16"/>
                <w:lang w:val="ru-RU"/>
              </w:rPr>
              <w:t xml:space="preserve"> согласно схеме.</w:t>
            </w:r>
          </w:p>
        </w:tc>
      </w:tr>
      <w:tr w:rsidR="004C7F3C" w14:paraId="7A3BB83C" w14:textId="77777777">
        <w:trPr>
          <w:cantSplit/>
        </w:trPr>
        <w:tc>
          <w:tcPr>
            <w:tcW w:w="291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F788C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6"/>
              </w:rPr>
              <w:t>Промежуточное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реле</w:t>
            </w:r>
            <w:proofErr w:type="spellEnd"/>
          </w:p>
        </w:tc>
        <w:tc>
          <w:tcPr>
            <w:tcW w:w="729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B05F10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Коммутирует цепь управления.</w:t>
            </w:r>
          </w:p>
        </w:tc>
      </w:tr>
      <w:tr w:rsidR="004C7F3C" w14:paraId="62A2D48C" w14:textId="77777777">
        <w:trPr>
          <w:cantSplit/>
        </w:trPr>
        <w:tc>
          <w:tcPr>
            <w:tcW w:w="291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17C451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Шина PE</w:t>
            </w:r>
          </w:p>
        </w:tc>
        <w:tc>
          <w:tcPr>
            <w:tcW w:w="729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D32E45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Подключение защитного заземления.</w:t>
            </w:r>
          </w:p>
        </w:tc>
      </w:tr>
      <w:tr w:rsidR="004C7F3C" w:rsidRPr="007D111D" w14:paraId="10F03C75" w14:textId="77777777">
        <w:tblPrEx>
          <w:tblBorders>
            <w:top w:val="single" w:sz="8" w:space="0" w:color="A4161A"/>
            <w:left w:val="single" w:sz="8" w:space="0" w:color="A4161A"/>
            <w:bottom w:val="single" w:sz="8" w:space="0" w:color="A4161A"/>
            <w:right w:val="single" w:sz="8" w:space="0" w:color="A4161A"/>
            <w:insideH w:val="single" w:sz="8" w:space="0" w:color="A4161A"/>
            <w:insideV w:val="single" w:sz="8" w:space="0" w:color="A4161A"/>
          </w:tblBorders>
        </w:tblPrEx>
        <w:tc>
          <w:tcPr>
            <w:tcW w:w="10206" w:type="dxa"/>
            <w:gridSpan w:val="2"/>
            <w:shd w:val="clear" w:color="auto" w:fill="FCE8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C0E3A4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A4161A"/>
                <w:sz w:val="18"/>
                <w:lang w:val="ru-RU"/>
              </w:rPr>
              <w:t>ЗАПРЕЩЕНО</w:t>
            </w:r>
          </w:p>
          <w:p w14:paraId="51E9C9D1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Не открывайте шкаф под напряжением. Не изменяйте уставки теплового реле, таймера и защиты без схемы, измерений и допуска к </w:t>
            </w:r>
            <w:r w:rsidRPr="007D111D">
              <w:rPr>
                <w:sz w:val="17"/>
                <w:lang w:val="ru-RU"/>
              </w:rPr>
              <w:t>электромонтажным работам.</w:t>
            </w:r>
          </w:p>
        </w:tc>
      </w:tr>
    </w:tbl>
    <w:p w14:paraId="6B4C0CB3" w14:textId="77777777" w:rsidR="004C7F3C" w:rsidRPr="007D111D" w:rsidRDefault="004C7F3C">
      <w:pPr>
        <w:spacing w:after="0"/>
        <w:rPr>
          <w:lang w:val="ru-RU"/>
        </w:rPr>
      </w:pPr>
    </w:p>
    <w:p w14:paraId="5F9011B5" w14:textId="77777777" w:rsidR="004C7F3C" w:rsidRPr="007D111D" w:rsidRDefault="00165A93">
      <w:pPr>
        <w:rPr>
          <w:lang w:val="ru-RU"/>
        </w:rPr>
      </w:pPr>
      <w:r w:rsidRPr="007D111D">
        <w:rPr>
          <w:lang w:val="ru-RU"/>
        </w:rPr>
        <w:br w:type="page"/>
      </w:r>
    </w:p>
    <w:p w14:paraId="35042F23" w14:textId="77777777" w:rsidR="004C7F3C" w:rsidRDefault="00165A93">
      <w:pPr>
        <w:spacing w:after="40"/>
      </w:pPr>
      <w:r>
        <w:rPr>
          <w:b/>
          <w:color w:val="646A70"/>
          <w:sz w:val="14"/>
        </w:rPr>
        <w:t>РАЗДЕЛ 3 • УСТРОЙСТВО</w:t>
      </w:r>
    </w:p>
    <w:p w14:paraId="7C911825" w14:textId="77777777" w:rsidR="004C7F3C" w:rsidRDefault="00165A93">
      <w:pPr>
        <w:pStyle w:val="1"/>
        <w:pBdr>
          <w:bottom w:val="single" w:sz="12" w:space="4" w:color="ED1C24"/>
        </w:pBdr>
      </w:pPr>
      <w:r>
        <w:t>Электрическая схема 380 В</w:t>
      </w:r>
    </w:p>
    <w:p w14:paraId="655839C0" w14:textId="77777777" w:rsidR="004C7F3C" w:rsidRDefault="00165A93">
      <w:pPr>
        <w:spacing w:after="40"/>
        <w:jc w:val="center"/>
      </w:pPr>
      <w:r>
        <w:rPr>
          <w:noProof/>
        </w:rPr>
        <w:drawing>
          <wp:inline distT="0" distB="0" distL="0" distR="0" wp14:anchorId="2A0922DC" wp14:editId="3B8B1296">
            <wp:extent cx="5544000" cy="390293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902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C73C3" w14:textId="77777777" w:rsidR="004C7F3C" w:rsidRPr="007D111D" w:rsidRDefault="00165A93">
      <w:pPr>
        <w:pStyle w:val="SmallCaption"/>
        <w:rPr>
          <w:lang w:val="ru-RU"/>
        </w:rPr>
      </w:pPr>
      <w:r w:rsidRPr="007D111D">
        <w:rPr>
          <w:lang w:val="ru-RU"/>
        </w:rPr>
        <w:t>Заводская принципиальная схема пуска «звезда–треугольник»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2479"/>
        <w:gridCol w:w="7727"/>
      </w:tblGrid>
      <w:tr w:rsidR="004C7F3C" w14:paraId="38182EE7" w14:textId="77777777">
        <w:trPr>
          <w:tblHeader/>
        </w:trPr>
        <w:tc>
          <w:tcPr>
            <w:tcW w:w="2479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E1C0BA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ОБОЗНАЧЕНИЕ</w:t>
            </w:r>
          </w:p>
        </w:tc>
        <w:tc>
          <w:tcPr>
            <w:tcW w:w="7727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AB84F2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НАЗНАЧЕНИЕ</w:t>
            </w:r>
          </w:p>
        </w:tc>
      </w:tr>
      <w:tr w:rsidR="004C7F3C" w14:paraId="6D8D3B3E" w14:textId="77777777">
        <w:trPr>
          <w:cantSplit/>
        </w:trPr>
        <w:tc>
          <w:tcPr>
            <w:tcW w:w="247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CC187B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L1, L2, L3</w:t>
            </w:r>
          </w:p>
        </w:tc>
        <w:tc>
          <w:tcPr>
            <w:tcW w:w="772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D3E1E1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Трёхфазная питающая сеть 380 В.</w:t>
            </w:r>
          </w:p>
        </w:tc>
      </w:tr>
      <w:tr w:rsidR="004C7F3C" w14:paraId="4066902D" w14:textId="77777777">
        <w:trPr>
          <w:cantSplit/>
        </w:trPr>
        <w:tc>
          <w:tcPr>
            <w:tcW w:w="247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26B6CD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QS</w:t>
            </w:r>
          </w:p>
        </w:tc>
        <w:tc>
          <w:tcPr>
            <w:tcW w:w="772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3FCB4A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Вводной выключатель.</w:t>
            </w:r>
          </w:p>
        </w:tc>
      </w:tr>
      <w:tr w:rsidR="004C7F3C" w:rsidRPr="007D111D" w14:paraId="66724CD9" w14:textId="77777777">
        <w:trPr>
          <w:cantSplit/>
        </w:trPr>
        <w:tc>
          <w:tcPr>
            <w:tcW w:w="247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B5F453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FU1, FU2</w:t>
            </w:r>
          </w:p>
        </w:tc>
        <w:tc>
          <w:tcPr>
            <w:tcW w:w="772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6AF629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Защита </w:t>
            </w:r>
            <w:r w:rsidRPr="007D111D">
              <w:rPr>
                <w:sz w:val="17"/>
                <w:lang w:val="ru-RU"/>
              </w:rPr>
              <w:t>силовой цепи и цепи управления.</w:t>
            </w:r>
          </w:p>
        </w:tc>
      </w:tr>
      <w:tr w:rsidR="004C7F3C" w14:paraId="329D8049" w14:textId="77777777">
        <w:trPr>
          <w:cantSplit/>
        </w:trPr>
        <w:tc>
          <w:tcPr>
            <w:tcW w:w="247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FB0563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KM</w:t>
            </w:r>
          </w:p>
        </w:tc>
        <w:tc>
          <w:tcPr>
            <w:tcW w:w="772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0A77AA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Главный контактор.</w:t>
            </w:r>
          </w:p>
        </w:tc>
      </w:tr>
      <w:tr w:rsidR="004C7F3C" w14:paraId="28D3B5DD" w14:textId="77777777">
        <w:trPr>
          <w:cantSplit/>
        </w:trPr>
        <w:tc>
          <w:tcPr>
            <w:tcW w:w="247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4F4DF4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KM Y</w:t>
            </w:r>
          </w:p>
        </w:tc>
        <w:tc>
          <w:tcPr>
            <w:tcW w:w="772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6E76E4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Контактор соединения «звезда».</w:t>
            </w:r>
          </w:p>
        </w:tc>
      </w:tr>
      <w:tr w:rsidR="004C7F3C" w14:paraId="4FCD23DF" w14:textId="77777777">
        <w:trPr>
          <w:cantSplit/>
        </w:trPr>
        <w:tc>
          <w:tcPr>
            <w:tcW w:w="247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F49921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KM Δ</w:t>
            </w:r>
          </w:p>
        </w:tc>
        <w:tc>
          <w:tcPr>
            <w:tcW w:w="772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A37506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Контактор соединения «треугольник».</w:t>
            </w:r>
          </w:p>
        </w:tc>
      </w:tr>
      <w:tr w:rsidR="004C7F3C" w:rsidRPr="007D111D" w14:paraId="102489D3" w14:textId="77777777">
        <w:trPr>
          <w:cantSplit/>
        </w:trPr>
        <w:tc>
          <w:tcPr>
            <w:tcW w:w="247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E600CD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SB1 / SB2 / SB3</w:t>
            </w:r>
          </w:p>
        </w:tc>
        <w:tc>
          <w:tcPr>
            <w:tcW w:w="772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B96356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Кнопки и контакты цепи управления.</w:t>
            </w:r>
          </w:p>
        </w:tc>
      </w:tr>
      <w:tr w:rsidR="004C7F3C" w14:paraId="78C375A6" w14:textId="77777777">
        <w:trPr>
          <w:cantSplit/>
        </w:trPr>
        <w:tc>
          <w:tcPr>
            <w:tcW w:w="247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8243D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M</w:t>
            </w:r>
          </w:p>
        </w:tc>
        <w:tc>
          <w:tcPr>
            <w:tcW w:w="772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232807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Трёхфазный электродвигатель.</w:t>
            </w:r>
          </w:p>
        </w:tc>
      </w:tr>
      <w:tr w:rsidR="004C7F3C" w:rsidRPr="007D111D" w14:paraId="32EE3721" w14:textId="77777777">
        <w:tblPrEx>
          <w:tblBorders>
            <w:top w:val="single" w:sz="8" w:space="0" w:color="24566B"/>
            <w:left w:val="single" w:sz="8" w:space="0" w:color="24566B"/>
            <w:bottom w:val="single" w:sz="8" w:space="0" w:color="24566B"/>
            <w:right w:val="single" w:sz="8" w:space="0" w:color="24566B"/>
            <w:insideH w:val="single" w:sz="8" w:space="0" w:color="24566B"/>
            <w:insideV w:val="single" w:sz="8" w:space="0" w:color="24566B"/>
          </w:tblBorders>
        </w:tblPrEx>
        <w:tc>
          <w:tcPr>
            <w:tcW w:w="10206" w:type="dxa"/>
            <w:gridSpan w:val="2"/>
            <w:shd w:val="clear" w:color="auto" w:fill="EA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854ABA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24566B"/>
                <w:sz w:val="18"/>
                <w:lang w:val="ru-RU"/>
              </w:rPr>
              <w:t>ВАЖНО</w:t>
            </w:r>
          </w:p>
          <w:p w14:paraId="7D90B149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Схема приведена для </w:t>
            </w:r>
            <w:r w:rsidRPr="007D111D">
              <w:rPr>
                <w:sz w:val="17"/>
                <w:lang w:val="ru-RU"/>
              </w:rPr>
              <w:t>квалифицированного персонала. Перед ремонтом сверяйте обозначения клемм и фактическую разводку с табличкой, наклеенной внутри крышки электрического шкафа.</w:t>
            </w:r>
          </w:p>
        </w:tc>
      </w:tr>
    </w:tbl>
    <w:p w14:paraId="77C5BF55" w14:textId="77777777" w:rsidR="004C7F3C" w:rsidRPr="007D111D" w:rsidRDefault="004C7F3C">
      <w:pPr>
        <w:spacing w:after="0"/>
        <w:rPr>
          <w:lang w:val="ru-RU"/>
        </w:rPr>
      </w:pPr>
    </w:p>
    <w:p w14:paraId="784A119E" w14:textId="77777777" w:rsidR="004C7F3C" w:rsidRPr="007D111D" w:rsidRDefault="00165A93">
      <w:pPr>
        <w:rPr>
          <w:lang w:val="ru-RU"/>
        </w:rPr>
      </w:pPr>
      <w:r w:rsidRPr="007D111D">
        <w:rPr>
          <w:lang w:val="ru-RU"/>
        </w:rPr>
        <w:br w:type="page"/>
      </w:r>
    </w:p>
    <w:p w14:paraId="4C92D069" w14:textId="77777777" w:rsidR="004C7F3C" w:rsidRDefault="00165A93">
      <w:pPr>
        <w:spacing w:after="40"/>
      </w:pPr>
      <w:r>
        <w:rPr>
          <w:b/>
          <w:color w:val="646A70"/>
          <w:sz w:val="14"/>
        </w:rPr>
        <w:t>РАЗДЕЛ 4 • ПОДГОТОВКА</w:t>
      </w:r>
    </w:p>
    <w:p w14:paraId="37522948" w14:textId="77777777" w:rsidR="004C7F3C" w:rsidRDefault="00165A93">
      <w:pPr>
        <w:pStyle w:val="1"/>
        <w:pBdr>
          <w:bottom w:val="single" w:sz="12" w:space="4" w:color="ED1C24"/>
        </w:pBdr>
      </w:pPr>
      <w:r>
        <w:t>Требования к воде</w:t>
      </w:r>
    </w:p>
    <w:p w14:paraId="66068087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используйте чистую пресную воду без песка, камней, абрази</w:t>
      </w:r>
      <w:r w:rsidRPr="007D111D">
        <w:rPr>
          <w:lang w:val="ru-RU"/>
        </w:rPr>
        <w:t>ва и химических примесей;</w:t>
      </w:r>
    </w:p>
    <w:p w14:paraId="227D9EED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 xml:space="preserve">рекомендуемый подвод — </w:t>
      </w:r>
      <w:r>
        <w:t>DN</w:t>
      </w:r>
      <w:r w:rsidRPr="007D111D">
        <w:rPr>
          <w:lang w:val="ru-RU"/>
        </w:rPr>
        <w:t xml:space="preserve">20 или </w:t>
      </w:r>
      <w:r>
        <w:t>G</w:t>
      </w:r>
      <w:r w:rsidRPr="007D111D">
        <w:rPr>
          <w:lang w:val="ru-RU"/>
        </w:rPr>
        <w:t>3/4;</w:t>
      </w:r>
    </w:p>
    <w:p w14:paraId="4846A272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для устойчивой работы насоса обеспечьте давление на входе не ниже 4–5 бар; рабочий контрольный диапазон по заводскому руководству — 5–6 бар;</w:t>
      </w:r>
    </w:p>
    <w:p w14:paraId="58D2B9AB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 xml:space="preserve">производительность источника воды должна </w:t>
      </w:r>
      <w:r w:rsidRPr="007D111D">
        <w:rPr>
          <w:lang w:val="ru-RU"/>
        </w:rPr>
        <w:t>превышать расход аппарата 900 л/ч;</w:t>
      </w:r>
    </w:p>
    <w:p w14:paraId="2729AF30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при использовании накопительной ёмкости или оборотной воды применяйте промежуточный бак и дополнительную фильтрацию не грубее 130 мкм;</w:t>
      </w:r>
    </w:p>
    <w:p w14:paraId="053284A8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не подключайте аппарат к системе питьевого водоснабжения без разрыва струи или устройс</w:t>
      </w:r>
      <w:r w:rsidRPr="007D111D">
        <w:rPr>
          <w:lang w:val="ru-RU"/>
        </w:rPr>
        <w:t>тва защиты от обратного потока согласно местным нормам.</w:t>
      </w:r>
    </w:p>
    <w:tbl>
      <w:tblPr>
        <w:tblW w:w="10206" w:type="dxa"/>
        <w:tblInd w:w="120" w:type="dxa"/>
        <w:tblBorders>
          <w:top w:val="single" w:sz="8" w:space="0" w:color="A4161A"/>
          <w:left w:val="single" w:sz="8" w:space="0" w:color="A4161A"/>
          <w:bottom w:val="single" w:sz="8" w:space="0" w:color="A4161A"/>
          <w:right w:val="single" w:sz="8" w:space="0" w:color="A4161A"/>
          <w:insideH w:val="single" w:sz="8" w:space="0" w:color="A4161A"/>
          <w:insideV w:val="single" w:sz="8" w:space="0" w:color="A4161A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C7F3C" w14:paraId="5C63A5B7" w14:textId="77777777">
        <w:tc>
          <w:tcPr>
            <w:tcW w:w="10206" w:type="dxa"/>
            <w:shd w:val="clear" w:color="auto" w:fill="FCE8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17C7B1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A4161A"/>
                <w:sz w:val="18"/>
                <w:lang w:val="ru-RU"/>
              </w:rPr>
              <w:t>РАБОТА БЕЗ ВОДЫ</w:t>
            </w:r>
          </w:p>
          <w:p w14:paraId="7154C703" w14:textId="77777777" w:rsidR="004C7F3C" w:rsidRDefault="00165A93">
            <w:pPr>
              <w:spacing w:after="0" w:line="252" w:lineRule="auto"/>
            </w:pPr>
            <w:r w:rsidRPr="007D111D">
              <w:rPr>
                <w:sz w:val="17"/>
                <w:lang w:val="ru-RU"/>
              </w:rPr>
              <w:t xml:space="preserve">Сухой ход даже в течение короткого времени повреждает плунжеры и уплотнения. </w:t>
            </w:r>
            <w:proofErr w:type="spellStart"/>
            <w:r>
              <w:rPr>
                <w:sz w:val="17"/>
              </w:rPr>
              <w:t>Перед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каждым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запуском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заполните</w:t>
            </w:r>
            <w:proofErr w:type="spellEnd"/>
            <w:r>
              <w:rPr>
                <w:sz w:val="17"/>
              </w:rPr>
              <w:t xml:space="preserve"> тракт водой и удалите воздух.</w:t>
            </w:r>
          </w:p>
        </w:tc>
      </w:tr>
    </w:tbl>
    <w:p w14:paraId="75D93F69" w14:textId="77777777" w:rsidR="004C7F3C" w:rsidRDefault="004C7F3C">
      <w:pPr>
        <w:spacing w:after="0"/>
      </w:pP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3353"/>
        <w:gridCol w:w="6853"/>
      </w:tblGrid>
      <w:tr w:rsidR="004C7F3C" w14:paraId="2B70F5D8" w14:textId="77777777">
        <w:trPr>
          <w:tblHeader/>
        </w:trPr>
        <w:tc>
          <w:tcPr>
            <w:tcW w:w="3353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62887F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ПАРАМЕТР</w:t>
            </w:r>
          </w:p>
        </w:tc>
        <w:tc>
          <w:tcPr>
            <w:tcW w:w="6853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B329A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ЗНАЧЕНИЕ</w:t>
            </w:r>
          </w:p>
        </w:tc>
      </w:tr>
      <w:tr w:rsidR="004C7F3C" w14:paraId="3A98CEAC" w14:textId="77777777">
        <w:trPr>
          <w:cantSplit/>
        </w:trPr>
        <w:tc>
          <w:tcPr>
            <w:tcW w:w="33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942647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Присоединение</w:t>
            </w:r>
          </w:p>
        </w:tc>
        <w:tc>
          <w:tcPr>
            <w:tcW w:w="68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8D3E37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G3/4</w:t>
            </w:r>
          </w:p>
        </w:tc>
      </w:tr>
      <w:tr w:rsidR="004C7F3C" w:rsidRPr="007D111D" w14:paraId="772D0ECB" w14:textId="77777777">
        <w:trPr>
          <w:cantSplit/>
        </w:trPr>
        <w:tc>
          <w:tcPr>
            <w:tcW w:w="33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3D7EB8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Минимальная подача</w:t>
            </w:r>
          </w:p>
        </w:tc>
        <w:tc>
          <w:tcPr>
            <w:tcW w:w="68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331157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Не менее 900 л/ч; необходим запас производительности</w:t>
            </w:r>
          </w:p>
        </w:tc>
      </w:tr>
      <w:tr w:rsidR="004C7F3C" w14:paraId="7C4EB95D" w14:textId="77777777">
        <w:trPr>
          <w:cantSplit/>
        </w:trPr>
        <w:tc>
          <w:tcPr>
            <w:tcW w:w="33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D79EF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7"/>
              </w:rPr>
              <w:t>Минимальное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давление</w:t>
            </w:r>
            <w:proofErr w:type="spellEnd"/>
          </w:p>
        </w:tc>
        <w:tc>
          <w:tcPr>
            <w:tcW w:w="68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5B86CA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4–5 бар</w:t>
            </w:r>
          </w:p>
        </w:tc>
      </w:tr>
      <w:tr w:rsidR="004C7F3C" w14:paraId="3C0A9FED" w14:textId="77777777">
        <w:trPr>
          <w:cantSplit/>
        </w:trPr>
        <w:tc>
          <w:tcPr>
            <w:tcW w:w="33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2A17A6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Рекомендуемый контроль</w:t>
            </w:r>
          </w:p>
        </w:tc>
        <w:tc>
          <w:tcPr>
            <w:tcW w:w="68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DA26AE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5–6 бар</w:t>
            </w:r>
          </w:p>
        </w:tc>
      </w:tr>
      <w:tr w:rsidR="004C7F3C" w14:paraId="0252A188" w14:textId="77777777">
        <w:trPr>
          <w:cantSplit/>
        </w:trPr>
        <w:tc>
          <w:tcPr>
            <w:tcW w:w="33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A62235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Среда</w:t>
            </w:r>
          </w:p>
        </w:tc>
        <w:tc>
          <w:tcPr>
            <w:tcW w:w="68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7B46A9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Чистая холодная пресная вода</w:t>
            </w:r>
          </w:p>
        </w:tc>
      </w:tr>
    </w:tbl>
    <w:p w14:paraId="522A79CD" w14:textId="0B9FA076" w:rsidR="004C7F3C" w:rsidRDefault="00165A93" w:rsidP="007D111D">
      <w:r>
        <w:rPr>
          <w:b/>
          <w:color w:val="646A70"/>
          <w:sz w:val="14"/>
        </w:rPr>
        <w:t>РАЗДЕЛ 4 • ПОДГОТОВКА</w:t>
      </w:r>
    </w:p>
    <w:p w14:paraId="428F8BCF" w14:textId="77777777" w:rsidR="004C7F3C" w:rsidRDefault="00165A93">
      <w:pPr>
        <w:pStyle w:val="1"/>
        <w:pBdr>
          <w:bottom w:val="single" w:sz="12" w:space="4" w:color="ED1C24"/>
        </w:pBdr>
      </w:pPr>
      <w:r>
        <w:t xml:space="preserve">Установка и </w:t>
      </w:r>
      <w:r>
        <w:t>предварительная проверка</w:t>
      </w:r>
    </w:p>
    <w:p w14:paraId="17F351FA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1.</w:t>
      </w:r>
      <w:r>
        <w:rPr>
          <w:sz w:val="18"/>
        </w:rPr>
        <w:t> </w:t>
      </w:r>
      <w:r w:rsidRPr="007D111D">
        <w:rPr>
          <w:sz w:val="18"/>
          <w:lang w:val="ru-RU"/>
        </w:rPr>
        <w:t>Установите аппарат на ровную твёрдую поверхность; уклон — не более 10°. Зафиксируйте передние колёса.</w:t>
      </w:r>
    </w:p>
    <w:p w14:paraId="6C9CAC20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2.</w:t>
      </w:r>
      <w:r>
        <w:rPr>
          <w:sz w:val="18"/>
        </w:rPr>
        <w:t> </w:t>
      </w:r>
      <w:r w:rsidRPr="007D111D">
        <w:rPr>
          <w:sz w:val="18"/>
          <w:lang w:val="ru-RU"/>
        </w:rPr>
        <w:t>Проверьте масло насоса. Уровень должен находиться у контрольной отметки смотрового стекла.</w:t>
      </w:r>
    </w:p>
    <w:p w14:paraId="51842C54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3.</w:t>
      </w:r>
      <w:r>
        <w:rPr>
          <w:sz w:val="18"/>
        </w:rPr>
        <w:t> </w:t>
      </w:r>
      <w:r w:rsidRPr="007D111D">
        <w:rPr>
          <w:sz w:val="18"/>
          <w:lang w:val="ru-RU"/>
        </w:rPr>
        <w:t>Если транспортировочная пробк</w:t>
      </w:r>
      <w:r w:rsidRPr="007D111D">
        <w:rPr>
          <w:sz w:val="18"/>
          <w:lang w:val="ru-RU"/>
        </w:rPr>
        <w:t>а установлена вместо сапуна, замените её рабочей вентиляционной пробкой.</w:t>
      </w:r>
    </w:p>
    <w:p w14:paraId="56A57126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4.</w:t>
      </w:r>
      <w:r>
        <w:rPr>
          <w:sz w:val="18"/>
        </w:rPr>
        <w:t> </w:t>
      </w:r>
      <w:r w:rsidRPr="007D111D">
        <w:rPr>
          <w:sz w:val="18"/>
          <w:lang w:val="ru-RU"/>
        </w:rPr>
        <w:t>Проверьте затяжку крепежа, состояние рамы, шлангов, кабеля, манометра и фитингов.</w:t>
      </w:r>
    </w:p>
    <w:p w14:paraId="23F2A875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5.</w:t>
      </w:r>
      <w:r>
        <w:rPr>
          <w:sz w:val="18"/>
        </w:rPr>
        <w:t> </w:t>
      </w:r>
      <w:r w:rsidRPr="007D111D">
        <w:rPr>
          <w:sz w:val="18"/>
          <w:lang w:val="ru-RU"/>
        </w:rPr>
        <w:t>Убедитесь, что регулятор давления выведен в положение минимальной нагрузки.</w:t>
      </w:r>
    </w:p>
    <w:p w14:paraId="2F354854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6.</w:t>
      </w:r>
      <w:r>
        <w:rPr>
          <w:sz w:val="18"/>
        </w:rPr>
        <w:t> </w:t>
      </w:r>
      <w:r w:rsidRPr="007D111D">
        <w:rPr>
          <w:sz w:val="18"/>
          <w:lang w:val="ru-RU"/>
        </w:rPr>
        <w:t>Подключите входн</w:t>
      </w:r>
      <w:r w:rsidRPr="007D111D">
        <w:rPr>
          <w:sz w:val="18"/>
          <w:lang w:val="ru-RU"/>
        </w:rPr>
        <w:t xml:space="preserve">ой фильтр и водяной шланг </w:t>
      </w:r>
      <w:r>
        <w:rPr>
          <w:sz w:val="18"/>
        </w:rPr>
        <w:t>G</w:t>
      </w:r>
      <w:r w:rsidRPr="007D111D">
        <w:rPr>
          <w:sz w:val="18"/>
          <w:lang w:val="ru-RU"/>
        </w:rPr>
        <w:t>3/4.</w:t>
      </w:r>
    </w:p>
    <w:p w14:paraId="2A247E5B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7.</w:t>
      </w:r>
      <w:r>
        <w:rPr>
          <w:sz w:val="18"/>
        </w:rPr>
        <w:t> </w:t>
      </w:r>
      <w:r w:rsidRPr="007D111D">
        <w:rPr>
          <w:sz w:val="18"/>
          <w:lang w:val="ru-RU"/>
        </w:rPr>
        <w:t>Подключите шланг высокого давления, пистолет и копьё; на резьбовых соединениях используйте два ключа.</w:t>
      </w:r>
    </w:p>
    <w:p w14:paraId="5510399B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8.</w:t>
      </w:r>
      <w:r>
        <w:rPr>
          <w:sz w:val="18"/>
        </w:rPr>
        <w:t> </w:t>
      </w:r>
      <w:r w:rsidRPr="007D111D">
        <w:rPr>
          <w:sz w:val="18"/>
          <w:lang w:val="ru-RU"/>
        </w:rPr>
        <w:t xml:space="preserve">Квалифицированный электрик подключает трёхфазную сеть 380 В и защитный проводник </w:t>
      </w:r>
      <w:r>
        <w:rPr>
          <w:sz w:val="18"/>
        </w:rPr>
        <w:t>PE</w:t>
      </w:r>
      <w:r w:rsidRPr="007D111D">
        <w:rPr>
          <w:sz w:val="18"/>
          <w:lang w:val="ru-RU"/>
        </w:rPr>
        <w:t>.</w:t>
      </w:r>
    </w:p>
    <w:tbl>
      <w:tblPr>
        <w:tblW w:w="10206" w:type="dxa"/>
        <w:tblInd w:w="120" w:type="dxa"/>
        <w:tblBorders>
          <w:top w:val="single" w:sz="8" w:space="0" w:color="8B5B00"/>
          <w:left w:val="single" w:sz="8" w:space="0" w:color="8B5B00"/>
          <w:bottom w:val="single" w:sz="8" w:space="0" w:color="8B5B00"/>
          <w:right w:val="single" w:sz="8" w:space="0" w:color="8B5B00"/>
          <w:insideH w:val="single" w:sz="8" w:space="0" w:color="8B5B00"/>
          <w:insideV w:val="single" w:sz="8" w:space="0" w:color="8B5B0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C7F3C" w:rsidRPr="007D111D" w14:paraId="065D60F4" w14:textId="77777777">
        <w:tc>
          <w:tcPr>
            <w:tcW w:w="10206" w:type="dxa"/>
            <w:shd w:val="clear" w:color="auto" w:fill="FFF4C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7ED343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8B5B00"/>
                <w:sz w:val="18"/>
                <w:lang w:val="ru-RU"/>
              </w:rPr>
              <w:t>ПЕРЕД ПОДАЧЕЙ ПИТАНИЯ</w:t>
            </w:r>
          </w:p>
          <w:p w14:paraId="1E7B9705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Откройте воду, заполните тракт и убедитесь в отсутствии утечек. Кабель должен быть защищён от воды, наезда и механического повреждения.</w:t>
            </w:r>
          </w:p>
        </w:tc>
      </w:tr>
    </w:tbl>
    <w:p w14:paraId="475D24B7" w14:textId="77777777" w:rsidR="004C7F3C" w:rsidRPr="007D111D" w:rsidRDefault="004C7F3C">
      <w:pPr>
        <w:spacing w:after="0"/>
        <w:rPr>
          <w:lang w:val="ru-RU"/>
        </w:rPr>
      </w:pPr>
    </w:p>
    <w:p w14:paraId="5B566389" w14:textId="77777777" w:rsidR="004C7F3C" w:rsidRPr="007D111D" w:rsidRDefault="00165A93">
      <w:pPr>
        <w:rPr>
          <w:lang w:val="ru-RU"/>
        </w:rPr>
      </w:pPr>
      <w:r w:rsidRPr="007D111D">
        <w:rPr>
          <w:lang w:val="ru-RU"/>
        </w:rPr>
        <w:br w:type="page"/>
      </w:r>
    </w:p>
    <w:p w14:paraId="1C355D8E" w14:textId="77777777" w:rsidR="004C7F3C" w:rsidRDefault="00165A93">
      <w:pPr>
        <w:spacing w:after="40"/>
      </w:pPr>
      <w:r>
        <w:rPr>
          <w:b/>
          <w:color w:val="646A70"/>
          <w:sz w:val="14"/>
        </w:rPr>
        <w:t>РАЗДЕЛ 4 • ПОДГОТОВКА</w:t>
      </w:r>
    </w:p>
    <w:p w14:paraId="4652E1CF" w14:textId="77777777" w:rsidR="004C7F3C" w:rsidRDefault="00165A93">
      <w:pPr>
        <w:pStyle w:val="1"/>
        <w:pBdr>
          <w:bottom w:val="single" w:sz="12" w:space="4" w:color="ED1C24"/>
        </w:pBdr>
      </w:pPr>
      <w:r>
        <w:t>Сборка рабочего комплекта</w:t>
      </w:r>
    </w:p>
    <w:p w14:paraId="74AD9824" w14:textId="77777777" w:rsidR="004C7F3C" w:rsidRDefault="00165A93">
      <w:pPr>
        <w:spacing w:after="40"/>
        <w:jc w:val="center"/>
      </w:pPr>
      <w:r>
        <w:rPr>
          <w:noProof/>
        </w:rPr>
        <w:drawing>
          <wp:inline distT="0" distB="0" distL="0" distR="0" wp14:anchorId="6154D4F7" wp14:editId="0E7AE4B8">
            <wp:extent cx="5940000" cy="406120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t_clea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061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28408" w14:textId="77777777" w:rsidR="004C7F3C" w:rsidRPr="007D111D" w:rsidRDefault="00165A93">
      <w:pPr>
        <w:pStyle w:val="SmallCaption"/>
        <w:rPr>
          <w:lang w:val="ru-RU"/>
        </w:rPr>
      </w:pPr>
      <w:r w:rsidRPr="007D111D">
        <w:rPr>
          <w:lang w:val="ru-RU"/>
        </w:rPr>
        <w:t>Основные принадлежности</w:t>
      </w:r>
    </w:p>
    <w:p w14:paraId="557FF08F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1.</w:t>
      </w:r>
      <w:r>
        <w:rPr>
          <w:sz w:val="18"/>
        </w:rPr>
        <w:t> </w:t>
      </w:r>
      <w:r w:rsidRPr="007D111D">
        <w:rPr>
          <w:sz w:val="18"/>
          <w:lang w:val="ru-RU"/>
        </w:rPr>
        <w:t xml:space="preserve">Установите входной фильтр по </w:t>
      </w:r>
      <w:r w:rsidRPr="007D111D">
        <w:rPr>
          <w:sz w:val="18"/>
          <w:lang w:val="ru-RU"/>
        </w:rPr>
        <w:t>направлению потока и подключите шланг подачи воды.</w:t>
      </w:r>
    </w:p>
    <w:p w14:paraId="283C8CFF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2.</w:t>
      </w:r>
      <w:r>
        <w:rPr>
          <w:sz w:val="18"/>
        </w:rPr>
        <w:t> </w:t>
      </w:r>
      <w:r w:rsidRPr="007D111D">
        <w:rPr>
          <w:sz w:val="18"/>
          <w:lang w:val="ru-RU"/>
        </w:rPr>
        <w:t>Присоедините шланг высокого давления к выходу аппарата; резьба и уплотнение должны быть чистыми.</w:t>
      </w:r>
    </w:p>
    <w:p w14:paraId="35F9CD75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3.</w:t>
      </w:r>
      <w:r>
        <w:rPr>
          <w:sz w:val="18"/>
        </w:rPr>
        <w:t> </w:t>
      </w:r>
      <w:r w:rsidRPr="007D111D">
        <w:rPr>
          <w:sz w:val="18"/>
          <w:lang w:val="ru-RU"/>
        </w:rPr>
        <w:t>Присоедините второй конец шланга к пистолету, удерживая соединение вторым ключом.</w:t>
      </w:r>
    </w:p>
    <w:p w14:paraId="4B4BCB88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4.</w:t>
      </w:r>
      <w:r>
        <w:rPr>
          <w:sz w:val="18"/>
        </w:rPr>
        <w:t> </w:t>
      </w:r>
      <w:r w:rsidRPr="007D111D">
        <w:rPr>
          <w:sz w:val="18"/>
          <w:lang w:val="ru-RU"/>
        </w:rPr>
        <w:t xml:space="preserve">Установите копьё </w:t>
      </w:r>
      <w:r w:rsidRPr="007D111D">
        <w:rPr>
          <w:sz w:val="18"/>
          <w:lang w:val="ru-RU"/>
        </w:rPr>
        <w:t>и выбранную форсунку. Убедитесь, что быстросъёмное соединение защёлкнулось.</w:t>
      </w:r>
    </w:p>
    <w:p w14:paraId="35CC0BEE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5.</w:t>
      </w:r>
      <w:r>
        <w:rPr>
          <w:sz w:val="18"/>
        </w:rPr>
        <w:t> </w:t>
      </w:r>
      <w:r w:rsidRPr="007D111D">
        <w:rPr>
          <w:sz w:val="18"/>
          <w:lang w:val="ru-RU"/>
        </w:rPr>
        <w:t>Размотайте шланги полностью, исключите узлы, перегибы и контакт с острыми кромками.</w:t>
      </w:r>
    </w:p>
    <w:tbl>
      <w:tblPr>
        <w:tblW w:w="10206" w:type="dxa"/>
        <w:tblInd w:w="120" w:type="dxa"/>
        <w:tblBorders>
          <w:top w:val="single" w:sz="8" w:space="0" w:color="A4161A"/>
          <w:left w:val="single" w:sz="8" w:space="0" w:color="A4161A"/>
          <w:bottom w:val="single" w:sz="8" w:space="0" w:color="A4161A"/>
          <w:right w:val="single" w:sz="8" w:space="0" w:color="A4161A"/>
          <w:insideH w:val="single" w:sz="8" w:space="0" w:color="A4161A"/>
          <w:insideV w:val="single" w:sz="8" w:space="0" w:color="A4161A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C7F3C" w14:paraId="7EF146C1" w14:textId="77777777">
        <w:tc>
          <w:tcPr>
            <w:tcW w:w="10206" w:type="dxa"/>
            <w:shd w:val="clear" w:color="auto" w:fill="FCE8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F27609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A4161A"/>
                <w:sz w:val="18"/>
                <w:lang w:val="ru-RU"/>
              </w:rPr>
              <w:t>СОВМЕСТИМОСТЬ</w:t>
            </w:r>
          </w:p>
          <w:p w14:paraId="43A72989" w14:textId="77777777" w:rsidR="004C7F3C" w:rsidRDefault="00165A93">
            <w:pPr>
              <w:spacing w:after="0" w:line="252" w:lineRule="auto"/>
            </w:pPr>
            <w:r w:rsidRPr="007D111D">
              <w:rPr>
                <w:sz w:val="17"/>
                <w:lang w:val="ru-RU"/>
              </w:rPr>
              <w:t>Все шланги, фитинги, пистолет и форсунки должны иметь допустимое рабочее давлен</w:t>
            </w:r>
            <w:r w:rsidRPr="007D111D">
              <w:rPr>
                <w:sz w:val="17"/>
                <w:lang w:val="ru-RU"/>
              </w:rPr>
              <w:t xml:space="preserve">ие не ниже максимального давления аппарата. </w:t>
            </w:r>
            <w:proofErr w:type="spellStart"/>
            <w:r>
              <w:rPr>
                <w:sz w:val="17"/>
              </w:rPr>
              <w:t>Не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используйте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неизвестные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или</w:t>
            </w:r>
            <w:proofErr w:type="spellEnd"/>
            <w:r>
              <w:rPr>
                <w:sz w:val="17"/>
              </w:rPr>
              <w:t xml:space="preserve"> повреждённые комплектующие.</w:t>
            </w:r>
          </w:p>
        </w:tc>
      </w:tr>
    </w:tbl>
    <w:p w14:paraId="09346017" w14:textId="77777777" w:rsidR="004C7F3C" w:rsidRDefault="004C7F3C">
      <w:pPr>
        <w:spacing w:after="0"/>
      </w:pPr>
    </w:p>
    <w:p w14:paraId="593A1D0D" w14:textId="16913FC7" w:rsidR="004C7F3C" w:rsidRDefault="00165A93" w:rsidP="007D111D">
      <w:r>
        <w:rPr>
          <w:b/>
          <w:color w:val="646A70"/>
          <w:sz w:val="14"/>
        </w:rPr>
        <w:t>РАЗДЕЛ 5 • ЭКСПЛУАТАЦИЯ</w:t>
      </w:r>
    </w:p>
    <w:p w14:paraId="257966CC" w14:textId="77777777" w:rsidR="004C7F3C" w:rsidRDefault="00165A93">
      <w:pPr>
        <w:pStyle w:val="1"/>
        <w:pBdr>
          <w:bottom w:val="single" w:sz="12" w:space="4" w:color="ED1C24"/>
        </w:pBdr>
      </w:pPr>
      <w:r>
        <w:t>Первый запуск</w:t>
      </w:r>
    </w:p>
    <w:p w14:paraId="3D69693D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1.</w:t>
      </w:r>
      <w:r>
        <w:rPr>
          <w:sz w:val="18"/>
        </w:rPr>
        <w:t> </w:t>
      </w:r>
      <w:r w:rsidRPr="007D111D">
        <w:rPr>
          <w:sz w:val="18"/>
          <w:lang w:val="ru-RU"/>
        </w:rPr>
        <w:t xml:space="preserve">Откройте подачу воды и, не подавая питание, нажмите курок до выхода ровной струи без пузырьков </w:t>
      </w:r>
      <w:r w:rsidRPr="007D111D">
        <w:rPr>
          <w:sz w:val="18"/>
          <w:lang w:val="ru-RU"/>
        </w:rPr>
        <w:t>воздуха.</w:t>
      </w:r>
    </w:p>
    <w:p w14:paraId="0FF72DCB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2.</w:t>
      </w:r>
      <w:r>
        <w:rPr>
          <w:sz w:val="18"/>
        </w:rPr>
        <w:t> </w:t>
      </w:r>
      <w:r w:rsidRPr="007D111D">
        <w:rPr>
          <w:sz w:val="18"/>
          <w:lang w:val="ru-RU"/>
        </w:rPr>
        <w:t>Закройте курок и убедитесь, что все соединения герметичны.</w:t>
      </w:r>
    </w:p>
    <w:p w14:paraId="18A4760D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3.</w:t>
      </w:r>
      <w:r>
        <w:rPr>
          <w:sz w:val="18"/>
        </w:rPr>
        <w:t> </w:t>
      </w:r>
      <w:r w:rsidRPr="007D111D">
        <w:rPr>
          <w:sz w:val="18"/>
          <w:lang w:val="ru-RU"/>
        </w:rPr>
        <w:t>Подайте питание и кратковременно нажмите «ПУСК», чтобы проверить направление вращения двигателя.</w:t>
      </w:r>
    </w:p>
    <w:p w14:paraId="78519820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4.</w:t>
      </w:r>
      <w:r>
        <w:rPr>
          <w:sz w:val="18"/>
        </w:rPr>
        <w:t> </w:t>
      </w:r>
      <w:r w:rsidRPr="007D111D">
        <w:rPr>
          <w:sz w:val="18"/>
          <w:lang w:val="ru-RU"/>
        </w:rPr>
        <w:t>Если смотреть со стороны вентилятора, двигатель должен вращаться по стрелке на кож</w:t>
      </w:r>
      <w:r w:rsidRPr="007D111D">
        <w:rPr>
          <w:sz w:val="18"/>
          <w:lang w:val="ru-RU"/>
        </w:rPr>
        <w:t>ухе. При неверном направлении немедленно остановите аппарат и поручите электрику поменять две фазы.</w:t>
      </w:r>
    </w:p>
    <w:p w14:paraId="6D4607CC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5.</w:t>
      </w:r>
      <w:r>
        <w:rPr>
          <w:sz w:val="18"/>
        </w:rPr>
        <w:t> </w:t>
      </w:r>
      <w:r w:rsidRPr="007D111D">
        <w:rPr>
          <w:sz w:val="18"/>
          <w:lang w:val="ru-RU"/>
        </w:rPr>
        <w:t>Повторно нажмите «ПУСК» и дождитесь автоматического переключения «звезда–треугольник».</w:t>
      </w:r>
    </w:p>
    <w:p w14:paraId="32A606D6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6.</w:t>
      </w:r>
      <w:r>
        <w:rPr>
          <w:sz w:val="18"/>
        </w:rPr>
        <w:t> </w:t>
      </w:r>
      <w:r w:rsidRPr="007D111D">
        <w:rPr>
          <w:sz w:val="18"/>
          <w:lang w:val="ru-RU"/>
        </w:rPr>
        <w:t>Надёжно удерживая пистолет двумя руками, откройте курок.</w:t>
      </w:r>
    </w:p>
    <w:p w14:paraId="2660FE9C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7.</w:t>
      </w:r>
      <w:r>
        <w:rPr>
          <w:sz w:val="18"/>
        </w:rPr>
        <w:t> </w:t>
      </w:r>
      <w:r w:rsidRPr="007D111D">
        <w:rPr>
          <w:sz w:val="18"/>
          <w:lang w:val="ru-RU"/>
        </w:rPr>
        <w:t>Пла</w:t>
      </w:r>
      <w:r w:rsidRPr="007D111D">
        <w:rPr>
          <w:sz w:val="18"/>
          <w:lang w:val="ru-RU"/>
        </w:rPr>
        <w:t>вно увеличьте давление регулятором при открытом пистолете, наблюдая за манометром.</w:t>
      </w:r>
    </w:p>
    <w:tbl>
      <w:tblPr>
        <w:tblW w:w="10206" w:type="dxa"/>
        <w:tblInd w:w="120" w:type="dxa"/>
        <w:tblBorders>
          <w:top w:val="single" w:sz="8" w:space="0" w:color="8B5B00"/>
          <w:left w:val="single" w:sz="8" w:space="0" w:color="8B5B00"/>
          <w:bottom w:val="single" w:sz="8" w:space="0" w:color="8B5B00"/>
          <w:right w:val="single" w:sz="8" w:space="0" w:color="8B5B00"/>
          <w:insideH w:val="single" w:sz="8" w:space="0" w:color="8B5B00"/>
          <w:insideV w:val="single" w:sz="8" w:space="0" w:color="8B5B0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C7F3C" w:rsidRPr="007D111D" w14:paraId="608D5A96" w14:textId="77777777">
        <w:tc>
          <w:tcPr>
            <w:tcW w:w="10206" w:type="dxa"/>
            <w:shd w:val="clear" w:color="auto" w:fill="FFF4C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14695B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8B5B00"/>
                <w:sz w:val="18"/>
                <w:lang w:val="ru-RU"/>
              </w:rPr>
              <w:t>ОГРАНИЧЕНИЕ</w:t>
            </w:r>
          </w:p>
          <w:p w14:paraId="141ABB3A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Не превышайте 350 бар. Если давление не растёт, не затягивайте регулятор дальше — проверьте форсунку, водоснабжение, фильтр, воздух в системе и состояние уплотне</w:t>
            </w:r>
            <w:r w:rsidRPr="007D111D">
              <w:rPr>
                <w:sz w:val="17"/>
                <w:lang w:val="ru-RU"/>
              </w:rPr>
              <w:t>ний.</w:t>
            </w:r>
          </w:p>
        </w:tc>
      </w:tr>
    </w:tbl>
    <w:p w14:paraId="29D92760" w14:textId="77777777" w:rsidR="004C7F3C" w:rsidRPr="007D111D" w:rsidRDefault="004C7F3C">
      <w:pPr>
        <w:spacing w:after="0"/>
        <w:rPr>
          <w:lang w:val="ru-RU"/>
        </w:rPr>
      </w:pPr>
    </w:p>
    <w:p w14:paraId="449EB065" w14:textId="541B197F" w:rsidR="004C7F3C" w:rsidRPr="007D111D" w:rsidRDefault="00165A93" w:rsidP="007D111D">
      <w:pPr>
        <w:rPr>
          <w:lang w:val="ru-RU"/>
        </w:rPr>
      </w:pPr>
      <w:r>
        <w:rPr>
          <w:b/>
          <w:color w:val="646A70"/>
          <w:sz w:val="14"/>
        </w:rPr>
        <w:t>РАЗДЕЛ 5 • ЭКСПЛУАТАЦИЯ</w:t>
      </w:r>
    </w:p>
    <w:p w14:paraId="16E1ECAF" w14:textId="77777777" w:rsidR="004C7F3C" w:rsidRDefault="00165A93">
      <w:pPr>
        <w:pStyle w:val="1"/>
        <w:pBdr>
          <w:bottom w:val="single" w:sz="12" w:space="4" w:color="ED1C24"/>
        </w:pBdr>
      </w:pPr>
      <w:r>
        <w:t>Рабочий цикл</w:t>
      </w:r>
    </w:p>
    <w:p w14:paraId="7441AED1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держите копьё двумя руками и направляйте струю только в безопасную рабочую зону;</w:t>
      </w:r>
    </w:p>
    <w:p w14:paraId="16DC7F70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начинайте очистку с увеличенного расстояния, затем подбирайте дистанцию по стойкости поверхности;</w:t>
      </w:r>
    </w:p>
    <w:p w14:paraId="2411BABD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 xml:space="preserve">контролируйте </w:t>
      </w:r>
      <w:r w:rsidRPr="007D111D">
        <w:rPr>
          <w:lang w:val="ru-RU"/>
        </w:rPr>
        <w:t>давление, показания вольтметра и амперметра, шум, вибрацию и температуру;</w:t>
      </w:r>
    </w:p>
    <w:p w14:paraId="5735B056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при появлении пульсации, падения давления, течи, необычного шума или запаха немедленно остановите аппарат;</w:t>
      </w:r>
    </w:p>
    <w:p w14:paraId="41BABE9D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не перекрывайте вентиляционные отверстия двигателя и панелей;</w:t>
      </w:r>
    </w:p>
    <w:p w14:paraId="342F720A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не допускайте</w:t>
      </w:r>
      <w:r w:rsidRPr="007D111D">
        <w:rPr>
          <w:lang w:val="ru-RU"/>
        </w:rPr>
        <w:t xml:space="preserve"> длительной циркуляции воды через байпас. Если </w:t>
      </w:r>
      <w:r>
        <w:t>Total</w:t>
      </w:r>
      <w:r w:rsidRPr="007D111D">
        <w:rPr>
          <w:lang w:val="ru-RU"/>
        </w:rPr>
        <w:t xml:space="preserve"> </w:t>
      </w:r>
      <w:r>
        <w:t>Stop</w:t>
      </w:r>
      <w:r w:rsidRPr="007D111D">
        <w:rPr>
          <w:lang w:val="ru-RU"/>
        </w:rPr>
        <w:t xml:space="preserve"> не остановил двигатель, завершите работу вручную; непрерывный байпас более 10 минут запрещён.</w:t>
      </w:r>
    </w:p>
    <w:tbl>
      <w:tblPr>
        <w:tblW w:w="10206" w:type="dxa"/>
        <w:tblInd w:w="120" w:type="dxa"/>
        <w:tblBorders>
          <w:top w:val="single" w:sz="8" w:space="0" w:color="24566B"/>
          <w:left w:val="single" w:sz="8" w:space="0" w:color="24566B"/>
          <w:bottom w:val="single" w:sz="8" w:space="0" w:color="24566B"/>
          <w:right w:val="single" w:sz="8" w:space="0" w:color="24566B"/>
          <w:insideH w:val="single" w:sz="8" w:space="0" w:color="24566B"/>
          <w:insideV w:val="single" w:sz="8" w:space="0" w:color="24566B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C7F3C" w:rsidRPr="007D111D" w14:paraId="1983EC31" w14:textId="77777777">
        <w:tc>
          <w:tcPr>
            <w:tcW w:w="10206" w:type="dxa"/>
            <w:shd w:val="clear" w:color="auto" w:fill="EA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36BDC8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24566B"/>
                <w:sz w:val="18"/>
                <w:lang w:val="ru-RU"/>
              </w:rPr>
              <w:t>ПЕРЕРЫВ В РАБОТЕ</w:t>
            </w:r>
          </w:p>
          <w:p w14:paraId="1E1B5476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Отпустите курок, убедитесь в срабатывании </w:t>
            </w:r>
            <w:r>
              <w:rPr>
                <w:sz w:val="17"/>
              </w:rPr>
              <w:t>Total</w:t>
            </w:r>
            <w:r w:rsidRPr="007D111D">
              <w:rPr>
                <w:sz w:val="17"/>
                <w:lang w:val="ru-RU"/>
              </w:rPr>
              <w:t xml:space="preserve"> </w:t>
            </w:r>
            <w:r>
              <w:rPr>
                <w:sz w:val="17"/>
              </w:rPr>
              <w:t>Stop</w:t>
            </w:r>
            <w:r w:rsidRPr="007D111D">
              <w:rPr>
                <w:sz w:val="17"/>
                <w:lang w:val="ru-RU"/>
              </w:rPr>
              <w:t xml:space="preserve"> и заблокируйте </w:t>
            </w:r>
            <w:r w:rsidRPr="007D111D">
              <w:rPr>
                <w:sz w:val="17"/>
                <w:lang w:val="ru-RU"/>
              </w:rPr>
              <w:t>предохранитель пистолета. При длительном перерыве нажмите «СТОП», отключите питание и сбросьте давление.</w:t>
            </w:r>
          </w:p>
        </w:tc>
      </w:tr>
    </w:tbl>
    <w:p w14:paraId="7508C58D" w14:textId="77777777" w:rsidR="004C7F3C" w:rsidRPr="007D111D" w:rsidRDefault="004C7F3C">
      <w:pPr>
        <w:spacing w:after="0"/>
        <w:rPr>
          <w:lang w:val="ru-RU"/>
        </w:rPr>
      </w:pPr>
    </w:p>
    <w:p w14:paraId="6C8FA370" w14:textId="77777777" w:rsidR="004C7F3C" w:rsidRPr="007D111D" w:rsidRDefault="00165A93">
      <w:pPr>
        <w:rPr>
          <w:lang w:val="ru-RU"/>
        </w:rPr>
      </w:pPr>
      <w:r w:rsidRPr="007D111D">
        <w:rPr>
          <w:lang w:val="ru-RU"/>
        </w:rPr>
        <w:t xml:space="preserve">Регулировку выполняйте только при открытом пистолете. После изменения давления несколько раз откройте и закройте курок, затем повторно </w:t>
      </w:r>
      <w:r w:rsidRPr="007D111D">
        <w:rPr>
          <w:lang w:val="ru-RU"/>
        </w:rPr>
        <w:t>проверьте показание при открытом пистолете.</w:t>
      </w:r>
    </w:p>
    <w:p w14:paraId="42B54345" w14:textId="66863CD9" w:rsidR="004C7F3C" w:rsidRPr="007D111D" w:rsidRDefault="00165A93" w:rsidP="007D111D">
      <w:pPr>
        <w:rPr>
          <w:lang w:val="ru-RU"/>
        </w:rPr>
      </w:pPr>
      <w:r w:rsidRPr="007D111D">
        <w:rPr>
          <w:b/>
          <w:color w:val="646A70"/>
          <w:sz w:val="14"/>
          <w:lang w:val="ru-RU"/>
        </w:rPr>
        <w:t>РАЗДЕЛ 5 • ЭКСПЛУАТАЦИЯ</w:t>
      </w:r>
    </w:p>
    <w:p w14:paraId="3EE280F0" w14:textId="77777777" w:rsidR="004C7F3C" w:rsidRPr="007D111D" w:rsidRDefault="00165A93">
      <w:pPr>
        <w:pStyle w:val="1"/>
        <w:pBdr>
          <w:bottom w:val="single" w:sz="12" w:space="4" w:color="ED1C24"/>
        </w:pBdr>
        <w:rPr>
          <w:lang w:val="ru-RU"/>
        </w:rPr>
      </w:pPr>
      <w:r w:rsidRPr="007D111D">
        <w:rPr>
          <w:lang w:val="ru-RU"/>
        </w:rPr>
        <w:t xml:space="preserve">Регулятор, защитный клапан и </w:t>
      </w:r>
      <w:r>
        <w:t>Total</w:t>
      </w:r>
      <w:r w:rsidRPr="007D111D">
        <w:rPr>
          <w:lang w:val="ru-RU"/>
        </w:rPr>
        <w:t xml:space="preserve"> </w:t>
      </w:r>
      <w:r>
        <w:t>Stop</w:t>
      </w:r>
    </w:p>
    <w:p w14:paraId="12794CFC" w14:textId="77777777" w:rsidR="004C7F3C" w:rsidRDefault="00165A93">
      <w:pPr>
        <w:spacing w:after="40"/>
        <w:jc w:val="center"/>
      </w:pPr>
      <w:r>
        <w:rPr>
          <w:noProof/>
        </w:rPr>
        <w:drawing>
          <wp:inline distT="0" distB="0" distL="0" distR="0" wp14:anchorId="1BA52A48" wp14:editId="2A53D1EB">
            <wp:extent cx="3024000" cy="318482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15556c4-36e0-4c28-946a-426a482bc65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3184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B1233" w14:textId="77777777" w:rsidR="004C7F3C" w:rsidRPr="007D111D" w:rsidRDefault="00165A93">
      <w:pPr>
        <w:pStyle w:val="SmallCaption"/>
        <w:rPr>
          <w:lang w:val="ru-RU"/>
        </w:rPr>
      </w:pPr>
      <w:r w:rsidRPr="007D111D">
        <w:rPr>
          <w:lang w:val="ru-RU"/>
        </w:rPr>
        <w:t xml:space="preserve">Регулятор давления и реле </w:t>
      </w:r>
      <w:r>
        <w:t>Total</w:t>
      </w:r>
      <w:r w:rsidRPr="007D111D">
        <w:rPr>
          <w:lang w:val="ru-RU"/>
        </w:rPr>
        <w:t xml:space="preserve"> </w:t>
      </w:r>
      <w:r>
        <w:t>Stop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2916"/>
        <w:gridCol w:w="7290"/>
      </w:tblGrid>
      <w:tr w:rsidR="004C7F3C" w14:paraId="6B6BD87C" w14:textId="77777777">
        <w:trPr>
          <w:tblHeader/>
        </w:trPr>
        <w:tc>
          <w:tcPr>
            <w:tcW w:w="2916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460046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УЗЕЛ</w:t>
            </w:r>
          </w:p>
        </w:tc>
        <w:tc>
          <w:tcPr>
            <w:tcW w:w="7290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55DC9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ПРИНЦИП РАБОТЫ</w:t>
            </w:r>
          </w:p>
        </w:tc>
      </w:tr>
      <w:tr w:rsidR="004C7F3C" w:rsidRPr="007D111D" w14:paraId="1B168223" w14:textId="77777777">
        <w:trPr>
          <w:cantSplit/>
        </w:trPr>
        <w:tc>
          <w:tcPr>
            <w:tcW w:w="291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5CFF8A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Регулятор давления</w:t>
            </w:r>
          </w:p>
        </w:tc>
        <w:tc>
          <w:tcPr>
            <w:tcW w:w="729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C41997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 xml:space="preserve">Задаёт рабочее давление и обеспечивает небольшой байпасный </w:t>
            </w:r>
            <w:r w:rsidRPr="007D111D">
              <w:rPr>
                <w:sz w:val="16"/>
                <w:lang w:val="ru-RU"/>
              </w:rPr>
              <w:t>поток.</w:t>
            </w:r>
          </w:p>
        </w:tc>
      </w:tr>
      <w:tr w:rsidR="004C7F3C" w:rsidRPr="007D111D" w14:paraId="70A26560" w14:textId="77777777">
        <w:trPr>
          <w:cantSplit/>
        </w:trPr>
        <w:tc>
          <w:tcPr>
            <w:tcW w:w="291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8B28BE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6"/>
              </w:rPr>
              <w:t>Защитный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клапан</w:t>
            </w:r>
            <w:proofErr w:type="spellEnd"/>
          </w:p>
        </w:tc>
        <w:tc>
          <w:tcPr>
            <w:tcW w:w="729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A6EB6B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>Открывается при превышении давления, например из-за засорённой или неподходящей форсунки.</w:t>
            </w:r>
          </w:p>
        </w:tc>
      </w:tr>
      <w:tr w:rsidR="004C7F3C" w:rsidRPr="007D111D" w14:paraId="0DDF1E70" w14:textId="77777777">
        <w:trPr>
          <w:cantSplit/>
        </w:trPr>
        <w:tc>
          <w:tcPr>
            <w:tcW w:w="291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7F74F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6"/>
              </w:rPr>
              <w:t>Реле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давления</w:t>
            </w:r>
            <w:proofErr w:type="spellEnd"/>
          </w:p>
        </w:tc>
        <w:tc>
          <w:tcPr>
            <w:tcW w:w="729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746AD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>Регистрирует закрытие пистолета и передаёт сигнал в цепь управления.</w:t>
            </w:r>
          </w:p>
        </w:tc>
      </w:tr>
      <w:tr w:rsidR="004C7F3C" w:rsidRPr="007D111D" w14:paraId="5639B6D1" w14:textId="77777777">
        <w:trPr>
          <w:cantSplit/>
        </w:trPr>
        <w:tc>
          <w:tcPr>
            <w:tcW w:w="291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9F5C05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6"/>
              </w:rPr>
              <w:t>Реле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времени</w:t>
            </w:r>
            <w:proofErr w:type="spellEnd"/>
          </w:p>
        </w:tc>
        <w:tc>
          <w:tcPr>
            <w:tcW w:w="729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9A0189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 xml:space="preserve">Обеспечивает заданную задержку </w:t>
            </w:r>
            <w:r w:rsidRPr="007D111D">
              <w:rPr>
                <w:sz w:val="16"/>
                <w:lang w:val="ru-RU"/>
              </w:rPr>
              <w:t>остановки/переключения.</w:t>
            </w:r>
          </w:p>
        </w:tc>
      </w:tr>
      <w:tr w:rsidR="004C7F3C" w:rsidRPr="007D111D" w14:paraId="35CB3FA3" w14:textId="77777777">
        <w:trPr>
          <w:cantSplit/>
        </w:trPr>
        <w:tc>
          <w:tcPr>
            <w:tcW w:w="291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2745CA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Total Stop</w:t>
            </w:r>
          </w:p>
        </w:tc>
        <w:tc>
          <w:tcPr>
            <w:tcW w:w="729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AD5CBB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>Автоматически останавливает привод после закрытия пистолета и запускает при возобновлении работы согласно схеме.</w:t>
            </w:r>
          </w:p>
        </w:tc>
      </w:tr>
      <w:tr w:rsidR="004C7F3C" w:rsidRPr="007D111D" w14:paraId="5C3FA59E" w14:textId="77777777">
        <w:tblPrEx>
          <w:tblBorders>
            <w:top w:val="single" w:sz="8" w:space="0" w:color="A4161A"/>
            <w:left w:val="single" w:sz="8" w:space="0" w:color="A4161A"/>
            <w:bottom w:val="single" w:sz="8" w:space="0" w:color="A4161A"/>
            <w:right w:val="single" w:sz="8" w:space="0" w:color="A4161A"/>
            <w:insideH w:val="single" w:sz="8" w:space="0" w:color="A4161A"/>
            <w:insideV w:val="single" w:sz="8" w:space="0" w:color="A4161A"/>
          </w:tblBorders>
        </w:tblPrEx>
        <w:tc>
          <w:tcPr>
            <w:tcW w:w="10206" w:type="dxa"/>
            <w:gridSpan w:val="2"/>
            <w:shd w:val="clear" w:color="auto" w:fill="FCE8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55118D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A4161A"/>
                <w:sz w:val="18"/>
                <w:lang w:val="ru-RU"/>
              </w:rPr>
              <w:t>ЗАВОДСКИЕ НАСТРОЙКИ</w:t>
            </w:r>
          </w:p>
          <w:p w14:paraId="478F370C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Регулятор и защитный клапан опломбированы и настроены на заводе. Изменение </w:t>
            </w:r>
            <w:r w:rsidRPr="007D111D">
              <w:rPr>
                <w:sz w:val="17"/>
                <w:lang w:val="ru-RU"/>
              </w:rPr>
              <w:t>уставок допускается только обученному сервисному специалисту. Неверная регулировка может разрушить насос, шланг или арматуру.</w:t>
            </w:r>
          </w:p>
        </w:tc>
      </w:tr>
    </w:tbl>
    <w:p w14:paraId="10C18B92" w14:textId="77777777" w:rsidR="004C7F3C" w:rsidRPr="007D111D" w:rsidRDefault="004C7F3C">
      <w:pPr>
        <w:spacing w:after="0"/>
        <w:rPr>
          <w:lang w:val="ru-RU"/>
        </w:rPr>
      </w:pPr>
    </w:p>
    <w:p w14:paraId="6C142C77" w14:textId="77777777" w:rsidR="004C7F3C" w:rsidRPr="007D111D" w:rsidRDefault="00165A93">
      <w:pPr>
        <w:rPr>
          <w:lang w:val="ru-RU"/>
        </w:rPr>
      </w:pPr>
      <w:r w:rsidRPr="007D111D">
        <w:rPr>
          <w:lang w:val="ru-RU"/>
        </w:rPr>
        <w:br w:type="page"/>
      </w:r>
    </w:p>
    <w:p w14:paraId="5CFAB58F" w14:textId="77777777" w:rsidR="004C7F3C" w:rsidRPr="007D111D" w:rsidRDefault="00165A93">
      <w:pPr>
        <w:spacing w:after="40"/>
        <w:rPr>
          <w:lang w:val="ru-RU"/>
        </w:rPr>
      </w:pPr>
      <w:r w:rsidRPr="007D111D">
        <w:rPr>
          <w:b/>
          <w:color w:val="646A70"/>
          <w:sz w:val="14"/>
          <w:lang w:val="ru-RU"/>
        </w:rPr>
        <w:t>РАЗДЕЛ 5 • ЭКСПЛУАТАЦИЯ</w:t>
      </w:r>
    </w:p>
    <w:p w14:paraId="1914112F" w14:textId="77777777" w:rsidR="004C7F3C" w:rsidRPr="007D111D" w:rsidRDefault="00165A93">
      <w:pPr>
        <w:pStyle w:val="1"/>
        <w:pBdr>
          <w:bottom w:val="single" w:sz="12" w:space="4" w:color="ED1C24"/>
        </w:pBdr>
        <w:rPr>
          <w:lang w:val="ru-RU"/>
        </w:rPr>
      </w:pPr>
      <w:r w:rsidRPr="007D111D">
        <w:rPr>
          <w:lang w:val="ru-RU"/>
        </w:rPr>
        <w:t>Форсунки и форма струи</w:t>
      </w:r>
    </w:p>
    <w:p w14:paraId="31E3F092" w14:textId="77777777" w:rsidR="004C7F3C" w:rsidRDefault="00165A93">
      <w:pPr>
        <w:spacing w:after="40"/>
        <w:jc w:val="center"/>
      </w:pPr>
      <w:r>
        <w:rPr>
          <w:noProof/>
        </w:rPr>
        <w:drawing>
          <wp:inline distT="0" distB="0" distL="0" distR="0" wp14:anchorId="6CA8DBF7" wp14:editId="250B8A65">
            <wp:extent cx="3780000" cy="313854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13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0E93C" w14:textId="77777777" w:rsidR="004C7F3C" w:rsidRPr="007D111D" w:rsidRDefault="00165A93">
      <w:pPr>
        <w:pStyle w:val="SmallCaption"/>
        <w:rPr>
          <w:lang w:val="ru-RU"/>
        </w:rPr>
      </w:pPr>
      <w:r w:rsidRPr="007D111D">
        <w:rPr>
          <w:lang w:val="ru-RU"/>
        </w:rPr>
        <w:t>Положение копья и изменение направления веерной струи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2041"/>
        <w:gridCol w:w="6415"/>
      </w:tblGrid>
      <w:tr w:rsidR="004C7F3C" w14:paraId="47F2156C" w14:textId="77777777">
        <w:trPr>
          <w:tblHeader/>
        </w:trPr>
        <w:tc>
          <w:tcPr>
            <w:tcW w:w="1750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504E42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ЦВЕТ</w:t>
            </w:r>
          </w:p>
        </w:tc>
        <w:tc>
          <w:tcPr>
            <w:tcW w:w="2041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D6FAF0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ТИПИЧНЫЙ УГОЛ</w:t>
            </w:r>
          </w:p>
        </w:tc>
        <w:tc>
          <w:tcPr>
            <w:tcW w:w="6415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65B589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ПРИМЕНЕНИЕ</w:t>
            </w:r>
          </w:p>
        </w:tc>
      </w:tr>
      <w:tr w:rsidR="004C7F3C" w:rsidRPr="007D111D" w14:paraId="7BDB431C" w14:textId="77777777">
        <w:trPr>
          <w:cantSplit/>
        </w:trPr>
        <w:tc>
          <w:tcPr>
            <w:tcW w:w="17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2CA31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Красная</w:t>
            </w:r>
          </w:p>
        </w:tc>
        <w:tc>
          <w:tcPr>
            <w:tcW w:w="204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7A189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0°</w:t>
            </w:r>
          </w:p>
        </w:tc>
        <w:tc>
          <w:tcPr>
            <w:tcW w:w="641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0EA4F5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>Точечная струя максимальной концентрации. Использовать с особой осторожностью.</w:t>
            </w:r>
          </w:p>
        </w:tc>
      </w:tr>
      <w:tr w:rsidR="004C7F3C" w14:paraId="1876E636" w14:textId="77777777">
        <w:trPr>
          <w:cantSplit/>
        </w:trPr>
        <w:tc>
          <w:tcPr>
            <w:tcW w:w="175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AA8FF8" w14:textId="77777777" w:rsidR="004C7F3C" w:rsidRDefault="00165A93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Жёлтая</w:t>
            </w:r>
            <w:proofErr w:type="spellEnd"/>
          </w:p>
        </w:tc>
        <w:tc>
          <w:tcPr>
            <w:tcW w:w="204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61EE3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15°</w:t>
            </w:r>
          </w:p>
        </w:tc>
        <w:tc>
          <w:tcPr>
            <w:tcW w:w="641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FD8F80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Интенсивная очистка стойких загрязнений.</w:t>
            </w:r>
          </w:p>
        </w:tc>
      </w:tr>
      <w:tr w:rsidR="004C7F3C" w14:paraId="69CA43AB" w14:textId="77777777">
        <w:trPr>
          <w:cantSplit/>
        </w:trPr>
        <w:tc>
          <w:tcPr>
            <w:tcW w:w="17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6A6EC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Зелёная</w:t>
            </w:r>
          </w:p>
        </w:tc>
        <w:tc>
          <w:tcPr>
            <w:tcW w:w="204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277A0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25°</w:t>
            </w:r>
          </w:p>
        </w:tc>
        <w:tc>
          <w:tcPr>
            <w:tcW w:w="641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80C31E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Основная универсальная очистка.</w:t>
            </w:r>
          </w:p>
        </w:tc>
      </w:tr>
      <w:tr w:rsidR="004C7F3C" w:rsidRPr="007D111D" w14:paraId="48DA1B27" w14:textId="77777777">
        <w:trPr>
          <w:cantSplit/>
        </w:trPr>
        <w:tc>
          <w:tcPr>
            <w:tcW w:w="175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92D4E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Белая</w:t>
            </w:r>
          </w:p>
        </w:tc>
        <w:tc>
          <w:tcPr>
            <w:tcW w:w="204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FF983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40°</w:t>
            </w:r>
          </w:p>
        </w:tc>
        <w:tc>
          <w:tcPr>
            <w:tcW w:w="641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7E2839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 xml:space="preserve">Широкая мягкая струя для </w:t>
            </w:r>
            <w:r w:rsidRPr="007D111D">
              <w:rPr>
                <w:sz w:val="16"/>
                <w:lang w:val="ru-RU"/>
              </w:rPr>
              <w:t>ополаскивания и чувствительных поверхностей.</w:t>
            </w:r>
          </w:p>
        </w:tc>
      </w:tr>
      <w:tr w:rsidR="004C7F3C" w:rsidRPr="007D111D" w14:paraId="7C518258" w14:textId="77777777">
        <w:tblPrEx>
          <w:tblBorders>
            <w:top w:val="single" w:sz="8" w:space="0" w:color="8B5B00"/>
            <w:left w:val="single" w:sz="8" w:space="0" w:color="8B5B00"/>
            <w:bottom w:val="single" w:sz="8" w:space="0" w:color="8B5B00"/>
            <w:right w:val="single" w:sz="8" w:space="0" w:color="8B5B00"/>
            <w:insideH w:val="single" w:sz="8" w:space="0" w:color="8B5B00"/>
            <w:insideV w:val="single" w:sz="8" w:space="0" w:color="8B5B00"/>
          </w:tblBorders>
        </w:tblPrEx>
        <w:tc>
          <w:tcPr>
            <w:tcW w:w="10206" w:type="dxa"/>
            <w:gridSpan w:val="3"/>
            <w:shd w:val="clear" w:color="auto" w:fill="FFF4C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50782A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8B5B00"/>
                <w:sz w:val="18"/>
                <w:lang w:val="ru-RU"/>
              </w:rPr>
              <w:t>ПОДБОР ФОРСУНКИ</w:t>
            </w:r>
          </w:p>
          <w:p w14:paraId="141ECAA9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Диаметр отверстия должен соответствовать давлению и расходу </w:t>
            </w:r>
            <w:r>
              <w:rPr>
                <w:sz w:val="17"/>
              </w:rPr>
              <w:t>FS</w:t>
            </w:r>
            <w:r w:rsidRPr="007D111D">
              <w:rPr>
                <w:sz w:val="17"/>
                <w:lang w:val="ru-RU"/>
              </w:rPr>
              <w:t xml:space="preserve">-1535. Слишком маленькая или засорённая форсунка вызывает опасное превышение давления; изношенная форсунка снижает </w:t>
            </w:r>
            <w:r w:rsidRPr="007D111D">
              <w:rPr>
                <w:sz w:val="17"/>
                <w:lang w:val="ru-RU"/>
              </w:rPr>
              <w:t>давление.</w:t>
            </w:r>
          </w:p>
        </w:tc>
      </w:tr>
    </w:tbl>
    <w:p w14:paraId="5E0258B6" w14:textId="77777777" w:rsidR="004C7F3C" w:rsidRPr="007D111D" w:rsidRDefault="004C7F3C">
      <w:pPr>
        <w:spacing w:after="0"/>
        <w:rPr>
          <w:lang w:val="ru-RU"/>
        </w:rPr>
      </w:pPr>
    </w:p>
    <w:p w14:paraId="1B1229F1" w14:textId="77777777" w:rsidR="004C7F3C" w:rsidRPr="007D111D" w:rsidRDefault="00165A93">
      <w:pPr>
        <w:rPr>
          <w:lang w:val="ru-RU"/>
        </w:rPr>
      </w:pPr>
      <w:r w:rsidRPr="007D111D">
        <w:rPr>
          <w:lang w:val="ru-RU"/>
        </w:rPr>
        <w:br w:type="page"/>
      </w:r>
    </w:p>
    <w:p w14:paraId="22DFC4A4" w14:textId="77777777" w:rsidR="004C7F3C" w:rsidRPr="007D111D" w:rsidRDefault="00165A93">
      <w:pPr>
        <w:spacing w:after="40"/>
        <w:rPr>
          <w:lang w:val="ru-RU"/>
        </w:rPr>
      </w:pPr>
      <w:r w:rsidRPr="007D111D">
        <w:rPr>
          <w:b/>
          <w:color w:val="646A70"/>
          <w:sz w:val="14"/>
          <w:lang w:val="ru-RU"/>
        </w:rPr>
        <w:t>РАЗДЕЛ 5 • ЭКСПЛУАТАЦИЯ</w:t>
      </w:r>
    </w:p>
    <w:p w14:paraId="7D8782FE" w14:textId="77777777" w:rsidR="004C7F3C" w:rsidRPr="007D111D" w:rsidRDefault="00165A93">
      <w:pPr>
        <w:pStyle w:val="1"/>
        <w:pBdr>
          <w:bottom w:val="single" w:sz="12" w:space="4" w:color="ED1C24"/>
        </w:pBdr>
        <w:rPr>
          <w:lang w:val="ru-RU"/>
        </w:rPr>
      </w:pPr>
      <w:r w:rsidRPr="007D111D">
        <w:rPr>
          <w:lang w:val="ru-RU"/>
        </w:rPr>
        <w:t>Остановка и сброс давления</w:t>
      </w:r>
    </w:p>
    <w:p w14:paraId="52B94C0C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1.</w:t>
      </w:r>
      <w:r>
        <w:rPr>
          <w:sz w:val="18"/>
        </w:rPr>
        <w:t> </w:t>
      </w:r>
      <w:r w:rsidRPr="007D111D">
        <w:rPr>
          <w:sz w:val="18"/>
          <w:lang w:val="ru-RU"/>
        </w:rPr>
        <w:t>Поверните регулятор в положение минимальной нагрузки.</w:t>
      </w:r>
    </w:p>
    <w:p w14:paraId="29A75947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2.</w:t>
      </w:r>
      <w:r>
        <w:rPr>
          <w:sz w:val="18"/>
        </w:rPr>
        <w:t> </w:t>
      </w:r>
      <w:r w:rsidRPr="007D111D">
        <w:rPr>
          <w:sz w:val="18"/>
          <w:lang w:val="ru-RU"/>
        </w:rPr>
        <w:t>Нажмите красную кнопку «СТОП» и дождитесь полной остановки двигателя.</w:t>
      </w:r>
    </w:p>
    <w:p w14:paraId="1418C85F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3.</w:t>
      </w:r>
      <w:r>
        <w:rPr>
          <w:sz w:val="18"/>
        </w:rPr>
        <w:t> </w:t>
      </w:r>
      <w:r w:rsidRPr="007D111D">
        <w:rPr>
          <w:sz w:val="18"/>
          <w:lang w:val="ru-RU"/>
        </w:rPr>
        <w:t>Отключите внешний вводной выключатель.</w:t>
      </w:r>
    </w:p>
    <w:p w14:paraId="15CB943E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4.</w:t>
      </w:r>
      <w:r>
        <w:rPr>
          <w:sz w:val="18"/>
        </w:rPr>
        <w:t> </w:t>
      </w:r>
      <w:r w:rsidRPr="007D111D">
        <w:rPr>
          <w:sz w:val="18"/>
          <w:lang w:val="ru-RU"/>
        </w:rPr>
        <w:t xml:space="preserve">Закройте </w:t>
      </w:r>
      <w:r w:rsidRPr="007D111D">
        <w:rPr>
          <w:sz w:val="18"/>
          <w:lang w:val="ru-RU"/>
        </w:rPr>
        <w:t>подачу воды.</w:t>
      </w:r>
    </w:p>
    <w:p w14:paraId="3E02DD0C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5.</w:t>
      </w:r>
      <w:r>
        <w:rPr>
          <w:sz w:val="18"/>
        </w:rPr>
        <w:t> </w:t>
      </w:r>
      <w:r w:rsidRPr="007D111D">
        <w:rPr>
          <w:sz w:val="18"/>
          <w:lang w:val="ru-RU"/>
        </w:rPr>
        <w:t>Направьте пистолет в безопасную сторону и удерживайте курок до полного исчезновения давления.</w:t>
      </w:r>
    </w:p>
    <w:p w14:paraId="0EE6FCFD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6.</w:t>
      </w:r>
      <w:r>
        <w:rPr>
          <w:sz w:val="18"/>
        </w:rPr>
        <w:t> </w:t>
      </w:r>
      <w:r w:rsidRPr="007D111D">
        <w:rPr>
          <w:sz w:val="18"/>
          <w:lang w:val="ru-RU"/>
        </w:rPr>
        <w:t>Заблокируйте курок предохранителем.</w:t>
      </w:r>
    </w:p>
    <w:p w14:paraId="4E843167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7.</w:t>
      </w:r>
      <w:r>
        <w:rPr>
          <w:sz w:val="18"/>
        </w:rPr>
        <w:t> </w:t>
      </w:r>
      <w:r w:rsidRPr="007D111D">
        <w:rPr>
          <w:sz w:val="18"/>
          <w:lang w:val="ru-RU"/>
        </w:rPr>
        <w:t>Отсоединяйте шланги только после проверки нулевого давления.</w:t>
      </w:r>
    </w:p>
    <w:p w14:paraId="40681ECD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8.</w:t>
      </w:r>
      <w:r>
        <w:rPr>
          <w:sz w:val="18"/>
        </w:rPr>
        <w:t> </w:t>
      </w:r>
      <w:r w:rsidRPr="007D111D">
        <w:rPr>
          <w:sz w:val="18"/>
          <w:lang w:val="ru-RU"/>
        </w:rPr>
        <w:t>Удалите воду из тракта, протрите аппарат</w:t>
      </w:r>
      <w:r w:rsidRPr="007D111D">
        <w:rPr>
          <w:sz w:val="18"/>
          <w:lang w:val="ru-RU"/>
        </w:rPr>
        <w:t xml:space="preserve"> и аккуратно уложите кабель и шланги.</w:t>
      </w:r>
    </w:p>
    <w:tbl>
      <w:tblPr>
        <w:tblW w:w="10206" w:type="dxa"/>
        <w:tblInd w:w="120" w:type="dxa"/>
        <w:tblBorders>
          <w:top w:val="single" w:sz="8" w:space="0" w:color="A4161A"/>
          <w:left w:val="single" w:sz="8" w:space="0" w:color="A4161A"/>
          <w:bottom w:val="single" w:sz="8" w:space="0" w:color="A4161A"/>
          <w:right w:val="single" w:sz="8" w:space="0" w:color="A4161A"/>
          <w:insideH w:val="single" w:sz="8" w:space="0" w:color="A4161A"/>
          <w:insideV w:val="single" w:sz="8" w:space="0" w:color="A4161A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C7F3C" w14:paraId="51FAF214" w14:textId="77777777">
        <w:tc>
          <w:tcPr>
            <w:tcW w:w="10206" w:type="dxa"/>
            <w:shd w:val="clear" w:color="auto" w:fill="FCE8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7264E7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A4161A"/>
                <w:sz w:val="18"/>
                <w:lang w:val="ru-RU"/>
              </w:rPr>
              <w:t>ПЕРЕД ХРАНЕНИЕМ</w:t>
            </w:r>
          </w:p>
          <w:p w14:paraId="4095E83B" w14:textId="77777777" w:rsidR="004C7F3C" w:rsidRDefault="00165A93">
            <w:pPr>
              <w:spacing w:after="0" w:line="252" w:lineRule="auto"/>
            </w:pPr>
            <w:r w:rsidRPr="007D111D">
              <w:rPr>
                <w:sz w:val="17"/>
                <w:lang w:val="ru-RU"/>
              </w:rPr>
              <w:t xml:space="preserve">В холодное время полностью удалите воду или заполните водяной тракт подходящим антифризом. </w:t>
            </w:r>
            <w:proofErr w:type="spellStart"/>
            <w:r>
              <w:rPr>
                <w:sz w:val="17"/>
              </w:rPr>
              <w:t>Замерзание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воды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разрушает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головку</w:t>
            </w:r>
            <w:proofErr w:type="spellEnd"/>
            <w:r>
              <w:rPr>
                <w:sz w:val="17"/>
              </w:rPr>
              <w:t xml:space="preserve"> насоса, клапаны, фильтр и шланги.</w:t>
            </w:r>
          </w:p>
        </w:tc>
      </w:tr>
    </w:tbl>
    <w:p w14:paraId="2325D085" w14:textId="77777777" w:rsidR="004C7F3C" w:rsidRDefault="004C7F3C">
      <w:pPr>
        <w:spacing w:after="0"/>
      </w:pPr>
    </w:p>
    <w:p w14:paraId="02E6B681" w14:textId="3E555A53" w:rsidR="004C7F3C" w:rsidRDefault="00165A93" w:rsidP="007D111D">
      <w:r>
        <w:rPr>
          <w:b/>
          <w:color w:val="646A70"/>
          <w:sz w:val="14"/>
        </w:rPr>
        <w:t>РАЗДЕЛ 6 • ОБСЛУЖИВАНИЕ</w:t>
      </w:r>
    </w:p>
    <w:p w14:paraId="67F4376C" w14:textId="77777777" w:rsidR="004C7F3C" w:rsidRDefault="00165A93">
      <w:pPr>
        <w:pStyle w:val="1"/>
        <w:pBdr>
          <w:bottom w:val="single" w:sz="12" w:space="4" w:color="ED1C24"/>
        </w:pBdr>
      </w:pPr>
      <w:r>
        <w:t xml:space="preserve">Общие </w:t>
      </w:r>
      <w:r>
        <w:t>правила обслуживания</w:t>
      </w:r>
    </w:p>
    <w:p w14:paraId="1EFF0BCC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любые работы выполняйте после отключения питания, блокировки и полного сброса давления;</w:t>
      </w:r>
    </w:p>
    <w:p w14:paraId="39744842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дайте насосу и двигателю остыть;</w:t>
      </w:r>
    </w:p>
    <w:p w14:paraId="3D04D9D4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используйте только чистый инструмент и оригинальные или одобренные детали;</w:t>
      </w:r>
    </w:p>
    <w:p w14:paraId="7E256949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не мойте аппарат струёй высокого давлен</w:t>
      </w:r>
      <w:r w:rsidRPr="007D111D">
        <w:rPr>
          <w:lang w:val="ru-RU"/>
        </w:rPr>
        <w:t>ия;</w:t>
      </w:r>
    </w:p>
    <w:p w14:paraId="7C451C76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после ремонта проверяйте герметичность сначала на минимальном давлении;</w:t>
      </w:r>
    </w:p>
    <w:p w14:paraId="0261E052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электрический шкаф обслуживает только квалифицированный электрик;</w:t>
      </w:r>
    </w:p>
    <w:p w14:paraId="7FE74A3B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регулятор и защитный клапан после разборки должны быть настроены сервисным специалистом.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4C7F3C" w14:paraId="6358F297" w14:textId="77777777">
        <w:trPr>
          <w:tblHeader/>
        </w:trPr>
        <w:tc>
          <w:tcPr>
            <w:tcW w:w="5103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17AC39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ПЕРЕД КАЖДОЙ СМЕНОЙ</w:t>
            </w:r>
          </w:p>
        </w:tc>
        <w:tc>
          <w:tcPr>
            <w:tcW w:w="5103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37021E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ПОСЛЕ</w:t>
            </w:r>
            <w:r>
              <w:rPr>
                <w:b/>
                <w:color w:val="FFFFFF"/>
                <w:sz w:val="16"/>
              </w:rPr>
              <w:t xml:space="preserve"> РАБОТЫ</w:t>
            </w:r>
          </w:p>
        </w:tc>
      </w:tr>
      <w:tr w:rsidR="004C7F3C" w:rsidRPr="007D111D" w14:paraId="2472DA4F" w14:textId="77777777">
        <w:trPr>
          <w:cantSplit/>
        </w:trPr>
        <w:tc>
          <w:tcPr>
            <w:tcW w:w="510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5F85D0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Проверить масло, воду, фильтры, кабель, шланги, фитинги и защитные устройства.</w:t>
            </w:r>
          </w:p>
        </w:tc>
        <w:tc>
          <w:tcPr>
            <w:tcW w:w="510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9D592C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Сбросить давление, удалить воду, очистить наружные поверхности и осмотреть аппарат.</w:t>
            </w:r>
          </w:p>
        </w:tc>
      </w:tr>
      <w:tr w:rsidR="004C7F3C" w:rsidRPr="007D111D" w14:paraId="4370D455" w14:textId="77777777">
        <w:trPr>
          <w:cantSplit/>
        </w:trPr>
        <w:tc>
          <w:tcPr>
            <w:tcW w:w="510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DBCC6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Убедиться в свободной вентиляции двигателя и правильном направлении </w:t>
            </w:r>
            <w:r w:rsidRPr="007D111D">
              <w:rPr>
                <w:sz w:val="17"/>
                <w:lang w:val="ru-RU"/>
              </w:rPr>
              <w:t>вращения.</w:t>
            </w:r>
          </w:p>
        </w:tc>
        <w:tc>
          <w:tcPr>
            <w:tcW w:w="510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AFDAFD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Уложить шланги без перегибов, заблокировать колёса и исключить доступ посторонних.</w:t>
            </w:r>
          </w:p>
        </w:tc>
      </w:tr>
    </w:tbl>
    <w:p w14:paraId="2A87C564" w14:textId="4E241727" w:rsidR="004C7F3C" w:rsidRPr="007D111D" w:rsidRDefault="00165A93" w:rsidP="007D111D">
      <w:pPr>
        <w:rPr>
          <w:lang w:val="ru-RU"/>
        </w:rPr>
      </w:pPr>
      <w:r>
        <w:rPr>
          <w:b/>
          <w:color w:val="646A70"/>
          <w:sz w:val="14"/>
        </w:rPr>
        <w:t>РАЗДЕЛ 6 • ОБСЛУЖИВАНИЕ</w:t>
      </w:r>
    </w:p>
    <w:p w14:paraId="35AC4DEB" w14:textId="77777777" w:rsidR="004C7F3C" w:rsidRDefault="00165A93">
      <w:pPr>
        <w:pStyle w:val="1"/>
        <w:pBdr>
          <w:bottom w:val="single" w:sz="12" w:space="4" w:color="ED1C24"/>
        </w:pBdr>
      </w:pPr>
      <w:r>
        <w:t>Масло плунжерного насоса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3353"/>
        <w:gridCol w:w="6853"/>
      </w:tblGrid>
      <w:tr w:rsidR="004C7F3C" w14:paraId="4820431C" w14:textId="77777777">
        <w:trPr>
          <w:tblHeader/>
        </w:trPr>
        <w:tc>
          <w:tcPr>
            <w:tcW w:w="3353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35F9E1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ПАРАМЕТР</w:t>
            </w:r>
          </w:p>
        </w:tc>
        <w:tc>
          <w:tcPr>
            <w:tcW w:w="6853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BFE77B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ЗНАЧЕНИЕ</w:t>
            </w:r>
          </w:p>
        </w:tc>
      </w:tr>
      <w:tr w:rsidR="004C7F3C" w14:paraId="54821764" w14:textId="77777777">
        <w:trPr>
          <w:cantSplit/>
        </w:trPr>
        <w:tc>
          <w:tcPr>
            <w:tcW w:w="33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BB5274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Рекомендуемое масло</w:t>
            </w:r>
          </w:p>
        </w:tc>
        <w:tc>
          <w:tcPr>
            <w:tcW w:w="68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56F857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15W-40 или SAE 30</w:t>
            </w:r>
          </w:p>
        </w:tc>
      </w:tr>
      <w:tr w:rsidR="004C7F3C" w:rsidRPr="007D111D" w14:paraId="6E4F1075" w14:textId="77777777">
        <w:trPr>
          <w:cantSplit/>
        </w:trPr>
        <w:tc>
          <w:tcPr>
            <w:tcW w:w="33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C845DA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Количество</w:t>
            </w:r>
          </w:p>
        </w:tc>
        <w:tc>
          <w:tcPr>
            <w:tcW w:w="68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2C6C9A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Около 1,2 кг; окончательный уровень — по </w:t>
            </w:r>
            <w:r w:rsidRPr="007D111D">
              <w:rPr>
                <w:sz w:val="17"/>
                <w:lang w:val="ru-RU"/>
              </w:rPr>
              <w:t>смотровому стеклу</w:t>
            </w:r>
          </w:p>
        </w:tc>
      </w:tr>
      <w:tr w:rsidR="004C7F3C" w14:paraId="58472FFD" w14:textId="77777777">
        <w:trPr>
          <w:cantSplit/>
        </w:trPr>
        <w:tc>
          <w:tcPr>
            <w:tcW w:w="33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374167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7"/>
              </w:rPr>
              <w:t>Первая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замена</w:t>
            </w:r>
            <w:proofErr w:type="spellEnd"/>
          </w:p>
        </w:tc>
        <w:tc>
          <w:tcPr>
            <w:tcW w:w="68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D4F1A5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После первых 50 часов</w:t>
            </w:r>
          </w:p>
        </w:tc>
      </w:tr>
      <w:tr w:rsidR="004C7F3C" w:rsidRPr="007D111D" w14:paraId="2388B8AC" w14:textId="77777777">
        <w:trPr>
          <w:cantSplit/>
        </w:trPr>
        <w:tc>
          <w:tcPr>
            <w:tcW w:w="33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08F013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Обычный интервал</w:t>
            </w:r>
          </w:p>
        </w:tc>
        <w:tc>
          <w:tcPr>
            <w:tcW w:w="6853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EEE9B5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До 500 часов — с учётом условий эксплуатации</w:t>
            </w:r>
          </w:p>
        </w:tc>
      </w:tr>
      <w:tr w:rsidR="004C7F3C" w14:paraId="050A8507" w14:textId="77777777">
        <w:trPr>
          <w:cantSplit/>
        </w:trPr>
        <w:tc>
          <w:tcPr>
            <w:tcW w:w="33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2151F6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7"/>
              </w:rPr>
              <w:t>Тяжёлый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режим</w:t>
            </w:r>
            <w:proofErr w:type="spellEnd"/>
            <w:r>
              <w:rPr>
                <w:sz w:val="17"/>
              </w:rPr>
              <w:t xml:space="preserve"> 8–10 ч/</w:t>
            </w:r>
            <w:proofErr w:type="spellStart"/>
            <w:r>
              <w:rPr>
                <w:sz w:val="17"/>
              </w:rPr>
              <w:t>день</w:t>
            </w:r>
            <w:proofErr w:type="spellEnd"/>
          </w:p>
        </w:tc>
        <w:tc>
          <w:tcPr>
            <w:tcW w:w="68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521C0A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Каждые 200 часов</w:t>
            </w:r>
          </w:p>
        </w:tc>
      </w:tr>
    </w:tbl>
    <w:p w14:paraId="7F9E0567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1.</w:t>
      </w:r>
      <w:r>
        <w:rPr>
          <w:sz w:val="18"/>
        </w:rPr>
        <w:t> </w:t>
      </w:r>
      <w:r w:rsidRPr="007D111D">
        <w:rPr>
          <w:sz w:val="18"/>
          <w:lang w:val="ru-RU"/>
        </w:rPr>
        <w:t>Остановите аппарат, отключите питание, сбросьте давление и дайте насосу остыть.</w:t>
      </w:r>
    </w:p>
    <w:p w14:paraId="6C423288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2.</w:t>
      </w:r>
      <w:r>
        <w:rPr>
          <w:sz w:val="18"/>
        </w:rPr>
        <w:t> </w:t>
      </w:r>
      <w:r w:rsidRPr="007D111D">
        <w:rPr>
          <w:sz w:val="18"/>
          <w:lang w:val="ru-RU"/>
        </w:rPr>
        <w:t>Установите ёмкость для отработанного масла.</w:t>
      </w:r>
    </w:p>
    <w:p w14:paraId="42997DD2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3.</w:t>
      </w:r>
      <w:r>
        <w:rPr>
          <w:sz w:val="18"/>
        </w:rPr>
        <w:t> </w:t>
      </w:r>
      <w:r w:rsidRPr="007D111D">
        <w:rPr>
          <w:sz w:val="18"/>
          <w:lang w:val="ru-RU"/>
        </w:rPr>
        <w:t>Отверните нижнюю сливную пробку и полностью слейте масло.</w:t>
      </w:r>
    </w:p>
    <w:p w14:paraId="157CC938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4.</w:t>
      </w:r>
      <w:r>
        <w:rPr>
          <w:sz w:val="18"/>
        </w:rPr>
        <w:t> </w:t>
      </w:r>
      <w:r w:rsidRPr="007D111D">
        <w:rPr>
          <w:sz w:val="18"/>
          <w:lang w:val="ru-RU"/>
        </w:rPr>
        <w:t>Очистите уплотнение и надёжно установите пробку.</w:t>
      </w:r>
    </w:p>
    <w:p w14:paraId="6F401A58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5.</w:t>
      </w:r>
      <w:r>
        <w:rPr>
          <w:sz w:val="18"/>
        </w:rPr>
        <w:t> </w:t>
      </w:r>
      <w:r w:rsidRPr="007D111D">
        <w:rPr>
          <w:sz w:val="18"/>
          <w:lang w:val="ru-RU"/>
        </w:rPr>
        <w:t>Залейте свежее масло через верхнее отверстие до контрольной отметки смотрового стекла.</w:t>
      </w:r>
    </w:p>
    <w:p w14:paraId="093F9A3B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6.</w:t>
      </w:r>
      <w:r>
        <w:rPr>
          <w:sz w:val="18"/>
        </w:rPr>
        <w:t> </w:t>
      </w:r>
      <w:r w:rsidRPr="007D111D">
        <w:rPr>
          <w:sz w:val="18"/>
          <w:lang w:val="ru-RU"/>
        </w:rPr>
        <w:t>Запустите аппарат без нагрузки, остановите и повторно проверьте уровень и отсутствие течи.</w:t>
      </w:r>
    </w:p>
    <w:tbl>
      <w:tblPr>
        <w:tblW w:w="10206" w:type="dxa"/>
        <w:tblInd w:w="120" w:type="dxa"/>
        <w:tblBorders>
          <w:top w:val="single" w:sz="8" w:space="0" w:color="8B5B00"/>
          <w:left w:val="single" w:sz="8" w:space="0" w:color="8B5B00"/>
          <w:bottom w:val="single" w:sz="8" w:space="0" w:color="8B5B00"/>
          <w:right w:val="single" w:sz="8" w:space="0" w:color="8B5B00"/>
          <w:insideH w:val="single" w:sz="8" w:space="0" w:color="8B5B00"/>
          <w:insideV w:val="single" w:sz="8" w:space="0" w:color="8B5B0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C7F3C" w:rsidRPr="007D111D" w14:paraId="060EFADC" w14:textId="77777777">
        <w:tc>
          <w:tcPr>
            <w:tcW w:w="10206" w:type="dxa"/>
            <w:shd w:val="clear" w:color="auto" w:fill="FFF4C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0C9170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8B5B00"/>
                <w:sz w:val="18"/>
                <w:lang w:val="ru-RU"/>
              </w:rPr>
              <w:t>УТИЛИЗАЦИЯ</w:t>
            </w:r>
          </w:p>
          <w:p w14:paraId="453464E2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Не сливайте отработанное масло в канализацию или на грунт. Передайте его организации, принимающей технические масла.</w:t>
            </w:r>
          </w:p>
        </w:tc>
      </w:tr>
    </w:tbl>
    <w:p w14:paraId="07BA8BB6" w14:textId="77777777" w:rsidR="004C7F3C" w:rsidRPr="007D111D" w:rsidRDefault="004C7F3C">
      <w:pPr>
        <w:spacing w:after="0"/>
        <w:rPr>
          <w:lang w:val="ru-RU"/>
        </w:rPr>
      </w:pPr>
    </w:p>
    <w:p w14:paraId="69785113" w14:textId="599912B3" w:rsidR="004C7F3C" w:rsidRPr="007D111D" w:rsidRDefault="00165A93" w:rsidP="007D111D">
      <w:pPr>
        <w:rPr>
          <w:lang w:val="ru-RU"/>
        </w:rPr>
      </w:pPr>
      <w:r w:rsidRPr="007D111D">
        <w:rPr>
          <w:lang w:val="ru-RU"/>
        </w:rPr>
        <w:br w:type="page"/>
      </w:r>
      <w:r w:rsidRPr="007D111D">
        <w:rPr>
          <w:b/>
          <w:color w:val="646A70"/>
          <w:sz w:val="14"/>
          <w:lang w:val="ru-RU"/>
        </w:rPr>
        <w:t>РАЗДЕЛ 6 • ОБСЛУЖИВАНИЕ</w:t>
      </w:r>
    </w:p>
    <w:p w14:paraId="47CB3552" w14:textId="77777777" w:rsidR="004C7F3C" w:rsidRPr="007D111D" w:rsidRDefault="00165A93">
      <w:pPr>
        <w:pStyle w:val="1"/>
        <w:pBdr>
          <w:bottom w:val="single" w:sz="12" w:space="4" w:color="ED1C24"/>
        </w:pBdr>
        <w:rPr>
          <w:lang w:val="ru-RU"/>
        </w:rPr>
      </w:pPr>
      <w:r w:rsidRPr="007D111D">
        <w:rPr>
          <w:lang w:val="ru-RU"/>
        </w:rPr>
        <w:t>Фильтры и</w:t>
      </w:r>
      <w:r w:rsidRPr="007D111D">
        <w:rPr>
          <w:lang w:val="ru-RU"/>
        </w:rPr>
        <w:t xml:space="preserve"> удаление воздуха</w:t>
      </w:r>
    </w:p>
    <w:p w14:paraId="59C96873" w14:textId="77777777" w:rsidR="004C7F3C" w:rsidRDefault="00165A93">
      <w:pPr>
        <w:spacing w:after="40"/>
        <w:jc w:val="center"/>
      </w:pPr>
      <w:r>
        <w:rPr>
          <w:noProof/>
        </w:rPr>
        <w:drawing>
          <wp:inline distT="0" distB="0" distL="0" distR="0" wp14:anchorId="46C8FB50" wp14:editId="275E15DD">
            <wp:extent cx="3600000" cy="321793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10a36e-3813-4be7-b227-4e4d86880c8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8DF91" w14:textId="77777777" w:rsidR="004C7F3C" w:rsidRPr="007D111D" w:rsidRDefault="00165A93">
      <w:pPr>
        <w:pStyle w:val="SmallCaption"/>
        <w:rPr>
          <w:lang w:val="ru-RU"/>
        </w:rPr>
      </w:pPr>
      <w:r w:rsidRPr="007D111D">
        <w:rPr>
          <w:lang w:val="ru-RU"/>
        </w:rPr>
        <w:t>Входной фильтр расположен в передней части аппарата</w:t>
      </w:r>
    </w:p>
    <w:p w14:paraId="356584B5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1.</w:t>
      </w:r>
      <w:r>
        <w:rPr>
          <w:sz w:val="18"/>
        </w:rPr>
        <w:t> </w:t>
      </w:r>
      <w:r w:rsidRPr="007D111D">
        <w:rPr>
          <w:sz w:val="18"/>
          <w:lang w:val="ru-RU"/>
        </w:rPr>
        <w:t>Закройте воду, отключите питание и сбросьте давление.</w:t>
      </w:r>
    </w:p>
    <w:p w14:paraId="12A0F517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2.</w:t>
      </w:r>
      <w:r>
        <w:rPr>
          <w:sz w:val="18"/>
        </w:rPr>
        <w:t> </w:t>
      </w:r>
      <w:r w:rsidRPr="007D111D">
        <w:rPr>
          <w:sz w:val="18"/>
          <w:lang w:val="ru-RU"/>
        </w:rPr>
        <w:t>Отверните прозрачную колбу ключом, удерживая крышку фильтра.</w:t>
      </w:r>
    </w:p>
    <w:p w14:paraId="43E724F5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3.</w:t>
      </w:r>
      <w:r>
        <w:rPr>
          <w:sz w:val="18"/>
        </w:rPr>
        <w:t> </w:t>
      </w:r>
      <w:r w:rsidRPr="007D111D">
        <w:rPr>
          <w:sz w:val="18"/>
          <w:lang w:val="ru-RU"/>
        </w:rPr>
        <w:t xml:space="preserve">Извлеките элемент, промойте чистой водой и </w:t>
      </w:r>
      <w:r w:rsidRPr="007D111D">
        <w:rPr>
          <w:sz w:val="18"/>
          <w:lang w:val="ru-RU"/>
        </w:rPr>
        <w:t>осмотрите на разрывы.</w:t>
      </w:r>
    </w:p>
    <w:p w14:paraId="1581AE49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4.</w:t>
      </w:r>
      <w:r>
        <w:rPr>
          <w:sz w:val="18"/>
        </w:rPr>
        <w:t> </w:t>
      </w:r>
      <w:r w:rsidRPr="007D111D">
        <w:rPr>
          <w:sz w:val="18"/>
          <w:lang w:val="ru-RU"/>
        </w:rPr>
        <w:t>Очистите колбу и уплотнительное кольцо; повреждённые детали замените.</w:t>
      </w:r>
    </w:p>
    <w:p w14:paraId="2B07F3D9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5.</w:t>
      </w:r>
      <w:r>
        <w:rPr>
          <w:sz w:val="18"/>
        </w:rPr>
        <w:t> </w:t>
      </w:r>
      <w:r w:rsidRPr="007D111D">
        <w:rPr>
          <w:sz w:val="18"/>
          <w:lang w:val="ru-RU"/>
        </w:rPr>
        <w:t>Соберите фильтр без перекоса и чрезмерной затяжки.</w:t>
      </w:r>
    </w:p>
    <w:p w14:paraId="6B2290B0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6.</w:t>
      </w:r>
      <w:r>
        <w:rPr>
          <w:sz w:val="18"/>
        </w:rPr>
        <w:t> </w:t>
      </w:r>
      <w:r w:rsidRPr="007D111D">
        <w:rPr>
          <w:sz w:val="18"/>
          <w:lang w:val="ru-RU"/>
        </w:rPr>
        <w:t>Откройте воду и через сливной кран удалите воздух до устойчивого потока без пузырьков.</w:t>
      </w:r>
    </w:p>
    <w:p w14:paraId="2815AD5F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7.</w:t>
      </w:r>
      <w:r>
        <w:rPr>
          <w:sz w:val="18"/>
        </w:rPr>
        <w:t> </w:t>
      </w:r>
      <w:r w:rsidRPr="007D111D">
        <w:rPr>
          <w:sz w:val="18"/>
          <w:lang w:val="ru-RU"/>
        </w:rPr>
        <w:t>Проверьте герм</w:t>
      </w:r>
      <w:r w:rsidRPr="007D111D">
        <w:rPr>
          <w:sz w:val="18"/>
          <w:lang w:val="ru-RU"/>
        </w:rPr>
        <w:t>етичность при низком, затем при рабочем давлении.</w:t>
      </w:r>
    </w:p>
    <w:tbl>
      <w:tblPr>
        <w:tblW w:w="10206" w:type="dxa"/>
        <w:tblInd w:w="120" w:type="dxa"/>
        <w:tblBorders>
          <w:top w:val="single" w:sz="8" w:space="0" w:color="24566B"/>
          <w:left w:val="single" w:sz="8" w:space="0" w:color="24566B"/>
          <w:bottom w:val="single" w:sz="8" w:space="0" w:color="24566B"/>
          <w:right w:val="single" w:sz="8" w:space="0" w:color="24566B"/>
          <w:insideH w:val="single" w:sz="8" w:space="0" w:color="24566B"/>
          <w:insideV w:val="single" w:sz="8" w:space="0" w:color="24566B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C7F3C" w14:paraId="50670895" w14:textId="77777777">
        <w:tc>
          <w:tcPr>
            <w:tcW w:w="10206" w:type="dxa"/>
            <w:shd w:val="clear" w:color="auto" w:fill="EA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A8CBAF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24566B"/>
                <w:sz w:val="18"/>
                <w:lang w:val="ru-RU"/>
              </w:rPr>
              <w:t>ПРИЗНАКИ ВОЗДУХА В СИСТЕМЕ</w:t>
            </w:r>
          </w:p>
          <w:p w14:paraId="009ADEEE" w14:textId="77777777" w:rsidR="004C7F3C" w:rsidRDefault="00165A93">
            <w:pPr>
              <w:spacing w:after="0" w:line="252" w:lineRule="auto"/>
            </w:pPr>
            <w:r w:rsidRPr="007D111D">
              <w:rPr>
                <w:sz w:val="17"/>
                <w:lang w:val="ru-RU"/>
              </w:rPr>
              <w:t xml:space="preserve">Пульсация шланга, нестабильный манометр, рывки и падение давления. </w:t>
            </w:r>
            <w:proofErr w:type="spellStart"/>
            <w:r>
              <w:rPr>
                <w:sz w:val="17"/>
              </w:rPr>
              <w:t>Проверьте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хомуты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герметичность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всасывающей</w:t>
            </w:r>
            <w:proofErr w:type="spellEnd"/>
            <w:r>
              <w:rPr>
                <w:sz w:val="17"/>
              </w:rPr>
              <w:t xml:space="preserve"> линии, фильтр и входное давление.</w:t>
            </w:r>
          </w:p>
        </w:tc>
      </w:tr>
    </w:tbl>
    <w:p w14:paraId="1BC117D8" w14:textId="77777777" w:rsidR="004C7F3C" w:rsidRDefault="004C7F3C">
      <w:pPr>
        <w:spacing w:after="0"/>
      </w:pPr>
    </w:p>
    <w:p w14:paraId="30470813" w14:textId="28FFAD23" w:rsidR="004C7F3C" w:rsidRDefault="00165A93" w:rsidP="007D111D">
      <w:r>
        <w:rPr>
          <w:b/>
          <w:color w:val="646A70"/>
          <w:sz w:val="14"/>
        </w:rPr>
        <w:t xml:space="preserve">РАЗДЕЛ 6 • </w:t>
      </w:r>
      <w:r>
        <w:rPr>
          <w:b/>
          <w:color w:val="646A70"/>
          <w:sz w:val="14"/>
        </w:rPr>
        <w:t>ОБСЛУЖИВАНИЕ</w:t>
      </w:r>
    </w:p>
    <w:p w14:paraId="300D87C9" w14:textId="77777777" w:rsidR="004C7F3C" w:rsidRDefault="00165A93">
      <w:pPr>
        <w:pStyle w:val="1"/>
        <w:pBdr>
          <w:bottom w:val="single" w:sz="12" w:space="4" w:color="ED1C24"/>
        </w:pBdr>
      </w:pPr>
      <w:r>
        <w:t>Периодическое обслуживание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3645"/>
        <w:gridCol w:w="2187"/>
        <w:gridCol w:w="4374"/>
      </w:tblGrid>
      <w:tr w:rsidR="004C7F3C" w14:paraId="4E7D3D75" w14:textId="77777777">
        <w:trPr>
          <w:tblHeader/>
        </w:trPr>
        <w:tc>
          <w:tcPr>
            <w:tcW w:w="3645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1EFD6B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ОПЕРАЦИЯ</w:t>
            </w:r>
          </w:p>
        </w:tc>
        <w:tc>
          <w:tcPr>
            <w:tcW w:w="2187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CABB7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ПЕРИОДИЧНОСТЬ</w:t>
            </w:r>
          </w:p>
        </w:tc>
        <w:tc>
          <w:tcPr>
            <w:tcW w:w="4374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846E04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ДЕЙСТВИЕ</w:t>
            </w:r>
          </w:p>
        </w:tc>
      </w:tr>
      <w:tr w:rsidR="004C7F3C" w:rsidRPr="007D111D" w14:paraId="5B684B11" w14:textId="77777777">
        <w:trPr>
          <w:cantSplit/>
        </w:trPr>
        <w:tc>
          <w:tcPr>
            <w:tcW w:w="364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AB9F93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Уровень масла насоса</w:t>
            </w:r>
          </w:p>
        </w:tc>
        <w:tc>
          <w:tcPr>
            <w:tcW w:w="218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159DB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Перед каждым использованием</w:t>
            </w:r>
          </w:p>
        </w:tc>
        <w:tc>
          <w:tcPr>
            <w:tcW w:w="437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509B73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Долить при необходимости; выяснить причину снижения.</w:t>
            </w:r>
          </w:p>
        </w:tc>
      </w:tr>
      <w:tr w:rsidR="004C7F3C" w14:paraId="1F8B24F1" w14:textId="77777777">
        <w:trPr>
          <w:cantSplit/>
        </w:trPr>
        <w:tc>
          <w:tcPr>
            <w:tcW w:w="364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149F2C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Первичная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замена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масла</w:t>
            </w:r>
            <w:proofErr w:type="spellEnd"/>
          </w:p>
        </w:tc>
        <w:tc>
          <w:tcPr>
            <w:tcW w:w="218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2B263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После 50 ч</w:t>
            </w:r>
          </w:p>
        </w:tc>
        <w:tc>
          <w:tcPr>
            <w:tcW w:w="437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65CD8C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Полностью заменить масло.</w:t>
            </w:r>
          </w:p>
        </w:tc>
      </w:tr>
      <w:tr w:rsidR="004C7F3C" w:rsidRPr="007D111D" w14:paraId="2F681A1A" w14:textId="77777777">
        <w:trPr>
          <w:cantSplit/>
        </w:trPr>
        <w:tc>
          <w:tcPr>
            <w:tcW w:w="364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14E40E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 xml:space="preserve">Плановая </w:t>
            </w:r>
            <w:r>
              <w:rPr>
                <w:sz w:val="15"/>
              </w:rPr>
              <w:t>замена масла</w:t>
            </w:r>
          </w:p>
        </w:tc>
        <w:tc>
          <w:tcPr>
            <w:tcW w:w="218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7DB0E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До 500 ч</w:t>
            </w:r>
          </w:p>
        </w:tc>
        <w:tc>
          <w:tcPr>
            <w:tcW w:w="437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F829CB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При тяжёлой работе — каждые 200 ч.</w:t>
            </w:r>
          </w:p>
        </w:tc>
      </w:tr>
      <w:tr w:rsidR="004C7F3C" w14:paraId="390857FB" w14:textId="77777777">
        <w:trPr>
          <w:cantSplit/>
        </w:trPr>
        <w:tc>
          <w:tcPr>
            <w:tcW w:w="364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BE2A9E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Входной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фильтр</w:t>
            </w:r>
            <w:proofErr w:type="spellEnd"/>
          </w:p>
        </w:tc>
        <w:tc>
          <w:tcPr>
            <w:tcW w:w="218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75BAB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Каждая смена / по загрязнению</w:t>
            </w:r>
          </w:p>
        </w:tc>
        <w:tc>
          <w:tcPr>
            <w:tcW w:w="437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8853EB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Промыть или заменить элемент.</w:t>
            </w:r>
          </w:p>
        </w:tc>
      </w:tr>
      <w:tr w:rsidR="004C7F3C" w:rsidRPr="007D111D" w14:paraId="2E18F171" w14:textId="77777777">
        <w:trPr>
          <w:cantSplit/>
        </w:trPr>
        <w:tc>
          <w:tcPr>
            <w:tcW w:w="364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240A88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Воздух во всасывающей линии</w:t>
            </w:r>
          </w:p>
        </w:tc>
        <w:tc>
          <w:tcPr>
            <w:tcW w:w="218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B4CEC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Каждая смена</w:t>
            </w:r>
          </w:p>
        </w:tc>
        <w:tc>
          <w:tcPr>
            <w:tcW w:w="437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6DC485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Подтянуть хомуты и удалить воздух.</w:t>
            </w:r>
          </w:p>
        </w:tc>
      </w:tr>
      <w:tr w:rsidR="004C7F3C" w14:paraId="7555F596" w14:textId="77777777">
        <w:trPr>
          <w:cantSplit/>
        </w:trPr>
        <w:tc>
          <w:tcPr>
            <w:tcW w:w="364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F34EB3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Входное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давление</w:t>
            </w:r>
            <w:proofErr w:type="spellEnd"/>
          </w:p>
        </w:tc>
        <w:tc>
          <w:tcPr>
            <w:tcW w:w="218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1EE9E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Каждая смена</w:t>
            </w:r>
          </w:p>
        </w:tc>
        <w:tc>
          <w:tcPr>
            <w:tcW w:w="437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009B63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Контроль 5–6 бар; минимум 4–5 бар.</w:t>
            </w:r>
          </w:p>
        </w:tc>
      </w:tr>
      <w:tr w:rsidR="004C7F3C" w:rsidRPr="007D111D" w14:paraId="54D00640" w14:textId="77777777">
        <w:trPr>
          <w:cantSplit/>
        </w:trPr>
        <w:tc>
          <w:tcPr>
            <w:tcW w:w="364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BB6669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Вентилятор двигателя</w:t>
            </w:r>
          </w:p>
        </w:tc>
        <w:tc>
          <w:tcPr>
            <w:tcW w:w="218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54D22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Ежемесячно</w:t>
            </w:r>
          </w:p>
        </w:tc>
        <w:tc>
          <w:tcPr>
            <w:tcW w:w="437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0E7CA0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Очистить кожух и лопасти; не работать без кожуха.</w:t>
            </w:r>
          </w:p>
        </w:tc>
      </w:tr>
      <w:tr w:rsidR="004C7F3C" w:rsidRPr="007D111D" w14:paraId="5E946DFB" w14:textId="77777777">
        <w:trPr>
          <w:cantSplit/>
        </w:trPr>
        <w:tc>
          <w:tcPr>
            <w:tcW w:w="364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8CB651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Шланги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кабель</w:t>
            </w:r>
            <w:proofErr w:type="spellEnd"/>
          </w:p>
        </w:tc>
        <w:tc>
          <w:tcPr>
            <w:tcW w:w="218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3B1EE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Перед каждым использованием</w:t>
            </w:r>
          </w:p>
        </w:tc>
        <w:tc>
          <w:tcPr>
            <w:tcW w:w="437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1EAB0A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Заменить при трещинах, оголении оплётки или проводников.</w:t>
            </w:r>
          </w:p>
        </w:tc>
      </w:tr>
      <w:tr w:rsidR="004C7F3C" w:rsidRPr="007D111D" w14:paraId="17B070B2" w14:textId="77777777">
        <w:trPr>
          <w:cantSplit/>
        </w:trPr>
        <w:tc>
          <w:tcPr>
            <w:tcW w:w="364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4C1DBB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Плунжеры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клапаны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уплотнения</w:t>
            </w:r>
            <w:proofErr w:type="spellEnd"/>
          </w:p>
        </w:tc>
        <w:tc>
          <w:tcPr>
            <w:tcW w:w="218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1D903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500 ч или по состоянию</w:t>
            </w:r>
          </w:p>
        </w:tc>
        <w:tc>
          <w:tcPr>
            <w:tcW w:w="437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3141A6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Осмотр и замена сервисным специалистом.</w:t>
            </w:r>
          </w:p>
        </w:tc>
      </w:tr>
      <w:tr w:rsidR="004C7F3C" w:rsidRPr="007D111D" w14:paraId="2DBA37BC" w14:textId="77777777">
        <w:trPr>
          <w:cantSplit/>
        </w:trPr>
        <w:tc>
          <w:tcPr>
            <w:tcW w:w="364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E02C03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Плунжер</w:t>
            </w:r>
            <w:proofErr w:type="spellEnd"/>
            <w:r>
              <w:rPr>
                <w:sz w:val="15"/>
              </w:rPr>
              <w:t xml:space="preserve"> 20 </w:t>
            </w:r>
            <w:proofErr w:type="spellStart"/>
            <w:r>
              <w:rPr>
                <w:sz w:val="15"/>
              </w:rPr>
              <w:t>мм</w:t>
            </w:r>
            <w:proofErr w:type="spellEnd"/>
          </w:p>
        </w:tc>
        <w:tc>
          <w:tcPr>
            <w:tcW w:w="218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0556A4" w14:textId="77777777" w:rsidR="004C7F3C" w:rsidRPr="007D111D" w:rsidRDefault="00165A93">
            <w:pPr>
              <w:spacing w:after="0" w:line="240" w:lineRule="auto"/>
              <w:jc w:val="center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До 1000 ч или по состоянию</w:t>
            </w:r>
          </w:p>
        </w:tc>
        <w:tc>
          <w:tcPr>
            <w:tcW w:w="437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D9AC78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Проверить износ, сколы и поверхность.</w:t>
            </w:r>
          </w:p>
        </w:tc>
      </w:tr>
      <w:tr w:rsidR="004C7F3C" w:rsidRPr="007D111D" w14:paraId="5813E3D4" w14:textId="77777777">
        <w:trPr>
          <w:cantSplit/>
        </w:trPr>
        <w:tc>
          <w:tcPr>
            <w:tcW w:w="364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F8ED5A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Регулятор</w:t>
            </w:r>
            <w:proofErr w:type="spellEnd"/>
            <w:r>
              <w:rPr>
                <w:sz w:val="15"/>
              </w:rPr>
              <w:t xml:space="preserve"> / </w:t>
            </w:r>
            <w:proofErr w:type="spellStart"/>
            <w:r>
              <w:rPr>
                <w:sz w:val="15"/>
              </w:rPr>
              <w:t>защитный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клапан</w:t>
            </w:r>
            <w:proofErr w:type="spellEnd"/>
          </w:p>
        </w:tc>
        <w:tc>
          <w:tcPr>
            <w:tcW w:w="218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B68F8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400 ч или по состоянию</w:t>
            </w:r>
          </w:p>
        </w:tc>
        <w:tc>
          <w:tcPr>
            <w:tcW w:w="437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AD1538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Проверить, обслужить и настроить на стенде.</w:t>
            </w:r>
          </w:p>
        </w:tc>
      </w:tr>
      <w:tr w:rsidR="004C7F3C" w:rsidRPr="007D111D" w14:paraId="07AD95F3" w14:textId="77777777">
        <w:trPr>
          <w:cantSplit/>
        </w:trPr>
        <w:tc>
          <w:tcPr>
            <w:tcW w:w="364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1817BB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Пистолет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копьё</w:t>
            </w:r>
            <w:proofErr w:type="spellEnd"/>
          </w:p>
        </w:tc>
        <w:tc>
          <w:tcPr>
            <w:tcW w:w="218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5320F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400 ч или по состоянию</w:t>
            </w:r>
          </w:p>
        </w:tc>
        <w:tc>
          <w:tcPr>
            <w:tcW w:w="437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25BC18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Проверить курок, предохранитель и уплотнения.</w:t>
            </w:r>
          </w:p>
        </w:tc>
      </w:tr>
    </w:tbl>
    <w:p w14:paraId="218B8D6A" w14:textId="2383AB60" w:rsidR="004C7F3C" w:rsidRPr="007D111D" w:rsidRDefault="00165A93" w:rsidP="007D111D">
      <w:pPr>
        <w:rPr>
          <w:lang w:val="ru-RU"/>
        </w:rPr>
      </w:pPr>
      <w:r>
        <w:rPr>
          <w:b/>
          <w:color w:val="646A70"/>
          <w:sz w:val="14"/>
        </w:rPr>
        <w:t>РАЗДЕЛ 6 • ОБСЛУЖИВАНИЕ</w:t>
      </w:r>
    </w:p>
    <w:p w14:paraId="01BCDE7F" w14:textId="77777777" w:rsidR="004C7F3C" w:rsidRDefault="00165A93">
      <w:pPr>
        <w:pStyle w:val="1"/>
        <w:pBdr>
          <w:bottom w:val="single" w:sz="12" w:space="4" w:color="ED1C24"/>
        </w:pBdr>
      </w:pPr>
      <w:r>
        <w:t>Моменты затяжки насоса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6998"/>
        <w:gridCol w:w="3208"/>
      </w:tblGrid>
      <w:tr w:rsidR="004C7F3C" w14:paraId="74FB177F" w14:textId="77777777">
        <w:trPr>
          <w:tblHeader/>
        </w:trPr>
        <w:tc>
          <w:tcPr>
            <w:tcW w:w="6998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B07073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СОЕДИНЕНИЕ</w:t>
            </w:r>
          </w:p>
        </w:tc>
        <w:tc>
          <w:tcPr>
            <w:tcW w:w="3208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D6BC1B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МОМЕНТ</w:t>
            </w:r>
          </w:p>
        </w:tc>
      </w:tr>
      <w:tr w:rsidR="004C7F3C" w14:paraId="12AA6CF3" w14:textId="77777777">
        <w:trPr>
          <w:cantSplit/>
        </w:trPr>
        <w:tc>
          <w:tcPr>
            <w:tcW w:w="699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C14C1C" w14:textId="77777777" w:rsidR="004C7F3C" w:rsidRDefault="00165A93">
            <w:pPr>
              <w:spacing w:after="0" w:line="240" w:lineRule="auto"/>
            </w:pPr>
            <w:r>
              <w:rPr>
                <w:sz w:val="18"/>
              </w:rPr>
              <w:t>Болты керамических плунжеров</w:t>
            </w:r>
          </w:p>
        </w:tc>
        <w:tc>
          <w:tcPr>
            <w:tcW w:w="32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91BA7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8"/>
              </w:rPr>
              <w:t>22 Н·м</w:t>
            </w:r>
          </w:p>
        </w:tc>
      </w:tr>
      <w:tr w:rsidR="004C7F3C" w14:paraId="7F46A2EB" w14:textId="77777777">
        <w:trPr>
          <w:cantSplit/>
        </w:trPr>
        <w:tc>
          <w:tcPr>
            <w:tcW w:w="699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226F55" w14:textId="77777777" w:rsidR="004C7F3C" w:rsidRDefault="00165A93">
            <w:pPr>
              <w:spacing w:after="0" w:line="240" w:lineRule="auto"/>
            </w:pPr>
            <w:r>
              <w:rPr>
                <w:sz w:val="18"/>
              </w:rPr>
              <w:t>Винты шатунов</w:t>
            </w:r>
          </w:p>
        </w:tc>
        <w:tc>
          <w:tcPr>
            <w:tcW w:w="320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15ED8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8"/>
              </w:rPr>
              <w:t>17 Н·м</w:t>
            </w:r>
          </w:p>
        </w:tc>
      </w:tr>
      <w:tr w:rsidR="004C7F3C" w14:paraId="2F4C0DBD" w14:textId="77777777">
        <w:trPr>
          <w:cantSplit/>
        </w:trPr>
        <w:tc>
          <w:tcPr>
            <w:tcW w:w="699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E4FEC4" w14:textId="77777777" w:rsidR="004C7F3C" w:rsidRDefault="00165A93">
            <w:pPr>
              <w:spacing w:after="0" w:line="240" w:lineRule="auto"/>
            </w:pPr>
            <w:r>
              <w:rPr>
                <w:sz w:val="18"/>
              </w:rPr>
              <w:t>Болты обратных клапанов</w:t>
            </w:r>
          </w:p>
        </w:tc>
        <w:tc>
          <w:tcPr>
            <w:tcW w:w="32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0E868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8"/>
              </w:rPr>
              <w:t>22 Н·м</w:t>
            </w:r>
          </w:p>
        </w:tc>
      </w:tr>
      <w:tr w:rsidR="004C7F3C" w14:paraId="09FB9495" w14:textId="77777777">
        <w:trPr>
          <w:cantSplit/>
        </w:trPr>
        <w:tc>
          <w:tcPr>
            <w:tcW w:w="699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B7C894" w14:textId="77777777" w:rsidR="004C7F3C" w:rsidRDefault="00165A93">
            <w:pPr>
              <w:spacing w:after="0" w:line="240" w:lineRule="auto"/>
            </w:pPr>
            <w:r>
              <w:rPr>
                <w:sz w:val="18"/>
              </w:rPr>
              <w:t xml:space="preserve">Болты </w:t>
            </w:r>
            <w:r>
              <w:rPr>
                <w:sz w:val="18"/>
              </w:rPr>
              <w:t>головки насоса</w:t>
            </w:r>
          </w:p>
        </w:tc>
        <w:tc>
          <w:tcPr>
            <w:tcW w:w="320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96A31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8"/>
              </w:rPr>
              <w:t>85–90 Н·м</w:t>
            </w:r>
          </w:p>
        </w:tc>
      </w:tr>
      <w:tr w:rsidR="004C7F3C" w14:paraId="7DF48A9D" w14:textId="77777777">
        <w:trPr>
          <w:cantSplit/>
        </w:trPr>
        <w:tc>
          <w:tcPr>
            <w:tcW w:w="699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7FC8D6" w14:textId="77777777" w:rsidR="004C7F3C" w:rsidRDefault="00165A93">
            <w:pPr>
              <w:spacing w:after="0" w:line="240" w:lineRule="auto"/>
            </w:pPr>
            <w:r>
              <w:rPr>
                <w:sz w:val="18"/>
              </w:rPr>
              <w:t>Болты боковой крышки M8</w:t>
            </w:r>
          </w:p>
        </w:tc>
        <w:tc>
          <w:tcPr>
            <w:tcW w:w="32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486FC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8"/>
              </w:rPr>
              <w:t>35–45 Н·м</w:t>
            </w:r>
          </w:p>
        </w:tc>
      </w:tr>
      <w:tr w:rsidR="004C7F3C" w:rsidRPr="007D111D" w14:paraId="0BC67BD6" w14:textId="77777777">
        <w:tblPrEx>
          <w:tblBorders>
            <w:top w:val="single" w:sz="8" w:space="0" w:color="8B5B00"/>
            <w:left w:val="single" w:sz="8" w:space="0" w:color="8B5B00"/>
            <w:bottom w:val="single" w:sz="8" w:space="0" w:color="8B5B00"/>
            <w:right w:val="single" w:sz="8" w:space="0" w:color="8B5B00"/>
            <w:insideH w:val="single" w:sz="8" w:space="0" w:color="8B5B00"/>
            <w:insideV w:val="single" w:sz="8" w:space="0" w:color="8B5B00"/>
          </w:tblBorders>
        </w:tblPrEx>
        <w:tc>
          <w:tcPr>
            <w:tcW w:w="10206" w:type="dxa"/>
            <w:gridSpan w:val="2"/>
            <w:shd w:val="clear" w:color="auto" w:fill="FFF4C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76B620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8B5B00"/>
                <w:sz w:val="18"/>
                <w:lang w:val="ru-RU"/>
              </w:rPr>
              <w:t>ТРЕБОВАНИЕ К СБОРКЕ</w:t>
            </w:r>
          </w:p>
          <w:p w14:paraId="4A35C4AA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Затягивайте крепёж равномерно крест-накрест калиброванным динамометрическим ключом. Перед сборкой очищайте резьбу и заменяйте повреждённые уплотнения.</w:t>
            </w:r>
          </w:p>
        </w:tc>
      </w:tr>
    </w:tbl>
    <w:p w14:paraId="58897E8F" w14:textId="77777777" w:rsidR="004C7F3C" w:rsidRPr="007D111D" w:rsidRDefault="004C7F3C">
      <w:pPr>
        <w:spacing w:after="0"/>
        <w:rPr>
          <w:lang w:val="ru-RU"/>
        </w:rPr>
      </w:pPr>
    </w:p>
    <w:p w14:paraId="2DC9082C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керамический плунжер не должен иметь трещин, сколов или следов боковой нагрузки;</w:t>
      </w:r>
    </w:p>
    <w:p w14:paraId="144B39C2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головку насоса устанавливайте без перекоса;</w:t>
      </w:r>
    </w:p>
    <w:p w14:paraId="24F37CAD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>после обслуживания проверяйте свободное вращение муфты до подачи питания;</w:t>
      </w:r>
    </w:p>
    <w:p w14:paraId="2C02D157" w14:textId="77777777" w:rsidR="004C7F3C" w:rsidRPr="007D111D" w:rsidRDefault="00165A93">
      <w:pPr>
        <w:pStyle w:val="a0"/>
        <w:rPr>
          <w:lang w:val="ru-RU"/>
        </w:rPr>
      </w:pPr>
      <w:r w:rsidRPr="007D111D">
        <w:rPr>
          <w:lang w:val="ru-RU"/>
        </w:rPr>
        <w:t xml:space="preserve">первый запуск после ремонта выполняйте на </w:t>
      </w:r>
      <w:r w:rsidRPr="007D111D">
        <w:rPr>
          <w:lang w:val="ru-RU"/>
        </w:rPr>
        <w:t>минимальном давлении.</w:t>
      </w:r>
    </w:p>
    <w:p w14:paraId="59F47707" w14:textId="2A8CD90D" w:rsidR="004C7F3C" w:rsidRPr="007D111D" w:rsidRDefault="00165A93" w:rsidP="007D111D">
      <w:pPr>
        <w:rPr>
          <w:lang w:val="ru-RU"/>
        </w:rPr>
      </w:pPr>
      <w:r w:rsidRPr="007D111D">
        <w:rPr>
          <w:b/>
          <w:color w:val="646A70"/>
          <w:sz w:val="14"/>
          <w:lang w:val="ru-RU"/>
        </w:rPr>
        <w:t>РАЗДЕЛ 6 • ОБСЛУЖИВАНИЕ</w:t>
      </w:r>
    </w:p>
    <w:p w14:paraId="12873565" w14:textId="77777777" w:rsidR="004C7F3C" w:rsidRPr="007D111D" w:rsidRDefault="00165A93">
      <w:pPr>
        <w:pStyle w:val="1"/>
        <w:pBdr>
          <w:bottom w:val="single" w:sz="12" w:space="4" w:color="ED1C24"/>
        </w:pBdr>
        <w:rPr>
          <w:lang w:val="ru-RU"/>
        </w:rPr>
      </w:pPr>
      <w:r w:rsidRPr="007D111D">
        <w:rPr>
          <w:lang w:val="ru-RU"/>
        </w:rPr>
        <w:t>Хранение, защита от замерзания и перевозка</w:t>
      </w:r>
    </w:p>
    <w:p w14:paraId="681812BF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1.</w:t>
      </w:r>
      <w:r>
        <w:rPr>
          <w:sz w:val="18"/>
        </w:rPr>
        <w:t> </w:t>
      </w:r>
      <w:r w:rsidRPr="007D111D">
        <w:rPr>
          <w:sz w:val="18"/>
          <w:lang w:val="ru-RU"/>
        </w:rPr>
        <w:t>Остановите аппарат, отключите питание и воду, полностью сбросьте давление.</w:t>
      </w:r>
    </w:p>
    <w:p w14:paraId="7E9405EB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2.</w:t>
      </w:r>
      <w:r>
        <w:rPr>
          <w:sz w:val="18"/>
        </w:rPr>
        <w:t> </w:t>
      </w:r>
      <w:r w:rsidRPr="007D111D">
        <w:rPr>
          <w:sz w:val="18"/>
          <w:lang w:val="ru-RU"/>
        </w:rPr>
        <w:t>Слейте воду из фильтра, насоса, регулятора, шлангов, пистолета и копья.</w:t>
      </w:r>
    </w:p>
    <w:p w14:paraId="0FB41517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3.</w:t>
      </w:r>
      <w:r>
        <w:rPr>
          <w:sz w:val="18"/>
        </w:rPr>
        <w:t> </w:t>
      </w:r>
      <w:r w:rsidRPr="007D111D">
        <w:rPr>
          <w:sz w:val="18"/>
          <w:lang w:val="ru-RU"/>
        </w:rPr>
        <w:t>При риске</w:t>
      </w:r>
      <w:r w:rsidRPr="007D111D">
        <w:rPr>
          <w:sz w:val="18"/>
          <w:lang w:val="ru-RU"/>
        </w:rPr>
        <w:t xml:space="preserve"> замерзания прокачайте совместимый антифриз по сервисной процедуре.</w:t>
      </w:r>
    </w:p>
    <w:p w14:paraId="0A99CBA1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4.</w:t>
      </w:r>
      <w:r>
        <w:rPr>
          <w:sz w:val="18"/>
        </w:rPr>
        <w:t> </w:t>
      </w:r>
      <w:r w:rsidRPr="007D111D">
        <w:rPr>
          <w:sz w:val="18"/>
          <w:lang w:val="ru-RU"/>
        </w:rPr>
        <w:t>Очистите и высушите аппарат; защитите электрический шкаф от влаги и конденсата.</w:t>
      </w:r>
    </w:p>
    <w:p w14:paraId="4925A2C6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5.</w:t>
      </w:r>
      <w:r>
        <w:rPr>
          <w:sz w:val="18"/>
        </w:rPr>
        <w:t> </w:t>
      </w:r>
      <w:r w:rsidRPr="007D111D">
        <w:rPr>
          <w:sz w:val="18"/>
          <w:lang w:val="ru-RU"/>
        </w:rPr>
        <w:t>Уложите шланг большим радиусом без перегибов; храните форсунки в штатных гнёздах.</w:t>
      </w:r>
    </w:p>
    <w:p w14:paraId="43E2641D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6.</w:t>
      </w:r>
      <w:r>
        <w:rPr>
          <w:sz w:val="18"/>
        </w:rPr>
        <w:t> </w:t>
      </w:r>
      <w:r w:rsidRPr="007D111D">
        <w:rPr>
          <w:sz w:val="18"/>
          <w:lang w:val="ru-RU"/>
        </w:rPr>
        <w:t>Заблокируйте колё</w:t>
      </w:r>
      <w:r w:rsidRPr="007D111D">
        <w:rPr>
          <w:sz w:val="18"/>
          <w:lang w:val="ru-RU"/>
        </w:rPr>
        <w:t>са. При перевозке крепите аппарат только за раму, не за шланги, кабель или панели.</w:t>
      </w:r>
    </w:p>
    <w:p w14:paraId="5F2792BC" w14:textId="77777777" w:rsidR="004C7F3C" w:rsidRPr="007D111D" w:rsidRDefault="00165A93">
      <w:pPr>
        <w:ind w:left="312" w:hanging="238"/>
        <w:rPr>
          <w:lang w:val="ru-RU"/>
        </w:rPr>
      </w:pPr>
      <w:r w:rsidRPr="007D111D">
        <w:rPr>
          <w:sz w:val="18"/>
          <w:lang w:val="ru-RU"/>
        </w:rPr>
        <w:t>7.</w:t>
      </w:r>
      <w:r>
        <w:rPr>
          <w:sz w:val="18"/>
        </w:rPr>
        <w:t> </w:t>
      </w:r>
      <w:r w:rsidRPr="007D111D">
        <w:rPr>
          <w:sz w:val="18"/>
          <w:lang w:val="ru-RU"/>
        </w:rPr>
        <w:t>Перед повторным запуском удалите консервирующую жидкость, заполните водой и проверьте герметичность.</w:t>
      </w:r>
    </w:p>
    <w:tbl>
      <w:tblPr>
        <w:tblW w:w="10206" w:type="dxa"/>
        <w:tblInd w:w="120" w:type="dxa"/>
        <w:tblBorders>
          <w:top w:val="single" w:sz="8" w:space="0" w:color="A4161A"/>
          <w:left w:val="single" w:sz="8" w:space="0" w:color="A4161A"/>
          <w:bottom w:val="single" w:sz="8" w:space="0" w:color="A4161A"/>
          <w:right w:val="single" w:sz="8" w:space="0" w:color="A4161A"/>
          <w:insideH w:val="single" w:sz="8" w:space="0" w:color="A4161A"/>
          <w:insideV w:val="single" w:sz="8" w:space="0" w:color="A4161A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C7F3C" w:rsidRPr="007D111D" w14:paraId="743D8CEE" w14:textId="77777777">
        <w:tc>
          <w:tcPr>
            <w:tcW w:w="10206" w:type="dxa"/>
            <w:shd w:val="clear" w:color="auto" w:fill="FCE8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352D36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A4161A"/>
                <w:sz w:val="18"/>
                <w:lang w:val="ru-RU"/>
              </w:rPr>
              <w:t>ПОДЪЁМ</w:t>
            </w:r>
          </w:p>
          <w:p w14:paraId="6F142E35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Масса аппарата 160 кг. Не поднимайте его вручную и не использу</w:t>
            </w:r>
            <w:r w:rsidRPr="007D111D">
              <w:rPr>
                <w:sz w:val="17"/>
                <w:lang w:val="ru-RU"/>
              </w:rPr>
              <w:t>йте рукоятки, колёса или панели как точки строповки. Применяйте грузоподъёмное оборудование подходящей грузоподъёмности и утверждённые точки крепления рамы.</w:t>
            </w:r>
          </w:p>
        </w:tc>
      </w:tr>
    </w:tbl>
    <w:p w14:paraId="78547307" w14:textId="77777777" w:rsidR="004C7F3C" w:rsidRPr="007D111D" w:rsidRDefault="004C7F3C">
      <w:pPr>
        <w:spacing w:after="0"/>
        <w:rPr>
          <w:lang w:val="ru-RU"/>
        </w:rPr>
      </w:pPr>
    </w:p>
    <w:p w14:paraId="5ACDDB63" w14:textId="77777777" w:rsidR="004C7F3C" w:rsidRPr="007D111D" w:rsidRDefault="00165A93">
      <w:pPr>
        <w:rPr>
          <w:lang w:val="ru-RU"/>
        </w:rPr>
      </w:pPr>
      <w:r w:rsidRPr="007D111D">
        <w:rPr>
          <w:lang w:val="ru-RU"/>
        </w:rPr>
        <w:br w:type="page"/>
      </w:r>
    </w:p>
    <w:p w14:paraId="26664AF2" w14:textId="77777777" w:rsidR="004C7F3C" w:rsidRPr="007D111D" w:rsidRDefault="00165A93">
      <w:pPr>
        <w:spacing w:after="40"/>
        <w:rPr>
          <w:lang w:val="ru-RU"/>
        </w:rPr>
      </w:pPr>
      <w:r w:rsidRPr="007D111D">
        <w:rPr>
          <w:b/>
          <w:color w:val="646A70"/>
          <w:sz w:val="14"/>
          <w:lang w:val="ru-RU"/>
        </w:rPr>
        <w:t>РАЗДЕЛ 7 • ДИАГНОСТИКА</w:t>
      </w:r>
    </w:p>
    <w:p w14:paraId="3D55E18F" w14:textId="77777777" w:rsidR="004C7F3C" w:rsidRPr="007D111D" w:rsidRDefault="00165A93">
      <w:pPr>
        <w:pStyle w:val="1"/>
        <w:pBdr>
          <w:bottom w:val="single" w:sz="12" w:space="4" w:color="ED1C24"/>
        </w:pBdr>
        <w:rPr>
          <w:lang w:val="ru-RU"/>
        </w:rPr>
      </w:pPr>
      <w:r w:rsidRPr="007D111D">
        <w:rPr>
          <w:lang w:val="ru-RU"/>
        </w:rPr>
        <w:t>Диагностика: питание и запуск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2479"/>
        <w:gridCol w:w="3499"/>
        <w:gridCol w:w="4228"/>
      </w:tblGrid>
      <w:tr w:rsidR="004C7F3C" w14:paraId="4EDDB8A2" w14:textId="77777777">
        <w:trPr>
          <w:tblHeader/>
        </w:trPr>
        <w:tc>
          <w:tcPr>
            <w:tcW w:w="2479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BAF4E8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НЕИСПРАВНОСТЬ</w:t>
            </w:r>
          </w:p>
        </w:tc>
        <w:tc>
          <w:tcPr>
            <w:tcW w:w="3499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522678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ВОЗМОЖНАЯ ПРИЧИНА</w:t>
            </w:r>
          </w:p>
        </w:tc>
        <w:tc>
          <w:tcPr>
            <w:tcW w:w="4228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9AC0A7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ДЕЙСТВИЯ</w:t>
            </w:r>
          </w:p>
        </w:tc>
      </w:tr>
      <w:tr w:rsidR="004C7F3C" w14:paraId="06678BA7" w14:textId="77777777">
        <w:trPr>
          <w:cantSplit/>
        </w:trPr>
        <w:tc>
          <w:tcPr>
            <w:tcW w:w="247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010342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Аппарат не запускается</w:t>
            </w:r>
          </w:p>
        </w:tc>
        <w:tc>
          <w:tcPr>
            <w:tcW w:w="349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E6BDBC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Нет питания; отключён автомат; аварийная кнопка нажата; обрыв цепи управления.</w:t>
            </w:r>
          </w:p>
        </w:tc>
        <w:tc>
          <w:tcPr>
            <w:tcW w:w="42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09CF6F" w14:textId="77777777" w:rsidR="004C7F3C" w:rsidRDefault="00165A93">
            <w:pPr>
              <w:spacing w:after="0" w:line="240" w:lineRule="auto"/>
            </w:pPr>
            <w:r w:rsidRPr="007D111D">
              <w:rPr>
                <w:sz w:val="15"/>
                <w:lang w:val="ru-RU"/>
              </w:rPr>
              <w:t xml:space="preserve">Проверить сеть, фазы, защиту и аварийную кнопку. </w:t>
            </w:r>
            <w:proofErr w:type="spellStart"/>
            <w:r>
              <w:rPr>
                <w:sz w:val="15"/>
              </w:rPr>
              <w:t>Электрические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измерения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выполняет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электрик</w:t>
            </w:r>
            <w:proofErr w:type="spellEnd"/>
            <w:r>
              <w:rPr>
                <w:sz w:val="15"/>
              </w:rPr>
              <w:t>.</w:t>
            </w:r>
          </w:p>
        </w:tc>
      </w:tr>
      <w:tr w:rsidR="004C7F3C" w:rsidRPr="007D111D" w14:paraId="36E57115" w14:textId="77777777">
        <w:trPr>
          <w:cantSplit/>
        </w:trPr>
        <w:tc>
          <w:tcPr>
            <w:tcW w:w="247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652D3B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Двигатель гудит</w:t>
            </w:r>
          </w:p>
        </w:tc>
        <w:tc>
          <w:tcPr>
            <w:tcW w:w="349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8506AD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 xml:space="preserve">Низкое напряжение или </w:t>
            </w:r>
            <w:r w:rsidRPr="007D111D">
              <w:rPr>
                <w:sz w:val="15"/>
                <w:lang w:val="ru-RU"/>
              </w:rPr>
              <w:t>пропадание фазы.</w:t>
            </w:r>
          </w:p>
        </w:tc>
        <w:tc>
          <w:tcPr>
            <w:tcW w:w="422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5DF74F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Немедленно остановить. Проверить напряжение всех фаз, контактор, клеммы и кабель.</w:t>
            </w:r>
          </w:p>
        </w:tc>
      </w:tr>
      <w:tr w:rsidR="004C7F3C" w:rsidRPr="007D111D" w14:paraId="50A3E1AB" w14:textId="77777777">
        <w:trPr>
          <w:cantSplit/>
        </w:trPr>
        <w:tc>
          <w:tcPr>
            <w:tcW w:w="247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30153D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Срабатывает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тепловое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реле</w:t>
            </w:r>
            <w:proofErr w:type="spellEnd"/>
          </w:p>
        </w:tc>
        <w:tc>
          <w:tcPr>
            <w:tcW w:w="349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AB7A23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Перегрузка, неверная уставка, пропадание фазы, заклинивание насоса.</w:t>
            </w:r>
          </w:p>
        </w:tc>
        <w:tc>
          <w:tcPr>
            <w:tcW w:w="42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9544D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Устранить механическую/электрическую причину; только затем вып</w:t>
            </w:r>
            <w:r w:rsidRPr="007D111D">
              <w:rPr>
                <w:sz w:val="15"/>
                <w:lang w:val="ru-RU"/>
              </w:rPr>
              <w:t>олнить сброс.</w:t>
            </w:r>
          </w:p>
        </w:tc>
      </w:tr>
      <w:tr w:rsidR="004C7F3C" w:rsidRPr="007D111D" w14:paraId="2AE44341" w14:textId="77777777">
        <w:trPr>
          <w:cantSplit/>
        </w:trPr>
        <w:tc>
          <w:tcPr>
            <w:tcW w:w="247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1532D7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Срабатывает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защита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утечки</w:t>
            </w:r>
            <w:proofErr w:type="spellEnd"/>
          </w:p>
        </w:tc>
        <w:tc>
          <w:tcPr>
            <w:tcW w:w="349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4C3427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Повреждение изоляции, влага в шкафу или двигателе.</w:t>
            </w:r>
          </w:p>
        </w:tc>
        <w:tc>
          <w:tcPr>
            <w:tcW w:w="422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799209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Отключить аппарат. Проверить изоляцию и заземление квалифицированным электриком.</w:t>
            </w:r>
          </w:p>
        </w:tc>
      </w:tr>
      <w:tr w:rsidR="004C7F3C" w:rsidRPr="007D111D" w14:paraId="6A4572F6" w14:textId="77777777">
        <w:trPr>
          <w:cantSplit/>
        </w:trPr>
        <w:tc>
          <w:tcPr>
            <w:tcW w:w="247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F4E23E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Неверное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вращение</w:t>
            </w:r>
            <w:proofErr w:type="spellEnd"/>
          </w:p>
        </w:tc>
        <w:tc>
          <w:tcPr>
            <w:tcW w:w="349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981EE4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Неправильное чередование фаз.</w:t>
            </w:r>
          </w:p>
        </w:tc>
        <w:tc>
          <w:tcPr>
            <w:tcW w:w="42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E5FDC6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 xml:space="preserve">Остановить и поменять </w:t>
            </w:r>
            <w:r w:rsidRPr="007D111D">
              <w:rPr>
                <w:sz w:val="15"/>
                <w:lang w:val="ru-RU"/>
              </w:rPr>
              <w:t>местами две фазы на отключённом вводе.</w:t>
            </w:r>
          </w:p>
        </w:tc>
      </w:tr>
      <w:tr w:rsidR="004C7F3C" w:rsidRPr="007D111D" w14:paraId="78E41D31" w14:textId="77777777">
        <w:trPr>
          <w:cantSplit/>
        </w:trPr>
        <w:tc>
          <w:tcPr>
            <w:tcW w:w="247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584600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 xml:space="preserve">Total Stop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работает</w:t>
            </w:r>
            <w:proofErr w:type="spellEnd"/>
          </w:p>
        </w:tc>
        <w:tc>
          <w:tcPr>
            <w:tcW w:w="349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82206E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Неисправно реле давления, таймер, промежуточное реле или проводка.</w:t>
            </w:r>
          </w:p>
        </w:tc>
        <w:tc>
          <w:tcPr>
            <w:tcW w:w="422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22D8CD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Остановить вручную, не работать в байпасе; проверить цепь управления.</w:t>
            </w:r>
          </w:p>
        </w:tc>
      </w:tr>
    </w:tbl>
    <w:p w14:paraId="6B7DF248" w14:textId="6CD82B84" w:rsidR="004C7F3C" w:rsidRPr="007D111D" w:rsidRDefault="00165A93" w:rsidP="007D111D">
      <w:pPr>
        <w:rPr>
          <w:lang w:val="ru-RU"/>
        </w:rPr>
      </w:pPr>
      <w:r w:rsidRPr="007D111D">
        <w:rPr>
          <w:b/>
          <w:color w:val="646A70"/>
          <w:sz w:val="14"/>
          <w:lang w:val="ru-RU"/>
        </w:rPr>
        <w:t>РАЗДЕЛ 7 • ДИАГНОСТИКА</w:t>
      </w:r>
    </w:p>
    <w:p w14:paraId="59C4A200" w14:textId="77777777" w:rsidR="004C7F3C" w:rsidRPr="007D111D" w:rsidRDefault="00165A93">
      <w:pPr>
        <w:pStyle w:val="1"/>
        <w:pBdr>
          <w:bottom w:val="single" w:sz="12" w:space="4" w:color="ED1C24"/>
        </w:pBdr>
        <w:rPr>
          <w:lang w:val="ru-RU"/>
        </w:rPr>
      </w:pPr>
      <w:r w:rsidRPr="007D111D">
        <w:rPr>
          <w:lang w:val="ru-RU"/>
        </w:rPr>
        <w:t xml:space="preserve">Диагностика: давление и </w:t>
      </w:r>
      <w:r w:rsidRPr="007D111D">
        <w:rPr>
          <w:lang w:val="ru-RU"/>
        </w:rPr>
        <w:t>насос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2479"/>
        <w:gridCol w:w="3499"/>
        <w:gridCol w:w="4228"/>
      </w:tblGrid>
      <w:tr w:rsidR="004C7F3C" w14:paraId="16A714D0" w14:textId="77777777">
        <w:trPr>
          <w:tblHeader/>
        </w:trPr>
        <w:tc>
          <w:tcPr>
            <w:tcW w:w="2479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87BEED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НЕИСПРАВНОСТЬ</w:t>
            </w:r>
          </w:p>
        </w:tc>
        <w:tc>
          <w:tcPr>
            <w:tcW w:w="3499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B47DA3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ВОЗМОЖНАЯ ПРИЧИНА</w:t>
            </w:r>
          </w:p>
        </w:tc>
        <w:tc>
          <w:tcPr>
            <w:tcW w:w="4228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44B37F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ДЕЙСТВИЯ</w:t>
            </w:r>
          </w:p>
        </w:tc>
      </w:tr>
      <w:tr w:rsidR="004C7F3C" w:rsidRPr="007D111D" w14:paraId="78213FA9" w14:textId="77777777">
        <w:trPr>
          <w:cantSplit/>
        </w:trPr>
        <w:tc>
          <w:tcPr>
            <w:tcW w:w="247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D624D7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Низкое давление</w:t>
            </w:r>
          </w:p>
        </w:tc>
        <w:tc>
          <w:tcPr>
            <w:tcW w:w="349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500534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Изношена форсунка; изношены уплотнения; загрязнён байпас.</w:t>
            </w:r>
          </w:p>
        </w:tc>
        <w:tc>
          <w:tcPr>
            <w:tcW w:w="42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E45F19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Проверить правильность и износ форсунки; обслужить уплотнения и регулятор.</w:t>
            </w:r>
          </w:p>
        </w:tc>
      </w:tr>
      <w:tr w:rsidR="004C7F3C" w:rsidRPr="007D111D" w14:paraId="610FC345" w14:textId="77777777">
        <w:trPr>
          <w:cantSplit/>
        </w:trPr>
        <w:tc>
          <w:tcPr>
            <w:tcW w:w="247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9420B8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Около</w:t>
            </w:r>
            <w:proofErr w:type="spellEnd"/>
            <w:r>
              <w:rPr>
                <w:sz w:val="15"/>
              </w:rPr>
              <w:t xml:space="preserve"> 2/3 </w:t>
            </w:r>
            <w:proofErr w:type="spellStart"/>
            <w:r>
              <w:rPr>
                <w:sz w:val="15"/>
              </w:rPr>
              <w:t>давления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шланг</w:t>
            </w:r>
            <w:proofErr w:type="spellEnd"/>
            <w:r>
              <w:rPr>
                <w:sz w:val="15"/>
              </w:rPr>
              <w:t xml:space="preserve"> вибрирует</w:t>
            </w:r>
          </w:p>
        </w:tc>
        <w:tc>
          <w:tcPr>
            <w:tcW w:w="349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80319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 xml:space="preserve">Забит фильтр; </w:t>
            </w:r>
            <w:r w:rsidRPr="007D111D">
              <w:rPr>
                <w:sz w:val="15"/>
                <w:lang w:val="ru-RU"/>
              </w:rPr>
              <w:t>недостаточная вода; воздух; загрязнены клапаны.</w:t>
            </w:r>
          </w:p>
        </w:tc>
        <w:tc>
          <w:tcPr>
            <w:tcW w:w="422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5B77CD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Очистить фильтры, обеспечить 5–6 бар на входе, удалить воздух, проверить клапаны.</w:t>
            </w:r>
          </w:p>
        </w:tc>
      </w:tr>
      <w:tr w:rsidR="004C7F3C" w:rsidRPr="007D111D" w14:paraId="13A56191" w14:textId="77777777">
        <w:trPr>
          <w:cantSplit/>
        </w:trPr>
        <w:tc>
          <w:tcPr>
            <w:tcW w:w="247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C31911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Давление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выше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нормы</w:t>
            </w:r>
            <w:proofErr w:type="spellEnd"/>
          </w:p>
        </w:tc>
        <w:tc>
          <w:tcPr>
            <w:tcW w:w="349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A56357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Форсунка слишком мала или засорена; неверная уставка регулятора.</w:t>
            </w:r>
          </w:p>
        </w:tc>
        <w:tc>
          <w:tcPr>
            <w:tcW w:w="42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E0C2FE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 xml:space="preserve">Остановить, очистить/заменить форсунку. </w:t>
            </w:r>
            <w:r w:rsidRPr="007D111D">
              <w:rPr>
                <w:sz w:val="15"/>
                <w:lang w:val="ru-RU"/>
              </w:rPr>
              <w:t>Настройку клапанов поручить сервису.</w:t>
            </w:r>
          </w:p>
        </w:tc>
      </w:tr>
      <w:tr w:rsidR="004C7F3C" w:rsidRPr="007D111D" w14:paraId="1E661AFB" w14:textId="77777777">
        <w:trPr>
          <w:cantSplit/>
        </w:trPr>
        <w:tc>
          <w:tcPr>
            <w:tcW w:w="247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9CC29B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Защитный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клапан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сбрасывает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воду</w:t>
            </w:r>
            <w:proofErr w:type="spellEnd"/>
          </w:p>
        </w:tc>
        <w:tc>
          <w:tcPr>
            <w:tcW w:w="349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2805C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Превышение давления или неисправность регулятора.</w:t>
            </w:r>
          </w:p>
        </w:tc>
        <w:tc>
          <w:tcPr>
            <w:tcW w:w="422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633145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Не блокировать слив. Остановить аппарат и устранить причину.</w:t>
            </w:r>
          </w:p>
        </w:tc>
      </w:tr>
      <w:tr w:rsidR="004C7F3C" w:rsidRPr="007D111D" w14:paraId="77875C45" w14:textId="77777777">
        <w:trPr>
          <w:cantSplit/>
        </w:trPr>
        <w:tc>
          <w:tcPr>
            <w:tcW w:w="247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25CCC6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Шум</w:t>
            </w:r>
            <w:proofErr w:type="spellEnd"/>
            <w:r>
              <w:rPr>
                <w:sz w:val="15"/>
              </w:rPr>
              <w:t xml:space="preserve"> в </w:t>
            </w:r>
            <w:proofErr w:type="spellStart"/>
            <w:r>
              <w:rPr>
                <w:sz w:val="15"/>
              </w:rPr>
              <w:t>картере</w:t>
            </w:r>
            <w:proofErr w:type="spellEnd"/>
          </w:p>
        </w:tc>
        <w:tc>
          <w:tcPr>
            <w:tcW w:w="349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2DAD9C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Низкий уровень масла; изношены подшипники.</w:t>
            </w:r>
          </w:p>
        </w:tc>
        <w:tc>
          <w:tcPr>
            <w:tcW w:w="42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69FFCE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Проверить масло. При сохранении шума прекратить работу и разобрать насос.</w:t>
            </w:r>
          </w:p>
        </w:tc>
      </w:tr>
      <w:tr w:rsidR="004C7F3C" w:rsidRPr="007D111D" w14:paraId="416C50AB" w14:textId="77777777">
        <w:trPr>
          <w:cantSplit/>
        </w:trPr>
        <w:tc>
          <w:tcPr>
            <w:tcW w:w="247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EBCC7D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Вода</w:t>
            </w:r>
            <w:proofErr w:type="spellEnd"/>
            <w:r>
              <w:rPr>
                <w:sz w:val="15"/>
              </w:rPr>
              <w:t xml:space="preserve"> в </w:t>
            </w:r>
            <w:proofErr w:type="spellStart"/>
            <w:r>
              <w:rPr>
                <w:sz w:val="15"/>
              </w:rPr>
              <w:t>масле</w:t>
            </w:r>
            <w:proofErr w:type="spellEnd"/>
          </w:p>
        </w:tc>
        <w:tc>
          <w:tcPr>
            <w:tcW w:w="349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108FFB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Изношены масляные/водяные уплотнения; конденсат.</w:t>
            </w:r>
          </w:p>
        </w:tc>
        <w:tc>
          <w:tcPr>
            <w:tcW w:w="422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706F58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Заменить уплотнения и масло; проверить плунжеры.</w:t>
            </w:r>
          </w:p>
        </w:tc>
      </w:tr>
      <w:tr w:rsidR="004C7F3C" w:rsidRPr="007D111D" w14:paraId="5ABDF2C9" w14:textId="77777777">
        <w:trPr>
          <w:cantSplit/>
        </w:trPr>
        <w:tc>
          <w:tcPr>
            <w:tcW w:w="247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F97D2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Течь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из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соединений</w:t>
            </w:r>
            <w:proofErr w:type="spellEnd"/>
          </w:p>
        </w:tc>
        <w:tc>
          <w:tcPr>
            <w:tcW w:w="349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503C1D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 xml:space="preserve">Повреждено уплотнение, грязь или </w:t>
            </w:r>
            <w:r w:rsidRPr="007D111D">
              <w:rPr>
                <w:sz w:val="15"/>
                <w:lang w:val="ru-RU"/>
              </w:rPr>
              <w:t>ослаблена резьба.</w:t>
            </w:r>
          </w:p>
        </w:tc>
        <w:tc>
          <w:tcPr>
            <w:tcW w:w="42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1F02DE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Сбросить давление, очистить соединение, заменить уплотнение и затянуть двумя ключами.</w:t>
            </w:r>
          </w:p>
        </w:tc>
      </w:tr>
      <w:tr w:rsidR="004C7F3C" w:rsidRPr="007D111D" w14:paraId="3413A244" w14:textId="77777777">
        <w:trPr>
          <w:cantSplit/>
        </w:trPr>
        <w:tc>
          <w:tcPr>
            <w:tcW w:w="247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17F7B0" w14:textId="77777777" w:rsidR="004C7F3C" w:rsidRDefault="00165A93">
            <w:pPr>
              <w:spacing w:after="0" w:line="240" w:lineRule="auto"/>
            </w:pPr>
            <w:proofErr w:type="spellStart"/>
            <w:r>
              <w:rPr>
                <w:sz w:val="15"/>
              </w:rPr>
              <w:t>Пульсация</w:t>
            </w:r>
            <w:proofErr w:type="spellEnd"/>
          </w:p>
        </w:tc>
        <w:tc>
          <w:tcPr>
            <w:tcW w:w="349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85FFA4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Воздух, недостаточная вода, загрязнение клапанов.</w:t>
            </w:r>
          </w:p>
        </w:tc>
        <w:tc>
          <w:tcPr>
            <w:tcW w:w="422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AD1537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5"/>
                <w:lang w:val="ru-RU"/>
              </w:rPr>
              <w:t>Удалить воздух, проверить всасывание и клапаны.</w:t>
            </w:r>
          </w:p>
        </w:tc>
      </w:tr>
      <w:tr w:rsidR="004C7F3C" w:rsidRPr="007D111D" w14:paraId="0F4F9AAC" w14:textId="77777777">
        <w:tblPrEx>
          <w:tblBorders>
            <w:top w:val="single" w:sz="8" w:space="0" w:color="A4161A"/>
            <w:left w:val="single" w:sz="8" w:space="0" w:color="A4161A"/>
            <w:bottom w:val="single" w:sz="8" w:space="0" w:color="A4161A"/>
            <w:right w:val="single" w:sz="8" w:space="0" w:color="A4161A"/>
            <w:insideH w:val="single" w:sz="8" w:space="0" w:color="A4161A"/>
            <w:insideV w:val="single" w:sz="8" w:space="0" w:color="A4161A"/>
          </w:tblBorders>
        </w:tblPrEx>
        <w:tc>
          <w:tcPr>
            <w:tcW w:w="10206" w:type="dxa"/>
            <w:gridSpan w:val="3"/>
            <w:shd w:val="clear" w:color="auto" w:fill="FCE8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44E8E3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A4161A"/>
                <w:sz w:val="18"/>
                <w:lang w:val="ru-RU"/>
              </w:rPr>
              <w:t>СЕРВИС</w:t>
            </w:r>
          </w:p>
          <w:p w14:paraId="1EA732AB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Если неисправность не </w:t>
            </w:r>
            <w:r w:rsidRPr="007D111D">
              <w:rPr>
                <w:sz w:val="17"/>
                <w:lang w:val="ru-RU"/>
              </w:rPr>
              <w:t>устранена указанными проверками, прекратите эксплуатацию и обратитесь в авторизованный сервис. Не продолжайте работу при утечке высокого давления, трещине плунжера, повреждении шланга или срабатывании электрической защиты.</w:t>
            </w:r>
          </w:p>
        </w:tc>
      </w:tr>
    </w:tbl>
    <w:p w14:paraId="7BED7612" w14:textId="77777777" w:rsidR="004C7F3C" w:rsidRPr="007D111D" w:rsidRDefault="004C7F3C">
      <w:pPr>
        <w:spacing w:after="0"/>
        <w:rPr>
          <w:lang w:val="ru-RU"/>
        </w:rPr>
      </w:pPr>
    </w:p>
    <w:p w14:paraId="5FD79C94" w14:textId="77777777" w:rsidR="004C7F3C" w:rsidRPr="007D111D" w:rsidRDefault="00165A93">
      <w:pPr>
        <w:rPr>
          <w:lang w:val="ru-RU"/>
        </w:rPr>
      </w:pPr>
      <w:r w:rsidRPr="007D111D">
        <w:rPr>
          <w:lang w:val="ru-RU"/>
        </w:rPr>
        <w:br w:type="page"/>
      </w:r>
    </w:p>
    <w:p w14:paraId="6D9EC656" w14:textId="77777777" w:rsidR="004C7F3C" w:rsidRPr="007D111D" w:rsidRDefault="00165A93">
      <w:pPr>
        <w:spacing w:after="40"/>
        <w:rPr>
          <w:lang w:val="ru-RU"/>
        </w:rPr>
      </w:pPr>
      <w:r w:rsidRPr="007D111D">
        <w:rPr>
          <w:b/>
          <w:color w:val="646A70"/>
          <w:sz w:val="14"/>
          <w:lang w:val="ru-RU"/>
        </w:rPr>
        <w:t xml:space="preserve">РАЗДЕЛ 8 • ЗАПАСНЫЕ </w:t>
      </w:r>
      <w:r w:rsidRPr="007D111D">
        <w:rPr>
          <w:b/>
          <w:color w:val="646A70"/>
          <w:sz w:val="14"/>
          <w:lang w:val="ru-RU"/>
        </w:rPr>
        <w:t>ЧАСТИ</w:t>
      </w:r>
    </w:p>
    <w:p w14:paraId="7F2BB2A5" w14:textId="77777777" w:rsidR="004C7F3C" w:rsidRPr="007D111D" w:rsidRDefault="00165A93">
      <w:pPr>
        <w:pStyle w:val="1"/>
        <w:pBdr>
          <w:bottom w:val="single" w:sz="12" w:space="4" w:color="ED1C24"/>
        </w:pBdr>
        <w:rPr>
          <w:lang w:val="ru-RU"/>
        </w:rPr>
      </w:pPr>
      <w:r w:rsidRPr="007D111D">
        <w:rPr>
          <w:lang w:val="ru-RU"/>
        </w:rPr>
        <w:t>Заводская схема основных узлов</w:t>
      </w:r>
    </w:p>
    <w:p w14:paraId="4A71693D" w14:textId="77777777" w:rsidR="004C7F3C" w:rsidRDefault="00165A93">
      <w:pPr>
        <w:spacing w:after="40"/>
        <w:jc w:val="center"/>
      </w:pPr>
      <w:r>
        <w:rPr>
          <w:noProof/>
        </w:rPr>
        <w:drawing>
          <wp:inline distT="0" distB="0" distL="0" distR="0" wp14:anchorId="5F79850B" wp14:editId="53F1D4F5">
            <wp:extent cx="4068000" cy="5752752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_parts_overview_ru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68000" cy="575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F2864" w14:textId="77777777" w:rsidR="004C7F3C" w:rsidRPr="007D111D" w:rsidRDefault="00165A93">
      <w:pPr>
        <w:pStyle w:val="SmallCaption"/>
        <w:rPr>
          <w:lang w:val="ru-RU"/>
        </w:rPr>
      </w:pPr>
      <w:r w:rsidRPr="007D111D">
        <w:rPr>
          <w:lang w:val="ru-RU"/>
        </w:rPr>
        <w:t xml:space="preserve">Заводское расположение узлов </w:t>
      </w:r>
      <w:r>
        <w:t>FS</w:t>
      </w:r>
      <w:r w:rsidRPr="007D111D">
        <w:rPr>
          <w:lang w:val="ru-RU"/>
        </w:rPr>
        <w:t>-1535; номера связаны с каталогом ниже</w:t>
      </w:r>
    </w:p>
    <w:tbl>
      <w:tblPr>
        <w:tblW w:w="10206" w:type="dxa"/>
        <w:tblInd w:w="120" w:type="dxa"/>
        <w:tblBorders>
          <w:top w:val="single" w:sz="8" w:space="0" w:color="24566B"/>
          <w:left w:val="single" w:sz="8" w:space="0" w:color="24566B"/>
          <w:bottom w:val="single" w:sz="8" w:space="0" w:color="24566B"/>
          <w:right w:val="single" w:sz="8" w:space="0" w:color="24566B"/>
          <w:insideH w:val="single" w:sz="8" w:space="0" w:color="24566B"/>
          <w:insideV w:val="single" w:sz="8" w:space="0" w:color="24566B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C7F3C" w:rsidRPr="007D111D" w14:paraId="5B5D38F0" w14:textId="77777777">
        <w:tc>
          <w:tcPr>
            <w:tcW w:w="10206" w:type="dxa"/>
            <w:shd w:val="clear" w:color="auto" w:fill="EA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1D7F5C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24566B"/>
                <w:sz w:val="18"/>
                <w:lang w:val="ru-RU"/>
              </w:rPr>
              <w:t>ПОДБОР ДЕТАЛИ</w:t>
            </w:r>
          </w:p>
          <w:p w14:paraId="75ABD026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При заказе указывайте модель </w:t>
            </w:r>
            <w:r>
              <w:rPr>
                <w:sz w:val="17"/>
              </w:rPr>
              <w:t>FS</w:t>
            </w:r>
            <w:r w:rsidRPr="007D111D">
              <w:rPr>
                <w:sz w:val="17"/>
                <w:lang w:val="ru-RU"/>
              </w:rPr>
              <w:t>-1535, серийный номер аппарата, обозначение узла, позицию, артикул и требуемое количество. Внешний вид</w:t>
            </w:r>
            <w:r w:rsidRPr="007D111D">
              <w:rPr>
                <w:sz w:val="17"/>
                <w:lang w:val="ru-RU"/>
              </w:rPr>
              <w:t xml:space="preserve"> отдельных компонентов может меняться без изменения их функции.</w:t>
            </w:r>
          </w:p>
        </w:tc>
      </w:tr>
    </w:tbl>
    <w:p w14:paraId="225E4833" w14:textId="77777777" w:rsidR="004C7F3C" w:rsidRPr="007D111D" w:rsidRDefault="004C7F3C">
      <w:pPr>
        <w:spacing w:after="0"/>
        <w:rPr>
          <w:lang w:val="ru-RU"/>
        </w:rPr>
      </w:pPr>
    </w:p>
    <w:p w14:paraId="16048D6B" w14:textId="77777777" w:rsidR="004C7F3C" w:rsidRPr="007D111D" w:rsidRDefault="00165A93">
      <w:pPr>
        <w:rPr>
          <w:lang w:val="ru-RU"/>
        </w:rPr>
      </w:pPr>
      <w:r w:rsidRPr="007D111D">
        <w:rPr>
          <w:lang w:val="ru-RU"/>
        </w:rPr>
        <w:br w:type="page"/>
      </w:r>
    </w:p>
    <w:p w14:paraId="47B200E3" w14:textId="77777777" w:rsidR="004C7F3C" w:rsidRPr="007D111D" w:rsidRDefault="00165A93">
      <w:pPr>
        <w:spacing w:after="40"/>
        <w:rPr>
          <w:lang w:val="ru-RU"/>
        </w:rPr>
      </w:pPr>
      <w:r w:rsidRPr="007D111D">
        <w:rPr>
          <w:b/>
          <w:color w:val="646A70"/>
          <w:sz w:val="14"/>
          <w:lang w:val="ru-RU"/>
        </w:rPr>
        <w:t>РАЗДЕЛ 8 • ЗАПАСНЫЕ ЧАСТИ</w:t>
      </w:r>
    </w:p>
    <w:p w14:paraId="12D8D517" w14:textId="77777777" w:rsidR="004C7F3C" w:rsidRPr="007D111D" w:rsidRDefault="00165A93">
      <w:pPr>
        <w:pStyle w:val="1"/>
        <w:pBdr>
          <w:bottom w:val="single" w:sz="12" w:space="4" w:color="ED1C24"/>
        </w:pBdr>
        <w:rPr>
          <w:lang w:val="ru-RU"/>
        </w:rPr>
      </w:pPr>
      <w:r w:rsidRPr="007D111D">
        <w:rPr>
          <w:lang w:val="ru-RU"/>
        </w:rPr>
        <w:t>Каталог основных узлов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1722"/>
        <w:gridCol w:w="1021"/>
        <w:gridCol w:w="1914"/>
        <w:gridCol w:w="4912"/>
        <w:gridCol w:w="637"/>
      </w:tblGrid>
      <w:tr w:rsidR="004C7F3C" w14:paraId="3B2DCADD" w14:textId="77777777">
        <w:trPr>
          <w:tblHeader/>
        </w:trPr>
        <w:tc>
          <w:tcPr>
            <w:tcW w:w="1722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397EB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УЗЕЛ</w:t>
            </w:r>
          </w:p>
        </w:tc>
        <w:tc>
          <w:tcPr>
            <w:tcW w:w="1021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97CD91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ПОЗ.</w:t>
            </w:r>
          </w:p>
        </w:tc>
        <w:tc>
          <w:tcPr>
            <w:tcW w:w="1914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B5FA2E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АРТИКУЛ</w:t>
            </w:r>
          </w:p>
        </w:tc>
        <w:tc>
          <w:tcPr>
            <w:tcW w:w="4912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4BB3FD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НАИМЕНОВАНИЕ</w:t>
            </w:r>
          </w:p>
        </w:tc>
        <w:tc>
          <w:tcPr>
            <w:tcW w:w="637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44E5B9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КОЛ.</w:t>
            </w:r>
          </w:p>
        </w:tc>
      </w:tr>
      <w:tr w:rsidR="004C7F3C" w14:paraId="4D313B79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CC664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FS1535-01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7BFA5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FS1535-01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3FF24A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590418300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3EBF12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4"/>
                <w:lang w:val="ru-RU"/>
              </w:rPr>
              <w:t xml:space="preserve">Пистолет высокого давления с копьём </w:t>
            </w:r>
            <w:r>
              <w:rPr>
                <w:sz w:val="14"/>
              </w:rPr>
              <w:t>M</w:t>
            </w:r>
            <w:r w:rsidRPr="007D111D">
              <w:rPr>
                <w:sz w:val="14"/>
                <w:lang w:val="ru-RU"/>
              </w:rPr>
              <w:t>350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350C9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7520CFDA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36E6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FS1535-02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EDF9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FS1535-02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83DDF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500014035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E67B0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Манометр 1/4″, осевой, с фланцем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0BC8B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60293F2B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D2CC3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FS1535-02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F0402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FS1535-02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D9F588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590203005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AD2252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Гайка M4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0A7B4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152B3A00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693AA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FS1535-02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FCC17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FS1535-02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691B4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590208301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6064F5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4"/>
                <w:lang w:val="ru-RU"/>
              </w:rPr>
              <w:t xml:space="preserve">Винт </w:t>
            </w:r>
            <w:r>
              <w:rPr>
                <w:sz w:val="14"/>
              </w:rPr>
              <w:t>M</w:t>
            </w:r>
            <w:r w:rsidRPr="007D111D">
              <w:rPr>
                <w:sz w:val="14"/>
                <w:lang w:val="ru-RU"/>
              </w:rPr>
              <w:t xml:space="preserve">4×12, нержавеющая сталь </w:t>
            </w:r>
            <w:r>
              <w:rPr>
                <w:sz w:val="14"/>
              </w:rPr>
              <w:t>SUS</w:t>
            </w:r>
            <w:r w:rsidRPr="007D111D">
              <w:rPr>
                <w:sz w:val="14"/>
                <w:lang w:val="ru-RU"/>
              </w:rPr>
              <w:t>201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0DD82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2A59731F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5CCAF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FS1535-03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E2818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FS1535-03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0DDAF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590403010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9545C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Шланг подачи воды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A3073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</w:t>
            </w:r>
          </w:p>
        </w:tc>
      </w:tr>
      <w:tr w:rsidR="004C7F3C" w14:paraId="57363C25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A23C6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FS1535-03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F555C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FS1535-03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E96D64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590402060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167FF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 xml:space="preserve">Хомут </w:t>
            </w:r>
            <w:r>
              <w:rPr>
                <w:sz w:val="14"/>
              </w:rPr>
              <w:t>шланга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37795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4C7F3C" w14:paraId="7CBBDCF5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AE2CD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FS1535-04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FBD07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FS1535-04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78FEDB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590408530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D5F631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4"/>
                <w:lang w:val="ru-RU"/>
              </w:rPr>
              <w:t>Двухслойный армированный шланг высокого давления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529F7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47969F7B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18AF9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FS1535-05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1452F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05-1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BFF99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590407110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D7F01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Форсунка белая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22D6C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706BC3BD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710FF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FS1535-05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7D7DB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05-1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4CEEB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590407270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6E810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Форсунка красная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59ADC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253FEB60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4128D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FS1535-05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C796D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05-1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F2A9D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590407450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6B9BEB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Форсунка жёлтая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4939E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1A5B9048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35972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FS1535-05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F4350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05-1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A3AF3A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590407630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8621CD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Форсунка зелёная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CBBE9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4CAC39B3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BAE37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FS1535-05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B40BE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05-2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38F94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101700080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BEFAC4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Уплотнительное кольцо форсунки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A72E6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</w:t>
            </w:r>
          </w:p>
        </w:tc>
      </w:tr>
      <w:tr w:rsidR="004C7F3C" w14:paraId="68EE5112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2E73D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FS1535-06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1F344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FS1535-06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58FF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101063032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0FC59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Предупреждающий знак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1C6F8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7F68CE94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A91BF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FS1535-06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A3D42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FS1535-06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0F108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101000020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F9A02C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Знак заливки масла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829A5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5D0E6985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C9FA1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FS1535-07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8BA3E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FS1535-07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1C08F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590415010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90FE72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Фильтр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7E018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6FF985DE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F2F15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FS1535-08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21E1F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FS1535-08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E6732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101010072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DCA8BC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Руководство FS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42210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65FCCACA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9199A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FS1535-09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C1376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09-1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77FF34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590405061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8646FA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Поворотное колесо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5DE3E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4C7F3C" w14:paraId="7F65AF0C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FC983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FS1535-09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68B1A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09-2×8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75141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590204005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8F77F7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Плоская шайба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FA038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</w:tr>
      <w:tr w:rsidR="004C7F3C" w14:paraId="0B267FF0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9663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FS1535-09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D3BD7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09-2×8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18B547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590202004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EF5B5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Болт M8×25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8F8D2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</w:tr>
      <w:tr w:rsidR="004C7F3C" w14:paraId="06C6FECD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06D63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FS1535-10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5475B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FS1535-10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33B0E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590408821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15C708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Шланг манометра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81848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61D3013E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29AF5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FS1535-10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37ED7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FS1535-10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9E317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590110010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DD9641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Комбинированная уплотнительная шайба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D9E92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478ED693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E3939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FS1535-11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11F0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11-1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304B67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832506010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C96B9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Клапан регулировки давления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302F2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075D504D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CA8E3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FS1535-11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BF008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11-1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84943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590502024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35B832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Проходной штуцер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E8504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58B08E58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DE418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FS1535-11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84FB0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11-1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E7E8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502403120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69C69B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Соединитель водяного патрубка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F50AE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7DDD1CAC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51AFE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FS1535-11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D69E1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11-2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7AC7E6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303012501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536E3C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4"/>
                <w:lang w:val="ru-RU"/>
              </w:rPr>
              <w:t xml:space="preserve">Реле давления </w:t>
            </w:r>
            <w:r>
              <w:rPr>
                <w:sz w:val="14"/>
              </w:rPr>
              <w:t>PR</w:t>
            </w:r>
            <w:r w:rsidRPr="007D111D">
              <w:rPr>
                <w:sz w:val="14"/>
                <w:lang w:val="ru-RU"/>
              </w:rPr>
              <w:t>1 в сборе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B8F00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41949387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A1F46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FS1535-11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A38C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11-3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D14C4A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101270380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68817C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Защитный чехол реле давления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3C3A4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02B6074E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EC84C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FS1535-11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AF6F6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11-3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0E462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101270390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565F04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Чехол сердечника выключателя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87E70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209EE87F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42EB1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FS1535-11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40B9B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11-3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2106A8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101270400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0933D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U-образная скоба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15E27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27E39B81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4A191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FS1535-11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B26A9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11-4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B002C4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304226108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66DFDC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Кабель реле давления VB350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A6DFC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2CC81A1A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D15EE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FS1535-11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32C93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11-4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5E222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590501005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508CC8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 xml:space="preserve">Штуцер </w:t>
            </w:r>
            <w:r>
              <w:rPr>
                <w:sz w:val="14"/>
              </w:rPr>
              <w:t>«ёлочка»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3595F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1EAACCF9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9E0F5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FS1535-12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BF69C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12-1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49C3B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590403060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E64E2D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Шланг подачи воды (опция)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51D02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0</w:t>
            </w:r>
          </w:p>
        </w:tc>
      </w:tr>
      <w:tr w:rsidR="004C7F3C" w14:paraId="369BA92E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86226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FS1535-12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2C13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12-1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1BB8EC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101769411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91E9F6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Обжимной гидравлический фитинг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C94CF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4C7F3C" w14:paraId="28FAF984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B61BB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FS1535-12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50D77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12-1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67210F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5900904001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6C301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Чёрная резиновая прокладка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7CBA1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4C7F3C" w14:paraId="78A2CEF7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43008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FS1535-12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788D5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12-1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D2B3EC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101270841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D2780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4"/>
                <w:lang w:val="ru-RU"/>
              </w:rPr>
              <w:t>Защитная оплётка из нержавеющей стали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F106E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4C7F3C" w14:paraId="42342570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EACE0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FS1535-12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EE6C1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12-2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B457EA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590403040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9D650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Шланг подачи воды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39B72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</w:t>
            </w:r>
          </w:p>
        </w:tc>
      </w:tr>
      <w:tr w:rsidR="004C7F3C" w14:paraId="716A2D8B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D249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FS1535-12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C2563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12-2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72DBF1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590402060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6C838A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Хомут шланга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FF40E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4C7F3C" w14:paraId="697AEF63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213D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FS1535-12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A04A7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12-3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55A0E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590502022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09B612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Проходной штуцер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9AC4C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5388452F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3E898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FS1535-12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2F9ED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12-4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EE90C7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590503021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34EBF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Угловой фитинг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4C91F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658A2179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D30C7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FS1535-12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921CC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12-5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65E4B1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590501003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03263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Штуцер «ёлочка»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DD72C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045E48E0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331A9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FS1535-12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8FE17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12-6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C90DCF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590404031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23A2E8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Фильтр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2D568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7ECDFB65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1E713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FS1535-13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E9715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13-1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AEF3B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101270810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C7D79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Кнопка включения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A7AE1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6B8EE0A0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32527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FS1535-13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938EE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13-1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DE19AC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101270812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8BA896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Кнопка выключения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CF58C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0351EABC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4C5BC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FS1535-13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68B7E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13-2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63187D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101270750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AF66DF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Кнопка аварийного останова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A75B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2C5786C8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A6E33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FS1535-14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66D82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14-1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7EF24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590202024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20C09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Болт M10×40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8A43C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</w:t>
            </w:r>
          </w:p>
        </w:tc>
      </w:tr>
      <w:tr w:rsidR="004C7F3C" w14:paraId="28F2C606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DA7DC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FS1535-14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18DE7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14-1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1B4F8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590204006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C6AEC7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Плоская шайба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2C061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</w:tr>
      <w:tr w:rsidR="004C7F3C" w14:paraId="59317658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A39F0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FS1535-14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18E15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14-2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8A25AB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590204004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D3E12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Шайба 10×20×1,5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7121F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</w:t>
            </w:r>
          </w:p>
        </w:tc>
      </w:tr>
      <w:tr w:rsidR="004C7F3C" w14:paraId="068D81A0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95F7D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FS1535-14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51E63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14-3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F8E602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590203001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9C860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Шестигранная гайка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EE0A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</w:t>
            </w:r>
          </w:p>
        </w:tc>
      </w:tr>
      <w:tr w:rsidR="004C7F3C" w14:paraId="039ADB93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B27C8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FS1535-14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F9FE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14-4×8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874E7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590202026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DB1A3B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Болт с шестигранной головкой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8A16D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</w:tr>
      <w:tr w:rsidR="004C7F3C" w14:paraId="11FD8AEA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E642F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FS1535-14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A49A4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14-4×8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C09D9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590204004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6AA258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Плоская шайба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E2C07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</w:tr>
      <w:tr w:rsidR="004C7F3C" w14:paraId="3672EAC2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C7010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FS1535-14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7E86F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14-4×8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0B7D88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590204101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DB83CC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Двусторонняя зубчатая шайба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5C2E8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</w:tr>
      <w:tr w:rsidR="004C7F3C" w14:paraId="21E999F2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A4E0E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FS1535-14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54E23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14-5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786D1F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590616010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FEF6C2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Электродвигатель 11 кВт / 380 В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4D48A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78A3D2A1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C399E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FS1535-14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F312B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14-6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20FB6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590409130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C17E2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Виброопора электродвигателя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1076A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</w:t>
            </w:r>
          </w:p>
        </w:tc>
      </w:tr>
      <w:tr w:rsidR="004C7F3C" w14:paraId="6A56EB51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D46A0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FS1535-15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F3FB4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FS1535-15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FC0592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101271350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6E9B0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Электрический кабель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3DAE5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412C9503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8E71D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FS1535-16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B2492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16-1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AC52C7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590306290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F06354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Муфта с нейлоновой втулкой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1F487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177AF65E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5D778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FS1535-16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BF049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16-2×8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1F84B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590201045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346B34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 xml:space="preserve">Винт с </w:t>
            </w:r>
            <w:r>
              <w:rPr>
                <w:sz w:val="14"/>
              </w:rPr>
              <w:t>внутренним шестигранником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017F3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</w:tr>
      <w:tr w:rsidR="004C7F3C" w14:paraId="158A295D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4A384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FS1535-16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5D1A1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16-2×8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BE9D3A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590204005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A28EBD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Плоская шайба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4ACC3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</w:tr>
      <w:tr w:rsidR="004C7F3C" w14:paraId="13A61251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61892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FS1535-16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D7C27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16-2×8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4BF751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590204103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5BBF1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Двусторонняя зубчатая шайба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BE6E9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</w:tr>
      <w:tr w:rsidR="004C7F3C" w14:paraId="74DCB6CA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19776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FS1535-16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05A8C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16-3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294471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590209020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3394F1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Винт муфты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E5BEF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4C7F3C" w14:paraId="2D2DAC4A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5D5D2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FS1535-16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CB0E5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16-4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F2C8EC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811101060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12D5FB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Плунжерный насос высокого давления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A7ECA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79A7FA0C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37578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FS1535-16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254B7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16-5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CD7011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500012010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139D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Соединительный фланец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24825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59E34710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30870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FS1535-17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B934A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265A2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304226009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5CDEA2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Электрический шкаф управления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D5D89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2738D9C0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2A16B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FS1535-17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B6458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17-1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95CD77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101270120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F8396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Контактор переменного тока 380 В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BE0E5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5C00830B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0672C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FS1535-17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6E99A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17-2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08A50F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101270230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B0F5AF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Тепловое реле перегрузки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CE0E1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5F463C73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B0174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FS1535-17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7A20A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17-3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42F43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101270200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A0BF12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Реле времени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CEF97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558FCFDA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89F44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FS1535-17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6CFBD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17-4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0756B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101270210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96162C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Основание реле времени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DD8DA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577B4E1C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25C10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FS1535-17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AF36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17-5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0953D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101270151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E1741C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4"/>
                <w:lang w:val="ru-RU"/>
              </w:rPr>
              <w:t>Автомат защиты от утечки тока 380 В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30215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573A6577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7063A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FS1535-17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AC1BE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17-6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B7D1D2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101270250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F9621F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Промежуточное реле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360A6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3FCA6DB8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5361D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FS1535-17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DE611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17-7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40328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101270260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DF70A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Основание промежуточного реле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F0DFE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696C4D38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E00CB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FS1535-17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55101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17-8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57180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101271190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40831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Клеммная колодка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F1704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0C8EAEE0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DB54D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FS1535-17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53248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17-9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AD60A1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590201150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60D78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Винт с внутренним шестигранником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3A3EF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</w:t>
            </w:r>
          </w:p>
        </w:tc>
      </w:tr>
      <w:tr w:rsidR="004C7F3C" w14:paraId="59F1BCBB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D787B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FS1535-17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7F389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17-10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AC193C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590203202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50D4BD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Колпачковая гайка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FE042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</w:t>
            </w:r>
          </w:p>
        </w:tc>
      </w:tr>
      <w:tr w:rsidR="004C7F3C" w14:paraId="0981C56F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E2421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FS1535-17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0EB60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17-11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6B5CC1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500014041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D222E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Вольтметр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91694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2145A197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7FDC9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FS1535-17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3F29B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17-12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30DBB4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500014040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694A06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Амперметр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49CCE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399522FC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54ED2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FS1535-18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19EB9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18-1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6F1F0C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06F57D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Передняя панель рамы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0485F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0D678C38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6C02D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FS1535-18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B62ED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18-2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3029DF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C3579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Задняя панель рамы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02D30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54A74C9D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7AF97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FS1535-18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C0274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18-3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F0C8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590710072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18DE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Рама FS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2DFF4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7F6772BB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330C9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FS1535-18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7793E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18-4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7155CA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F4F68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Боковая панель рамы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A38D1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</w:t>
            </w:r>
          </w:p>
        </w:tc>
      </w:tr>
      <w:tr w:rsidR="004C7F3C" w14:paraId="00648406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A95A8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FS1535-18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03E5B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18-5×60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902EB6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590208203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5CF3C8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Винт с крестообразным шлицем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010D3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60</w:t>
            </w:r>
          </w:p>
        </w:tc>
      </w:tr>
      <w:tr w:rsidR="004C7F3C" w14:paraId="0DDD3F43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97E8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FS1535-18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E791D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18-6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D24E4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590204005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10DE2B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Плоская шайба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27E73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4C7F3C" w14:paraId="61A32BD2" w14:textId="77777777">
        <w:trPr>
          <w:cantSplit/>
        </w:trPr>
        <w:tc>
          <w:tcPr>
            <w:tcW w:w="172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D0958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FS1535-18</w:t>
            </w:r>
          </w:p>
        </w:tc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04372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18-6</w:t>
            </w:r>
          </w:p>
        </w:tc>
        <w:tc>
          <w:tcPr>
            <w:tcW w:w="1914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C3A88F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590202019</w:t>
            </w:r>
          </w:p>
        </w:tc>
        <w:tc>
          <w:tcPr>
            <w:tcW w:w="4912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2638F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 xml:space="preserve">Болт с </w:t>
            </w:r>
            <w:r>
              <w:rPr>
                <w:sz w:val="14"/>
              </w:rPr>
              <w:t>шестигранной головкой</w:t>
            </w:r>
          </w:p>
        </w:tc>
        <w:tc>
          <w:tcPr>
            <w:tcW w:w="6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63118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4C7F3C" w14:paraId="4B019A20" w14:textId="77777777">
        <w:trPr>
          <w:cantSplit/>
        </w:trPr>
        <w:tc>
          <w:tcPr>
            <w:tcW w:w="17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D50CB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FS1535-18</w:t>
            </w:r>
          </w:p>
        </w:tc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55211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18-7</w:t>
            </w:r>
          </w:p>
        </w:tc>
        <w:tc>
          <w:tcPr>
            <w:tcW w:w="19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E2748D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590405033</w:t>
            </w:r>
          </w:p>
        </w:tc>
        <w:tc>
          <w:tcPr>
            <w:tcW w:w="49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9E03DD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Цельнолитое колесо 10″</w:t>
            </w:r>
          </w:p>
        </w:tc>
        <w:tc>
          <w:tcPr>
            <w:tcW w:w="6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07096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</w:tr>
    </w:tbl>
    <w:p w14:paraId="17829D50" w14:textId="77777777" w:rsidR="004C7F3C" w:rsidRDefault="00165A93">
      <w:r>
        <w:br w:type="page"/>
      </w:r>
    </w:p>
    <w:p w14:paraId="08D9B7D2" w14:textId="77777777" w:rsidR="004C7F3C" w:rsidRDefault="00165A93">
      <w:pPr>
        <w:spacing w:after="40"/>
      </w:pPr>
      <w:r>
        <w:rPr>
          <w:b/>
          <w:color w:val="646A70"/>
          <w:sz w:val="14"/>
        </w:rPr>
        <w:t>РАЗДЕЛ 8 • ЗАПАСНЫЕ ЧАСТИ</w:t>
      </w:r>
    </w:p>
    <w:p w14:paraId="236D97C8" w14:textId="77777777" w:rsidR="004C7F3C" w:rsidRDefault="00165A93">
      <w:pPr>
        <w:pStyle w:val="1"/>
        <w:pBdr>
          <w:bottom w:val="single" w:sz="12" w:space="4" w:color="ED1C24"/>
        </w:pBdr>
      </w:pPr>
      <w:r>
        <w:t>Плунжерный насос: взрыв-схема</w:t>
      </w:r>
    </w:p>
    <w:p w14:paraId="3E6498BE" w14:textId="77777777" w:rsidR="004C7F3C" w:rsidRDefault="00165A93">
      <w:pPr>
        <w:spacing w:after="40"/>
        <w:jc w:val="center"/>
      </w:pPr>
      <w:r>
        <w:rPr>
          <w:noProof/>
        </w:rPr>
        <w:drawing>
          <wp:inline distT="0" distB="0" distL="0" distR="0" wp14:anchorId="7F838C4C" wp14:editId="74AA42E1">
            <wp:extent cx="6192000" cy="4562339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4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562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476A2" w14:textId="77777777" w:rsidR="004C7F3C" w:rsidRPr="007D111D" w:rsidRDefault="00165A93">
      <w:pPr>
        <w:pStyle w:val="SmallCaption"/>
        <w:rPr>
          <w:lang w:val="ru-RU"/>
        </w:rPr>
      </w:pPr>
      <w:r w:rsidRPr="007D111D">
        <w:rPr>
          <w:lang w:val="ru-RU"/>
        </w:rPr>
        <w:t>Оригинальная заводская взрыв-схема насоса, позиции 1–47</w:t>
      </w:r>
    </w:p>
    <w:tbl>
      <w:tblPr>
        <w:tblW w:w="10206" w:type="dxa"/>
        <w:tblInd w:w="120" w:type="dxa"/>
        <w:tblBorders>
          <w:top w:val="single" w:sz="8" w:space="0" w:color="8B5B00"/>
          <w:left w:val="single" w:sz="8" w:space="0" w:color="8B5B00"/>
          <w:bottom w:val="single" w:sz="8" w:space="0" w:color="8B5B00"/>
          <w:right w:val="single" w:sz="8" w:space="0" w:color="8B5B00"/>
          <w:insideH w:val="single" w:sz="8" w:space="0" w:color="8B5B00"/>
          <w:insideV w:val="single" w:sz="8" w:space="0" w:color="8B5B0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C7F3C" w:rsidRPr="007D111D" w14:paraId="3DAB032C" w14:textId="77777777">
        <w:tc>
          <w:tcPr>
            <w:tcW w:w="10206" w:type="dxa"/>
            <w:shd w:val="clear" w:color="auto" w:fill="FFF4C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87F4E0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8B5B00"/>
                <w:sz w:val="18"/>
                <w:lang w:val="ru-RU"/>
              </w:rPr>
              <w:t>СБОРКА НАСОСА</w:t>
            </w:r>
          </w:p>
          <w:p w14:paraId="17CA0EEB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Не ориентируйтесь только на рисунок: </w:t>
            </w:r>
            <w:r w:rsidRPr="007D111D">
              <w:rPr>
                <w:sz w:val="17"/>
                <w:lang w:val="ru-RU"/>
              </w:rPr>
              <w:t>соблюдайте направление уплотнений, моменты затяжки, чистоту деталей и последовательность заводской сборки.</w:t>
            </w:r>
          </w:p>
        </w:tc>
      </w:tr>
    </w:tbl>
    <w:p w14:paraId="64A5727E" w14:textId="77777777" w:rsidR="004C7F3C" w:rsidRPr="007D111D" w:rsidRDefault="004C7F3C">
      <w:pPr>
        <w:spacing w:after="0"/>
        <w:rPr>
          <w:lang w:val="ru-RU"/>
        </w:rPr>
      </w:pPr>
    </w:p>
    <w:p w14:paraId="3A263EDD" w14:textId="77777777" w:rsidR="004C7F3C" w:rsidRPr="007D111D" w:rsidRDefault="00165A93">
      <w:pPr>
        <w:rPr>
          <w:lang w:val="ru-RU"/>
        </w:rPr>
      </w:pPr>
      <w:r w:rsidRPr="007D111D">
        <w:rPr>
          <w:lang w:val="ru-RU"/>
        </w:rPr>
        <w:br w:type="page"/>
      </w:r>
    </w:p>
    <w:p w14:paraId="68467E1F" w14:textId="77777777" w:rsidR="004C7F3C" w:rsidRPr="007D111D" w:rsidRDefault="00165A93">
      <w:pPr>
        <w:spacing w:after="40"/>
        <w:rPr>
          <w:lang w:val="ru-RU"/>
        </w:rPr>
      </w:pPr>
      <w:r w:rsidRPr="007D111D">
        <w:rPr>
          <w:b/>
          <w:color w:val="646A70"/>
          <w:sz w:val="14"/>
          <w:lang w:val="ru-RU"/>
        </w:rPr>
        <w:t>РАЗДЕЛ 8 • ЗАПАСНЫЕ ЧАСТИ</w:t>
      </w:r>
    </w:p>
    <w:p w14:paraId="7361634B" w14:textId="77777777" w:rsidR="004C7F3C" w:rsidRPr="007D111D" w:rsidRDefault="00165A93">
      <w:pPr>
        <w:pStyle w:val="1"/>
        <w:pBdr>
          <w:bottom w:val="single" w:sz="12" w:space="4" w:color="ED1C24"/>
        </w:pBdr>
        <w:rPr>
          <w:lang w:val="ru-RU"/>
        </w:rPr>
      </w:pPr>
      <w:r w:rsidRPr="007D111D">
        <w:rPr>
          <w:lang w:val="ru-RU"/>
        </w:rPr>
        <w:t>Каталог деталей плунжерного насоса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2260"/>
        <w:gridCol w:w="6196"/>
        <w:gridCol w:w="729"/>
      </w:tblGrid>
      <w:tr w:rsidR="004C7F3C" w14:paraId="19621377" w14:textId="77777777">
        <w:trPr>
          <w:tblHeader/>
        </w:trPr>
        <w:tc>
          <w:tcPr>
            <w:tcW w:w="1021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2B33FF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ПОЗ.</w:t>
            </w:r>
          </w:p>
        </w:tc>
        <w:tc>
          <w:tcPr>
            <w:tcW w:w="2260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6B24C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АРТИКУЛ</w:t>
            </w:r>
          </w:p>
        </w:tc>
        <w:tc>
          <w:tcPr>
            <w:tcW w:w="6196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A306C4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НАИМЕНОВАНИЕ</w:t>
            </w:r>
          </w:p>
        </w:tc>
        <w:tc>
          <w:tcPr>
            <w:tcW w:w="729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478263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КОЛ.</w:t>
            </w:r>
          </w:p>
        </w:tc>
      </w:tr>
      <w:tr w:rsidR="004C7F3C" w14:paraId="4172D811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918DA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F510B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590201006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8E5741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 xml:space="preserve">Винт с внутренним </w:t>
            </w:r>
            <w:r>
              <w:rPr>
                <w:sz w:val="14"/>
              </w:rPr>
              <w:t>шестигранником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B6233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12</w:t>
            </w:r>
          </w:p>
        </w:tc>
      </w:tr>
      <w:tr w:rsidR="004C7F3C" w14:paraId="00B2401D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D7D62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3F3EB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500010001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556391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Пробка BM-G3/8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D9AC4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4C7F3C" w14:paraId="72230C46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524DC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7FDDA8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590101021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676B1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Уплотнительное кольцо O-ring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8360B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5</w:t>
            </w:r>
          </w:p>
        </w:tc>
      </w:tr>
      <w:tr w:rsidR="004C7F3C" w14:paraId="6E160EFC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9ABC8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409FC6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501102020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3E695D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Задняя крышка ST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5CE6F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03F01653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49D7A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E2F01F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590101196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228F8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Уплотнительное кольцо O-ring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EA209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260D0FC9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511B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D68A9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501102030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8F2076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Шатун ST в сборе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DD40D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4BA1C3A8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2354C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78506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501102040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B24248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Палец плунжера ST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A5B87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0C769CAD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DBE07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402128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590206001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44DE2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Стопорное кольцо вала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0AC00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6</w:t>
            </w:r>
          </w:p>
        </w:tc>
      </w:tr>
      <w:tr w:rsidR="004C7F3C" w14:paraId="5E1AE712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65462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42286D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501102140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15D60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Шток плунжера ST20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BFE0A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4D642260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1F8D6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80AFE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501102150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E880E4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Картер ST20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5741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02B50AE4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878C4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1E2E22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501102160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DC7EC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Коленчатый вал ST14-N24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F798F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036BCD4B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6F6C4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9A848B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500011002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DB864F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Призматическая шпонка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BC7F4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70266738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AF6B7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B9CCE8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590303004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F6A79D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Конический роликовый подшипник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8908E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4C7F3C" w14:paraId="62497B25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52B42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D4EEF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501002080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DF59B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 xml:space="preserve">Регулировочная </w:t>
            </w:r>
            <w:r>
              <w:rPr>
                <w:sz w:val="14"/>
              </w:rPr>
              <w:t>прокладка зазора DS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0690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4C7F3C" w14:paraId="71EB5BD4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06193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02974B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590101102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72EE3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Уплотнительное кольцо O-ring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288E6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4C7F3C" w14:paraId="6F2A1D19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2EDB7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A70D7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501002030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BCA45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Удлинительный фланец DS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F8643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6DC31ACC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AB36F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17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68E81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590108003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9BA67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Каркасный сальник TC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4D4E5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1CF5B0E8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E7F0F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18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14A42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590204103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EB27D7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Двусторонняя зубчатая шайба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64469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16</w:t>
            </w:r>
          </w:p>
        </w:tc>
      </w:tr>
      <w:tr w:rsidR="004C7F3C" w14:paraId="0D506FCF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906CC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19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A9E67B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501102090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FBF4D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Нижняя крышка картера ST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EDCFF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4598B241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DDFE5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20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73148B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590101068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E7D02C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Уплотнительное кольцо O-ring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29D9E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26D95345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FB4AD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21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7220A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590107002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5B494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Каркасный сальник TC4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174C5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6422820D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5C3C7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22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89204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500602080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A8760D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Опорная рамка TK22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C588E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60C18253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E40F1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23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24453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501102060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812B7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Водоотражательное кольцо ST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6D938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5DB28113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B193A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24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7A3DEB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501102130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A62887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Керамический плунжер ST20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6D99C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4716340F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E9EC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EF03B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590101113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6DD31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Уплотнительное кольцо O-ring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47731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283722EA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D7F7F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26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50BABD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501102080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18AFBE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4"/>
                <w:lang w:val="ru-RU"/>
              </w:rPr>
              <w:t xml:space="preserve">Фиксирующий болт керамического плунжера </w:t>
            </w:r>
            <w:r>
              <w:rPr>
                <w:sz w:val="14"/>
              </w:rPr>
              <w:t>ST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1ABFA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0CB13C0F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433C2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27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679982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501101120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78D4EF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4"/>
                <w:lang w:val="ru-RU"/>
              </w:rPr>
              <w:t xml:space="preserve">Плоская прокладка дополнительного уплотнения </w:t>
            </w:r>
            <w:r>
              <w:rPr>
                <w:sz w:val="14"/>
              </w:rPr>
              <w:t>ST</w:t>
            </w:r>
            <w:r w:rsidRPr="007D111D">
              <w:rPr>
                <w:sz w:val="14"/>
                <w:lang w:val="ru-RU"/>
              </w:rPr>
              <w:t>20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8DC45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3752237C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59BCC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28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AAFF8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590105004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196F21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4"/>
                <w:lang w:val="ru-RU"/>
              </w:rPr>
              <w:t>Комплект дополнительных водяных уплотнений 20 мм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C9085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2C561CC3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82E2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29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7E78E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501101101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F1631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Заднее направляющее кольцо HZT20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72C75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5BA789A5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9A3BA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30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F0700D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590101073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07AE0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Уплотнительное кольцо O-ring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AB9CB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7D7C669E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585A2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867FFF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590104067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E95BEF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4"/>
                <w:lang w:val="ru-RU"/>
              </w:rPr>
              <w:t>Основное водяное уплотнение, комплект из 3 частей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78DB2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7CF1F688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79BA8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32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F6968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500010002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F8A03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Пробка BM-G1/2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263CA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3766F953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8BC91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33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AFA512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590101035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5C7237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Уплотнительное кольцо O-ring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96772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5897D6D3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77C84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34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4B57EA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590101223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7852C0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Уплотнительное кольцо O-ring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0B3FB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2880ADEE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192ED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35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71EA2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501101040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CF2AF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Впускной обратный клапан ST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AFC76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1F65B19A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9D473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36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C12ACD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590101040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93A1AA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Уплотнительное кольцо O-ring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ADAA2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4330A7F4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5B181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37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B81E93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501101061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799651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4"/>
                <w:lang w:val="ru-RU"/>
              </w:rPr>
              <w:t xml:space="preserve">Винт впускного обратного клапана </w:t>
            </w:r>
            <w:r>
              <w:rPr>
                <w:sz w:val="14"/>
              </w:rPr>
              <w:t>ST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885BA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2B4FD6FD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A8126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38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D706A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590201046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2743E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Винт с внутренним шестигранником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65E6B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</w:tr>
      <w:tr w:rsidR="004C7F3C" w14:paraId="46471A3E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F774B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39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454AED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501101070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5833A7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4"/>
                <w:lang w:val="ru-RU"/>
              </w:rPr>
              <w:t xml:space="preserve">Винт выпускного обратного клапана </w:t>
            </w:r>
            <w:r>
              <w:rPr>
                <w:sz w:val="14"/>
              </w:rPr>
              <w:t>ST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C2411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</w:tr>
      <w:tr w:rsidR="004C7F3C" w14:paraId="4FDDB4B4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C69A0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40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10191F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501101240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A0898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Головка насоса HZT20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C92D5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362E1B62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6A438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41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AD0EE6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590101015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214F45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Уплотнительное кольцо O-ring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EAC90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455E5274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DD474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42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047657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501101060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3CB1A2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Выпускной обратный клапан ST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777F6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</w:tr>
      <w:tr w:rsidR="004C7F3C" w14:paraId="5AB2B2FB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8DF80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43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7197E9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501101171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DD9E4A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4"/>
                <w:lang w:val="ru-RU"/>
              </w:rPr>
              <w:t xml:space="preserve">Винт обратного клапана выпускного отверстия </w:t>
            </w:r>
            <w:r>
              <w:rPr>
                <w:sz w:val="14"/>
              </w:rPr>
              <w:t>ST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0E2BC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7060778C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8935C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44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E0F107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301041001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8B7C4C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4"/>
                <w:lang w:val="ru-RU"/>
              </w:rPr>
              <w:t xml:space="preserve">Боковая крышка </w:t>
            </w:r>
            <w:r>
              <w:rPr>
                <w:sz w:val="14"/>
              </w:rPr>
              <w:t>DS</w:t>
            </w:r>
            <w:r w:rsidRPr="007D111D">
              <w:rPr>
                <w:sz w:val="14"/>
                <w:lang w:val="ru-RU"/>
              </w:rPr>
              <w:t xml:space="preserve"> в сборе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2C590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79FCC39E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D7289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45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3C6CD7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101702010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283AFC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Масляная пробка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6BCF4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297B0783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E96DE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46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29E0C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590101019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A206FE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Уплотнительное кольцо O-ring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F3150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  <w:tr w:rsidR="004C7F3C" w14:paraId="2F2C96A3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DBEF2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47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7183DA" w14:textId="77777777" w:rsidR="004C7F3C" w:rsidRDefault="00165A93">
            <w:pPr>
              <w:spacing w:after="0" w:line="240" w:lineRule="auto"/>
            </w:pPr>
            <w:r>
              <w:rPr>
                <w:sz w:val="14"/>
              </w:rPr>
              <w:t>301150101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DC2B53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4"/>
                <w:lang w:val="ru-RU"/>
              </w:rPr>
              <w:t xml:space="preserve">Указатель уровня масла </w:t>
            </w:r>
            <w:r>
              <w:rPr>
                <w:sz w:val="14"/>
              </w:rPr>
              <w:t>BM</w:t>
            </w:r>
            <w:r w:rsidRPr="007D111D">
              <w:rPr>
                <w:sz w:val="14"/>
                <w:lang w:val="ru-RU"/>
              </w:rPr>
              <w:t xml:space="preserve"> в сборе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76BC8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</w:tr>
    </w:tbl>
    <w:p w14:paraId="5D1A7052" w14:textId="7697361A" w:rsidR="004C7F3C" w:rsidRDefault="00165A93" w:rsidP="007D111D">
      <w:r>
        <w:rPr>
          <w:b/>
          <w:color w:val="646A70"/>
          <w:sz w:val="14"/>
        </w:rPr>
        <w:t>РАЗДЕЛ 8 • ЗАПАСНЫЕ ЧАСТИ</w:t>
      </w:r>
    </w:p>
    <w:p w14:paraId="5A53D640" w14:textId="77777777" w:rsidR="004C7F3C" w:rsidRDefault="00165A93">
      <w:pPr>
        <w:pStyle w:val="1"/>
        <w:pBdr>
          <w:bottom w:val="single" w:sz="12" w:space="4" w:color="ED1C24"/>
        </w:pBdr>
      </w:pPr>
      <w:r>
        <w:t>Сервисные комплекты насоса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2187"/>
        <w:gridCol w:w="2041"/>
        <w:gridCol w:w="875"/>
        <w:gridCol w:w="1166"/>
        <w:gridCol w:w="3208"/>
        <w:gridCol w:w="729"/>
      </w:tblGrid>
      <w:tr w:rsidR="004C7F3C" w14:paraId="2ACA42C8" w14:textId="77777777">
        <w:trPr>
          <w:tblHeader/>
        </w:trPr>
        <w:tc>
          <w:tcPr>
            <w:tcW w:w="2187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4F34A2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КОМПЛЕКТ</w:t>
            </w:r>
          </w:p>
        </w:tc>
        <w:tc>
          <w:tcPr>
            <w:tcW w:w="2041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A30D75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АРТИКУЛ</w:t>
            </w:r>
          </w:p>
        </w:tc>
        <w:tc>
          <w:tcPr>
            <w:tcW w:w="5249" w:type="dxa"/>
            <w:gridSpan w:val="3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481CD8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СОСТАВ</w:t>
            </w:r>
          </w:p>
        </w:tc>
        <w:tc>
          <w:tcPr>
            <w:tcW w:w="729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874E0D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КОЛ.</w:t>
            </w:r>
          </w:p>
        </w:tc>
      </w:tr>
      <w:tr w:rsidR="004C7F3C" w14:paraId="1589D5D5" w14:textId="77777777">
        <w:trPr>
          <w:cantSplit/>
        </w:trPr>
        <w:tc>
          <w:tcPr>
            <w:tcW w:w="218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70C860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Комплект обратных клапанов</w:t>
            </w:r>
          </w:p>
        </w:tc>
        <w:tc>
          <w:tcPr>
            <w:tcW w:w="204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C3DCEB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301191004</w:t>
            </w:r>
          </w:p>
        </w:tc>
        <w:tc>
          <w:tcPr>
            <w:tcW w:w="5249" w:type="dxa"/>
            <w:gridSpan w:val="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FF1F9A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 xml:space="preserve">Впускные и выпускные обратные </w:t>
            </w:r>
            <w:r w:rsidRPr="007D111D">
              <w:rPr>
                <w:sz w:val="16"/>
                <w:lang w:val="ru-RU"/>
              </w:rPr>
              <w:t>клапаны с уплотнительными кольцами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6C371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4C7F3C" w14:paraId="0C4328DA" w14:textId="77777777">
        <w:trPr>
          <w:cantSplit/>
        </w:trPr>
        <w:tc>
          <w:tcPr>
            <w:tcW w:w="218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DCFE81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Комплект водяных уплотнений</w:t>
            </w:r>
          </w:p>
        </w:tc>
        <w:tc>
          <w:tcPr>
            <w:tcW w:w="204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1C888F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301221101</w:t>
            </w:r>
          </w:p>
        </w:tc>
        <w:tc>
          <w:tcPr>
            <w:tcW w:w="5249" w:type="dxa"/>
            <w:gridSpan w:val="3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AFACCA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>Основные и дополнительные водяные уплотнения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84AF3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4C7F3C" w14:paraId="75834CCA" w14:textId="77777777">
        <w:trPr>
          <w:tblHeader/>
        </w:trPr>
        <w:tc>
          <w:tcPr>
            <w:tcW w:w="5103" w:type="dxa"/>
            <w:gridSpan w:val="3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82F270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РЕКОМЕНДУЕМАЯ ДЕТАЛЬ</w:t>
            </w:r>
          </w:p>
        </w:tc>
        <w:tc>
          <w:tcPr>
            <w:tcW w:w="1166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9B71DA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КОЛ.</w:t>
            </w:r>
          </w:p>
        </w:tc>
        <w:tc>
          <w:tcPr>
            <w:tcW w:w="3937" w:type="dxa"/>
            <w:gridSpan w:val="2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6B96C0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ОРИЕНТИРОВОЧНЫЙ РЕСУРС</w:t>
            </w:r>
          </w:p>
        </w:tc>
      </w:tr>
      <w:tr w:rsidR="004C7F3C" w14:paraId="390BF489" w14:textId="77777777">
        <w:trPr>
          <w:cantSplit/>
        </w:trPr>
        <w:tc>
          <w:tcPr>
            <w:tcW w:w="5103" w:type="dxa"/>
            <w:gridSpan w:val="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25EA20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Комплект плунжерных уплотнений</w:t>
            </w:r>
          </w:p>
        </w:tc>
        <w:tc>
          <w:tcPr>
            <w:tcW w:w="116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93BA7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937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66710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500 ч</w:t>
            </w:r>
          </w:p>
        </w:tc>
      </w:tr>
      <w:tr w:rsidR="004C7F3C" w14:paraId="43B8BA19" w14:textId="77777777">
        <w:trPr>
          <w:cantSplit/>
        </w:trPr>
        <w:tc>
          <w:tcPr>
            <w:tcW w:w="5103" w:type="dxa"/>
            <w:gridSpan w:val="3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B10C6E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Комплект клапанов</w:t>
            </w:r>
          </w:p>
        </w:tc>
        <w:tc>
          <w:tcPr>
            <w:tcW w:w="116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36979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937" w:type="dxa"/>
            <w:gridSpan w:val="2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61C46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500 ч</w:t>
            </w:r>
          </w:p>
        </w:tc>
      </w:tr>
      <w:tr w:rsidR="004C7F3C" w14:paraId="23C33F35" w14:textId="77777777">
        <w:trPr>
          <w:cantSplit/>
        </w:trPr>
        <w:tc>
          <w:tcPr>
            <w:tcW w:w="5103" w:type="dxa"/>
            <w:gridSpan w:val="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C835A3" w14:textId="77777777" w:rsidR="004C7F3C" w:rsidRPr="007D111D" w:rsidRDefault="00165A93">
            <w:pPr>
              <w:spacing w:after="0" w:line="240" w:lineRule="auto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 xml:space="preserve">Комплект </w:t>
            </w:r>
            <w:r>
              <w:rPr>
                <w:sz w:val="16"/>
              </w:rPr>
              <w:t>O</w:t>
            </w:r>
            <w:r w:rsidRPr="007D111D">
              <w:rPr>
                <w:sz w:val="16"/>
                <w:lang w:val="ru-RU"/>
              </w:rPr>
              <w:t>-</w:t>
            </w:r>
            <w:r>
              <w:rPr>
                <w:sz w:val="16"/>
              </w:rPr>
              <w:t>ring</w:t>
            </w:r>
            <w:r w:rsidRPr="007D111D">
              <w:rPr>
                <w:sz w:val="16"/>
                <w:lang w:val="ru-RU"/>
              </w:rPr>
              <w:t xml:space="preserve"> латунной головки</w:t>
            </w:r>
          </w:p>
        </w:tc>
        <w:tc>
          <w:tcPr>
            <w:tcW w:w="116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BE7EE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937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17A28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500 ч</w:t>
            </w:r>
          </w:p>
        </w:tc>
      </w:tr>
      <w:tr w:rsidR="004C7F3C" w14:paraId="7F5C1EC4" w14:textId="77777777">
        <w:trPr>
          <w:cantSplit/>
        </w:trPr>
        <w:tc>
          <w:tcPr>
            <w:tcW w:w="5103" w:type="dxa"/>
            <w:gridSpan w:val="3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5C9B24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Сальники штоков</w:t>
            </w:r>
          </w:p>
        </w:tc>
        <w:tc>
          <w:tcPr>
            <w:tcW w:w="116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B8611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3937" w:type="dxa"/>
            <w:gridSpan w:val="2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724F6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500 ч</w:t>
            </w:r>
          </w:p>
        </w:tc>
      </w:tr>
      <w:tr w:rsidR="004C7F3C" w:rsidRPr="007D111D" w14:paraId="3152CB9D" w14:textId="77777777">
        <w:trPr>
          <w:cantSplit/>
        </w:trPr>
        <w:tc>
          <w:tcPr>
            <w:tcW w:w="5103" w:type="dxa"/>
            <w:gridSpan w:val="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153FF0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Керамические плунжеры 20 мм</w:t>
            </w:r>
          </w:p>
        </w:tc>
        <w:tc>
          <w:tcPr>
            <w:tcW w:w="116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42A20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3937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4F6140" w14:textId="77777777" w:rsidR="004C7F3C" w:rsidRPr="007D111D" w:rsidRDefault="00165A93">
            <w:pPr>
              <w:spacing w:after="0" w:line="240" w:lineRule="auto"/>
              <w:jc w:val="center"/>
              <w:rPr>
                <w:lang w:val="ru-RU"/>
              </w:rPr>
            </w:pPr>
            <w:r w:rsidRPr="007D111D">
              <w:rPr>
                <w:sz w:val="16"/>
                <w:lang w:val="ru-RU"/>
              </w:rPr>
              <w:t>До 1000 ч или по состоянию</w:t>
            </w:r>
          </w:p>
        </w:tc>
      </w:tr>
      <w:tr w:rsidR="004C7F3C" w:rsidRPr="007D111D" w14:paraId="093509F1" w14:textId="77777777">
        <w:tblPrEx>
          <w:tblBorders>
            <w:top w:val="single" w:sz="8" w:space="0" w:color="24566B"/>
            <w:left w:val="single" w:sz="8" w:space="0" w:color="24566B"/>
            <w:bottom w:val="single" w:sz="8" w:space="0" w:color="24566B"/>
            <w:right w:val="single" w:sz="8" w:space="0" w:color="24566B"/>
            <w:insideH w:val="single" w:sz="8" w:space="0" w:color="24566B"/>
            <w:insideV w:val="single" w:sz="8" w:space="0" w:color="24566B"/>
          </w:tblBorders>
        </w:tblPrEx>
        <w:tc>
          <w:tcPr>
            <w:tcW w:w="10206" w:type="dxa"/>
            <w:gridSpan w:val="6"/>
            <w:shd w:val="clear" w:color="auto" w:fill="EA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5A0712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24566B"/>
                <w:sz w:val="18"/>
                <w:lang w:val="ru-RU"/>
              </w:rPr>
              <w:t>УСЛОВИЯ РЕСУРСА</w:t>
            </w:r>
          </w:p>
          <w:p w14:paraId="28CE30DB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>Интервалы приведены для чистой воды температурой не выше 30 °</w:t>
            </w:r>
            <w:r>
              <w:rPr>
                <w:sz w:val="17"/>
              </w:rPr>
              <w:t>C</w:t>
            </w:r>
            <w:r w:rsidRPr="007D111D">
              <w:rPr>
                <w:sz w:val="17"/>
                <w:lang w:val="ru-RU"/>
              </w:rPr>
              <w:t xml:space="preserve"> и нормального режима. Загрязнение воды, </w:t>
            </w:r>
            <w:r w:rsidRPr="007D111D">
              <w:rPr>
                <w:sz w:val="17"/>
                <w:lang w:val="ru-RU"/>
              </w:rPr>
              <w:t>кавитация, сухой ход и работа на предельном давлении сокращают ресурс.</w:t>
            </w:r>
          </w:p>
        </w:tc>
      </w:tr>
    </w:tbl>
    <w:p w14:paraId="52CB27DC" w14:textId="77777777" w:rsidR="004C7F3C" w:rsidRPr="007D111D" w:rsidRDefault="004C7F3C">
      <w:pPr>
        <w:spacing w:after="0"/>
        <w:rPr>
          <w:lang w:val="ru-RU"/>
        </w:rPr>
      </w:pPr>
    </w:p>
    <w:p w14:paraId="56C4FD6F" w14:textId="77777777" w:rsidR="004C7F3C" w:rsidRPr="007D111D" w:rsidRDefault="00165A93">
      <w:pPr>
        <w:rPr>
          <w:lang w:val="ru-RU"/>
        </w:rPr>
      </w:pPr>
      <w:r w:rsidRPr="007D111D">
        <w:rPr>
          <w:lang w:val="ru-RU"/>
        </w:rPr>
        <w:br w:type="page"/>
      </w:r>
    </w:p>
    <w:p w14:paraId="5E3B7559" w14:textId="77777777" w:rsidR="004C7F3C" w:rsidRPr="007D111D" w:rsidRDefault="00165A93">
      <w:pPr>
        <w:spacing w:after="40"/>
        <w:rPr>
          <w:lang w:val="ru-RU"/>
        </w:rPr>
      </w:pPr>
      <w:r w:rsidRPr="007D111D">
        <w:rPr>
          <w:b/>
          <w:color w:val="646A70"/>
          <w:sz w:val="14"/>
          <w:lang w:val="ru-RU"/>
        </w:rPr>
        <w:t>РАЗДЕЛ 8 • ЗАПАСНЫЕ ЧАСТИ</w:t>
      </w:r>
    </w:p>
    <w:p w14:paraId="2A11B1FF" w14:textId="77777777" w:rsidR="004C7F3C" w:rsidRPr="007D111D" w:rsidRDefault="00165A93">
      <w:pPr>
        <w:pStyle w:val="1"/>
        <w:pBdr>
          <w:bottom w:val="single" w:sz="12" w:space="4" w:color="ED1C24"/>
        </w:pBdr>
        <w:rPr>
          <w:lang w:val="ru-RU"/>
        </w:rPr>
      </w:pPr>
      <w:r w:rsidRPr="007D111D">
        <w:rPr>
          <w:lang w:val="ru-RU"/>
        </w:rPr>
        <w:t>Регулятор давления: взрыв-схема</w:t>
      </w:r>
    </w:p>
    <w:p w14:paraId="03E6553D" w14:textId="77777777" w:rsidR="004C7F3C" w:rsidRDefault="00165A93">
      <w:pPr>
        <w:spacing w:after="40"/>
        <w:jc w:val="center"/>
      </w:pPr>
      <w:r>
        <w:rPr>
          <w:noProof/>
        </w:rPr>
        <w:drawing>
          <wp:inline distT="0" distB="0" distL="0" distR="0" wp14:anchorId="42D4BAEF" wp14:editId="76142CC7">
            <wp:extent cx="3528000" cy="35647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gulator_exploded_ru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28000" cy="356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0B138" w14:textId="77777777" w:rsidR="004C7F3C" w:rsidRPr="007D111D" w:rsidRDefault="00165A93">
      <w:pPr>
        <w:pStyle w:val="SmallCaption"/>
        <w:rPr>
          <w:lang w:val="ru-RU"/>
        </w:rPr>
      </w:pPr>
      <w:r w:rsidRPr="007D111D">
        <w:rPr>
          <w:lang w:val="ru-RU"/>
        </w:rPr>
        <w:t>Оригинальная геометрия заводской схемы, позиции 1–25</w:t>
      </w:r>
    </w:p>
    <w:tbl>
      <w:tblPr>
        <w:tblW w:w="10206" w:type="dxa"/>
        <w:tblInd w:w="120" w:type="dxa"/>
        <w:tblBorders>
          <w:top w:val="single" w:sz="8" w:space="0" w:color="8B5B00"/>
          <w:left w:val="single" w:sz="8" w:space="0" w:color="8B5B00"/>
          <w:bottom w:val="single" w:sz="8" w:space="0" w:color="8B5B00"/>
          <w:right w:val="single" w:sz="8" w:space="0" w:color="8B5B00"/>
          <w:insideH w:val="single" w:sz="8" w:space="0" w:color="8B5B00"/>
          <w:insideV w:val="single" w:sz="8" w:space="0" w:color="8B5B0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C7F3C" w14:paraId="02262AB7" w14:textId="77777777">
        <w:tc>
          <w:tcPr>
            <w:tcW w:w="10206" w:type="dxa"/>
            <w:shd w:val="clear" w:color="auto" w:fill="FFF4C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7B83B1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8B5B00"/>
                <w:sz w:val="18"/>
                <w:lang w:val="ru-RU"/>
              </w:rPr>
              <w:t>НАСТРОЙКА ПОСЛЕ РЕМОНТА</w:t>
            </w:r>
          </w:p>
          <w:p w14:paraId="3B77E8AE" w14:textId="77777777" w:rsidR="004C7F3C" w:rsidRDefault="00165A93">
            <w:pPr>
              <w:spacing w:after="0" w:line="252" w:lineRule="auto"/>
            </w:pPr>
            <w:r w:rsidRPr="007D111D">
              <w:rPr>
                <w:sz w:val="17"/>
                <w:lang w:val="ru-RU"/>
              </w:rPr>
              <w:t xml:space="preserve">После разборки регулятор должен быть </w:t>
            </w:r>
            <w:r w:rsidRPr="007D111D">
              <w:rPr>
                <w:sz w:val="17"/>
                <w:lang w:val="ru-RU"/>
              </w:rPr>
              <w:t xml:space="preserve">отрегулирован при открытом пистолете и проверен несколькими циклами открытия/закрытия. </w:t>
            </w:r>
            <w:proofErr w:type="spellStart"/>
            <w:r>
              <w:rPr>
                <w:sz w:val="17"/>
              </w:rPr>
              <w:t>Должен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сохраняться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небольшой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байпасный</w:t>
            </w:r>
            <w:proofErr w:type="spellEnd"/>
            <w:r>
              <w:rPr>
                <w:sz w:val="17"/>
              </w:rPr>
              <w:t xml:space="preserve"> поток около 5 % производительности насоса.</w:t>
            </w:r>
          </w:p>
        </w:tc>
      </w:tr>
    </w:tbl>
    <w:p w14:paraId="0D41573F" w14:textId="77777777" w:rsidR="004C7F3C" w:rsidRDefault="004C7F3C">
      <w:pPr>
        <w:spacing w:after="0"/>
      </w:pPr>
    </w:p>
    <w:p w14:paraId="1EBCB82D" w14:textId="77777777" w:rsidR="004C7F3C" w:rsidRDefault="00165A93">
      <w:r>
        <w:br w:type="page"/>
      </w:r>
    </w:p>
    <w:p w14:paraId="48F247DE" w14:textId="77777777" w:rsidR="004C7F3C" w:rsidRDefault="00165A93">
      <w:pPr>
        <w:spacing w:after="40"/>
      </w:pPr>
      <w:r>
        <w:rPr>
          <w:b/>
          <w:color w:val="646A70"/>
          <w:sz w:val="14"/>
        </w:rPr>
        <w:t>РАЗДЕЛ 8 • ЗАПАСНЫЕ ЧАСТИ</w:t>
      </w:r>
    </w:p>
    <w:p w14:paraId="11BBDCB7" w14:textId="77777777" w:rsidR="004C7F3C" w:rsidRDefault="00165A93">
      <w:pPr>
        <w:pStyle w:val="1"/>
        <w:pBdr>
          <w:bottom w:val="single" w:sz="12" w:space="4" w:color="ED1C24"/>
        </w:pBdr>
      </w:pPr>
      <w:r>
        <w:t>Каталог деталей регулятора давления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2260"/>
        <w:gridCol w:w="6196"/>
        <w:gridCol w:w="729"/>
      </w:tblGrid>
      <w:tr w:rsidR="004C7F3C" w14:paraId="713C2FC0" w14:textId="77777777">
        <w:trPr>
          <w:tblHeader/>
        </w:trPr>
        <w:tc>
          <w:tcPr>
            <w:tcW w:w="1021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0F182B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ПОЗ.</w:t>
            </w:r>
          </w:p>
        </w:tc>
        <w:tc>
          <w:tcPr>
            <w:tcW w:w="2260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1F1299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АРТИКУЛ</w:t>
            </w:r>
          </w:p>
        </w:tc>
        <w:tc>
          <w:tcPr>
            <w:tcW w:w="6196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193D7E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НАИМЕНОВАНИЕ</w:t>
            </w:r>
          </w:p>
        </w:tc>
        <w:tc>
          <w:tcPr>
            <w:tcW w:w="729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58D04F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КОЛ.</w:t>
            </w:r>
          </w:p>
        </w:tc>
      </w:tr>
      <w:tr w:rsidR="004C7F3C" w14:paraId="06732221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00DCC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2273DF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502503140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C3E09D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Маховик регулировки давления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8CE67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5B5B8B87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F101D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E145C3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502503130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3E38CF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Регулировочная гайка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16377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29650927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04A11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40003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502503090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A15014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Регулировочная пружина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9D2B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7F7B5933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1CD4C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1B3481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502503070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B9EF6A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Стопорная гайка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2271F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400FF56B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19E5C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91AF16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590207002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F688A8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Установочный винт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E5483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7957BC78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46CD6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41F555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502503040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6D715A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Опора пружины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A281B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1BCAB517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E64A1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64AEC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502503100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651A67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 xml:space="preserve">Шток </w:t>
            </w:r>
            <w:r>
              <w:rPr>
                <w:sz w:val="15"/>
              </w:rPr>
              <w:t>регулятора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B28CA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1D4C119F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9205B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F195C4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590103001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0B7610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Стопорное кольцо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BD394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660E968C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4CC1A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ADE2AF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590101004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DE2432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Уплотнительное кольцо O-ring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1F7D1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4C7F3C" w14:paraId="54A5878F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B265B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F58DDA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502503120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4FB2A5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Седло регулятора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85449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4F9A2898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4E5AF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0432F5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590101050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23C5A2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Уплотнительное кольцо O-ring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61AF9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396D2E35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1428E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723661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590102007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9D08E0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Стопорное кольцо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6A207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4E4FAB17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2819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81F684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590101116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DAE113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Уплотнительное кольцо O-ring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F9557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413BDB96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635F6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0E324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502503050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26B04D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Направляющая уплотнения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633B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68290C74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63E1F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E147E2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590101034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8F5995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Уплотнительное кольцо O-ring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6C709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1C7688C6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CF9AA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6DC532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502503150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331404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Конусный клапан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9392E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27BF1381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69CEE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32586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502503060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334298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Прокладка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8EB4E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5B7E51FF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5C12E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4F10D9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590101029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462D40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Уплотнительное кольцо O-ring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42B09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6AEF3FF9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1C911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F7A11D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502503110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EC8305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Корпус регулятора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6B141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297FB7B2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76306F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2D11A2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590101099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0A1858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Уплотнительное кольцо O-ring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54AD0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154A120C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B6F7C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4BD459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502503010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E3260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Выпускной клапан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7F50C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7C119299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A31B9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6669C3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502503020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F44BFD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Пружина выпускного клапана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3DCF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6B354F6D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31FCBB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9633C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590101032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0AB58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Уплотнительное кольцо O-ring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A31C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68539432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34ED2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22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7AC204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502503030</w:t>
            </w:r>
          </w:p>
        </w:tc>
        <w:tc>
          <w:tcPr>
            <w:tcW w:w="619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71ECFE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Выходной штуцер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9DA87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4C7F3C" w14:paraId="4BC415DE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693540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2CD875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500010008</w:t>
            </w:r>
          </w:p>
        </w:tc>
        <w:tc>
          <w:tcPr>
            <w:tcW w:w="6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78ABD0" w14:textId="77777777" w:rsidR="004C7F3C" w:rsidRDefault="00165A93">
            <w:pPr>
              <w:spacing w:after="0" w:line="240" w:lineRule="auto"/>
            </w:pPr>
            <w:r>
              <w:rPr>
                <w:sz w:val="15"/>
              </w:rPr>
              <w:t>Пробка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6423F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</w:tbl>
    <w:p w14:paraId="3C87B167" w14:textId="77777777" w:rsidR="004C7F3C" w:rsidRDefault="00165A93">
      <w:r>
        <w:br w:type="page"/>
      </w:r>
    </w:p>
    <w:p w14:paraId="3CAD8865" w14:textId="77777777" w:rsidR="004C7F3C" w:rsidRDefault="00165A93">
      <w:pPr>
        <w:spacing w:after="40"/>
      </w:pPr>
      <w:r>
        <w:rPr>
          <w:b/>
          <w:color w:val="646A70"/>
          <w:sz w:val="14"/>
        </w:rPr>
        <w:t>РАЗДЕЛ 8 • ЗАПАСНЫЕ ЧАСТИ</w:t>
      </w:r>
    </w:p>
    <w:p w14:paraId="68566B92" w14:textId="77777777" w:rsidR="004C7F3C" w:rsidRDefault="00165A93">
      <w:pPr>
        <w:pStyle w:val="1"/>
        <w:pBdr>
          <w:bottom w:val="single" w:sz="12" w:space="4" w:color="ED1C24"/>
        </w:pBdr>
      </w:pPr>
      <w:r>
        <w:t>Входной фильтр</w:t>
      </w:r>
    </w:p>
    <w:p w14:paraId="5669BAEC" w14:textId="77777777" w:rsidR="004C7F3C" w:rsidRDefault="00165A93">
      <w:pPr>
        <w:spacing w:after="40"/>
        <w:jc w:val="center"/>
      </w:pPr>
      <w:r>
        <w:rPr>
          <w:noProof/>
        </w:rPr>
        <w:drawing>
          <wp:inline distT="0" distB="0" distL="0" distR="0" wp14:anchorId="7F06B2D8" wp14:editId="3F07FFAE">
            <wp:extent cx="3528000" cy="315357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10a36e-3813-4be7-b227-4e4d86880c8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8000" cy="315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4C561" w14:textId="77777777" w:rsidR="004C7F3C" w:rsidRPr="007D111D" w:rsidRDefault="00165A93">
      <w:pPr>
        <w:pStyle w:val="SmallCaption"/>
        <w:rPr>
          <w:lang w:val="ru-RU"/>
        </w:rPr>
      </w:pPr>
      <w:r w:rsidRPr="007D111D">
        <w:rPr>
          <w:lang w:val="ru-RU"/>
        </w:rPr>
        <w:t>Фильтр в сборе установлен слева в передней части аппарата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1166"/>
        <w:gridCol w:w="2041"/>
        <w:gridCol w:w="6269"/>
        <w:gridCol w:w="730"/>
      </w:tblGrid>
      <w:tr w:rsidR="004C7F3C" w14:paraId="2DCDE356" w14:textId="77777777">
        <w:trPr>
          <w:tblHeader/>
        </w:trPr>
        <w:tc>
          <w:tcPr>
            <w:tcW w:w="1166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84E551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ПОЗ.</w:t>
            </w:r>
          </w:p>
        </w:tc>
        <w:tc>
          <w:tcPr>
            <w:tcW w:w="2041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5E2E6B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АРТИКУЛ</w:t>
            </w:r>
          </w:p>
        </w:tc>
        <w:tc>
          <w:tcPr>
            <w:tcW w:w="6269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27781D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w="730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7E80B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КОЛ.</w:t>
            </w:r>
          </w:p>
        </w:tc>
      </w:tr>
      <w:tr w:rsidR="004C7F3C" w14:paraId="57AD08EF" w14:textId="77777777">
        <w:trPr>
          <w:cantSplit/>
        </w:trPr>
        <w:tc>
          <w:tcPr>
            <w:tcW w:w="116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971EF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7"/>
              </w:rPr>
              <w:t>FA01</w:t>
            </w:r>
          </w:p>
        </w:tc>
        <w:tc>
          <w:tcPr>
            <w:tcW w:w="204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8B3FC6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—</w:t>
            </w:r>
          </w:p>
        </w:tc>
        <w:tc>
          <w:tcPr>
            <w:tcW w:w="626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1A4D31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Фильтр G3/4 в сборе</w:t>
            </w:r>
          </w:p>
        </w:tc>
        <w:tc>
          <w:tcPr>
            <w:tcW w:w="7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104ED4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7"/>
              </w:rPr>
              <w:t>1</w:t>
            </w:r>
          </w:p>
        </w:tc>
      </w:tr>
      <w:tr w:rsidR="004C7F3C" w14:paraId="5F3382AD" w14:textId="77777777">
        <w:trPr>
          <w:cantSplit/>
        </w:trPr>
        <w:tc>
          <w:tcPr>
            <w:tcW w:w="116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3CA49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7"/>
              </w:rPr>
              <w:t>FA02</w:t>
            </w:r>
          </w:p>
        </w:tc>
        <w:tc>
          <w:tcPr>
            <w:tcW w:w="204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825685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—</w:t>
            </w:r>
          </w:p>
        </w:tc>
        <w:tc>
          <w:tcPr>
            <w:tcW w:w="626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3E1238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Крышка фильтра</w:t>
            </w:r>
          </w:p>
        </w:tc>
        <w:tc>
          <w:tcPr>
            <w:tcW w:w="73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4DC962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7"/>
              </w:rPr>
              <w:t>1</w:t>
            </w:r>
          </w:p>
        </w:tc>
      </w:tr>
      <w:tr w:rsidR="004C7F3C" w14:paraId="77CBA72D" w14:textId="77777777">
        <w:trPr>
          <w:cantSplit/>
        </w:trPr>
        <w:tc>
          <w:tcPr>
            <w:tcW w:w="116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290B0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7"/>
              </w:rPr>
              <w:t>FA03</w:t>
            </w:r>
          </w:p>
        </w:tc>
        <w:tc>
          <w:tcPr>
            <w:tcW w:w="204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8DFC2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—</w:t>
            </w:r>
          </w:p>
        </w:tc>
        <w:tc>
          <w:tcPr>
            <w:tcW w:w="626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CD1BFA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Фильтрующий элемент</w:t>
            </w:r>
          </w:p>
        </w:tc>
        <w:tc>
          <w:tcPr>
            <w:tcW w:w="7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B6FB1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7"/>
              </w:rPr>
              <w:t>1</w:t>
            </w:r>
          </w:p>
        </w:tc>
      </w:tr>
      <w:tr w:rsidR="004C7F3C" w14:paraId="26F97494" w14:textId="77777777">
        <w:trPr>
          <w:cantSplit/>
        </w:trPr>
        <w:tc>
          <w:tcPr>
            <w:tcW w:w="116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D952EC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7"/>
              </w:rPr>
              <w:t>FA04</w:t>
            </w:r>
          </w:p>
        </w:tc>
        <w:tc>
          <w:tcPr>
            <w:tcW w:w="204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4EFF06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—</w:t>
            </w:r>
          </w:p>
        </w:tc>
        <w:tc>
          <w:tcPr>
            <w:tcW w:w="626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9A7A79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Колба фильтра</w:t>
            </w:r>
          </w:p>
        </w:tc>
        <w:tc>
          <w:tcPr>
            <w:tcW w:w="73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594003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7"/>
              </w:rPr>
              <w:t>1</w:t>
            </w:r>
          </w:p>
        </w:tc>
      </w:tr>
      <w:tr w:rsidR="004C7F3C" w14:paraId="03D6249F" w14:textId="77777777">
        <w:trPr>
          <w:cantSplit/>
        </w:trPr>
        <w:tc>
          <w:tcPr>
            <w:tcW w:w="116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FA222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7"/>
              </w:rPr>
              <w:t>FA05</w:t>
            </w:r>
          </w:p>
        </w:tc>
        <w:tc>
          <w:tcPr>
            <w:tcW w:w="204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FD7B46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—</w:t>
            </w:r>
          </w:p>
        </w:tc>
        <w:tc>
          <w:tcPr>
            <w:tcW w:w="626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6F1A5A" w14:textId="77777777" w:rsidR="004C7F3C" w:rsidRDefault="00165A93">
            <w:pPr>
              <w:spacing w:after="0" w:line="240" w:lineRule="auto"/>
            </w:pPr>
            <w:r>
              <w:rPr>
                <w:sz w:val="17"/>
              </w:rPr>
              <w:t>Сливной кран</w:t>
            </w:r>
          </w:p>
        </w:tc>
        <w:tc>
          <w:tcPr>
            <w:tcW w:w="7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2B42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7"/>
              </w:rPr>
              <w:t>1</w:t>
            </w:r>
          </w:p>
        </w:tc>
      </w:tr>
      <w:tr w:rsidR="004C7F3C" w:rsidRPr="007D111D" w14:paraId="6954512D" w14:textId="77777777">
        <w:tblPrEx>
          <w:tblBorders>
            <w:top w:val="single" w:sz="8" w:space="0" w:color="8B5B00"/>
            <w:left w:val="single" w:sz="8" w:space="0" w:color="8B5B00"/>
            <w:bottom w:val="single" w:sz="8" w:space="0" w:color="8B5B00"/>
            <w:right w:val="single" w:sz="8" w:space="0" w:color="8B5B00"/>
            <w:insideH w:val="single" w:sz="8" w:space="0" w:color="8B5B00"/>
            <w:insideV w:val="single" w:sz="8" w:space="0" w:color="8B5B00"/>
          </w:tblBorders>
        </w:tblPrEx>
        <w:tc>
          <w:tcPr>
            <w:tcW w:w="10206" w:type="dxa"/>
            <w:gridSpan w:val="4"/>
            <w:shd w:val="clear" w:color="auto" w:fill="FFF4C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47A32E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8B5B00"/>
                <w:sz w:val="18"/>
                <w:lang w:val="ru-RU"/>
              </w:rPr>
              <w:t>КОЛБА ФИЛЬТРА</w:t>
            </w:r>
          </w:p>
          <w:p w14:paraId="5C4BF71F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Перед </w:t>
            </w:r>
            <w:r w:rsidRPr="007D111D">
              <w:rPr>
                <w:sz w:val="17"/>
                <w:lang w:val="ru-RU"/>
              </w:rPr>
              <w:t xml:space="preserve">отворачиванием закройте воду и сбросьте давление. Прозрачную колбу затягивайте только штатным ключом без чрезмерного усилия; проверяйте </w:t>
            </w:r>
            <w:r>
              <w:rPr>
                <w:sz w:val="17"/>
              </w:rPr>
              <w:t>O</w:t>
            </w:r>
            <w:r w:rsidRPr="007D111D">
              <w:rPr>
                <w:sz w:val="17"/>
                <w:lang w:val="ru-RU"/>
              </w:rPr>
              <w:t>-</w:t>
            </w:r>
            <w:r>
              <w:rPr>
                <w:sz w:val="17"/>
              </w:rPr>
              <w:t>ring</w:t>
            </w:r>
            <w:r w:rsidRPr="007D111D">
              <w:rPr>
                <w:sz w:val="17"/>
                <w:lang w:val="ru-RU"/>
              </w:rPr>
              <w:t xml:space="preserve"> на перекос и повреждение.</w:t>
            </w:r>
          </w:p>
        </w:tc>
      </w:tr>
    </w:tbl>
    <w:p w14:paraId="45752C8F" w14:textId="7B237187" w:rsidR="004C7F3C" w:rsidRPr="007D111D" w:rsidRDefault="00165A93" w:rsidP="007D111D">
      <w:pPr>
        <w:rPr>
          <w:lang w:val="ru-RU"/>
        </w:rPr>
      </w:pPr>
      <w:r w:rsidRPr="007D111D">
        <w:rPr>
          <w:b/>
          <w:color w:val="646A70"/>
          <w:sz w:val="14"/>
          <w:lang w:val="ru-RU"/>
        </w:rPr>
        <w:t>РАЗДЕЛ 8 • ЗАПАСНЫЕ ЧАСТИ</w:t>
      </w:r>
    </w:p>
    <w:p w14:paraId="3B3B5193" w14:textId="77777777" w:rsidR="004C7F3C" w:rsidRPr="007D111D" w:rsidRDefault="00165A93">
      <w:pPr>
        <w:pStyle w:val="1"/>
        <w:pBdr>
          <w:bottom w:val="single" w:sz="12" w:space="4" w:color="ED1C24"/>
        </w:pBdr>
        <w:rPr>
          <w:lang w:val="ru-RU"/>
        </w:rPr>
      </w:pPr>
      <w:r w:rsidRPr="007D111D">
        <w:rPr>
          <w:lang w:val="ru-RU"/>
        </w:rPr>
        <w:t>Электрический шкаф: запасные части</w:t>
      </w:r>
    </w:p>
    <w:p w14:paraId="6DB55642" w14:textId="77777777" w:rsidR="004C7F3C" w:rsidRDefault="00165A93">
      <w:pPr>
        <w:spacing w:after="40"/>
        <w:jc w:val="center"/>
      </w:pPr>
      <w:r>
        <w:rPr>
          <w:noProof/>
        </w:rPr>
        <w:drawing>
          <wp:inline distT="0" distB="0" distL="0" distR="0" wp14:anchorId="30E88FC0" wp14:editId="64DF94E9">
            <wp:extent cx="3960000" cy="292768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0aa7531-e9c1-4877-b079-8e328968113d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9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B045B" w14:textId="77777777" w:rsidR="004C7F3C" w:rsidRPr="007D111D" w:rsidRDefault="00165A93">
      <w:pPr>
        <w:pStyle w:val="SmallCaption"/>
        <w:rPr>
          <w:lang w:val="ru-RU"/>
        </w:rPr>
      </w:pPr>
      <w:r w:rsidRPr="007D111D">
        <w:rPr>
          <w:lang w:val="ru-RU"/>
        </w:rPr>
        <w:t>Электрический шкаф и схема на внутренней стороне крышки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2187"/>
        <w:gridCol w:w="6269"/>
        <w:gridCol w:w="729"/>
      </w:tblGrid>
      <w:tr w:rsidR="004C7F3C" w14:paraId="3A550069" w14:textId="77777777">
        <w:trPr>
          <w:tblHeader/>
        </w:trPr>
        <w:tc>
          <w:tcPr>
            <w:tcW w:w="1021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A303EF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ПОЗ.</w:t>
            </w:r>
          </w:p>
        </w:tc>
        <w:tc>
          <w:tcPr>
            <w:tcW w:w="2187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DA9860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АРТИКУЛ</w:t>
            </w:r>
          </w:p>
        </w:tc>
        <w:tc>
          <w:tcPr>
            <w:tcW w:w="6269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148FB1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w="729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D93F0F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КОЛ.</w:t>
            </w:r>
          </w:p>
        </w:tc>
      </w:tr>
      <w:tr w:rsidR="004C7F3C" w14:paraId="19943D85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FD8D71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18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2804F6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101270130</w:t>
            </w:r>
          </w:p>
        </w:tc>
        <w:tc>
          <w:tcPr>
            <w:tcW w:w="626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533432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Автоматический выключатель 40 А, DZ158LT-125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065267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4C7F3C" w14:paraId="2A5E7FB6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08D3C8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18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B18FE6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101270250</w:t>
            </w:r>
          </w:p>
        </w:tc>
        <w:tc>
          <w:tcPr>
            <w:tcW w:w="626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EA4824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Основание промежуточного реле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DE61E5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4C7F3C" w14:paraId="0D739238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5623CA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18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A7B87A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101270200</w:t>
            </w:r>
          </w:p>
        </w:tc>
        <w:tc>
          <w:tcPr>
            <w:tcW w:w="626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5CEDBA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Реле времени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189E09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4C7F3C" w14:paraId="5E193888" w14:textId="77777777">
        <w:trPr>
          <w:cantSplit/>
        </w:trPr>
        <w:tc>
          <w:tcPr>
            <w:tcW w:w="1021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BD24BE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18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3761EA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101270110</w:t>
            </w:r>
          </w:p>
        </w:tc>
        <w:tc>
          <w:tcPr>
            <w:tcW w:w="626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B4467E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 xml:space="preserve">Контактор </w:t>
            </w:r>
            <w:r>
              <w:rPr>
                <w:sz w:val="16"/>
              </w:rPr>
              <w:t>переменного тока 380 В</w:t>
            </w:r>
          </w:p>
        </w:tc>
        <w:tc>
          <w:tcPr>
            <w:tcW w:w="72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012C9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4C7F3C" w14:paraId="718EAEC1" w14:textId="77777777">
        <w:trPr>
          <w:cantSplit/>
        </w:trPr>
        <w:tc>
          <w:tcPr>
            <w:tcW w:w="10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9AADC6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218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093BC7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101270230</w:t>
            </w:r>
          </w:p>
        </w:tc>
        <w:tc>
          <w:tcPr>
            <w:tcW w:w="626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4719A2" w14:textId="77777777" w:rsidR="004C7F3C" w:rsidRDefault="00165A93">
            <w:pPr>
              <w:spacing w:after="0" w:line="240" w:lineRule="auto"/>
            </w:pPr>
            <w:r>
              <w:rPr>
                <w:sz w:val="16"/>
              </w:rPr>
              <w:t>Тепловое реле перегрузки</w:t>
            </w:r>
          </w:p>
        </w:tc>
        <w:tc>
          <w:tcPr>
            <w:tcW w:w="72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AF3B9D" w14:textId="77777777" w:rsidR="004C7F3C" w:rsidRDefault="00165A93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4C7F3C" w14:paraId="443BD15A" w14:textId="77777777">
        <w:tblPrEx>
          <w:tblBorders>
            <w:top w:val="single" w:sz="8" w:space="0" w:color="A4161A"/>
            <w:left w:val="single" w:sz="8" w:space="0" w:color="A4161A"/>
            <w:bottom w:val="single" w:sz="8" w:space="0" w:color="A4161A"/>
            <w:right w:val="single" w:sz="8" w:space="0" w:color="A4161A"/>
            <w:insideH w:val="single" w:sz="8" w:space="0" w:color="A4161A"/>
            <w:insideV w:val="single" w:sz="8" w:space="0" w:color="A4161A"/>
          </w:tblBorders>
        </w:tblPrEx>
        <w:tc>
          <w:tcPr>
            <w:tcW w:w="10206" w:type="dxa"/>
            <w:gridSpan w:val="4"/>
            <w:shd w:val="clear" w:color="auto" w:fill="FCE8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D30F36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A4161A"/>
                <w:sz w:val="18"/>
                <w:lang w:val="ru-RU"/>
              </w:rPr>
              <w:t>ЗАМЕНА КОМПОНЕНТА</w:t>
            </w:r>
          </w:p>
          <w:p w14:paraId="00FB5014" w14:textId="77777777" w:rsidR="004C7F3C" w:rsidRDefault="00165A93">
            <w:pPr>
              <w:spacing w:after="0" w:line="252" w:lineRule="auto"/>
            </w:pPr>
            <w:r w:rsidRPr="007D111D">
              <w:rPr>
                <w:sz w:val="17"/>
                <w:lang w:val="ru-RU"/>
              </w:rPr>
              <w:t xml:space="preserve">Номинал контактора, теплового реле, автомата и проводников должен соответствовать шильдику двигателя и фактической схеме. </w:t>
            </w:r>
            <w:proofErr w:type="spellStart"/>
            <w:r>
              <w:rPr>
                <w:sz w:val="17"/>
              </w:rPr>
              <w:t>Не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устанавливайте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защиту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большего</w:t>
            </w:r>
            <w:proofErr w:type="spellEnd"/>
            <w:r>
              <w:rPr>
                <w:sz w:val="17"/>
              </w:rPr>
              <w:t xml:space="preserve"> номинала </w:t>
            </w:r>
            <w:r>
              <w:rPr>
                <w:sz w:val="17"/>
              </w:rPr>
              <w:t>вместо устранения причины перегрузки.</w:t>
            </w:r>
          </w:p>
        </w:tc>
      </w:tr>
    </w:tbl>
    <w:p w14:paraId="45DB4B7A" w14:textId="77777777" w:rsidR="004C7F3C" w:rsidRDefault="004C7F3C">
      <w:pPr>
        <w:spacing w:after="0"/>
      </w:pPr>
    </w:p>
    <w:p w14:paraId="4AEF5D10" w14:textId="0F16F499" w:rsidR="004C7F3C" w:rsidRDefault="00165A93" w:rsidP="007D111D">
      <w:r>
        <w:rPr>
          <w:b/>
          <w:color w:val="646A70"/>
          <w:sz w:val="14"/>
        </w:rPr>
        <w:t>РАЗДЕЛ 9 • СЕРВИСНЫЕ ЗАПИСИ</w:t>
      </w:r>
    </w:p>
    <w:p w14:paraId="5BD2140A" w14:textId="77777777" w:rsidR="004C7F3C" w:rsidRDefault="00165A93">
      <w:pPr>
        <w:pStyle w:val="1"/>
        <w:pBdr>
          <w:bottom w:val="single" w:sz="12" w:space="4" w:color="ED1C24"/>
        </w:pBdr>
      </w:pPr>
      <w:r>
        <w:t>Журнал обслуживания</w:t>
      </w:r>
    </w:p>
    <w:p w14:paraId="2557ACAF" w14:textId="77777777" w:rsidR="004C7F3C" w:rsidRDefault="00165A93">
      <w:r w:rsidRPr="007D111D">
        <w:rPr>
          <w:lang w:val="ru-RU"/>
        </w:rPr>
        <w:t xml:space="preserve">Заполняйте журнал после каждой плановой операции, ремонта, срабатывания защиты или замены детали.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помогает</w:t>
      </w:r>
      <w:proofErr w:type="spellEnd"/>
      <w:r>
        <w:t xml:space="preserve"> </w:t>
      </w:r>
      <w:proofErr w:type="spellStart"/>
      <w:r>
        <w:t>контролировать</w:t>
      </w:r>
      <w:proofErr w:type="spellEnd"/>
      <w:r>
        <w:t xml:space="preserve"> </w:t>
      </w:r>
      <w:proofErr w:type="spellStart"/>
      <w:r>
        <w:t>интервалы</w:t>
      </w:r>
      <w:proofErr w:type="spellEnd"/>
      <w:r>
        <w:t xml:space="preserve"> обслуживания и </w:t>
      </w:r>
      <w:r>
        <w:t>подбирать запасные части.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1458"/>
        <w:gridCol w:w="1458"/>
        <w:gridCol w:w="3937"/>
        <w:gridCol w:w="1895"/>
        <w:gridCol w:w="1458"/>
      </w:tblGrid>
      <w:tr w:rsidR="004C7F3C" w14:paraId="56A5186A" w14:textId="77777777">
        <w:trPr>
          <w:tblHeader/>
        </w:trPr>
        <w:tc>
          <w:tcPr>
            <w:tcW w:w="1458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888261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w="1458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FE7DAF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НАРАБОТКА</w:t>
            </w:r>
          </w:p>
        </w:tc>
        <w:tc>
          <w:tcPr>
            <w:tcW w:w="3937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287021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ВЫПОЛНЕННЫЕ РАБОТЫ</w:t>
            </w:r>
          </w:p>
        </w:tc>
        <w:tc>
          <w:tcPr>
            <w:tcW w:w="1895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625563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ДЕТАЛИ</w:t>
            </w:r>
          </w:p>
        </w:tc>
        <w:tc>
          <w:tcPr>
            <w:tcW w:w="1458" w:type="dxa"/>
            <w:shd w:val="clear" w:color="auto" w:fill="ED1C2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72A807" w14:textId="77777777" w:rsidR="004C7F3C" w:rsidRDefault="00165A9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ИСПОЛНИТЕЛЬ</w:t>
            </w:r>
          </w:p>
        </w:tc>
      </w:tr>
      <w:tr w:rsidR="004C7F3C" w14:paraId="4D01068A" w14:textId="77777777">
        <w:trPr>
          <w:cantSplit/>
        </w:trPr>
        <w:tc>
          <w:tcPr>
            <w:tcW w:w="14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A68EB9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14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BE1E7C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39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A43544" w14:textId="77777777" w:rsidR="004C7F3C" w:rsidRDefault="004C7F3C">
            <w:pPr>
              <w:spacing w:after="0" w:line="240" w:lineRule="auto"/>
            </w:pPr>
          </w:p>
        </w:tc>
        <w:tc>
          <w:tcPr>
            <w:tcW w:w="189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9C50B6" w14:textId="77777777" w:rsidR="004C7F3C" w:rsidRDefault="004C7F3C">
            <w:pPr>
              <w:spacing w:after="0" w:line="240" w:lineRule="auto"/>
            </w:pPr>
          </w:p>
        </w:tc>
        <w:tc>
          <w:tcPr>
            <w:tcW w:w="14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D13C3F" w14:textId="77777777" w:rsidR="004C7F3C" w:rsidRDefault="004C7F3C">
            <w:pPr>
              <w:spacing w:after="0" w:line="240" w:lineRule="auto"/>
            </w:pPr>
          </w:p>
        </w:tc>
      </w:tr>
      <w:tr w:rsidR="004C7F3C" w14:paraId="40853F32" w14:textId="77777777">
        <w:trPr>
          <w:cantSplit/>
        </w:trPr>
        <w:tc>
          <w:tcPr>
            <w:tcW w:w="145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64CB2D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145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D35E88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39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DE516F" w14:textId="77777777" w:rsidR="004C7F3C" w:rsidRDefault="004C7F3C">
            <w:pPr>
              <w:spacing w:after="0" w:line="240" w:lineRule="auto"/>
            </w:pPr>
          </w:p>
        </w:tc>
        <w:tc>
          <w:tcPr>
            <w:tcW w:w="189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6FAD8" w14:textId="77777777" w:rsidR="004C7F3C" w:rsidRDefault="004C7F3C">
            <w:pPr>
              <w:spacing w:after="0" w:line="240" w:lineRule="auto"/>
            </w:pPr>
          </w:p>
        </w:tc>
        <w:tc>
          <w:tcPr>
            <w:tcW w:w="145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32236A" w14:textId="77777777" w:rsidR="004C7F3C" w:rsidRDefault="004C7F3C">
            <w:pPr>
              <w:spacing w:after="0" w:line="240" w:lineRule="auto"/>
            </w:pPr>
          </w:p>
        </w:tc>
      </w:tr>
      <w:tr w:rsidR="004C7F3C" w14:paraId="22D8A8BC" w14:textId="77777777">
        <w:trPr>
          <w:cantSplit/>
        </w:trPr>
        <w:tc>
          <w:tcPr>
            <w:tcW w:w="14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D64904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14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BBEEDB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39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C6F737" w14:textId="77777777" w:rsidR="004C7F3C" w:rsidRDefault="004C7F3C">
            <w:pPr>
              <w:spacing w:after="0" w:line="240" w:lineRule="auto"/>
            </w:pPr>
          </w:p>
        </w:tc>
        <w:tc>
          <w:tcPr>
            <w:tcW w:w="189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06C08A" w14:textId="77777777" w:rsidR="004C7F3C" w:rsidRDefault="004C7F3C">
            <w:pPr>
              <w:spacing w:after="0" w:line="240" w:lineRule="auto"/>
            </w:pPr>
          </w:p>
        </w:tc>
        <w:tc>
          <w:tcPr>
            <w:tcW w:w="14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154A85" w14:textId="77777777" w:rsidR="004C7F3C" w:rsidRDefault="004C7F3C">
            <w:pPr>
              <w:spacing w:after="0" w:line="240" w:lineRule="auto"/>
            </w:pPr>
          </w:p>
        </w:tc>
      </w:tr>
      <w:tr w:rsidR="004C7F3C" w14:paraId="4812839F" w14:textId="77777777">
        <w:trPr>
          <w:cantSplit/>
        </w:trPr>
        <w:tc>
          <w:tcPr>
            <w:tcW w:w="145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CDF4A8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145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2FD25C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39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A5DAAE" w14:textId="77777777" w:rsidR="004C7F3C" w:rsidRDefault="004C7F3C">
            <w:pPr>
              <w:spacing w:after="0" w:line="240" w:lineRule="auto"/>
            </w:pPr>
          </w:p>
        </w:tc>
        <w:tc>
          <w:tcPr>
            <w:tcW w:w="189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C31515" w14:textId="77777777" w:rsidR="004C7F3C" w:rsidRDefault="004C7F3C">
            <w:pPr>
              <w:spacing w:after="0" w:line="240" w:lineRule="auto"/>
            </w:pPr>
          </w:p>
        </w:tc>
        <w:tc>
          <w:tcPr>
            <w:tcW w:w="145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0CB899" w14:textId="77777777" w:rsidR="004C7F3C" w:rsidRDefault="004C7F3C">
            <w:pPr>
              <w:spacing w:after="0" w:line="240" w:lineRule="auto"/>
            </w:pPr>
          </w:p>
        </w:tc>
      </w:tr>
      <w:tr w:rsidR="004C7F3C" w14:paraId="5B35E07D" w14:textId="77777777">
        <w:trPr>
          <w:cantSplit/>
        </w:trPr>
        <w:tc>
          <w:tcPr>
            <w:tcW w:w="14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5053E4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14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AEFF3C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39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827D7B" w14:textId="77777777" w:rsidR="004C7F3C" w:rsidRDefault="004C7F3C">
            <w:pPr>
              <w:spacing w:after="0" w:line="240" w:lineRule="auto"/>
            </w:pPr>
          </w:p>
        </w:tc>
        <w:tc>
          <w:tcPr>
            <w:tcW w:w="189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14CBFA" w14:textId="77777777" w:rsidR="004C7F3C" w:rsidRDefault="004C7F3C">
            <w:pPr>
              <w:spacing w:after="0" w:line="240" w:lineRule="auto"/>
            </w:pPr>
          </w:p>
        </w:tc>
        <w:tc>
          <w:tcPr>
            <w:tcW w:w="14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E1E5B4" w14:textId="77777777" w:rsidR="004C7F3C" w:rsidRDefault="004C7F3C">
            <w:pPr>
              <w:spacing w:after="0" w:line="240" w:lineRule="auto"/>
            </w:pPr>
          </w:p>
        </w:tc>
      </w:tr>
      <w:tr w:rsidR="004C7F3C" w14:paraId="588C1812" w14:textId="77777777">
        <w:trPr>
          <w:cantSplit/>
        </w:trPr>
        <w:tc>
          <w:tcPr>
            <w:tcW w:w="145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F1FACB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145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2F205A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39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F8F808" w14:textId="77777777" w:rsidR="004C7F3C" w:rsidRDefault="004C7F3C">
            <w:pPr>
              <w:spacing w:after="0" w:line="240" w:lineRule="auto"/>
            </w:pPr>
          </w:p>
        </w:tc>
        <w:tc>
          <w:tcPr>
            <w:tcW w:w="189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034DB" w14:textId="77777777" w:rsidR="004C7F3C" w:rsidRDefault="004C7F3C">
            <w:pPr>
              <w:spacing w:after="0" w:line="240" w:lineRule="auto"/>
            </w:pPr>
          </w:p>
        </w:tc>
        <w:tc>
          <w:tcPr>
            <w:tcW w:w="145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088967" w14:textId="77777777" w:rsidR="004C7F3C" w:rsidRDefault="004C7F3C">
            <w:pPr>
              <w:spacing w:after="0" w:line="240" w:lineRule="auto"/>
            </w:pPr>
          </w:p>
        </w:tc>
      </w:tr>
      <w:tr w:rsidR="004C7F3C" w14:paraId="29CAE6BD" w14:textId="77777777">
        <w:trPr>
          <w:cantSplit/>
        </w:trPr>
        <w:tc>
          <w:tcPr>
            <w:tcW w:w="14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845ADC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14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9E681D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39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0CF13B" w14:textId="77777777" w:rsidR="004C7F3C" w:rsidRDefault="004C7F3C">
            <w:pPr>
              <w:spacing w:after="0" w:line="240" w:lineRule="auto"/>
            </w:pPr>
          </w:p>
        </w:tc>
        <w:tc>
          <w:tcPr>
            <w:tcW w:w="189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8F5653" w14:textId="77777777" w:rsidR="004C7F3C" w:rsidRDefault="004C7F3C">
            <w:pPr>
              <w:spacing w:after="0" w:line="240" w:lineRule="auto"/>
            </w:pPr>
          </w:p>
        </w:tc>
        <w:tc>
          <w:tcPr>
            <w:tcW w:w="14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EF8B97" w14:textId="77777777" w:rsidR="004C7F3C" w:rsidRDefault="004C7F3C">
            <w:pPr>
              <w:spacing w:after="0" w:line="240" w:lineRule="auto"/>
            </w:pPr>
          </w:p>
        </w:tc>
      </w:tr>
      <w:tr w:rsidR="004C7F3C" w14:paraId="197E238E" w14:textId="77777777">
        <w:trPr>
          <w:cantSplit/>
        </w:trPr>
        <w:tc>
          <w:tcPr>
            <w:tcW w:w="145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02B40E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145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C25D4B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39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1E8C7" w14:textId="77777777" w:rsidR="004C7F3C" w:rsidRDefault="004C7F3C">
            <w:pPr>
              <w:spacing w:after="0" w:line="240" w:lineRule="auto"/>
            </w:pPr>
          </w:p>
        </w:tc>
        <w:tc>
          <w:tcPr>
            <w:tcW w:w="189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CBEEAA" w14:textId="77777777" w:rsidR="004C7F3C" w:rsidRDefault="004C7F3C">
            <w:pPr>
              <w:spacing w:after="0" w:line="240" w:lineRule="auto"/>
            </w:pPr>
          </w:p>
        </w:tc>
        <w:tc>
          <w:tcPr>
            <w:tcW w:w="145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8FB776" w14:textId="77777777" w:rsidR="004C7F3C" w:rsidRDefault="004C7F3C">
            <w:pPr>
              <w:spacing w:after="0" w:line="240" w:lineRule="auto"/>
            </w:pPr>
          </w:p>
        </w:tc>
      </w:tr>
      <w:tr w:rsidR="004C7F3C" w14:paraId="0AA076A5" w14:textId="77777777">
        <w:trPr>
          <w:cantSplit/>
        </w:trPr>
        <w:tc>
          <w:tcPr>
            <w:tcW w:w="14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26B177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14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72E285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393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68DC50" w14:textId="77777777" w:rsidR="004C7F3C" w:rsidRDefault="004C7F3C">
            <w:pPr>
              <w:spacing w:after="0" w:line="240" w:lineRule="auto"/>
            </w:pPr>
          </w:p>
        </w:tc>
        <w:tc>
          <w:tcPr>
            <w:tcW w:w="189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D8B44A" w14:textId="77777777" w:rsidR="004C7F3C" w:rsidRDefault="004C7F3C">
            <w:pPr>
              <w:spacing w:after="0" w:line="240" w:lineRule="auto"/>
            </w:pPr>
          </w:p>
        </w:tc>
        <w:tc>
          <w:tcPr>
            <w:tcW w:w="145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8962CF" w14:textId="77777777" w:rsidR="004C7F3C" w:rsidRDefault="004C7F3C">
            <w:pPr>
              <w:spacing w:after="0" w:line="240" w:lineRule="auto"/>
            </w:pPr>
          </w:p>
        </w:tc>
      </w:tr>
      <w:tr w:rsidR="004C7F3C" w14:paraId="0F70F548" w14:textId="77777777">
        <w:trPr>
          <w:cantSplit/>
        </w:trPr>
        <w:tc>
          <w:tcPr>
            <w:tcW w:w="145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F44A71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145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D8BB39" w14:textId="77777777" w:rsidR="004C7F3C" w:rsidRDefault="004C7F3C">
            <w:pPr>
              <w:spacing w:after="0" w:line="240" w:lineRule="auto"/>
              <w:jc w:val="center"/>
            </w:pPr>
          </w:p>
        </w:tc>
        <w:tc>
          <w:tcPr>
            <w:tcW w:w="3937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93624F" w14:textId="77777777" w:rsidR="004C7F3C" w:rsidRDefault="004C7F3C">
            <w:pPr>
              <w:spacing w:after="0" w:line="240" w:lineRule="auto"/>
            </w:pPr>
          </w:p>
        </w:tc>
        <w:tc>
          <w:tcPr>
            <w:tcW w:w="189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2F3A0E" w14:textId="77777777" w:rsidR="004C7F3C" w:rsidRDefault="004C7F3C">
            <w:pPr>
              <w:spacing w:after="0" w:line="240" w:lineRule="auto"/>
            </w:pPr>
          </w:p>
        </w:tc>
        <w:tc>
          <w:tcPr>
            <w:tcW w:w="1458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D2FE41" w14:textId="77777777" w:rsidR="004C7F3C" w:rsidRDefault="004C7F3C">
            <w:pPr>
              <w:spacing w:after="0" w:line="240" w:lineRule="auto"/>
            </w:pPr>
          </w:p>
        </w:tc>
      </w:tr>
      <w:tr w:rsidR="004C7F3C" w:rsidRPr="007D111D" w14:paraId="5FCBCF6B" w14:textId="77777777">
        <w:tblPrEx>
          <w:tblBorders>
            <w:top w:val="single" w:sz="8" w:space="0" w:color="24566B"/>
            <w:left w:val="single" w:sz="8" w:space="0" w:color="24566B"/>
            <w:bottom w:val="single" w:sz="8" w:space="0" w:color="24566B"/>
            <w:right w:val="single" w:sz="8" w:space="0" w:color="24566B"/>
            <w:insideH w:val="single" w:sz="8" w:space="0" w:color="24566B"/>
            <w:insideV w:val="single" w:sz="8" w:space="0" w:color="24566B"/>
          </w:tblBorders>
        </w:tblPrEx>
        <w:tc>
          <w:tcPr>
            <w:tcW w:w="10206" w:type="dxa"/>
            <w:gridSpan w:val="5"/>
            <w:shd w:val="clear" w:color="auto" w:fill="EA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7E93AF" w14:textId="77777777" w:rsidR="004C7F3C" w:rsidRPr="007D111D" w:rsidRDefault="00165A93">
            <w:pPr>
              <w:spacing w:after="40"/>
              <w:rPr>
                <w:lang w:val="ru-RU"/>
              </w:rPr>
            </w:pPr>
            <w:r w:rsidRPr="007D111D">
              <w:rPr>
                <w:b/>
                <w:color w:val="24566B"/>
                <w:sz w:val="18"/>
                <w:lang w:val="ru-RU"/>
              </w:rPr>
              <w:t>ДАННЫЕ ДЛЯ ОБРАЩЕНИЯ</w:t>
            </w:r>
          </w:p>
          <w:p w14:paraId="41F49A2F" w14:textId="77777777" w:rsidR="004C7F3C" w:rsidRPr="007D111D" w:rsidRDefault="00165A93">
            <w:pPr>
              <w:spacing w:after="0" w:line="252" w:lineRule="auto"/>
              <w:rPr>
                <w:lang w:val="ru-RU"/>
              </w:rPr>
            </w:pPr>
            <w:r w:rsidRPr="007D111D">
              <w:rPr>
                <w:sz w:val="17"/>
                <w:lang w:val="ru-RU"/>
              </w:rPr>
              <w:t xml:space="preserve">Сообщите модель </w:t>
            </w:r>
            <w:r>
              <w:rPr>
                <w:sz w:val="17"/>
              </w:rPr>
              <w:t>FS</w:t>
            </w:r>
            <w:r w:rsidRPr="007D111D">
              <w:rPr>
                <w:sz w:val="17"/>
                <w:lang w:val="ru-RU"/>
              </w:rPr>
              <w:t xml:space="preserve">-1535, серийный номер, наработку, описание неисправности, условия </w:t>
            </w:r>
            <w:r w:rsidRPr="007D111D">
              <w:rPr>
                <w:sz w:val="17"/>
                <w:lang w:val="ru-RU"/>
              </w:rPr>
              <w:t>появления, фото или видео и результаты выполненных проверок.</w:t>
            </w:r>
          </w:p>
        </w:tc>
      </w:tr>
    </w:tbl>
    <w:p w14:paraId="28E12D9D" w14:textId="77777777" w:rsidR="004C7F3C" w:rsidRPr="007D111D" w:rsidRDefault="004C7F3C">
      <w:pPr>
        <w:spacing w:after="0"/>
        <w:rPr>
          <w:lang w:val="ru-RU"/>
        </w:rPr>
      </w:pPr>
    </w:p>
    <w:sectPr w:rsidR="004C7F3C" w:rsidRPr="007D111D" w:rsidSect="00034616">
      <w:headerReference w:type="default" r:id="rId20"/>
      <w:footerReference w:type="default" r:id="rId21"/>
      <w:pgSz w:w="11906" w:h="16838"/>
      <w:pgMar w:top="907" w:right="850" w:bottom="850" w:left="850" w:header="283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47CCA" w14:textId="77777777" w:rsidR="00165A93" w:rsidRDefault="00165A93">
      <w:pPr>
        <w:spacing w:after="0" w:line="240" w:lineRule="auto"/>
      </w:pPr>
      <w:r>
        <w:separator/>
      </w:r>
    </w:p>
  </w:endnote>
  <w:endnote w:type="continuationSeparator" w:id="0">
    <w:p w14:paraId="0C914E35" w14:textId="77777777" w:rsidR="00165A93" w:rsidRDefault="00165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7A74A" w14:textId="77777777" w:rsidR="004C7F3C" w:rsidRDefault="00165A93">
    <w:pPr>
      <w:pStyle w:val="a7"/>
      <w:tabs>
        <w:tab w:val="right" w:pos="10091"/>
      </w:tabs>
    </w:pPr>
    <w:r>
      <w:rPr>
        <w:b/>
        <w:color w:val="646A70"/>
        <w:sz w:val="14"/>
      </w:rPr>
      <w:t>TOR</w:t>
    </w:r>
    <w:r w:rsidRPr="007D111D">
      <w:rPr>
        <w:b/>
        <w:color w:val="646A70"/>
        <w:sz w:val="14"/>
        <w:lang w:val="ru-RU"/>
      </w:rPr>
      <w:t xml:space="preserve"> • МОБИЛЬНЫЙ АППАРАТ ВЫСОКОГО ДАВЛЕНИЯ</w:t>
    </w:r>
    <w:r w:rsidRPr="007D111D">
      <w:rPr>
        <w:b/>
        <w:color w:val="646A70"/>
        <w:sz w:val="14"/>
        <w:lang w:val="ru-RU"/>
      </w:rPr>
      <w:tab/>
      <w:t xml:space="preserve">СТР. </w:t>
    </w:r>
    <w:r>
      <w:fldChar w:fldCharType="begin"/>
    </w:r>
    <w:r>
      <w:instrText>PAGE</w:instrText>
    </w:r>
    <w:r>
      <w:fldChar w:fldCharType="separate"/>
    </w:r>
    <w:r w:rsidR="007D111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FCF7B" w14:textId="77777777" w:rsidR="00165A93" w:rsidRDefault="00165A93">
      <w:pPr>
        <w:spacing w:after="0" w:line="240" w:lineRule="auto"/>
      </w:pPr>
      <w:r>
        <w:separator/>
      </w:r>
    </w:p>
  </w:footnote>
  <w:footnote w:type="continuationSeparator" w:id="0">
    <w:p w14:paraId="6D9A99AD" w14:textId="77777777" w:rsidR="00165A93" w:rsidRDefault="00165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E4F94" w14:textId="77777777" w:rsidR="004C7F3C" w:rsidRDefault="00165A93">
    <w:pPr>
      <w:pStyle w:val="a5"/>
      <w:pBdr>
        <w:bottom w:val="single" w:sz="5" w:space="2" w:color="D1D4D7"/>
      </w:pBdr>
      <w:tabs>
        <w:tab w:val="right" w:pos="10091"/>
      </w:tabs>
    </w:pPr>
    <w:r>
      <w:rPr>
        <w:noProof/>
      </w:rPr>
      <w:drawing>
        <wp:inline distT="0" distB="0" distL="0" distR="0" wp14:anchorId="68B6518B" wp14:editId="35632321">
          <wp:extent cx="612000" cy="449035"/>
          <wp:effectExtent l="0" t="0" r="0" b="0"/>
          <wp:docPr id="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" cy="449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color w:val="646A70"/>
        <w:sz w:val="15"/>
      </w:rPr>
      <w:tab/>
      <w:t>РУКОВОДСТВО ПО ЭКСПЛУАТАЦИИ  •  FS-1535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5A93"/>
    <w:rsid w:val="00283060"/>
    <w:rsid w:val="0029639D"/>
    <w:rsid w:val="00326F90"/>
    <w:rsid w:val="004C7F3C"/>
    <w:rsid w:val="007D111D"/>
    <w:rsid w:val="00AA1D8D"/>
    <w:rsid w:val="00B47730"/>
    <w:rsid w:val="00CB0664"/>
    <w:rsid w:val="00EE4B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988607"/>
  <w14:defaultImageDpi w14:val="300"/>
  <w15:docId w15:val="{9D4E097A-5D56-4CBF-BBA8-1826900A7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64" w:lineRule="auto"/>
    </w:pPr>
    <w:rPr>
      <w:rFonts w:ascii="Arial" w:eastAsia="Arial" w:hAnsi="Arial"/>
      <w:color w:val="242326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20"/>
      <w:outlineLvl w:val="0"/>
    </w:pPr>
    <w:rPr>
      <w:rFonts w:asciiTheme="majorHAnsi" w:eastAsiaTheme="majorEastAsia" w:hAnsiTheme="majorHAnsi" w:cstheme="majorBidi"/>
      <w:b/>
      <w:bCs/>
      <w:color w:val="ED1C24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color w:val="ED1C24"/>
      <w:sz w:val="2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ab">
    <w:name w:val="Заголовок Знак"/>
    <w:basedOn w:val="a2"/>
    <w:link w:val="aa"/>
    <w:uiPriority w:val="1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ind w:left="397" w:hanging="198"/>
      <w:contextualSpacing/>
    </w:pPr>
    <w:rPr>
      <w:sz w:val="18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ind w:left="397" w:hanging="198"/>
      <w:contextualSpacing/>
    </w:pPr>
    <w:rPr>
      <w:sz w:val="18"/>
    </w:r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Caption">
    <w:name w:val="Small Caption"/>
    <w:pPr>
      <w:spacing w:before="40" w:after="60"/>
      <w:jc w:val="center"/>
    </w:pPr>
    <w:rPr>
      <w:rFonts w:ascii="Arial" w:hAnsi="Arial"/>
      <w:i/>
      <w:color w:val="646A7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3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26</Pages>
  <Words>4991</Words>
  <Characters>28453</Characters>
  <Application>Microsoft Office Word</Application>
  <DocSecurity>0</DocSecurity>
  <Lines>237</Lines>
  <Paragraphs>66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36</vt:i4>
      </vt:variant>
      <vt:variant>
        <vt:lpstr>Title</vt:lpstr>
      </vt:variant>
      <vt:variant>
        <vt:i4>1</vt:i4>
      </vt:variant>
    </vt:vector>
  </HeadingPairs>
  <TitlesOfParts>
    <vt:vector size="38" baseType="lpstr">
      <vt:lpstr>Руководство по эксплуатации TOR FS-1535</vt:lpstr>
      <vt:lpstr>Назначение и структура руководства</vt:lpstr>
      <vt:lpstr>Технические характеристики</vt:lpstr>
      <vt:lpstr>Комплект поставки</vt:lpstr>
      <vt:lpstr>Критически важные правила безопасности</vt:lpstr>
      <vt:lpstr>Средства защиты и рабочая зона</vt:lpstr>
      <vt:lpstr>Электробезопасность и блокировка</vt:lpstr>
      <vt:lpstr>Основные узлы аппарата</vt:lpstr>
      <vt:lpstr>Панель и подключения</vt:lpstr>
      <vt:lpstr>Электрический шкаф управления</vt:lpstr>
      <vt:lpstr>Электрическая схема 380 В</vt:lpstr>
      <vt:lpstr>Требования к воде</vt:lpstr>
      <vt:lpstr>Установка и предварительная проверка</vt:lpstr>
      <vt:lpstr>Сборка рабочего комплекта</vt:lpstr>
      <vt:lpstr>Первый запуск</vt:lpstr>
      <vt:lpstr>Рабочий цикл</vt:lpstr>
      <vt:lpstr>Регулятор, защитный клапан и Total Stop</vt:lpstr>
      <vt:lpstr>Форсунки и форма струи</vt:lpstr>
      <vt:lpstr>Остановка и сброс давления</vt:lpstr>
      <vt:lpstr>Общие правила обслуживания</vt:lpstr>
      <vt:lpstr>Масло плунжерного насоса</vt:lpstr>
      <vt:lpstr>Фильтры и удаление воздуха</vt:lpstr>
      <vt:lpstr>Периодическое обслуживание</vt:lpstr>
      <vt:lpstr>Моменты затяжки насоса</vt:lpstr>
      <vt:lpstr>Хранение, защита от замерзания и перевозка</vt:lpstr>
      <vt:lpstr>Диагностика: питание и запуск</vt:lpstr>
      <vt:lpstr>Диагностика: давление и насос</vt:lpstr>
      <vt:lpstr>Заводская схема основных узлов</vt:lpstr>
      <vt:lpstr>Каталог основных узлов</vt:lpstr>
      <vt:lpstr>Плунжерный насос: взрыв-схема</vt:lpstr>
      <vt:lpstr>Каталог деталей плунжерного насоса</vt:lpstr>
      <vt:lpstr>Сервисные комплекты насоса</vt:lpstr>
      <vt:lpstr>Регулятор давления: взрыв-схема</vt:lpstr>
      <vt:lpstr>Каталог деталей регулятора давления</vt:lpstr>
      <vt:lpstr>Входной фильтр</vt:lpstr>
      <vt:lpstr>Электрический шкаф: запасные части</vt:lpstr>
      <vt:lpstr>Журнал обслуживания</vt:lpstr>
      <vt:lpstr/>
    </vt:vector>
  </TitlesOfParts>
  <Manager/>
  <Company/>
  <LinksUpToDate>false</LinksUpToDate>
  <CharactersWithSpaces>33378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 эксплуатации TOR FS-1535</dc:title>
  <dc:subject>Мобильный аппарат высокого давления 350 бар, 900 л/ч, 11 кВт, 380 В</dc:subject>
  <dc:creator>TOR</dc:creator>
  <cp:keywords>TOR, FS-1535, аппарат высокого давления, руководство, запчасти</cp:keywords>
  <dc:description>generated by python-docx</dc:description>
  <cp:lastModifiedBy>Александр Анненков</cp:lastModifiedBy>
  <cp:revision>3</cp:revision>
  <dcterms:created xsi:type="dcterms:W3CDTF">2013-12-23T23:15:00Z</dcterms:created>
  <dcterms:modified xsi:type="dcterms:W3CDTF">2026-08-31T13:26:00Z</dcterms:modified>
  <cp:category/>
</cp:coreProperties>
</file>