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FF0000"/>
        <w:tblLook w:val="04A0" w:firstRow="1" w:lastRow="0" w:firstColumn="1" w:lastColumn="0" w:noHBand="0" w:noVBand="1"/>
      </w:tblPr>
      <w:tblGrid>
        <w:gridCol w:w="10206"/>
      </w:tblGrid>
      <w:tr w:rsidR="002C279A" w:rsidRPr="002C279A" w14:paraId="0BC2C8EC" w14:textId="77777777" w:rsidTr="002C279A">
        <w:trPr>
          <w:jc w:val="center"/>
        </w:trPr>
        <w:tc>
          <w:tcPr>
            <w:tcW w:w="10206" w:type="dxa"/>
            <w:shd w:val="clear" w:color="auto" w:fill="FF0000"/>
          </w:tcPr>
          <w:p w14:paraId="4BCCD2E0" w14:textId="77777777" w:rsidR="000B5D60" w:rsidRPr="002C279A" w:rsidRDefault="000B5D60">
            <w:pPr>
              <w:spacing w:after="0"/>
              <w:rPr>
                <w:color w:val="FF0000"/>
              </w:rPr>
            </w:pPr>
          </w:p>
        </w:tc>
      </w:tr>
    </w:tbl>
    <w:p w14:paraId="4AA2CEA4" w14:textId="77777777" w:rsidR="000B5D60" w:rsidRDefault="00FE4C7A">
      <w:pPr>
        <w:spacing w:before="240"/>
        <w:jc w:val="center"/>
      </w:pPr>
      <w:r>
        <w:rPr>
          <w:noProof/>
        </w:rPr>
        <w:drawing>
          <wp:inline distT="0" distB="0" distL="0" distR="0" wp14:anchorId="0128C83B" wp14:editId="149632EA">
            <wp:extent cx="1692000" cy="12414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2000" cy="12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E394D" w14:textId="77777777" w:rsidR="000B5D60" w:rsidRPr="002C279A" w:rsidRDefault="00FE4C7A">
      <w:pPr>
        <w:spacing w:before="160" w:after="0"/>
        <w:jc w:val="center"/>
        <w:rPr>
          <w:lang w:val="ru-RU"/>
        </w:rPr>
      </w:pPr>
      <w:r w:rsidRPr="002C279A">
        <w:rPr>
          <w:b/>
          <w:sz w:val="34"/>
          <w:lang w:val="ru-RU"/>
        </w:rPr>
        <w:t>МОБИЛЬНЫЙ АППАРАТ</w:t>
      </w:r>
      <w:r w:rsidRPr="002C279A">
        <w:rPr>
          <w:b/>
          <w:sz w:val="34"/>
          <w:lang w:val="ru-RU"/>
        </w:rPr>
        <w:br/>
        <w:t>ВЫСОКОГО ДАВЛЕНИЯ</w:t>
      </w:r>
    </w:p>
    <w:p w14:paraId="02492302" w14:textId="77777777" w:rsidR="000B5D60" w:rsidRPr="002C279A" w:rsidRDefault="00FE4C7A">
      <w:pPr>
        <w:spacing w:after="40"/>
        <w:jc w:val="center"/>
        <w:rPr>
          <w:lang w:val="ru-RU"/>
        </w:rPr>
      </w:pPr>
      <w:r>
        <w:rPr>
          <w:b/>
          <w:color w:val="ED1C24"/>
          <w:sz w:val="54"/>
        </w:rPr>
        <w:t>BT</w:t>
      </w:r>
      <w:r w:rsidRPr="002C279A">
        <w:rPr>
          <w:b/>
          <w:color w:val="ED1C24"/>
          <w:sz w:val="54"/>
          <w:lang w:val="ru-RU"/>
        </w:rPr>
        <w:t>‑</w:t>
      </w:r>
      <w:r w:rsidRPr="002C279A">
        <w:rPr>
          <w:b/>
          <w:color w:val="ED1C24"/>
          <w:sz w:val="54"/>
          <w:lang w:val="ru-RU"/>
        </w:rPr>
        <w:t>1520</w:t>
      </w:r>
      <w:r>
        <w:rPr>
          <w:b/>
          <w:color w:val="ED1C24"/>
          <w:sz w:val="54"/>
        </w:rPr>
        <w:t>B</w:t>
      </w:r>
      <w:r w:rsidRPr="002C279A">
        <w:rPr>
          <w:b/>
          <w:color w:val="ED1C24"/>
          <w:sz w:val="54"/>
          <w:lang w:val="ru-RU"/>
        </w:rPr>
        <w:t xml:space="preserve">3 / </w:t>
      </w:r>
      <w:r>
        <w:rPr>
          <w:b/>
          <w:color w:val="ED1C24"/>
          <w:sz w:val="54"/>
        </w:rPr>
        <w:t>BT</w:t>
      </w:r>
      <w:r w:rsidRPr="002C279A">
        <w:rPr>
          <w:b/>
          <w:color w:val="ED1C24"/>
          <w:sz w:val="54"/>
          <w:lang w:val="ru-RU"/>
        </w:rPr>
        <w:t>‑</w:t>
      </w:r>
      <w:r w:rsidRPr="002C279A">
        <w:rPr>
          <w:b/>
          <w:color w:val="ED1C24"/>
          <w:sz w:val="54"/>
          <w:lang w:val="ru-RU"/>
        </w:rPr>
        <w:t>1525</w:t>
      </w:r>
      <w:r>
        <w:rPr>
          <w:b/>
          <w:color w:val="ED1C24"/>
          <w:sz w:val="54"/>
        </w:rPr>
        <w:t>B</w:t>
      </w:r>
      <w:r w:rsidRPr="002C279A">
        <w:rPr>
          <w:b/>
          <w:color w:val="ED1C24"/>
          <w:sz w:val="54"/>
          <w:lang w:val="ru-RU"/>
        </w:rPr>
        <w:t>3</w:t>
      </w:r>
    </w:p>
    <w:p w14:paraId="4AD0A3A5" w14:textId="77777777" w:rsidR="000B5D60" w:rsidRDefault="00FE4C7A">
      <w:pPr>
        <w:spacing w:after="100"/>
        <w:jc w:val="center"/>
      </w:pPr>
      <w:r>
        <w:rPr>
          <w:b/>
          <w:color w:val="646A70"/>
          <w:sz w:val="21"/>
        </w:rPr>
        <w:t>РУКОВОДСТВО ПО ЭКСПЛУАТАЦИИ</w:t>
      </w:r>
    </w:p>
    <w:p w14:paraId="4122D952" w14:textId="77777777" w:rsidR="000B5D60" w:rsidRDefault="00FE4C7A">
      <w:pPr>
        <w:spacing w:after="40"/>
        <w:jc w:val="center"/>
      </w:pPr>
      <w:r>
        <w:rPr>
          <w:noProof/>
        </w:rPr>
        <w:drawing>
          <wp:inline distT="0" distB="0" distL="0" distR="0" wp14:anchorId="612BE651" wp14:editId="6C2F9650">
            <wp:extent cx="3924000" cy="410144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194089-f4a6-4230-a9b3-8829f02d06e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24000" cy="4101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EB730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4C368BE5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lastRenderedPageBreak/>
        <w:t>РАЗДЕЛ 1 • ОБЩИЕ СВЕДЕНИЯ</w:t>
      </w:r>
    </w:p>
    <w:p w14:paraId="63A1B9C3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Назначение и содержание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6405D231" w14:textId="77777777">
        <w:trPr>
          <w:jc w:val="center"/>
        </w:trPr>
        <w:tc>
          <w:tcPr>
            <w:tcW w:w="10206" w:type="dxa"/>
            <w:shd w:val="clear" w:color="auto" w:fill="ED1C24"/>
          </w:tcPr>
          <w:p w14:paraId="4E606B6B" w14:textId="77777777" w:rsidR="000B5D60" w:rsidRPr="002C279A" w:rsidRDefault="000B5D60">
            <w:pPr>
              <w:rPr>
                <w:lang w:val="ru-RU"/>
              </w:rPr>
            </w:pPr>
          </w:p>
        </w:tc>
      </w:tr>
    </w:tbl>
    <w:p w14:paraId="4E5D9856" w14:textId="77777777" w:rsidR="000B5D60" w:rsidRPr="002C279A" w:rsidRDefault="00FE4C7A">
      <w:pPr>
        <w:rPr>
          <w:lang w:val="ru-RU"/>
        </w:rPr>
      </w:pPr>
      <w:r>
        <w:t>TOR</w:t>
      </w:r>
      <w:r w:rsidRPr="002C279A">
        <w:rPr>
          <w:lang w:val="ru-RU"/>
        </w:rPr>
        <w:t xml:space="preserve"> </w:t>
      </w:r>
      <w:r>
        <w:t>BT</w:t>
      </w:r>
      <w:r w:rsidRPr="002C279A">
        <w:rPr>
          <w:lang w:val="ru-RU"/>
        </w:rPr>
        <w:t>‑</w:t>
      </w:r>
      <w:r w:rsidRPr="002C279A">
        <w:rPr>
          <w:lang w:val="ru-RU"/>
        </w:rPr>
        <w:t>1520</w:t>
      </w:r>
      <w:r>
        <w:t>B</w:t>
      </w:r>
      <w:r w:rsidRPr="002C279A">
        <w:rPr>
          <w:lang w:val="ru-RU"/>
        </w:rPr>
        <w:t xml:space="preserve">3 и </w:t>
      </w:r>
      <w:r>
        <w:t>BT</w:t>
      </w:r>
      <w:r w:rsidRPr="002C279A">
        <w:rPr>
          <w:lang w:val="ru-RU"/>
        </w:rPr>
        <w:t>‑</w:t>
      </w:r>
      <w:r w:rsidRPr="002C279A">
        <w:rPr>
          <w:lang w:val="ru-RU"/>
        </w:rPr>
        <w:t>1525</w:t>
      </w:r>
      <w:r>
        <w:t>B</w:t>
      </w:r>
      <w:r w:rsidRPr="002C279A">
        <w:rPr>
          <w:lang w:val="ru-RU"/>
        </w:rPr>
        <w:t xml:space="preserve">3 — профессиональные мобильные аппараты высокого давления с электродвигателями 5,5 и 7,5 кВт. Они предназначены для очистки техники, оборудования, производственных площадок и </w:t>
      </w:r>
      <w:r w:rsidRPr="002C279A">
        <w:rPr>
          <w:lang w:val="ru-RU"/>
        </w:rPr>
        <w:t>стойких загрязнений струёй холодной воды.</w:t>
      </w:r>
    </w:p>
    <w:tbl>
      <w:tblPr>
        <w:tblW w:w="0" w:type="auto"/>
        <w:jc w:val="center"/>
        <w:tblBorders>
          <w:top w:val="single" w:sz="8" w:space="0" w:color="24566B"/>
          <w:left w:val="single" w:sz="8" w:space="0" w:color="24566B"/>
          <w:bottom w:val="single" w:sz="8" w:space="0" w:color="24566B"/>
          <w:right w:val="single" w:sz="8" w:space="0" w:color="24566B"/>
          <w:insideH w:val="single" w:sz="8" w:space="0" w:color="24566B"/>
          <w:insideV w:val="single" w:sz="8" w:space="0" w:color="24566B"/>
        </w:tblBorders>
        <w:tblLook w:val="04A0" w:firstRow="1" w:lastRow="0" w:firstColumn="1" w:lastColumn="0" w:noHBand="0" w:noVBand="1"/>
      </w:tblPr>
      <w:tblGrid>
        <w:gridCol w:w="5940"/>
        <w:gridCol w:w="3961"/>
        <w:gridCol w:w="521"/>
      </w:tblGrid>
      <w:tr w:rsidR="000B5D60" w:rsidRPr="002C279A" w14:paraId="6DF0C376" w14:textId="77777777">
        <w:trPr>
          <w:jc w:val="center"/>
        </w:trPr>
        <w:tc>
          <w:tcPr>
            <w:tcW w:w="10206" w:type="dxa"/>
            <w:gridSpan w:val="3"/>
            <w:shd w:val="clear" w:color="auto" w:fill="EAF4F8"/>
          </w:tcPr>
          <w:p w14:paraId="77AA02B7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24566B"/>
                <w:sz w:val="18"/>
                <w:lang w:val="ru-RU"/>
              </w:rPr>
              <w:t>ОБЛАСТЬ ПРИМЕНЕНИЯ</w:t>
            </w:r>
          </w:p>
          <w:p w14:paraId="503720C3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Эксплуатируйте аппарат только с водой, соответствующей требованиям этого руководства. Машина не предназначена для перекачивания питьевой воды, растворителей, топлива, кислот и </w:t>
            </w:r>
            <w:r w:rsidRPr="002C279A">
              <w:rPr>
                <w:sz w:val="17"/>
                <w:lang w:val="ru-RU"/>
              </w:rPr>
              <w:t>легковоспламеняющихся жидкостей.</w:t>
            </w:r>
          </w:p>
        </w:tc>
      </w:tr>
      <w:tr w:rsidR="000B5D60" w14:paraId="57AE962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720" w:type="dxa"/>
          <w:tblHeader/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8771EA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Разделы</w:t>
            </w:r>
            <w:proofErr w:type="spellEnd"/>
          </w:p>
        </w:tc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29F527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Страницы</w:t>
            </w:r>
          </w:p>
        </w:tc>
      </w:tr>
      <w:tr w:rsidR="000B5D60" w14:paraId="3551AC9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720" w:type="dxa"/>
          <w:cantSplit/>
          <w:jc w:val="center"/>
        </w:trPr>
        <w:tc>
          <w:tcPr>
            <w:tcW w:w="76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C3773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Комплект и характеристики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C05389" w14:textId="77777777" w:rsidR="000B5D60" w:rsidRDefault="00FE4C7A">
            <w:pPr>
              <w:spacing w:after="0" w:line="240" w:lineRule="auto"/>
            </w:pPr>
            <w:r>
              <w:rPr>
                <w:sz w:val="18"/>
              </w:rPr>
              <w:t>3–4</w:t>
            </w:r>
          </w:p>
        </w:tc>
      </w:tr>
      <w:tr w:rsidR="000B5D60" w14:paraId="2B2927F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720" w:type="dxa"/>
          <w:cantSplit/>
          <w:jc w:val="center"/>
        </w:trPr>
        <w:tc>
          <w:tcPr>
            <w:tcW w:w="765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565C45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Безопасность и устройство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1E86E1" w14:textId="77777777" w:rsidR="000B5D60" w:rsidRDefault="00FE4C7A">
            <w:pPr>
              <w:spacing w:after="0" w:line="240" w:lineRule="auto"/>
            </w:pPr>
            <w:r>
              <w:rPr>
                <w:sz w:val="18"/>
              </w:rPr>
              <w:t>5–8</w:t>
            </w:r>
          </w:p>
        </w:tc>
      </w:tr>
      <w:tr w:rsidR="000B5D60" w14:paraId="2FBC699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720" w:type="dxa"/>
          <w:cantSplit/>
          <w:jc w:val="center"/>
        </w:trPr>
        <w:tc>
          <w:tcPr>
            <w:tcW w:w="76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EF6B2C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Подготовка и подключение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EF7084" w14:textId="77777777" w:rsidR="000B5D60" w:rsidRDefault="00FE4C7A">
            <w:pPr>
              <w:spacing w:after="0" w:line="240" w:lineRule="auto"/>
            </w:pPr>
            <w:r>
              <w:rPr>
                <w:sz w:val="18"/>
              </w:rPr>
              <w:t>9–13</w:t>
            </w:r>
          </w:p>
        </w:tc>
      </w:tr>
      <w:tr w:rsidR="000B5D60" w14:paraId="6BDE0D0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720" w:type="dxa"/>
          <w:cantSplit/>
          <w:jc w:val="center"/>
        </w:trPr>
        <w:tc>
          <w:tcPr>
            <w:tcW w:w="765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2CC14A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Работа и форсунки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002D7E" w14:textId="77777777" w:rsidR="000B5D60" w:rsidRDefault="00FE4C7A">
            <w:pPr>
              <w:spacing w:after="0" w:line="240" w:lineRule="auto"/>
            </w:pPr>
            <w:r>
              <w:rPr>
                <w:sz w:val="18"/>
              </w:rPr>
              <w:t>14–18</w:t>
            </w:r>
          </w:p>
        </w:tc>
      </w:tr>
      <w:tr w:rsidR="000B5D60" w14:paraId="7DEC860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720" w:type="dxa"/>
          <w:cantSplit/>
          <w:jc w:val="center"/>
        </w:trPr>
        <w:tc>
          <w:tcPr>
            <w:tcW w:w="76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A749C5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Остановка и обслуживание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C5DE42" w14:textId="77777777" w:rsidR="000B5D60" w:rsidRDefault="00FE4C7A">
            <w:pPr>
              <w:spacing w:after="0" w:line="240" w:lineRule="auto"/>
            </w:pPr>
            <w:r>
              <w:rPr>
                <w:sz w:val="18"/>
              </w:rPr>
              <w:t>19–25</w:t>
            </w:r>
          </w:p>
        </w:tc>
      </w:tr>
      <w:tr w:rsidR="000B5D60" w14:paraId="6E47834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720" w:type="dxa"/>
          <w:cantSplit/>
          <w:jc w:val="center"/>
        </w:trPr>
        <w:tc>
          <w:tcPr>
            <w:tcW w:w="765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DFBF7E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Диагностика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C24115" w14:textId="77777777" w:rsidR="000B5D60" w:rsidRDefault="00FE4C7A">
            <w:pPr>
              <w:spacing w:after="0" w:line="240" w:lineRule="auto"/>
            </w:pPr>
            <w:r>
              <w:rPr>
                <w:sz w:val="18"/>
              </w:rPr>
              <w:t>26–27</w:t>
            </w:r>
          </w:p>
        </w:tc>
      </w:tr>
      <w:tr w:rsidR="000B5D60" w14:paraId="3295858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720" w:type="dxa"/>
          <w:cantSplit/>
          <w:jc w:val="center"/>
        </w:trPr>
        <w:tc>
          <w:tcPr>
            <w:tcW w:w="76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84A4B8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Каталоги деталей и схемы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B003FB" w14:textId="77777777" w:rsidR="000B5D60" w:rsidRDefault="00FE4C7A">
            <w:pPr>
              <w:spacing w:after="0" w:line="240" w:lineRule="auto"/>
            </w:pPr>
            <w:r>
              <w:rPr>
                <w:sz w:val="18"/>
              </w:rPr>
              <w:t>28–37</w:t>
            </w:r>
          </w:p>
        </w:tc>
      </w:tr>
      <w:tr w:rsidR="000B5D60" w14:paraId="0C504AC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720" w:type="dxa"/>
          <w:cantSplit/>
          <w:jc w:val="center"/>
        </w:trPr>
        <w:tc>
          <w:tcPr>
            <w:tcW w:w="765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317C78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Сервисная информация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80BFF0" w14:textId="77777777" w:rsidR="000B5D60" w:rsidRDefault="00FE4C7A">
            <w:pPr>
              <w:spacing w:after="0" w:line="240" w:lineRule="auto"/>
            </w:pPr>
            <w:r>
              <w:rPr>
                <w:sz w:val="18"/>
              </w:rPr>
              <w:t>38</w:t>
            </w:r>
          </w:p>
        </w:tc>
      </w:tr>
      <w:tr w:rsidR="000B5D60" w:rsidRPr="002C279A" w14:paraId="5CC7F574" w14:textId="77777777">
        <w:tblPrEx>
          <w:tblBorders>
            <w:top w:val="single" w:sz="8" w:space="0" w:color="8B5B00"/>
            <w:left w:val="single" w:sz="8" w:space="0" w:color="8B5B00"/>
            <w:bottom w:val="single" w:sz="8" w:space="0" w:color="8B5B00"/>
            <w:right w:val="single" w:sz="8" w:space="0" w:color="8B5B00"/>
            <w:insideH w:val="single" w:sz="8" w:space="0" w:color="8B5B00"/>
            <w:insideV w:val="single" w:sz="8" w:space="0" w:color="8B5B00"/>
          </w:tblBorders>
        </w:tblPrEx>
        <w:trPr>
          <w:jc w:val="center"/>
        </w:trPr>
        <w:tc>
          <w:tcPr>
            <w:tcW w:w="10206" w:type="dxa"/>
            <w:gridSpan w:val="3"/>
            <w:shd w:val="clear" w:color="auto" w:fill="FFF4CE"/>
          </w:tcPr>
          <w:p w14:paraId="7F529AE5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8B5B00"/>
                <w:sz w:val="18"/>
                <w:lang w:val="ru-RU"/>
              </w:rPr>
              <w:t>СОХРАНИТЕ РУКОВОДСТВО</w:t>
            </w:r>
          </w:p>
          <w:p w14:paraId="1F0D5022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Перед допуском к работе оператор должен прочитать разделы по безопасности, подключению 380 В и сбросу остаточного давления.</w:t>
            </w:r>
          </w:p>
        </w:tc>
      </w:tr>
    </w:tbl>
    <w:p w14:paraId="7E203974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354920EF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2 • КОМПЛЕКТАЦИЯ</w:t>
      </w:r>
    </w:p>
    <w:p w14:paraId="51814C29" w14:textId="77777777" w:rsidR="000B5D60" w:rsidRDefault="00FE4C7A">
      <w:pPr>
        <w:pStyle w:val="1"/>
      </w:pPr>
      <w:r>
        <w:t>Комплект поставки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0B5D60" w14:paraId="6CCDF429" w14:textId="77777777">
        <w:trPr>
          <w:jc w:val="center"/>
        </w:trPr>
        <w:tc>
          <w:tcPr>
            <w:tcW w:w="10206" w:type="dxa"/>
            <w:shd w:val="clear" w:color="auto" w:fill="ED1C24"/>
          </w:tcPr>
          <w:p w14:paraId="6853AAD7" w14:textId="77777777" w:rsidR="000B5D60" w:rsidRDefault="000B5D60"/>
        </w:tc>
      </w:tr>
    </w:tbl>
    <w:p w14:paraId="341CC4FA" w14:textId="77777777" w:rsidR="000B5D60" w:rsidRDefault="00FE4C7A">
      <w:pPr>
        <w:spacing w:after="40"/>
        <w:jc w:val="center"/>
      </w:pPr>
      <w:r>
        <w:rPr>
          <w:noProof/>
        </w:rPr>
        <w:drawing>
          <wp:inline distT="0" distB="0" distL="0" distR="0" wp14:anchorId="78A67E55" wp14:editId="26498C13">
            <wp:extent cx="5976000" cy="387870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ed16eae-bb70-44df-9242-967d5f168e7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878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D7CDE" w14:textId="77777777" w:rsidR="000B5D60" w:rsidRDefault="00FE4C7A">
      <w:pPr>
        <w:pStyle w:val="SmallCaption"/>
      </w:pPr>
      <w:r>
        <w:t xml:space="preserve">Фактический комплект, </w:t>
      </w:r>
      <w:r>
        <w:t>представленный на фотографии</w:t>
      </w:r>
    </w:p>
    <w:tbl>
      <w:tblPr>
        <w:tblW w:w="0" w:type="auto"/>
        <w:jc w:val="center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7200"/>
        <w:gridCol w:w="3402"/>
        <w:gridCol w:w="777"/>
      </w:tblGrid>
      <w:tr w:rsidR="000B5D60" w14:paraId="39B61D4C" w14:textId="77777777">
        <w:trPr>
          <w:gridAfter w:val="1"/>
          <w:wAfter w:w="777" w:type="dxa"/>
          <w:tblHeader/>
          <w:jc w:val="center"/>
        </w:trPr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6C2684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Поз.</w:t>
            </w:r>
          </w:p>
        </w:tc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0E75F1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CF45D0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Количество</w:t>
            </w:r>
          </w:p>
        </w:tc>
      </w:tr>
      <w:tr w:rsidR="000B5D60" w14:paraId="0B2D6FBD" w14:textId="77777777">
        <w:trPr>
          <w:gridAfter w:val="1"/>
          <w:wAfter w:w="777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8EB332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72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7D3CAF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Аппарат </w:t>
            </w:r>
            <w:r>
              <w:rPr>
                <w:sz w:val="17"/>
              </w:rPr>
              <w:t>TOR</w:t>
            </w:r>
            <w:r w:rsidRPr="002C279A">
              <w:rPr>
                <w:sz w:val="17"/>
                <w:lang w:val="ru-RU"/>
              </w:rPr>
              <w:t xml:space="preserve"> </w:t>
            </w:r>
            <w:r>
              <w:rPr>
                <w:sz w:val="17"/>
              </w:rPr>
              <w:t>BT</w:t>
            </w:r>
            <w:r w:rsidRPr="002C279A">
              <w:rPr>
                <w:sz w:val="17"/>
                <w:lang w:val="ru-RU"/>
              </w:rPr>
              <w:t>‑</w:t>
            </w:r>
            <w:r w:rsidRPr="002C279A">
              <w:rPr>
                <w:sz w:val="17"/>
                <w:lang w:val="ru-RU"/>
              </w:rPr>
              <w:t>1520</w:t>
            </w:r>
            <w:r>
              <w:rPr>
                <w:sz w:val="17"/>
              </w:rPr>
              <w:t>B</w:t>
            </w:r>
            <w:r w:rsidRPr="002C279A">
              <w:rPr>
                <w:sz w:val="17"/>
                <w:lang w:val="ru-RU"/>
              </w:rPr>
              <w:t xml:space="preserve">3 или </w:t>
            </w:r>
            <w:r>
              <w:rPr>
                <w:sz w:val="17"/>
              </w:rPr>
              <w:t>BT</w:t>
            </w:r>
            <w:r w:rsidRPr="002C279A">
              <w:rPr>
                <w:sz w:val="17"/>
                <w:lang w:val="ru-RU"/>
              </w:rPr>
              <w:t>‑</w:t>
            </w:r>
            <w:r w:rsidRPr="002C279A">
              <w:rPr>
                <w:sz w:val="17"/>
                <w:lang w:val="ru-RU"/>
              </w:rPr>
              <w:t>1525</w:t>
            </w:r>
            <w:r>
              <w:rPr>
                <w:sz w:val="17"/>
              </w:rPr>
              <w:t>B</w:t>
            </w:r>
            <w:r w:rsidRPr="002C279A">
              <w:rPr>
                <w:sz w:val="17"/>
                <w:lang w:val="ru-RU"/>
              </w:rPr>
              <w:t>3 на колёсной раме</w:t>
            </w:r>
          </w:p>
        </w:tc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8DF644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1</w:t>
            </w:r>
          </w:p>
        </w:tc>
      </w:tr>
      <w:tr w:rsidR="000B5D60" w14:paraId="60A7589A" w14:textId="77777777">
        <w:trPr>
          <w:gridAfter w:val="1"/>
          <w:wAfter w:w="777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2461C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720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C6F684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Пистолет с удлинительной трубкой </w:t>
            </w:r>
            <w:r>
              <w:rPr>
                <w:sz w:val="17"/>
              </w:rPr>
              <w:t>M</w:t>
            </w:r>
            <w:r w:rsidRPr="002C279A">
              <w:rPr>
                <w:sz w:val="17"/>
                <w:lang w:val="ru-RU"/>
              </w:rPr>
              <w:t>350</w:t>
            </w:r>
          </w:p>
        </w:tc>
        <w:tc>
          <w:tcPr>
            <w:tcW w:w="1417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EBF1C7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1</w:t>
            </w:r>
          </w:p>
        </w:tc>
      </w:tr>
      <w:tr w:rsidR="000B5D60" w14:paraId="194448A4" w14:textId="77777777">
        <w:trPr>
          <w:gridAfter w:val="1"/>
          <w:wAfter w:w="777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FEE8C9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72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351C84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Шланг высокого давления 10 м</w:t>
            </w:r>
          </w:p>
        </w:tc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93E851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1</w:t>
            </w:r>
          </w:p>
        </w:tc>
      </w:tr>
      <w:tr w:rsidR="000B5D60" w14:paraId="0DBAD2A3" w14:textId="77777777">
        <w:trPr>
          <w:gridAfter w:val="1"/>
          <w:wAfter w:w="777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A36D8E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720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AEC057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Шланг подачи воды 3 м</w:t>
            </w:r>
          </w:p>
        </w:tc>
        <w:tc>
          <w:tcPr>
            <w:tcW w:w="1417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15CF35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1</w:t>
            </w:r>
          </w:p>
        </w:tc>
      </w:tr>
      <w:tr w:rsidR="000B5D60" w14:paraId="1CD17647" w14:textId="77777777">
        <w:trPr>
          <w:gridAfter w:val="1"/>
          <w:wAfter w:w="777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2F7B6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72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9DDD22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Входной фильтр и сетчатый </w:t>
            </w:r>
            <w:r w:rsidRPr="002C279A">
              <w:rPr>
                <w:sz w:val="17"/>
                <w:lang w:val="ru-RU"/>
              </w:rPr>
              <w:t>фильтр</w:t>
            </w:r>
          </w:p>
        </w:tc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393C77" w14:textId="77777777" w:rsidR="000B5D60" w:rsidRDefault="00FE4C7A">
            <w:pPr>
              <w:spacing w:after="0" w:line="240" w:lineRule="auto"/>
            </w:pPr>
            <w:proofErr w:type="spellStart"/>
            <w:r>
              <w:rPr>
                <w:sz w:val="17"/>
              </w:rPr>
              <w:t>по</w:t>
            </w:r>
            <w:proofErr w:type="spellEnd"/>
            <w:r>
              <w:rPr>
                <w:sz w:val="17"/>
              </w:rPr>
              <w:t xml:space="preserve"> 1</w:t>
            </w:r>
          </w:p>
        </w:tc>
      </w:tr>
      <w:tr w:rsidR="000B5D60" w14:paraId="62E82EC7" w14:textId="77777777">
        <w:trPr>
          <w:gridAfter w:val="1"/>
          <w:wAfter w:w="777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B33B7D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720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FDFF01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Быстросъёмные форсунки: 0°, 15°, 25°, 40°</w:t>
            </w:r>
          </w:p>
        </w:tc>
        <w:tc>
          <w:tcPr>
            <w:tcW w:w="1417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2CA5FB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4</w:t>
            </w:r>
          </w:p>
        </w:tc>
      </w:tr>
      <w:tr w:rsidR="000B5D60" w14:paraId="6C19F280" w14:textId="77777777">
        <w:trPr>
          <w:gridAfter w:val="1"/>
          <w:wAfter w:w="777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5762AA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72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70BA1F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Держатели пистолета и шланга</w:t>
            </w:r>
          </w:p>
        </w:tc>
        <w:tc>
          <w:tcPr>
            <w:tcW w:w="14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1111B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комплект</w:t>
            </w:r>
          </w:p>
        </w:tc>
      </w:tr>
      <w:tr w:rsidR="000B5D60" w14:paraId="699BD2D0" w14:textId="77777777">
        <w:trPr>
          <w:gridAfter w:val="1"/>
          <w:wAfter w:w="777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791375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720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EC4C30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Руководство и принадлежности</w:t>
            </w:r>
          </w:p>
        </w:tc>
        <w:tc>
          <w:tcPr>
            <w:tcW w:w="1417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33C1B9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комплект</w:t>
            </w:r>
          </w:p>
        </w:tc>
      </w:tr>
      <w:tr w:rsidR="000B5D60" w:rsidRPr="002C279A" w14:paraId="1A3CD3D0" w14:textId="77777777">
        <w:tblPrEx>
          <w:tblBorders>
            <w:top w:val="single" w:sz="8" w:space="0" w:color="1F6A36"/>
            <w:left w:val="single" w:sz="8" w:space="0" w:color="1F6A36"/>
            <w:bottom w:val="single" w:sz="8" w:space="0" w:color="1F6A36"/>
            <w:right w:val="single" w:sz="8" w:space="0" w:color="1F6A36"/>
            <w:insideH w:val="single" w:sz="8" w:space="0" w:color="1F6A36"/>
            <w:insideV w:val="single" w:sz="8" w:space="0" w:color="1F6A36"/>
          </w:tblBorders>
        </w:tblPrEx>
        <w:trPr>
          <w:jc w:val="center"/>
        </w:trPr>
        <w:tc>
          <w:tcPr>
            <w:tcW w:w="10206" w:type="dxa"/>
            <w:gridSpan w:val="4"/>
            <w:shd w:val="clear" w:color="auto" w:fill="E9F6EC"/>
          </w:tcPr>
          <w:p w14:paraId="19F3521A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1F6A36"/>
                <w:sz w:val="18"/>
                <w:lang w:val="ru-RU"/>
              </w:rPr>
              <w:t>ПРОВЕРКА ПРИ ПОЛУЧЕНИИ</w:t>
            </w:r>
          </w:p>
          <w:p w14:paraId="26A16F70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Сверьте комплектность и убедитесь, что корпус, рама, манометр, шланги и </w:t>
            </w:r>
            <w:r w:rsidRPr="002C279A">
              <w:rPr>
                <w:sz w:val="17"/>
                <w:lang w:val="ru-RU"/>
              </w:rPr>
              <w:t>соединения не повреждены при перевозке.</w:t>
            </w:r>
          </w:p>
        </w:tc>
      </w:tr>
    </w:tbl>
    <w:p w14:paraId="2A9687EA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6BE8DC12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3 • ПАСПОРТНЫЕ ДАННЫЕ</w:t>
      </w:r>
    </w:p>
    <w:p w14:paraId="5F4F83FE" w14:textId="77777777" w:rsidR="000B5D60" w:rsidRDefault="00FE4C7A">
      <w:pPr>
        <w:pStyle w:val="1"/>
      </w:pPr>
      <w:r>
        <w:t>Технические характеристики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"/>
        <w:gridCol w:w="3445"/>
        <w:gridCol w:w="3253"/>
        <w:gridCol w:w="3253"/>
        <w:gridCol w:w="465"/>
      </w:tblGrid>
      <w:tr w:rsidR="000B5D60" w14:paraId="51208AD4" w14:textId="77777777">
        <w:trPr>
          <w:jc w:val="center"/>
        </w:trPr>
        <w:tc>
          <w:tcPr>
            <w:tcW w:w="10206" w:type="dxa"/>
            <w:gridSpan w:val="5"/>
            <w:shd w:val="clear" w:color="auto" w:fill="ED1C24"/>
          </w:tcPr>
          <w:p w14:paraId="08877F05" w14:textId="77777777" w:rsidR="000B5D60" w:rsidRDefault="000B5D60"/>
        </w:tc>
      </w:tr>
      <w:tr w:rsidR="000B5D60" w14:paraId="7926777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tblHeader/>
          <w:jc w:val="center"/>
        </w:trPr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7AC0B4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Параметр</w:t>
            </w:r>
          </w:p>
        </w:tc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FA37D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TOR BT‑1520B3</w:t>
            </w:r>
          </w:p>
        </w:tc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6FD40B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TOR BT‑1525B3</w:t>
            </w:r>
          </w:p>
        </w:tc>
      </w:tr>
      <w:tr w:rsidR="000B5D60" w14:paraId="262CA46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C22FC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Максимальное давление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AECE0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200 бар / 2900 psi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222D3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250 бар / 3625 psi</w:t>
            </w:r>
          </w:p>
        </w:tc>
      </w:tr>
      <w:tr w:rsidR="000B5D60" w14:paraId="251AE18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AC5AC4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Максимальная подача воды</w:t>
            </w:r>
          </w:p>
        </w:tc>
        <w:tc>
          <w:tcPr>
            <w:tcW w:w="30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22C60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15 л/мин / 900 л/ч</w:t>
            </w:r>
          </w:p>
        </w:tc>
        <w:tc>
          <w:tcPr>
            <w:tcW w:w="30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13D68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 xml:space="preserve">15 </w:t>
            </w:r>
            <w:r>
              <w:rPr>
                <w:sz w:val="15"/>
              </w:rPr>
              <w:t>л/мин / 900 л/ч</w:t>
            </w:r>
          </w:p>
        </w:tc>
      </w:tr>
      <w:tr w:rsidR="000B5D60" w14:paraId="50E1200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4AA6A7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Модель насоса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E80765" w14:textId="0762924B" w:rsidR="000B5D60" w:rsidRDefault="00FE4C7A">
            <w:pPr>
              <w:spacing w:after="0" w:line="240" w:lineRule="auto"/>
            </w:pPr>
            <w:r>
              <w:rPr>
                <w:sz w:val="15"/>
              </w:rPr>
              <w:t>BM15</w:t>
            </w:r>
            <w:r w:rsidR="002C279A">
              <w:rPr>
                <w:sz w:val="15"/>
                <w:lang w:val="ru-RU"/>
              </w:rPr>
              <w:t>20</w:t>
            </w:r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латунная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головка</w:t>
            </w:r>
            <w:proofErr w:type="spellEnd"/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70866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BM1525, латунная головка</w:t>
            </w:r>
          </w:p>
        </w:tc>
      </w:tr>
      <w:tr w:rsidR="000B5D60" w14:paraId="7A83625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962A4B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Регулятор давления</w:t>
            </w:r>
          </w:p>
        </w:tc>
        <w:tc>
          <w:tcPr>
            <w:tcW w:w="30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E16E3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VRC300</w:t>
            </w:r>
          </w:p>
        </w:tc>
        <w:tc>
          <w:tcPr>
            <w:tcW w:w="30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4E0E3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VRC300</w:t>
            </w:r>
          </w:p>
        </w:tc>
      </w:tr>
      <w:tr w:rsidR="000B5D60" w14:paraId="320D1AE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5F823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Автоматическое отключение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1321D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Total Stop — да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0709B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Total Stop — да</w:t>
            </w:r>
          </w:p>
        </w:tc>
      </w:tr>
      <w:tr w:rsidR="000B5D60" w14:paraId="67ABF1A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CD22AC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Мощность электродвигателя</w:t>
            </w:r>
          </w:p>
        </w:tc>
        <w:tc>
          <w:tcPr>
            <w:tcW w:w="30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B800C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5,5 кВт</w:t>
            </w:r>
          </w:p>
        </w:tc>
        <w:tc>
          <w:tcPr>
            <w:tcW w:w="30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0248B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7,5 кВт</w:t>
            </w:r>
          </w:p>
        </w:tc>
      </w:tr>
      <w:tr w:rsidR="000B5D60" w14:paraId="3591C7D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61E8BC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Частота вращения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2A4B1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1450 об/мин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8E8BB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 xml:space="preserve">1450 </w:t>
            </w:r>
            <w:r>
              <w:rPr>
                <w:sz w:val="15"/>
              </w:rPr>
              <w:t>об/мин</w:t>
            </w:r>
          </w:p>
        </w:tc>
      </w:tr>
      <w:tr w:rsidR="000B5D60" w14:paraId="564D535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AC41F9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Питание</w:t>
            </w:r>
          </w:p>
        </w:tc>
        <w:tc>
          <w:tcPr>
            <w:tcW w:w="30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6BB02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380 В / 50 Гц / 3 фазы</w:t>
            </w:r>
          </w:p>
        </w:tc>
        <w:tc>
          <w:tcPr>
            <w:tcW w:w="30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51483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380 В / 50 Гц / 3 фазы</w:t>
            </w:r>
          </w:p>
        </w:tc>
      </w:tr>
      <w:tr w:rsidR="000B5D60" w14:paraId="09BD0EA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82B16D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Шланг высокого давления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DDA2B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10 м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B8846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10 м</w:t>
            </w:r>
          </w:p>
        </w:tc>
      </w:tr>
      <w:tr w:rsidR="000B5D60" w14:paraId="26F7440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E9152F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Шланг подачи воды</w:t>
            </w:r>
          </w:p>
        </w:tc>
        <w:tc>
          <w:tcPr>
            <w:tcW w:w="30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DE7C1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 м</w:t>
            </w:r>
          </w:p>
        </w:tc>
        <w:tc>
          <w:tcPr>
            <w:tcW w:w="30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4BA49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 м</w:t>
            </w:r>
          </w:p>
        </w:tc>
      </w:tr>
      <w:tr w:rsidR="000B5D60" w14:paraId="2FF39F1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F87E7A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Пистолет / трубка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18FD4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M350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B9DA2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M350</w:t>
            </w:r>
          </w:p>
        </w:tc>
      </w:tr>
      <w:tr w:rsidR="000B5D60" w14:paraId="5771F2B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2B8F79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Форсунки</w:t>
            </w:r>
          </w:p>
        </w:tc>
        <w:tc>
          <w:tcPr>
            <w:tcW w:w="30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2BE56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0°, 15°, 25°, 40°</w:t>
            </w:r>
          </w:p>
        </w:tc>
        <w:tc>
          <w:tcPr>
            <w:tcW w:w="30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0D89F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0°, 15°, 25°, 40°</w:t>
            </w:r>
          </w:p>
        </w:tc>
      </w:tr>
      <w:tr w:rsidR="000B5D60" w14:paraId="2AFD46D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791C3D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Масса нетто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3D2E1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67,3 кг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1F2C8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87,35 кг</w:t>
            </w:r>
          </w:p>
        </w:tc>
      </w:tr>
      <w:tr w:rsidR="000B5D60" w14:paraId="7D616AB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9448C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Габариты аппарата</w:t>
            </w:r>
          </w:p>
        </w:tc>
        <w:tc>
          <w:tcPr>
            <w:tcW w:w="30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B7DDF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 xml:space="preserve">950 × </w:t>
            </w:r>
            <w:r>
              <w:rPr>
                <w:sz w:val="15"/>
              </w:rPr>
              <w:t>440 × 740 мм</w:t>
            </w:r>
          </w:p>
        </w:tc>
        <w:tc>
          <w:tcPr>
            <w:tcW w:w="30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CC36D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950 × 440 × 740 мм</w:t>
            </w:r>
          </w:p>
        </w:tc>
      </w:tr>
      <w:tr w:rsidR="000B5D60" w14:paraId="04E60E1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494" w:type="dxa"/>
          <w:cantSplit/>
          <w:jc w:val="center"/>
        </w:trPr>
        <w:tc>
          <w:tcPr>
            <w:tcW w:w="35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48C62E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Транспортные габариты*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78D6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805 × 480 × 710 мм</w:t>
            </w:r>
          </w:p>
        </w:tc>
        <w:tc>
          <w:tcPr>
            <w:tcW w:w="30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27A4B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805 × 480 × 710 мм</w:t>
            </w:r>
          </w:p>
        </w:tc>
      </w:tr>
      <w:tr w:rsidR="000B5D60" w:rsidRPr="002C279A" w14:paraId="74378675" w14:textId="77777777">
        <w:tblPrEx>
          <w:tblBorders>
            <w:top w:val="single" w:sz="8" w:space="0" w:color="24566B"/>
            <w:left w:val="single" w:sz="8" w:space="0" w:color="24566B"/>
            <w:bottom w:val="single" w:sz="8" w:space="0" w:color="24566B"/>
            <w:right w:val="single" w:sz="8" w:space="0" w:color="24566B"/>
            <w:insideH w:val="single" w:sz="8" w:space="0" w:color="24566B"/>
            <w:insideV w:val="single" w:sz="8" w:space="0" w:color="24566B"/>
          </w:tblBorders>
        </w:tblPrEx>
        <w:trPr>
          <w:jc w:val="center"/>
        </w:trPr>
        <w:tc>
          <w:tcPr>
            <w:tcW w:w="10206" w:type="dxa"/>
            <w:gridSpan w:val="5"/>
            <w:shd w:val="clear" w:color="auto" w:fill="EAF4F8"/>
          </w:tcPr>
          <w:p w14:paraId="08B66E02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24566B"/>
                <w:sz w:val="18"/>
                <w:lang w:val="ru-RU"/>
              </w:rPr>
              <w:t>ПРИОРИТЕТ ШИЛЬДИКА</w:t>
            </w:r>
          </w:p>
          <w:p w14:paraId="59A6EF4F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При расхождении данных этого руководства с маркировкой конкретного аппарата руководствуйтесь шильдиком изделия.</w:t>
            </w:r>
          </w:p>
        </w:tc>
      </w:tr>
    </w:tbl>
    <w:p w14:paraId="3437D80A" w14:textId="7924B1AE" w:rsidR="000B5D60" w:rsidRPr="002C279A" w:rsidRDefault="00FE4C7A" w:rsidP="002C279A">
      <w:pPr>
        <w:rPr>
          <w:lang w:val="ru-RU"/>
        </w:rPr>
      </w:pPr>
      <w:r>
        <w:rPr>
          <w:b/>
          <w:color w:val="646A70"/>
          <w:sz w:val="14"/>
        </w:rPr>
        <w:t xml:space="preserve">РАЗДЕЛ 4 • </w:t>
      </w:r>
      <w:r>
        <w:rPr>
          <w:b/>
          <w:color w:val="646A70"/>
          <w:sz w:val="14"/>
        </w:rPr>
        <w:t>БЕЗОПАСНОСТЬ</w:t>
      </w:r>
    </w:p>
    <w:p w14:paraId="5D67B513" w14:textId="77777777" w:rsidR="000B5D60" w:rsidRDefault="00FE4C7A">
      <w:pPr>
        <w:pStyle w:val="1"/>
      </w:pPr>
      <w:r>
        <w:t>Основные правила безопасности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0B5D60" w14:paraId="36069551" w14:textId="77777777">
        <w:trPr>
          <w:jc w:val="center"/>
        </w:trPr>
        <w:tc>
          <w:tcPr>
            <w:tcW w:w="10206" w:type="dxa"/>
            <w:shd w:val="clear" w:color="auto" w:fill="ED1C24"/>
          </w:tcPr>
          <w:p w14:paraId="6E9A71A4" w14:textId="77777777" w:rsidR="000B5D60" w:rsidRDefault="000B5D60"/>
        </w:tc>
      </w:tr>
      <w:tr w:rsidR="000B5D60" w:rsidRPr="002C279A" w14:paraId="5AB38443" w14:textId="77777777">
        <w:tblPrEx>
          <w:tblBorders>
            <w:top w:val="single" w:sz="8" w:space="0" w:color="A4161A"/>
            <w:left w:val="single" w:sz="8" w:space="0" w:color="A4161A"/>
            <w:bottom w:val="single" w:sz="8" w:space="0" w:color="A4161A"/>
            <w:right w:val="single" w:sz="8" w:space="0" w:color="A4161A"/>
            <w:insideH w:val="single" w:sz="8" w:space="0" w:color="A4161A"/>
            <w:insideV w:val="single" w:sz="8" w:space="0" w:color="A4161A"/>
          </w:tblBorders>
        </w:tblPrEx>
        <w:trPr>
          <w:jc w:val="center"/>
        </w:trPr>
        <w:tc>
          <w:tcPr>
            <w:tcW w:w="10206" w:type="dxa"/>
            <w:shd w:val="clear" w:color="auto" w:fill="FCE8E9"/>
          </w:tcPr>
          <w:p w14:paraId="359B1E44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A4161A"/>
                <w:sz w:val="18"/>
                <w:lang w:val="ru-RU"/>
              </w:rPr>
              <w:t>ОПАСНОСТЬ ТРАВМЫ СТРУЁЙ</w:t>
            </w:r>
          </w:p>
          <w:p w14:paraId="1AE4E861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Струя давлением до 250 бар способна пробить кожу и вызвать тяжёлую травму. Никогда не направляйте пистолет на людей, животных, электрическое оборудование или сам аппарат.</w:t>
            </w:r>
          </w:p>
        </w:tc>
      </w:tr>
    </w:tbl>
    <w:p w14:paraId="33E5F2EE" w14:textId="77777777" w:rsidR="000B5D60" w:rsidRPr="002C279A" w:rsidRDefault="00FE4C7A">
      <w:pPr>
        <w:ind w:left="283" w:hanging="198"/>
        <w:rPr>
          <w:lang w:val="ru-RU"/>
        </w:rPr>
      </w:pPr>
      <w:r w:rsidRPr="002C279A">
        <w:rPr>
          <w:lang w:val="ru-RU"/>
        </w:rPr>
        <w:t xml:space="preserve">•  К </w:t>
      </w:r>
      <w:r w:rsidRPr="002C279A">
        <w:rPr>
          <w:lang w:val="ru-RU"/>
        </w:rPr>
        <w:t>работе допускается обученный совершеннолетний оператор, прочитавший руководство.</w:t>
      </w:r>
    </w:p>
    <w:p w14:paraId="17A56037" w14:textId="77777777" w:rsidR="000B5D60" w:rsidRPr="002C279A" w:rsidRDefault="00FE4C7A">
      <w:pPr>
        <w:ind w:left="283" w:hanging="198"/>
        <w:rPr>
          <w:lang w:val="ru-RU"/>
        </w:rPr>
      </w:pPr>
      <w:r w:rsidRPr="002C279A">
        <w:rPr>
          <w:lang w:val="ru-RU"/>
        </w:rPr>
        <w:t>•  Перед присоединением, снятием форсунки, очисткой фильтра или обслуживанием отключите питание и сбросьте давление нажатием курка.</w:t>
      </w:r>
    </w:p>
    <w:p w14:paraId="3E68E9F5" w14:textId="77777777" w:rsidR="000B5D60" w:rsidRPr="002C279A" w:rsidRDefault="00FE4C7A">
      <w:pPr>
        <w:ind w:left="283" w:hanging="198"/>
        <w:rPr>
          <w:lang w:val="ru-RU"/>
        </w:rPr>
      </w:pPr>
      <w:r w:rsidRPr="002C279A">
        <w:rPr>
          <w:lang w:val="ru-RU"/>
        </w:rPr>
        <w:t xml:space="preserve">•  Не фиксируйте курок пистолета в нажатом </w:t>
      </w:r>
      <w:r w:rsidRPr="002C279A">
        <w:rPr>
          <w:lang w:val="ru-RU"/>
        </w:rPr>
        <w:t xml:space="preserve">положении и не обходите блокировки </w:t>
      </w:r>
      <w:r>
        <w:t>Total</w:t>
      </w:r>
      <w:r w:rsidRPr="002C279A">
        <w:rPr>
          <w:lang w:val="ru-RU"/>
        </w:rPr>
        <w:t xml:space="preserve"> </w:t>
      </w:r>
      <w:r>
        <w:t>Stop</w:t>
      </w:r>
      <w:r w:rsidRPr="002C279A">
        <w:rPr>
          <w:lang w:val="ru-RU"/>
        </w:rPr>
        <w:t>.</w:t>
      </w:r>
    </w:p>
    <w:p w14:paraId="59E43CE3" w14:textId="77777777" w:rsidR="000B5D60" w:rsidRPr="002C279A" w:rsidRDefault="00FE4C7A">
      <w:pPr>
        <w:ind w:left="283" w:hanging="198"/>
        <w:rPr>
          <w:lang w:val="ru-RU"/>
        </w:rPr>
      </w:pPr>
      <w:r w:rsidRPr="002C279A">
        <w:rPr>
          <w:lang w:val="ru-RU"/>
        </w:rPr>
        <w:t>•  Не используйте повреждённые шланги, муфты, пистолет или электрический кабель.</w:t>
      </w:r>
    </w:p>
    <w:p w14:paraId="2400A4FC" w14:textId="77777777" w:rsidR="000B5D60" w:rsidRPr="002C279A" w:rsidRDefault="00FE4C7A">
      <w:pPr>
        <w:ind w:left="283" w:hanging="198"/>
        <w:rPr>
          <w:lang w:val="ru-RU"/>
        </w:rPr>
      </w:pPr>
      <w:r w:rsidRPr="002C279A">
        <w:rPr>
          <w:lang w:val="ru-RU"/>
        </w:rPr>
        <w:t>•  Во время работы стойте устойчиво и удерживайте пистолет двумя руками: возникает реактивная сила.</w:t>
      </w:r>
    </w:p>
    <w:p w14:paraId="47C62D31" w14:textId="77777777" w:rsidR="000B5D60" w:rsidRPr="002C279A" w:rsidRDefault="00FE4C7A">
      <w:pPr>
        <w:ind w:left="283" w:hanging="198"/>
        <w:rPr>
          <w:lang w:val="ru-RU"/>
        </w:rPr>
      </w:pPr>
      <w:r w:rsidRPr="002C279A">
        <w:rPr>
          <w:lang w:val="ru-RU"/>
        </w:rPr>
        <w:t xml:space="preserve">•  Не оставляйте включённый </w:t>
      </w:r>
      <w:r w:rsidRPr="002C279A">
        <w:rPr>
          <w:lang w:val="ru-RU"/>
        </w:rPr>
        <w:t>аппарат без надзора. Не допускайте детей и посторонних в рабочую зону.</w:t>
      </w:r>
    </w:p>
    <w:p w14:paraId="18C07BE2" w14:textId="77777777" w:rsidR="000B5D60" w:rsidRPr="002C279A" w:rsidRDefault="00FE4C7A">
      <w:pPr>
        <w:ind w:left="283" w:hanging="198"/>
        <w:rPr>
          <w:lang w:val="ru-RU"/>
        </w:rPr>
      </w:pPr>
      <w:r w:rsidRPr="002C279A">
        <w:rPr>
          <w:lang w:val="ru-RU"/>
        </w:rPr>
        <w:t>•  Не распыляйте легковоспламеняющиеся жидкости и не работайте во взрывоопасной атмосфере.</w:t>
      </w:r>
    </w:p>
    <w:p w14:paraId="2B5D40BB" w14:textId="77777777" w:rsidR="000B5D60" w:rsidRPr="002C279A" w:rsidRDefault="00FE4C7A">
      <w:pPr>
        <w:ind w:left="283" w:hanging="198"/>
        <w:rPr>
          <w:lang w:val="ru-RU"/>
        </w:rPr>
      </w:pPr>
      <w:r w:rsidRPr="002C279A">
        <w:rPr>
          <w:lang w:val="ru-RU"/>
        </w:rPr>
        <w:t>•  Не направляйте струю на стекло, хрупкие поверхности, шины и уплотнения с близкого расстояни</w:t>
      </w:r>
      <w:r w:rsidRPr="002C279A">
        <w:rPr>
          <w:lang w:val="ru-RU"/>
        </w:rPr>
        <w:t>я.</w:t>
      </w:r>
    </w:p>
    <w:tbl>
      <w:tblPr>
        <w:tblW w:w="0" w:type="auto"/>
        <w:jc w:val="center"/>
        <w:tblBorders>
          <w:top w:val="single" w:sz="8" w:space="0" w:color="8B5B00"/>
          <w:left w:val="single" w:sz="8" w:space="0" w:color="8B5B00"/>
          <w:bottom w:val="single" w:sz="8" w:space="0" w:color="8B5B00"/>
          <w:right w:val="single" w:sz="8" w:space="0" w:color="8B5B00"/>
          <w:insideH w:val="single" w:sz="8" w:space="0" w:color="8B5B00"/>
          <w:insideV w:val="single" w:sz="8" w:space="0" w:color="8B5B00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3A07BEE6" w14:textId="77777777">
        <w:trPr>
          <w:jc w:val="center"/>
        </w:trPr>
        <w:tc>
          <w:tcPr>
            <w:tcW w:w="10206" w:type="dxa"/>
            <w:shd w:val="clear" w:color="auto" w:fill="FFF4CE"/>
          </w:tcPr>
          <w:p w14:paraId="3388FF2E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8B5B00"/>
                <w:sz w:val="18"/>
                <w:lang w:val="ru-RU"/>
              </w:rPr>
              <w:t>ПОСЛЕ ВЫКЛЮЧЕНИЯ</w:t>
            </w:r>
          </w:p>
          <w:p w14:paraId="29B258DC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Давление может сохраняться в шланге. Перед любым вмешательством обязательно нажмите курок пистолета при отключённом питании и перекрытой воде.</w:t>
            </w:r>
          </w:p>
        </w:tc>
      </w:tr>
    </w:tbl>
    <w:p w14:paraId="56334243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0781F3D6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4 • БЕЗОПАСНОСТЬ</w:t>
      </w:r>
    </w:p>
    <w:p w14:paraId="1F741703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Персональная защита и рабочая зона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745"/>
        <w:gridCol w:w="5411"/>
        <w:gridCol w:w="266"/>
      </w:tblGrid>
      <w:tr w:rsidR="000B5D60" w:rsidRPr="002C279A" w14:paraId="725B0D18" w14:textId="77777777">
        <w:trPr>
          <w:jc w:val="center"/>
        </w:trPr>
        <w:tc>
          <w:tcPr>
            <w:tcW w:w="10206" w:type="dxa"/>
            <w:gridSpan w:val="3"/>
            <w:shd w:val="clear" w:color="auto" w:fill="ED1C24"/>
          </w:tcPr>
          <w:p w14:paraId="43A37F65" w14:textId="77777777" w:rsidR="000B5D60" w:rsidRPr="002C279A" w:rsidRDefault="000B5D60">
            <w:pPr>
              <w:rPr>
                <w:lang w:val="ru-RU"/>
              </w:rPr>
            </w:pPr>
          </w:p>
        </w:tc>
      </w:tr>
      <w:tr w:rsidR="000B5D60" w14:paraId="745A075F" w14:textId="77777777">
        <w:trPr>
          <w:jc w:val="center"/>
        </w:trPr>
        <w:tc>
          <w:tcPr>
            <w:tcW w:w="5103" w:type="dxa"/>
          </w:tcPr>
          <w:p w14:paraId="2A1255E5" w14:textId="77777777" w:rsidR="000B5D60" w:rsidRDefault="00FE4C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8F7EDB" wp14:editId="12027C1E">
                  <wp:extent cx="2700000" cy="2822097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194089-f4a6-4230-a9b3-8829f02d06ef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2822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gridSpan w:val="2"/>
          </w:tcPr>
          <w:p w14:paraId="1C75F58E" w14:textId="77777777" w:rsidR="000B5D60" w:rsidRDefault="00FE4C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03563" wp14:editId="79ECCA10">
                  <wp:extent cx="2700000" cy="421023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3b90033-2dc9-44c3-83c8-57b0e40c309b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4210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D60" w:rsidRPr="002C279A" w14:paraId="5C11D666" w14:textId="77777777">
        <w:trPr>
          <w:jc w:val="center"/>
        </w:trPr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D9CFF5" w14:textId="77777777" w:rsidR="000B5D60" w:rsidRDefault="00FE4C7A">
            <w:pPr>
              <w:spacing w:after="0" w:line="240" w:lineRule="auto"/>
              <w:jc w:val="center"/>
            </w:pPr>
            <w:r>
              <w:rPr>
                <w:color w:val="646A70"/>
                <w:sz w:val="15"/>
              </w:rPr>
              <w:t xml:space="preserve">Рабочая сторона </w:t>
            </w:r>
            <w:r>
              <w:rPr>
                <w:color w:val="646A70"/>
                <w:sz w:val="15"/>
              </w:rPr>
              <w:t>аппарата</w:t>
            </w:r>
          </w:p>
        </w:tc>
        <w:tc>
          <w:tcPr>
            <w:tcW w:w="510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0BBB01" w14:textId="77777777" w:rsidR="000B5D60" w:rsidRPr="002C279A" w:rsidRDefault="00FE4C7A">
            <w:pPr>
              <w:spacing w:after="0" w:line="240" w:lineRule="auto"/>
              <w:jc w:val="center"/>
              <w:rPr>
                <w:lang w:val="ru-RU"/>
              </w:rPr>
            </w:pPr>
            <w:r w:rsidRPr="002C279A">
              <w:rPr>
                <w:color w:val="646A70"/>
                <w:sz w:val="15"/>
                <w:lang w:val="ru-RU"/>
              </w:rPr>
              <w:t>Задняя часть и силовой кабель</w:t>
            </w:r>
          </w:p>
        </w:tc>
      </w:tr>
      <w:tr w:rsidR="000B5D60" w14:paraId="7997D47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tblHeader/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5AFA5F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Средство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защиты</w:t>
            </w:r>
            <w:proofErr w:type="spellEnd"/>
          </w:p>
        </w:tc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43D6E4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Требование</w:t>
            </w:r>
          </w:p>
        </w:tc>
      </w:tr>
      <w:tr w:rsidR="000B5D60" w:rsidRPr="002C279A" w14:paraId="4E1D313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29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C00D03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7"/>
              </w:rPr>
              <w:t>Защитные очки / щиток</w:t>
            </w:r>
          </w:p>
        </w:tc>
        <w:tc>
          <w:tcPr>
            <w:tcW w:w="674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C0161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Обязательно: защита от отлетающих частиц и аэрозоля.</w:t>
            </w:r>
          </w:p>
        </w:tc>
      </w:tr>
      <w:tr w:rsidR="000B5D60" w:rsidRPr="002C279A" w14:paraId="0A7E737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294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F54346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7"/>
              </w:rPr>
              <w:t>Защитная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обувь</w:t>
            </w:r>
            <w:proofErr w:type="spellEnd"/>
          </w:p>
        </w:tc>
        <w:tc>
          <w:tcPr>
            <w:tcW w:w="6746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22B4C9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Нескользящая подошва и закрытый носок.</w:t>
            </w:r>
          </w:p>
        </w:tc>
      </w:tr>
      <w:tr w:rsidR="000B5D60" w14:paraId="6ED1F30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29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214E9D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7"/>
              </w:rPr>
              <w:t>Перчатки</w:t>
            </w:r>
            <w:proofErr w:type="spellEnd"/>
          </w:p>
        </w:tc>
        <w:tc>
          <w:tcPr>
            <w:tcW w:w="674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D1AC76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Водостойкие, обеспечивающие уверенный хват.</w:t>
            </w:r>
          </w:p>
        </w:tc>
      </w:tr>
      <w:tr w:rsidR="000B5D60" w14:paraId="66CF8B0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294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6503F3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7"/>
              </w:rPr>
              <w:t>Защита слуха</w:t>
            </w:r>
          </w:p>
        </w:tc>
        <w:tc>
          <w:tcPr>
            <w:tcW w:w="6746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5541F1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Рекомендуется при продолжительной работе.</w:t>
            </w:r>
          </w:p>
        </w:tc>
      </w:tr>
      <w:tr w:rsidR="000B5D60" w:rsidRPr="002C279A" w14:paraId="6652183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29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15422A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7"/>
              </w:rPr>
              <w:t>Одежда</w:t>
            </w:r>
          </w:p>
        </w:tc>
        <w:tc>
          <w:tcPr>
            <w:tcW w:w="674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982F0F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Плотная, закрывающая руки и ноги; без свободных деталей.</w:t>
            </w:r>
          </w:p>
        </w:tc>
      </w:tr>
    </w:tbl>
    <w:p w14:paraId="76778736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>•  Удалите людей и животных минимум на 15 м; ограничьте доступ в зону очистки.</w:t>
      </w:r>
    </w:p>
    <w:p w14:paraId="628B1A47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 xml:space="preserve">•  Уберите с маршрута шланги, кабели и </w:t>
      </w:r>
      <w:r w:rsidRPr="002C279A">
        <w:rPr>
          <w:sz w:val="18"/>
          <w:lang w:val="ru-RU"/>
        </w:rPr>
        <w:t>предметы, о которые можно споткнуться.</w:t>
      </w:r>
    </w:p>
    <w:p w14:paraId="0D7BF2C8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>•  Обеспечьте отвод воды и защитите электрооборудование от брызг.</w:t>
      </w:r>
    </w:p>
    <w:p w14:paraId="671DA617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7779AC79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5 • ОСНОВНЫЕ УЗЛЫ</w:t>
      </w:r>
    </w:p>
    <w:p w14:paraId="11DAA249" w14:textId="77777777" w:rsidR="000B5D60" w:rsidRDefault="00FE4C7A">
      <w:pPr>
        <w:pStyle w:val="1"/>
      </w:pPr>
      <w:r>
        <w:t>Устройство аппарата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14:paraId="3FFC7FCB" w14:textId="77777777">
        <w:trPr>
          <w:jc w:val="center"/>
        </w:trPr>
        <w:tc>
          <w:tcPr>
            <w:tcW w:w="10206" w:type="dxa"/>
            <w:gridSpan w:val="2"/>
            <w:shd w:val="clear" w:color="auto" w:fill="ED1C24"/>
          </w:tcPr>
          <w:p w14:paraId="0B90759B" w14:textId="77777777" w:rsidR="000B5D60" w:rsidRDefault="000B5D60"/>
        </w:tc>
      </w:tr>
      <w:tr w:rsidR="000B5D60" w:rsidRPr="002C279A" w14:paraId="4FA8C855" w14:textId="77777777">
        <w:trPr>
          <w:jc w:val="center"/>
        </w:trPr>
        <w:tc>
          <w:tcPr>
            <w:tcW w:w="5103" w:type="dxa"/>
          </w:tcPr>
          <w:p w14:paraId="54BF6955" w14:textId="77777777" w:rsidR="000B5D60" w:rsidRDefault="00FE4C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10C35F" wp14:editId="7A23DB37">
                  <wp:extent cx="3024000" cy="3062241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2c34351-34a0-4eac-a136-cc5972a03785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62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4E38D2DF" w14:textId="77777777" w:rsidR="000B5D60" w:rsidRDefault="000B5D60"/>
          <w:p w14:paraId="74FE8B8D" w14:textId="77777777" w:rsidR="000B5D60" w:rsidRPr="002C279A" w:rsidRDefault="00FE4C7A">
            <w:pPr>
              <w:spacing w:after="100"/>
              <w:rPr>
                <w:lang w:val="ru-RU"/>
              </w:rPr>
            </w:pPr>
            <w:r w:rsidRPr="002C279A">
              <w:rPr>
                <w:b/>
                <w:color w:val="ED1C24"/>
                <w:sz w:val="20"/>
                <w:lang w:val="ru-RU"/>
              </w:rPr>
              <w:t xml:space="preserve">1. </w:t>
            </w:r>
            <w:r w:rsidRPr="002C279A">
              <w:rPr>
                <w:sz w:val="18"/>
                <w:lang w:val="ru-RU"/>
              </w:rPr>
              <w:t>Рукоятка и колёсная рама</w:t>
            </w:r>
          </w:p>
          <w:p w14:paraId="643C988E" w14:textId="77777777" w:rsidR="000B5D60" w:rsidRPr="002C279A" w:rsidRDefault="00FE4C7A">
            <w:pPr>
              <w:spacing w:after="100"/>
              <w:rPr>
                <w:lang w:val="ru-RU"/>
              </w:rPr>
            </w:pPr>
            <w:r w:rsidRPr="002C279A">
              <w:rPr>
                <w:b/>
                <w:color w:val="ED1C24"/>
                <w:sz w:val="20"/>
                <w:lang w:val="ru-RU"/>
              </w:rPr>
              <w:t xml:space="preserve">2. </w:t>
            </w:r>
            <w:r w:rsidRPr="002C279A">
              <w:rPr>
                <w:sz w:val="18"/>
                <w:lang w:val="ru-RU"/>
              </w:rPr>
              <w:t>Панель управления</w:t>
            </w:r>
          </w:p>
          <w:p w14:paraId="03B57501" w14:textId="77777777" w:rsidR="000B5D60" w:rsidRPr="002C279A" w:rsidRDefault="00FE4C7A">
            <w:pPr>
              <w:spacing w:after="100"/>
              <w:rPr>
                <w:lang w:val="ru-RU"/>
              </w:rPr>
            </w:pPr>
            <w:r w:rsidRPr="002C279A">
              <w:rPr>
                <w:b/>
                <w:color w:val="ED1C24"/>
                <w:sz w:val="20"/>
                <w:lang w:val="ru-RU"/>
              </w:rPr>
              <w:t xml:space="preserve">3. </w:t>
            </w:r>
            <w:r w:rsidRPr="002C279A">
              <w:rPr>
                <w:sz w:val="18"/>
                <w:lang w:val="ru-RU"/>
              </w:rPr>
              <w:t>Поворотный главный выключатель</w:t>
            </w:r>
          </w:p>
          <w:p w14:paraId="63564CAD" w14:textId="77777777" w:rsidR="000B5D60" w:rsidRPr="002C279A" w:rsidRDefault="00FE4C7A">
            <w:pPr>
              <w:spacing w:after="100"/>
              <w:rPr>
                <w:lang w:val="ru-RU"/>
              </w:rPr>
            </w:pPr>
            <w:r w:rsidRPr="002C279A">
              <w:rPr>
                <w:b/>
                <w:color w:val="ED1C24"/>
                <w:sz w:val="20"/>
                <w:lang w:val="ru-RU"/>
              </w:rPr>
              <w:t xml:space="preserve">4. </w:t>
            </w:r>
            <w:r w:rsidRPr="002C279A">
              <w:rPr>
                <w:sz w:val="18"/>
                <w:lang w:val="ru-RU"/>
              </w:rPr>
              <w:t>Защитный авто</w:t>
            </w:r>
            <w:r w:rsidRPr="002C279A">
              <w:rPr>
                <w:sz w:val="18"/>
                <w:lang w:val="ru-RU"/>
              </w:rPr>
              <w:t>мат</w:t>
            </w:r>
          </w:p>
          <w:p w14:paraId="00C87439" w14:textId="77777777" w:rsidR="000B5D60" w:rsidRPr="002C279A" w:rsidRDefault="00FE4C7A">
            <w:pPr>
              <w:spacing w:after="100"/>
              <w:rPr>
                <w:lang w:val="ru-RU"/>
              </w:rPr>
            </w:pPr>
            <w:r w:rsidRPr="002C279A">
              <w:rPr>
                <w:b/>
                <w:color w:val="ED1C24"/>
                <w:sz w:val="20"/>
                <w:lang w:val="ru-RU"/>
              </w:rPr>
              <w:t xml:space="preserve">5. </w:t>
            </w:r>
            <w:r w:rsidRPr="002C279A">
              <w:rPr>
                <w:sz w:val="18"/>
                <w:lang w:val="ru-RU"/>
              </w:rPr>
              <w:t>Форсунки в держателях</w:t>
            </w:r>
          </w:p>
          <w:p w14:paraId="251F6D59" w14:textId="77777777" w:rsidR="000B5D60" w:rsidRPr="002C279A" w:rsidRDefault="00FE4C7A">
            <w:pPr>
              <w:spacing w:after="100"/>
              <w:rPr>
                <w:lang w:val="ru-RU"/>
              </w:rPr>
            </w:pPr>
            <w:r w:rsidRPr="002C279A">
              <w:rPr>
                <w:b/>
                <w:color w:val="ED1C24"/>
                <w:sz w:val="20"/>
                <w:lang w:val="ru-RU"/>
              </w:rPr>
              <w:t xml:space="preserve">6. </w:t>
            </w:r>
            <w:r w:rsidRPr="002C279A">
              <w:rPr>
                <w:sz w:val="18"/>
                <w:lang w:val="ru-RU"/>
              </w:rPr>
              <w:t>Кожух из нержавеющей стали</w:t>
            </w:r>
          </w:p>
          <w:p w14:paraId="41B2C37A" w14:textId="77777777" w:rsidR="000B5D60" w:rsidRPr="002C279A" w:rsidRDefault="00FE4C7A">
            <w:pPr>
              <w:spacing w:after="100"/>
              <w:rPr>
                <w:lang w:val="ru-RU"/>
              </w:rPr>
            </w:pPr>
            <w:r w:rsidRPr="002C279A">
              <w:rPr>
                <w:b/>
                <w:color w:val="ED1C24"/>
                <w:sz w:val="20"/>
                <w:lang w:val="ru-RU"/>
              </w:rPr>
              <w:t xml:space="preserve">7. </w:t>
            </w:r>
            <w:r w:rsidRPr="002C279A">
              <w:rPr>
                <w:sz w:val="18"/>
                <w:lang w:val="ru-RU"/>
              </w:rPr>
              <w:t xml:space="preserve">Насос высокого давления </w:t>
            </w:r>
            <w:r>
              <w:rPr>
                <w:sz w:val="18"/>
              </w:rPr>
              <w:t>BM</w:t>
            </w:r>
            <w:r w:rsidRPr="002C279A">
              <w:rPr>
                <w:sz w:val="18"/>
                <w:lang w:val="ru-RU"/>
              </w:rPr>
              <w:t xml:space="preserve">1518 / </w:t>
            </w:r>
            <w:r>
              <w:rPr>
                <w:sz w:val="18"/>
              </w:rPr>
              <w:t>BM</w:t>
            </w:r>
            <w:r w:rsidRPr="002C279A">
              <w:rPr>
                <w:sz w:val="18"/>
                <w:lang w:val="ru-RU"/>
              </w:rPr>
              <w:t>1525</w:t>
            </w:r>
          </w:p>
          <w:p w14:paraId="020203FE" w14:textId="77777777" w:rsidR="000B5D60" w:rsidRPr="002C279A" w:rsidRDefault="00FE4C7A">
            <w:pPr>
              <w:spacing w:after="100"/>
              <w:rPr>
                <w:lang w:val="ru-RU"/>
              </w:rPr>
            </w:pPr>
            <w:r w:rsidRPr="002C279A">
              <w:rPr>
                <w:b/>
                <w:color w:val="ED1C24"/>
                <w:sz w:val="20"/>
                <w:lang w:val="ru-RU"/>
              </w:rPr>
              <w:t xml:space="preserve">8. </w:t>
            </w:r>
            <w:r w:rsidRPr="002C279A">
              <w:rPr>
                <w:sz w:val="18"/>
                <w:lang w:val="ru-RU"/>
              </w:rPr>
              <w:t>Регулятор давления и манометр</w:t>
            </w:r>
          </w:p>
          <w:p w14:paraId="225FC8D8" w14:textId="77777777" w:rsidR="000B5D60" w:rsidRPr="002C279A" w:rsidRDefault="00FE4C7A">
            <w:pPr>
              <w:spacing w:after="100"/>
              <w:rPr>
                <w:lang w:val="ru-RU"/>
              </w:rPr>
            </w:pPr>
            <w:r w:rsidRPr="002C279A">
              <w:rPr>
                <w:b/>
                <w:color w:val="ED1C24"/>
                <w:sz w:val="20"/>
                <w:lang w:val="ru-RU"/>
              </w:rPr>
              <w:t xml:space="preserve">9. </w:t>
            </w:r>
            <w:r w:rsidRPr="002C279A">
              <w:rPr>
                <w:sz w:val="18"/>
                <w:lang w:val="ru-RU"/>
              </w:rPr>
              <w:t>Выход высокого давления</w:t>
            </w:r>
          </w:p>
        </w:tc>
      </w:tr>
      <w:tr w:rsidR="000B5D60" w:rsidRPr="002C279A" w14:paraId="07E110B2" w14:textId="77777777">
        <w:tblPrEx>
          <w:tblBorders>
            <w:top w:val="single" w:sz="8" w:space="0" w:color="8B5B00"/>
            <w:left w:val="single" w:sz="8" w:space="0" w:color="8B5B00"/>
            <w:bottom w:val="single" w:sz="8" w:space="0" w:color="8B5B00"/>
            <w:right w:val="single" w:sz="8" w:space="0" w:color="8B5B00"/>
            <w:insideH w:val="single" w:sz="8" w:space="0" w:color="8B5B00"/>
            <w:insideV w:val="single" w:sz="8" w:space="0" w:color="8B5B00"/>
          </w:tblBorders>
        </w:tblPrEx>
        <w:trPr>
          <w:jc w:val="center"/>
        </w:trPr>
        <w:tc>
          <w:tcPr>
            <w:tcW w:w="10206" w:type="dxa"/>
            <w:gridSpan w:val="2"/>
            <w:shd w:val="clear" w:color="auto" w:fill="FFF4CE"/>
          </w:tcPr>
          <w:p w14:paraId="191A48C3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8B5B00"/>
                <w:sz w:val="18"/>
                <w:lang w:val="ru-RU"/>
              </w:rPr>
              <w:t>ДОСТУП К УЗЛАМ</w:t>
            </w:r>
          </w:p>
          <w:p w14:paraId="20661930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Снимайте кожух только при отключённом и обесточенном аппарате. Ремонт </w:t>
            </w:r>
            <w:r w:rsidRPr="002C279A">
              <w:rPr>
                <w:sz w:val="17"/>
                <w:lang w:val="ru-RU"/>
              </w:rPr>
              <w:t>электрической части, регулятора и картера насоса выполняет квалифицированный сервисный персонал.</w:t>
            </w:r>
          </w:p>
        </w:tc>
      </w:tr>
    </w:tbl>
    <w:p w14:paraId="604A305D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192E465D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5 • ПАНЕЛЬ И РЕГУЛЯТОР</w:t>
      </w:r>
    </w:p>
    <w:p w14:paraId="1F4E2AD0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Органы управления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20A69E33" w14:textId="77777777">
        <w:trPr>
          <w:jc w:val="center"/>
        </w:trPr>
        <w:tc>
          <w:tcPr>
            <w:tcW w:w="10206" w:type="dxa"/>
            <w:shd w:val="clear" w:color="auto" w:fill="ED1C24"/>
          </w:tcPr>
          <w:p w14:paraId="14CD3CEA" w14:textId="77777777" w:rsidR="000B5D60" w:rsidRPr="002C279A" w:rsidRDefault="000B5D60">
            <w:pPr>
              <w:rPr>
                <w:lang w:val="ru-RU"/>
              </w:rPr>
            </w:pPr>
          </w:p>
        </w:tc>
      </w:tr>
    </w:tbl>
    <w:p w14:paraId="330FBF0E" w14:textId="77777777" w:rsidR="000B5D60" w:rsidRDefault="00FE4C7A">
      <w:pPr>
        <w:spacing w:after="40"/>
        <w:jc w:val="center"/>
      </w:pPr>
      <w:r>
        <w:rPr>
          <w:noProof/>
        </w:rPr>
        <w:drawing>
          <wp:inline distT="0" distB="0" distL="0" distR="0" wp14:anchorId="4C9DC6AA" wp14:editId="5BDB40FF">
            <wp:extent cx="3528000" cy="36875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194089-f4a6-4230-a9b3-8829f02d06e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28000" cy="368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13C39" w14:textId="77777777" w:rsidR="000B5D60" w:rsidRDefault="00FE4C7A">
      <w:pPr>
        <w:pStyle w:val="SmallCaption"/>
      </w:pPr>
      <w:r>
        <w:t>Панель управления и насосный узел</w:t>
      </w:r>
    </w:p>
    <w:tbl>
      <w:tblPr>
        <w:tblW w:w="0" w:type="auto"/>
        <w:jc w:val="center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6860"/>
        <w:gridCol w:w="493"/>
      </w:tblGrid>
      <w:tr w:rsidR="000B5D60" w14:paraId="5B0F7B8D" w14:textId="77777777">
        <w:trPr>
          <w:gridAfter w:val="1"/>
          <w:wAfter w:w="493" w:type="dxa"/>
          <w:tblHeader/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104320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Элемент</w:t>
            </w:r>
          </w:p>
        </w:tc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EC1C88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Назначение</w:t>
            </w:r>
          </w:p>
        </w:tc>
      </w:tr>
      <w:tr w:rsidR="000B5D60" w:rsidRPr="002C279A" w14:paraId="0D6632B7" w14:textId="77777777">
        <w:trPr>
          <w:gridAfter w:val="1"/>
          <w:wAfter w:w="493" w:type="dxa"/>
          <w:cantSplit/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03AAA8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7"/>
              </w:rPr>
              <w:t>Поворотный выключатель</w:t>
            </w:r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B6F873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>
              <w:rPr>
                <w:sz w:val="17"/>
              </w:rPr>
              <w:t>OFF</w:t>
            </w:r>
            <w:r w:rsidRPr="002C279A">
              <w:rPr>
                <w:sz w:val="17"/>
                <w:lang w:val="ru-RU"/>
              </w:rPr>
              <w:t xml:space="preserve"> — питание </w:t>
            </w:r>
            <w:r w:rsidRPr="002C279A">
              <w:rPr>
                <w:sz w:val="17"/>
                <w:lang w:val="ru-RU"/>
              </w:rPr>
              <w:t>отключено; рабочее положение — запуск аппарата.</w:t>
            </w:r>
          </w:p>
        </w:tc>
      </w:tr>
      <w:tr w:rsidR="000B5D60" w:rsidRPr="002C279A" w14:paraId="4E4EDD79" w14:textId="77777777">
        <w:trPr>
          <w:gridAfter w:val="1"/>
          <w:wAfter w:w="493" w:type="dxa"/>
          <w:cantSplit/>
          <w:jc w:val="center"/>
        </w:trPr>
        <w:tc>
          <w:tcPr>
            <w:tcW w:w="283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B44F47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7"/>
              </w:rPr>
              <w:t>Автомат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защиты</w:t>
            </w:r>
            <w:proofErr w:type="spellEnd"/>
          </w:p>
        </w:tc>
        <w:tc>
          <w:tcPr>
            <w:tcW w:w="686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52247F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Отключает питание при перегрузке или утечке. Повторное включение допускается только после устранения причины.</w:t>
            </w:r>
          </w:p>
        </w:tc>
      </w:tr>
      <w:tr w:rsidR="000B5D60" w:rsidRPr="002C279A" w14:paraId="4C76E72E" w14:textId="77777777">
        <w:trPr>
          <w:gridAfter w:val="1"/>
          <w:wAfter w:w="493" w:type="dxa"/>
          <w:cantSplit/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9353C8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7"/>
              </w:rPr>
              <w:t>Красная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рукоятка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регулятора</w:t>
            </w:r>
            <w:proofErr w:type="spellEnd"/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01FDEB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Изменяет рабочее давление. Поворачивайте </w:t>
            </w:r>
            <w:r w:rsidRPr="002C279A">
              <w:rPr>
                <w:sz w:val="17"/>
                <w:lang w:val="ru-RU"/>
              </w:rPr>
              <w:t>плавно, контролируя манометр.</w:t>
            </w:r>
          </w:p>
        </w:tc>
      </w:tr>
      <w:tr w:rsidR="000B5D60" w:rsidRPr="002C279A" w14:paraId="44C4BB27" w14:textId="77777777">
        <w:trPr>
          <w:gridAfter w:val="1"/>
          <w:wAfter w:w="493" w:type="dxa"/>
          <w:cantSplit/>
          <w:jc w:val="center"/>
        </w:trPr>
        <w:tc>
          <w:tcPr>
            <w:tcW w:w="283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8F9C24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7"/>
              </w:rPr>
              <w:t>Манометр</w:t>
            </w:r>
            <w:proofErr w:type="spellEnd"/>
          </w:p>
        </w:tc>
        <w:tc>
          <w:tcPr>
            <w:tcW w:w="686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65CF0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Показывает давление в напорной линии.</w:t>
            </w:r>
          </w:p>
        </w:tc>
      </w:tr>
      <w:tr w:rsidR="000B5D60" w:rsidRPr="002C279A" w14:paraId="3634B04A" w14:textId="77777777">
        <w:trPr>
          <w:gridAfter w:val="1"/>
          <w:wAfter w:w="493" w:type="dxa"/>
          <w:cantSplit/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4C9F0F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7"/>
              </w:rPr>
              <w:t>Четыре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форсунки</w:t>
            </w:r>
            <w:proofErr w:type="spellEnd"/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7EDEC2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Формируют факел 0°, 15°, 25° или 40°; цветовая кодировка приведена на стр. 17.</w:t>
            </w:r>
          </w:p>
        </w:tc>
      </w:tr>
      <w:tr w:rsidR="000B5D60" w:rsidRPr="002C279A" w14:paraId="71CA1A2D" w14:textId="77777777">
        <w:tblPrEx>
          <w:tblBorders>
            <w:top w:val="single" w:sz="8" w:space="0" w:color="A4161A"/>
            <w:left w:val="single" w:sz="8" w:space="0" w:color="A4161A"/>
            <w:bottom w:val="single" w:sz="8" w:space="0" w:color="A4161A"/>
            <w:right w:val="single" w:sz="8" w:space="0" w:color="A4161A"/>
            <w:insideH w:val="single" w:sz="8" w:space="0" w:color="A4161A"/>
            <w:insideV w:val="single" w:sz="8" w:space="0" w:color="A4161A"/>
          </w:tblBorders>
        </w:tblPrEx>
        <w:trPr>
          <w:jc w:val="center"/>
        </w:trPr>
        <w:tc>
          <w:tcPr>
            <w:tcW w:w="10206" w:type="dxa"/>
            <w:gridSpan w:val="3"/>
            <w:shd w:val="clear" w:color="auto" w:fill="FCE8E9"/>
          </w:tcPr>
          <w:p w14:paraId="1E5BCB72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A4161A"/>
                <w:sz w:val="18"/>
                <w:lang w:val="ru-RU"/>
              </w:rPr>
              <w:t>СОБЛЮДАЙТЕ ПРЕДЕЛ МОДЕЛИ</w:t>
            </w:r>
          </w:p>
          <w:p w14:paraId="42988F9C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Не превышайте 200 бар для </w:t>
            </w:r>
            <w:r>
              <w:rPr>
                <w:sz w:val="17"/>
              </w:rPr>
              <w:t>BT</w:t>
            </w:r>
            <w:r w:rsidRPr="002C279A">
              <w:rPr>
                <w:sz w:val="17"/>
                <w:lang w:val="ru-RU"/>
              </w:rPr>
              <w:t>‑</w:t>
            </w:r>
            <w:r w:rsidRPr="002C279A">
              <w:rPr>
                <w:sz w:val="17"/>
                <w:lang w:val="ru-RU"/>
              </w:rPr>
              <w:t>1520</w:t>
            </w:r>
            <w:r>
              <w:rPr>
                <w:sz w:val="17"/>
              </w:rPr>
              <w:t>B</w:t>
            </w:r>
            <w:r w:rsidRPr="002C279A">
              <w:rPr>
                <w:sz w:val="17"/>
                <w:lang w:val="ru-RU"/>
              </w:rPr>
              <w:t xml:space="preserve">3 и 250 бар для </w:t>
            </w:r>
            <w:r>
              <w:rPr>
                <w:sz w:val="17"/>
              </w:rPr>
              <w:t>BT</w:t>
            </w:r>
            <w:r w:rsidRPr="002C279A">
              <w:rPr>
                <w:sz w:val="17"/>
                <w:lang w:val="ru-RU"/>
              </w:rPr>
              <w:t>‑</w:t>
            </w:r>
            <w:r w:rsidRPr="002C279A">
              <w:rPr>
                <w:sz w:val="17"/>
                <w:lang w:val="ru-RU"/>
              </w:rPr>
              <w:t>1525</w:t>
            </w:r>
            <w:r>
              <w:rPr>
                <w:sz w:val="17"/>
              </w:rPr>
              <w:t>B</w:t>
            </w:r>
            <w:r w:rsidRPr="002C279A">
              <w:rPr>
                <w:sz w:val="17"/>
                <w:lang w:val="ru-RU"/>
              </w:rPr>
              <w:t>3. Не изменяйте заводские настройки предохранительных элементов.</w:t>
            </w:r>
          </w:p>
        </w:tc>
      </w:tr>
    </w:tbl>
    <w:p w14:paraId="715B2DA0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51F247F0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6 • ПОДГОТОВКА</w:t>
      </w:r>
    </w:p>
    <w:p w14:paraId="56BEA2EB" w14:textId="77777777" w:rsidR="000B5D60" w:rsidRDefault="00FE4C7A">
      <w:pPr>
        <w:pStyle w:val="1"/>
      </w:pPr>
      <w:r>
        <w:t>Распаковка и установка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  <w:gridCol w:w="40"/>
      </w:tblGrid>
      <w:tr w:rsidR="000B5D60" w14:paraId="5835474F" w14:textId="77777777">
        <w:trPr>
          <w:jc w:val="center"/>
        </w:trPr>
        <w:tc>
          <w:tcPr>
            <w:tcW w:w="10206" w:type="dxa"/>
            <w:gridSpan w:val="3"/>
            <w:shd w:val="clear" w:color="auto" w:fill="ED1C24"/>
          </w:tcPr>
          <w:p w14:paraId="6A7CFE51" w14:textId="77777777" w:rsidR="000B5D60" w:rsidRDefault="000B5D60"/>
        </w:tc>
      </w:tr>
      <w:tr w:rsidR="000B5D60" w:rsidRPr="002C279A" w14:paraId="7EE996E0" w14:textId="77777777">
        <w:trPr>
          <w:gridAfter w:val="1"/>
          <w:wAfter w:w="40" w:type="dxa"/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FD9265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E5E75D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Снимите упаковку и осмотрите раму, кожух, манометр, насос, кабель и колёса.</w:t>
            </w:r>
          </w:p>
        </w:tc>
      </w:tr>
    </w:tbl>
    <w:p w14:paraId="624E0323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4FA591B9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DB47FA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54219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Установите рукоятку и держатели </w:t>
            </w:r>
            <w:r w:rsidRPr="002C279A">
              <w:rPr>
                <w:sz w:val="18"/>
                <w:lang w:val="ru-RU"/>
              </w:rPr>
              <w:t>принадлежностей штатным крепежом.</w:t>
            </w:r>
          </w:p>
        </w:tc>
      </w:tr>
    </w:tbl>
    <w:p w14:paraId="1DD43B7A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4E10BF77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FA85EB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F076F7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Поставьте аппарат на ровную твёрдую поверхность; не закрывайте вентиляционные отверстия электродвигателя.</w:t>
            </w:r>
          </w:p>
        </w:tc>
      </w:tr>
    </w:tbl>
    <w:p w14:paraId="738E1AFC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5B63CDF3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AE1ED3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14013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Проверьте уровень масла насоса: на горизонтальной поверхности он должен находиться в рабочей зоне смотрового</w:t>
            </w:r>
            <w:r w:rsidRPr="002C279A">
              <w:rPr>
                <w:sz w:val="18"/>
                <w:lang w:val="ru-RU"/>
              </w:rPr>
              <w:t xml:space="preserve"> стекла.</w:t>
            </w:r>
          </w:p>
        </w:tc>
      </w:tr>
    </w:tbl>
    <w:p w14:paraId="1EE0D432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43DADBA3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3951BD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5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0195C0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Разложите шланги без перегибов и убедитесь, что в рабочей зоне нет препятствий.</w:t>
            </w:r>
          </w:p>
        </w:tc>
      </w:tr>
    </w:tbl>
    <w:p w14:paraId="3E28E3D7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14:paraId="6897FF2E" w14:textId="77777777">
        <w:trPr>
          <w:jc w:val="center"/>
        </w:trPr>
        <w:tc>
          <w:tcPr>
            <w:tcW w:w="5103" w:type="dxa"/>
          </w:tcPr>
          <w:p w14:paraId="41B990F6" w14:textId="77777777" w:rsidR="000B5D60" w:rsidRDefault="00FE4C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595D4B" wp14:editId="505CB3E0">
                  <wp:extent cx="2628000" cy="2661233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2c34351-34a0-4eac-a136-cc5972a03785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266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06FB0FC0" w14:textId="77777777" w:rsidR="000B5D60" w:rsidRDefault="00FE4C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6D89F8" wp14:editId="7852B0A7">
                  <wp:extent cx="2628000" cy="4097959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3b90033-2dc9-44c3-83c8-57b0e40c309b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4097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D60" w14:paraId="3FEB6C08" w14:textId="77777777">
        <w:trPr>
          <w:jc w:val="center"/>
        </w:trPr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257E06" w14:textId="77777777" w:rsidR="000B5D60" w:rsidRDefault="00FE4C7A">
            <w:pPr>
              <w:spacing w:after="0" w:line="240" w:lineRule="auto"/>
              <w:jc w:val="center"/>
            </w:pPr>
            <w:r>
              <w:rPr>
                <w:color w:val="646A70"/>
                <w:sz w:val="15"/>
              </w:rPr>
              <w:t>Передняя часть и насос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607EBF" w14:textId="77777777" w:rsidR="000B5D60" w:rsidRDefault="00FE4C7A">
            <w:pPr>
              <w:spacing w:after="0" w:line="240" w:lineRule="auto"/>
              <w:jc w:val="center"/>
            </w:pPr>
            <w:r>
              <w:rPr>
                <w:color w:val="646A70"/>
                <w:sz w:val="15"/>
              </w:rPr>
              <w:t>Электродвигатель и кабель</w:t>
            </w:r>
          </w:p>
        </w:tc>
      </w:tr>
      <w:tr w:rsidR="000B5D60" w:rsidRPr="002C279A" w14:paraId="56828AE0" w14:textId="77777777">
        <w:tblPrEx>
          <w:tblBorders>
            <w:top w:val="single" w:sz="8" w:space="0" w:color="8B5B00"/>
            <w:left w:val="single" w:sz="8" w:space="0" w:color="8B5B00"/>
            <w:bottom w:val="single" w:sz="8" w:space="0" w:color="8B5B00"/>
            <w:right w:val="single" w:sz="8" w:space="0" w:color="8B5B00"/>
            <w:insideH w:val="single" w:sz="8" w:space="0" w:color="8B5B00"/>
            <w:insideV w:val="single" w:sz="8" w:space="0" w:color="8B5B00"/>
          </w:tblBorders>
        </w:tblPrEx>
        <w:trPr>
          <w:jc w:val="center"/>
        </w:trPr>
        <w:tc>
          <w:tcPr>
            <w:tcW w:w="10206" w:type="dxa"/>
            <w:gridSpan w:val="2"/>
            <w:shd w:val="clear" w:color="auto" w:fill="FFF4CE"/>
          </w:tcPr>
          <w:p w14:paraId="459C587B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8B5B00"/>
                <w:sz w:val="18"/>
                <w:lang w:val="ru-RU"/>
              </w:rPr>
              <w:t>НЕ ПОДНИМАЙТЕ ЗА КОЖУХ</w:t>
            </w:r>
          </w:p>
          <w:p w14:paraId="19FB3DE7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Для перемещения используйте рукоятку и колёса. При подъёме применяйте </w:t>
            </w:r>
            <w:r w:rsidRPr="002C279A">
              <w:rPr>
                <w:sz w:val="17"/>
                <w:lang w:val="ru-RU"/>
              </w:rPr>
              <w:t>грузоподъёмное средство и закрепляйте аппарат только за элементы рамы.</w:t>
            </w:r>
          </w:p>
        </w:tc>
      </w:tr>
    </w:tbl>
    <w:p w14:paraId="6916A9E9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2581371F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6 • ЭЛЕКТРОБЕЗОПАСНОСТЬ</w:t>
      </w:r>
    </w:p>
    <w:p w14:paraId="692C742E" w14:textId="77777777" w:rsidR="000B5D60" w:rsidRDefault="00FE4C7A">
      <w:pPr>
        <w:pStyle w:val="1"/>
      </w:pPr>
      <w:r>
        <w:t>Электрическое подключение 380 В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0B5D60" w14:paraId="5390EFED" w14:textId="77777777">
        <w:trPr>
          <w:jc w:val="center"/>
        </w:trPr>
        <w:tc>
          <w:tcPr>
            <w:tcW w:w="10206" w:type="dxa"/>
            <w:shd w:val="clear" w:color="auto" w:fill="ED1C24"/>
          </w:tcPr>
          <w:p w14:paraId="6971F355" w14:textId="77777777" w:rsidR="000B5D60" w:rsidRDefault="000B5D60"/>
        </w:tc>
      </w:tr>
      <w:tr w:rsidR="000B5D60" w:rsidRPr="002C279A" w14:paraId="25517178" w14:textId="77777777">
        <w:tblPrEx>
          <w:tblBorders>
            <w:top w:val="single" w:sz="8" w:space="0" w:color="A4161A"/>
            <w:left w:val="single" w:sz="8" w:space="0" w:color="A4161A"/>
            <w:bottom w:val="single" w:sz="8" w:space="0" w:color="A4161A"/>
            <w:right w:val="single" w:sz="8" w:space="0" w:color="A4161A"/>
            <w:insideH w:val="single" w:sz="8" w:space="0" w:color="A4161A"/>
            <w:insideV w:val="single" w:sz="8" w:space="0" w:color="A4161A"/>
          </w:tblBorders>
        </w:tblPrEx>
        <w:trPr>
          <w:jc w:val="center"/>
        </w:trPr>
        <w:tc>
          <w:tcPr>
            <w:tcW w:w="10206" w:type="dxa"/>
            <w:shd w:val="clear" w:color="auto" w:fill="FCE8E9"/>
          </w:tcPr>
          <w:p w14:paraId="7A512E16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A4161A"/>
                <w:sz w:val="18"/>
                <w:lang w:val="ru-RU"/>
              </w:rPr>
              <w:t>ОПАСНОЕ НАПРЯЖЕНИЕ</w:t>
            </w:r>
          </w:p>
          <w:p w14:paraId="1761FDC7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Подключение к трёхфазной сети 380 В выполняет квалифицированный электрик. До </w:t>
            </w:r>
            <w:r w:rsidRPr="002C279A">
              <w:rPr>
                <w:sz w:val="17"/>
                <w:lang w:val="ru-RU"/>
              </w:rPr>
              <w:t>подключения убедитесь в наличии защитного заземления и аппарата защитного отключения.</w:t>
            </w:r>
          </w:p>
        </w:tc>
      </w:tr>
    </w:tbl>
    <w:p w14:paraId="407AC895" w14:textId="77777777" w:rsidR="000B5D60" w:rsidRPr="002C279A" w:rsidRDefault="00FE4C7A">
      <w:pPr>
        <w:ind w:left="283" w:hanging="198"/>
        <w:rPr>
          <w:lang w:val="ru-RU"/>
        </w:rPr>
      </w:pPr>
      <w:r w:rsidRPr="002C279A">
        <w:rPr>
          <w:lang w:val="ru-RU"/>
        </w:rPr>
        <w:t>•  Используйте отдельную линию, рассчитанную на мощность выбранной модели — 5,5 или 7,5 кВт — и пусковой ток электродвигателя.</w:t>
      </w:r>
    </w:p>
    <w:p w14:paraId="416DDA9D" w14:textId="77777777" w:rsidR="000B5D60" w:rsidRPr="002C279A" w:rsidRDefault="00FE4C7A">
      <w:pPr>
        <w:ind w:left="283" w:hanging="198"/>
        <w:rPr>
          <w:lang w:val="ru-RU"/>
        </w:rPr>
      </w:pPr>
      <w:r w:rsidRPr="002C279A">
        <w:rPr>
          <w:lang w:val="ru-RU"/>
        </w:rPr>
        <w:t xml:space="preserve">•  Проверьте напряжение, частоту и </w:t>
      </w:r>
      <w:r w:rsidRPr="002C279A">
        <w:rPr>
          <w:lang w:val="ru-RU"/>
        </w:rPr>
        <w:t>чередование фаз по шильдику и схеме подключения.</w:t>
      </w:r>
    </w:p>
    <w:p w14:paraId="2E6894C0" w14:textId="77777777" w:rsidR="000B5D60" w:rsidRPr="002C279A" w:rsidRDefault="00FE4C7A">
      <w:pPr>
        <w:ind w:left="283" w:hanging="198"/>
        <w:rPr>
          <w:lang w:val="ru-RU"/>
        </w:rPr>
      </w:pPr>
      <w:r w:rsidRPr="002C279A">
        <w:rPr>
          <w:lang w:val="ru-RU"/>
        </w:rPr>
        <w:t>•  Не используйте удлинители, временные скрутки, переходники и розетки с недостаточным номиналом.</w:t>
      </w:r>
    </w:p>
    <w:p w14:paraId="7D1F49CF" w14:textId="77777777" w:rsidR="000B5D60" w:rsidRPr="002C279A" w:rsidRDefault="00FE4C7A">
      <w:pPr>
        <w:ind w:left="283" w:hanging="198"/>
        <w:rPr>
          <w:lang w:val="ru-RU"/>
        </w:rPr>
      </w:pPr>
      <w:r w:rsidRPr="002C279A">
        <w:rPr>
          <w:lang w:val="ru-RU"/>
        </w:rPr>
        <w:t>•  Защитите соединение от воды и механического повреждения; кабель не должен лежать в лужах.</w:t>
      </w:r>
    </w:p>
    <w:p w14:paraId="345F9604" w14:textId="77777777" w:rsidR="000B5D60" w:rsidRPr="002C279A" w:rsidRDefault="00FE4C7A">
      <w:pPr>
        <w:ind w:left="283" w:hanging="198"/>
        <w:rPr>
          <w:lang w:val="ru-RU"/>
        </w:rPr>
      </w:pPr>
      <w:r w:rsidRPr="002C279A">
        <w:rPr>
          <w:lang w:val="ru-RU"/>
        </w:rPr>
        <w:t>•  Перед обслужи</w:t>
      </w:r>
      <w:r w:rsidRPr="002C279A">
        <w:rPr>
          <w:lang w:val="ru-RU"/>
        </w:rPr>
        <w:t xml:space="preserve">ванием установите выключатель в </w:t>
      </w:r>
      <w:r>
        <w:t>OFF</w:t>
      </w:r>
      <w:r w:rsidRPr="002C279A">
        <w:rPr>
          <w:lang w:val="ru-RU"/>
        </w:rPr>
        <w:t>, отключите вводной автомат и исключите случайное включение.</w:t>
      </w:r>
    </w:p>
    <w:p w14:paraId="520AEF32" w14:textId="77777777" w:rsidR="000B5D60" w:rsidRPr="002C279A" w:rsidRDefault="00FE4C7A">
      <w:pPr>
        <w:ind w:left="283" w:hanging="198"/>
        <w:rPr>
          <w:lang w:val="ru-RU"/>
        </w:rPr>
      </w:pPr>
      <w:r w:rsidRPr="002C279A">
        <w:rPr>
          <w:lang w:val="ru-RU"/>
        </w:rPr>
        <w:t>•  Если автомат или тепловая защита срабатывают повторно, не включайте аппарат снова до диагностики.</w:t>
      </w:r>
    </w:p>
    <w:tbl>
      <w:tblPr>
        <w:tblW w:w="0" w:type="auto"/>
        <w:jc w:val="center"/>
        <w:tblBorders>
          <w:top w:val="single" w:sz="8" w:space="0" w:color="8B5B00"/>
          <w:left w:val="single" w:sz="8" w:space="0" w:color="8B5B00"/>
          <w:bottom w:val="single" w:sz="8" w:space="0" w:color="8B5B00"/>
          <w:right w:val="single" w:sz="8" w:space="0" w:color="8B5B00"/>
          <w:insideH w:val="single" w:sz="8" w:space="0" w:color="8B5B00"/>
          <w:insideV w:val="single" w:sz="8" w:space="0" w:color="8B5B00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055EC464" w14:textId="77777777">
        <w:trPr>
          <w:jc w:val="center"/>
        </w:trPr>
        <w:tc>
          <w:tcPr>
            <w:tcW w:w="10206" w:type="dxa"/>
            <w:shd w:val="clear" w:color="auto" w:fill="FFF4CE"/>
          </w:tcPr>
          <w:p w14:paraId="08871F8B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8B5B00"/>
                <w:sz w:val="18"/>
                <w:lang w:val="ru-RU"/>
              </w:rPr>
              <w:t>ПРОВЕРКА НАПРАВЛЕНИЯ ВРАЩЕНИЯ</w:t>
            </w:r>
          </w:p>
          <w:p w14:paraId="42D1CAD2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После первого подключения кра</w:t>
            </w:r>
            <w:r w:rsidRPr="002C279A">
              <w:rPr>
                <w:sz w:val="17"/>
                <w:lang w:val="ru-RU"/>
              </w:rPr>
              <w:t>тковременно включите аппарат при поданной воде. При необычном звуке, отсутствии давления или обратном вращении немедленно отключите питание и поручите электрику поменять две фазы.</w:t>
            </w:r>
          </w:p>
        </w:tc>
      </w:tr>
    </w:tbl>
    <w:p w14:paraId="7B7B1A0E" w14:textId="04FEFDE7" w:rsidR="000B5D60" w:rsidRPr="002C279A" w:rsidRDefault="00FE4C7A" w:rsidP="002C279A">
      <w:pPr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6 • ВОДОСНАБЖЕНИЕ</w:t>
      </w:r>
    </w:p>
    <w:p w14:paraId="3CA3843F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Требования к подаче воды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47"/>
        <w:gridCol w:w="5458"/>
        <w:gridCol w:w="417"/>
      </w:tblGrid>
      <w:tr w:rsidR="000B5D60" w:rsidRPr="002C279A" w14:paraId="10708A21" w14:textId="77777777">
        <w:trPr>
          <w:jc w:val="center"/>
        </w:trPr>
        <w:tc>
          <w:tcPr>
            <w:tcW w:w="10206" w:type="dxa"/>
            <w:gridSpan w:val="3"/>
            <w:shd w:val="clear" w:color="auto" w:fill="ED1C24"/>
          </w:tcPr>
          <w:p w14:paraId="681533C9" w14:textId="77777777" w:rsidR="000B5D60" w:rsidRPr="002C279A" w:rsidRDefault="000B5D60">
            <w:pPr>
              <w:rPr>
                <w:lang w:val="ru-RU"/>
              </w:rPr>
            </w:pPr>
          </w:p>
        </w:tc>
      </w:tr>
      <w:tr w:rsidR="000B5D60" w14:paraId="026E86A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tblHeader/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6FBAE0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Параметр</w:t>
            </w:r>
            <w:proofErr w:type="spellEnd"/>
          </w:p>
        </w:tc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6107A2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Требование</w:t>
            </w:r>
          </w:p>
        </w:tc>
      </w:tr>
      <w:tr w:rsidR="000B5D60" w:rsidRPr="002C279A" w14:paraId="4BD23F1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3176DC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Расход источника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A9BD5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Больше 15 л/мин; подача должна превышать потребление насоса.</w:t>
            </w:r>
          </w:p>
        </w:tc>
      </w:tr>
      <w:tr w:rsidR="000B5D60" w14:paraId="579EED3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345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CA8EC6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Рекомендуемый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диаметр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линии</w:t>
            </w:r>
            <w:proofErr w:type="spellEnd"/>
          </w:p>
        </w:tc>
        <w:tc>
          <w:tcPr>
            <w:tcW w:w="6236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D417BA" w14:textId="77777777" w:rsidR="000B5D60" w:rsidRDefault="00FE4C7A">
            <w:pPr>
              <w:spacing w:after="0" w:line="240" w:lineRule="auto"/>
            </w:pPr>
            <w:r>
              <w:rPr>
                <w:sz w:val="18"/>
              </w:rPr>
              <w:t>Не менее DN15 / 3/4″.</w:t>
            </w:r>
          </w:p>
        </w:tc>
      </w:tr>
      <w:tr w:rsidR="000B5D60" w:rsidRPr="002C279A" w14:paraId="55DDCF9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FF7575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Температура воды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49C380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Выше 0 °</w:t>
            </w:r>
            <w:r>
              <w:rPr>
                <w:sz w:val="18"/>
              </w:rPr>
              <w:t>C</w:t>
            </w:r>
            <w:r w:rsidRPr="002C279A">
              <w:rPr>
                <w:sz w:val="18"/>
                <w:lang w:val="ru-RU"/>
              </w:rPr>
              <w:t xml:space="preserve"> и ниже 50 °</w:t>
            </w:r>
            <w:r>
              <w:rPr>
                <w:sz w:val="18"/>
              </w:rPr>
              <w:t>C</w:t>
            </w:r>
            <w:r w:rsidRPr="002C279A">
              <w:rPr>
                <w:sz w:val="18"/>
                <w:lang w:val="ru-RU"/>
              </w:rPr>
              <w:t>.</w:t>
            </w:r>
          </w:p>
        </w:tc>
      </w:tr>
      <w:tr w:rsidR="000B5D60" w14:paraId="4E19C5B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345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723970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Давление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входе</w:t>
            </w:r>
            <w:proofErr w:type="spellEnd"/>
          </w:p>
        </w:tc>
        <w:tc>
          <w:tcPr>
            <w:tcW w:w="6236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124624" w14:textId="77777777" w:rsidR="000B5D60" w:rsidRDefault="00FE4C7A">
            <w:pPr>
              <w:spacing w:after="0" w:line="240" w:lineRule="auto"/>
            </w:pPr>
            <w:r>
              <w:rPr>
                <w:sz w:val="18"/>
              </w:rPr>
              <w:t>Не более 3 бар / 47 psi.</w:t>
            </w:r>
          </w:p>
        </w:tc>
      </w:tr>
      <w:tr w:rsidR="000B5D60" w:rsidRPr="002C279A" w14:paraId="15AEBB1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C2FA63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Механические примеси</w:t>
            </w:r>
          </w:p>
        </w:tc>
        <w:tc>
          <w:tcPr>
            <w:tcW w:w="62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0C79F0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Частицы не крупнее 80 мкм; обязательна фильтрация.</w:t>
            </w:r>
          </w:p>
        </w:tc>
      </w:tr>
      <w:tr w:rsidR="000B5D60" w:rsidRPr="002C279A" w14:paraId="778BD43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345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4C1F18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Качество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воды</w:t>
            </w:r>
            <w:proofErr w:type="spellEnd"/>
          </w:p>
        </w:tc>
        <w:tc>
          <w:tcPr>
            <w:tcW w:w="6236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51CF55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Без песка, окалины и абразивных частиц; не морская вода.</w:t>
            </w:r>
          </w:p>
        </w:tc>
      </w:tr>
      <w:tr w:rsidR="000B5D60" w14:paraId="11E98853" w14:textId="77777777">
        <w:tblPrEx>
          <w:tblBorders>
            <w:top w:val="single" w:sz="8" w:space="0" w:color="A4161A"/>
            <w:left w:val="single" w:sz="8" w:space="0" w:color="A4161A"/>
            <w:bottom w:val="single" w:sz="8" w:space="0" w:color="A4161A"/>
            <w:right w:val="single" w:sz="8" w:space="0" w:color="A4161A"/>
            <w:insideH w:val="single" w:sz="8" w:space="0" w:color="A4161A"/>
            <w:insideV w:val="single" w:sz="8" w:space="0" w:color="A4161A"/>
          </w:tblBorders>
        </w:tblPrEx>
        <w:trPr>
          <w:jc w:val="center"/>
        </w:trPr>
        <w:tc>
          <w:tcPr>
            <w:tcW w:w="10206" w:type="dxa"/>
            <w:gridSpan w:val="3"/>
            <w:shd w:val="clear" w:color="auto" w:fill="FCE8E9"/>
          </w:tcPr>
          <w:p w14:paraId="4A58D769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A4161A"/>
                <w:sz w:val="18"/>
                <w:lang w:val="ru-RU"/>
              </w:rPr>
              <w:t>ЗАПРЕЩЁН СУХОЙ ХОД</w:t>
            </w:r>
          </w:p>
          <w:p w14:paraId="4D4CAF2F" w14:textId="77777777" w:rsidR="000B5D60" w:rsidRDefault="00FE4C7A">
            <w:pPr>
              <w:spacing w:after="0" w:line="245" w:lineRule="auto"/>
            </w:pPr>
            <w:r w:rsidRPr="002C279A">
              <w:rPr>
                <w:sz w:val="17"/>
                <w:lang w:val="ru-RU"/>
              </w:rPr>
              <w:t xml:space="preserve">Недостаточная подача воды вызывает кавитацию и быстро повреждает плунжеры, клапаны и уплотнения. </w:t>
            </w:r>
            <w:proofErr w:type="spellStart"/>
            <w:r>
              <w:rPr>
                <w:sz w:val="17"/>
              </w:rPr>
              <w:t>Никогда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включайте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двигатель</w:t>
            </w:r>
            <w:proofErr w:type="spellEnd"/>
            <w:r>
              <w:rPr>
                <w:sz w:val="17"/>
              </w:rPr>
              <w:t xml:space="preserve"> без воды.</w:t>
            </w:r>
          </w:p>
        </w:tc>
      </w:tr>
    </w:tbl>
    <w:p w14:paraId="471FA15B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>•  Перед подключением промойте подающий шланг, чтобы удалить песок и мусор.</w:t>
      </w:r>
    </w:p>
    <w:p w14:paraId="237E0BA8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>•  Проверяйте входной фильтр перед каждой сменой и очищайте его по мере загрязнения.</w:t>
      </w:r>
    </w:p>
    <w:p w14:paraId="3591FF94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 xml:space="preserve">•  Если вода подаётся из ёмкости, исключите подсос </w:t>
      </w:r>
      <w:r w:rsidRPr="002C279A">
        <w:rPr>
          <w:sz w:val="18"/>
          <w:lang w:val="ru-RU"/>
        </w:rPr>
        <w:t>воздуха и обеспечьте устойчивый подпор в соответствии с конфигурацией аппарата.</w:t>
      </w:r>
    </w:p>
    <w:p w14:paraId="3D06988C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41170D26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6 • СБОРКА ПЕРЕД ПУСКОМ</w:t>
      </w:r>
    </w:p>
    <w:p w14:paraId="2C603FED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Подсоединение шлангов и фильтров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  <w:gridCol w:w="40"/>
      </w:tblGrid>
      <w:tr w:rsidR="000B5D60" w:rsidRPr="002C279A" w14:paraId="0CDF3451" w14:textId="77777777">
        <w:trPr>
          <w:jc w:val="center"/>
        </w:trPr>
        <w:tc>
          <w:tcPr>
            <w:tcW w:w="10206" w:type="dxa"/>
            <w:gridSpan w:val="3"/>
            <w:shd w:val="clear" w:color="auto" w:fill="ED1C24"/>
          </w:tcPr>
          <w:p w14:paraId="038127C4" w14:textId="77777777" w:rsidR="000B5D60" w:rsidRPr="002C279A" w:rsidRDefault="000B5D60">
            <w:pPr>
              <w:rPr>
                <w:lang w:val="ru-RU"/>
              </w:rPr>
            </w:pPr>
          </w:p>
        </w:tc>
      </w:tr>
      <w:tr w:rsidR="000B5D60" w:rsidRPr="002C279A" w14:paraId="60E036A7" w14:textId="77777777">
        <w:trPr>
          <w:gridAfter w:val="1"/>
          <w:wAfter w:w="40" w:type="dxa"/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E6BE0C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15BC28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Убедитесь, что главный выключатель установлен в </w:t>
            </w:r>
            <w:r>
              <w:rPr>
                <w:sz w:val="18"/>
              </w:rPr>
              <w:t>OFF</w:t>
            </w:r>
            <w:r w:rsidRPr="002C279A">
              <w:rPr>
                <w:sz w:val="18"/>
                <w:lang w:val="ru-RU"/>
              </w:rPr>
              <w:t xml:space="preserve"> и питание отключено.</w:t>
            </w:r>
          </w:p>
        </w:tc>
      </w:tr>
    </w:tbl>
    <w:p w14:paraId="149D82A2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5AA17F4A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A92BC8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19AEE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Установите входной </w:t>
            </w:r>
            <w:r w:rsidRPr="002C279A">
              <w:rPr>
                <w:sz w:val="18"/>
                <w:lang w:val="ru-RU"/>
              </w:rPr>
              <w:t>фильтр и присоедините шланг подачи воды к входному штуцеру.</w:t>
            </w:r>
          </w:p>
        </w:tc>
      </w:tr>
    </w:tbl>
    <w:p w14:paraId="009D2A21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5843DE57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5EB36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FD4B6F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Подсоедините шланг высокого давления к выходу насоса и затяните соединение без перекоса.</w:t>
            </w:r>
          </w:p>
        </w:tc>
      </w:tr>
    </w:tbl>
    <w:p w14:paraId="3EB59F40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43CF25D5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AB2673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EEFF91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Присоедините второй конец шланга к пистолету; установите трубку и выбранную форсунку.</w:t>
            </w:r>
          </w:p>
        </w:tc>
      </w:tr>
    </w:tbl>
    <w:p w14:paraId="7CEB3324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52131240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15F951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5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0A8166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Откройте воду. Не включая двигатель, нажмите курок и выпускайте воздух до появления ровной струи.</w:t>
            </w:r>
          </w:p>
        </w:tc>
      </w:tr>
    </w:tbl>
    <w:p w14:paraId="40B0062E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05DA7910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E9DFE3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6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3EE4C1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Осмотрите соединения. Устраните течь до включения аппарата.</w:t>
            </w:r>
          </w:p>
        </w:tc>
      </w:tr>
    </w:tbl>
    <w:p w14:paraId="29631017" w14:textId="77777777" w:rsidR="000B5D60" w:rsidRPr="002C279A" w:rsidRDefault="000B5D60">
      <w:pPr>
        <w:spacing w:after="0"/>
        <w:rPr>
          <w:lang w:val="ru-RU"/>
        </w:rPr>
      </w:pPr>
    </w:p>
    <w:p w14:paraId="586CFB73" w14:textId="77777777" w:rsidR="000B5D60" w:rsidRDefault="00FE4C7A">
      <w:pPr>
        <w:spacing w:after="40"/>
        <w:jc w:val="center"/>
      </w:pPr>
      <w:r>
        <w:rPr>
          <w:noProof/>
        </w:rPr>
        <w:drawing>
          <wp:inline distT="0" distB="0" distL="0" distR="0" wp14:anchorId="174FF467" wp14:editId="715FBF19">
            <wp:extent cx="2951999" cy="363181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d1c54b-fa42-4363-952b-b69a09c897e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51999" cy="363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75459" w14:textId="77777777" w:rsidR="000B5D60" w:rsidRPr="002C279A" w:rsidRDefault="00FE4C7A">
      <w:pPr>
        <w:pStyle w:val="SmallCaption"/>
        <w:rPr>
          <w:lang w:val="ru-RU"/>
        </w:rPr>
      </w:pPr>
      <w:r w:rsidRPr="002C279A">
        <w:rPr>
          <w:lang w:val="ru-RU"/>
        </w:rPr>
        <w:t>Регулятор, манометр, выход высокого давления и входной тракт</w:t>
      </w:r>
    </w:p>
    <w:tbl>
      <w:tblPr>
        <w:tblW w:w="0" w:type="auto"/>
        <w:jc w:val="center"/>
        <w:tblBorders>
          <w:top w:val="single" w:sz="8" w:space="0" w:color="A4161A"/>
          <w:left w:val="single" w:sz="8" w:space="0" w:color="A4161A"/>
          <w:bottom w:val="single" w:sz="8" w:space="0" w:color="A4161A"/>
          <w:right w:val="single" w:sz="8" w:space="0" w:color="A4161A"/>
          <w:insideH w:val="single" w:sz="8" w:space="0" w:color="A4161A"/>
          <w:insideV w:val="single" w:sz="8" w:space="0" w:color="A4161A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3670CD45" w14:textId="77777777">
        <w:trPr>
          <w:jc w:val="center"/>
        </w:trPr>
        <w:tc>
          <w:tcPr>
            <w:tcW w:w="10206" w:type="dxa"/>
            <w:shd w:val="clear" w:color="auto" w:fill="FCE8E9"/>
          </w:tcPr>
          <w:p w14:paraId="166BD7EA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A4161A"/>
                <w:sz w:val="18"/>
                <w:lang w:val="ru-RU"/>
              </w:rPr>
              <w:t xml:space="preserve">СОЕДИНЕНИЯ ПОД </w:t>
            </w:r>
            <w:r w:rsidRPr="002C279A">
              <w:rPr>
                <w:b/>
                <w:color w:val="A4161A"/>
                <w:sz w:val="18"/>
                <w:lang w:val="ru-RU"/>
              </w:rPr>
              <w:t>ДАВЛЕНИЕМ</w:t>
            </w:r>
          </w:p>
          <w:p w14:paraId="4246EFF8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Не подтягивайте и не разъединяйте муфты во время работы. Сначала выключите аппарат, перекройте воду и полностью сбросьте давление.</w:t>
            </w:r>
          </w:p>
        </w:tc>
      </w:tr>
    </w:tbl>
    <w:p w14:paraId="207F912E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58F165A1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6 • КОНТРОЛЬНЫЙ ЛИСТ</w:t>
      </w:r>
    </w:p>
    <w:p w14:paraId="3FD4BC1D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Проверка перед каждым запуском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333"/>
        <w:gridCol w:w="5702"/>
        <w:gridCol w:w="387"/>
      </w:tblGrid>
      <w:tr w:rsidR="000B5D60" w:rsidRPr="002C279A" w14:paraId="6B94BD55" w14:textId="77777777">
        <w:trPr>
          <w:jc w:val="center"/>
        </w:trPr>
        <w:tc>
          <w:tcPr>
            <w:tcW w:w="10206" w:type="dxa"/>
            <w:gridSpan w:val="3"/>
            <w:shd w:val="clear" w:color="auto" w:fill="ED1C24"/>
          </w:tcPr>
          <w:p w14:paraId="5F416A38" w14:textId="77777777" w:rsidR="000B5D60" w:rsidRPr="002C279A" w:rsidRDefault="000B5D60">
            <w:pPr>
              <w:rPr>
                <w:lang w:val="ru-RU"/>
              </w:rPr>
            </w:pPr>
          </w:p>
        </w:tc>
      </w:tr>
      <w:tr w:rsidR="000B5D60" w14:paraId="43A2CCD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tblHeader/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3061A9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Проверить</w:t>
            </w:r>
            <w:proofErr w:type="spellEnd"/>
          </w:p>
        </w:tc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1F6CEF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Критерий готовности</w:t>
            </w:r>
          </w:p>
        </w:tc>
      </w:tr>
      <w:tr w:rsidR="000B5D60" w:rsidRPr="002C279A" w14:paraId="10D676F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98260C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Масло насоса</w:t>
            </w:r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F87613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Уровень в рабочей зоне смотрового стекла; нет эмульсии и течи.</w:t>
            </w:r>
          </w:p>
        </w:tc>
      </w:tr>
      <w:tr w:rsidR="000B5D60" w:rsidRPr="002C279A" w14:paraId="14F331D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83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9EC730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Вода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фильтр</w:t>
            </w:r>
            <w:proofErr w:type="spellEnd"/>
          </w:p>
        </w:tc>
        <w:tc>
          <w:tcPr>
            <w:tcW w:w="686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4C44AA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Подача достаточна, фильтр чистый, воздух из линии удалён.</w:t>
            </w:r>
          </w:p>
        </w:tc>
      </w:tr>
      <w:tr w:rsidR="000B5D60" w:rsidRPr="002C279A" w14:paraId="3E5E05D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CC8163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Шланг</w:t>
            </w:r>
            <w:proofErr w:type="spellEnd"/>
            <w:r>
              <w:rPr>
                <w:sz w:val="18"/>
              </w:rPr>
              <w:t xml:space="preserve"> ВД</w:t>
            </w:r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8CA335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Нет вздутий, порезов, оголённой оплётки и повреждённых фитингов.</w:t>
            </w:r>
          </w:p>
        </w:tc>
      </w:tr>
      <w:tr w:rsidR="000B5D60" w:rsidRPr="002C279A" w14:paraId="7E55B03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83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12DDED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Пистолет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форсунка</w:t>
            </w:r>
            <w:proofErr w:type="spellEnd"/>
          </w:p>
        </w:tc>
        <w:tc>
          <w:tcPr>
            <w:tcW w:w="686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D89840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Курок и защёлка </w:t>
            </w:r>
            <w:r w:rsidRPr="002C279A">
              <w:rPr>
                <w:sz w:val="18"/>
                <w:lang w:val="ru-RU"/>
              </w:rPr>
              <w:t>исправны; форсунка чистая и зафиксирована.</w:t>
            </w:r>
          </w:p>
        </w:tc>
      </w:tr>
      <w:tr w:rsidR="000B5D60" w:rsidRPr="002C279A" w14:paraId="653D242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55BCBE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Электропитание</w:t>
            </w:r>
            <w:proofErr w:type="spellEnd"/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36969F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Заземление и защита исправны; кабель сухой, без повреждений.</w:t>
            </w:r>
          </w:p>
        </w:tc>
      </w:tr>
      <w:tr w:rsidR="000B5D60" w:rsidRPr="002C279A" w14:paraId="7BDA61A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83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A1F16B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Регулятор</w:t>
            </w:r>
            <w:proofErr w:type="spellEnd"/>
          </w:p>
        </w:tc>
        <w:tc>
          <w:tcPr>
            <w:tcW w:w="686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B7879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Установлен на умеренное давление для первого пуска.</w:t>
            </w:r>
          </w:p>
        </w:tc>
      </w:tr>
      <w:tr w:rsidR="000B5D60" w:rsidRPr="002C279A" w14:paraId="0ED37B2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E253A4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Рабочая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зона</w:t>
            </w:r>
            <w:proofErr w:type="spellEnd"/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AF5EC5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Посторонние удалены; есть устойчивое место для </w:t>
            </w:r>
            <w:r w:rsidRPr="002C279A">
              <w:rPr>
                <w:sz w:val="18"/>
                <w:lang w:val="ru-RU"/>
              </w:rPr>
              <w:t>оператора и отвод воды.</w:t>
            </w:r>
          </w:p>
        </w:tc>
      </w:tr>
      <w:tr w:rsidR="000B5D60" w:rsidRPr="002C279A" w14:paraId="71692ADA" w14:textId="77777777">
        <w:tblPrEx>
          <w:tblBorders>
            <w:top w:val="single" w:sz="8" w:space="0" w:color="A4161A"/>
            <w:left w:val="single" w:sz="8" w:space="0" w:color="A4161A"/>
            <w:bottom w:val="single" w:sz="8" w:space="0" w:color="A4161A"/>
            <w:right w:val="single" w:sz="8" w:space="0" w:color="A4161A"/>
            <w:insideH w:val="single" w:sz="8" w:space="0" w:color="A4161A"/>
            <w:insideV w:val="single" w:sz="8" w:space="0" w:color="A4161A"/>
          </w:tblBorders>
        </w:tblPrEx>
        <w:trPr>
          <w:jc w:val="center"/>
        </w:trPr>
        <w:tc>
          <w:tcPr>
            <w:tcW w:w="10206" w:type="dxa"/>
            <w:gridSpan w:val="3"/>
            <w:shd w:val="clear" w:color="auto" w:fill="FCE8E9"/>
          </w:tcPr>
          <w:p w14:paraId="6227EA2B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A4161A"/>
                <w:sz w:val="18"/>
                <w:lang w:val="ru-RU"/>
              </w:rPr>
              <w:t>ЗАПУСК ЗАПРЕЩЁН</w:t>
            </w:r>
          </w:p>
          <w:p w14:paraId="304F6883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Не начинайте работу при течи масла или воды, нестабильной подаче, повреждённом кабеле, шланге, пистолете, форсунке или защитном автомате.</w:t>
            </w:r>
          </w:p>
        </w:tc>
      </w:tr>
    </w:tbl>
    <w:p w14:paraId="6A9DCF0D" w14:textId="77777777" w:rsidR="000B5D60" w:rsidRDefault="00FE4C7A">
      <w:pPr>
        <w:spacing w:after="40"/>
        <w:jc w:val="center"/>
      </w:pPr>
      <w:r>
        <w:rPr>
          <w:noProof/>
        </w:rPr>
        <w:drawing>
          <wp:inline distT="0" distB="0" distL="0" distR="0" wp14:anchorId="01331E51" wp14:editId="211EC333">
            <wp:extent cx="2700000" cy="282209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194089-f4a6-4230-a9b3-8829f02d06e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82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D0841" w14:textId="77777777" w:rsidR="000B5D60" w:rsidRDefault="00FE4C7A">
      <w:r>
        <w:br w:type="page"/>
      </w:r>
    </w:p>
    <w:p w14:paraId="4BD279FB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7 • ЭКСПЛУАТАЦИЯ</w:t>
      </w:r>
    </w:p>
    <w:p w14:paraId="649E8040" w14:textId="77777777" w:rsidR="000B5D60" w:rsidRDefault="00FE4C7A">
      <w:pPr>
        <w:pStyle w:val="1"/>
      </w:pPr>
      <w:r>
        <w:t>Первый запуск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  <w:gridCol w:w="40"/>
      </w:tblGrid>
      <w:tr w:rsidR="000B5D60" w14:paraId="50B57A10" w14:textId="77777777">
        <w:trPr>
          <w:jc w:val="center"/>
        </w:trPr>
        <w:tc>
          <w:tcPr>
            <w:tcW w:w="10206" w:type="dxa"/>
            <w:gridSpan w:val="3"/>
            <w:shd w:val="clear" w:color="auto" w:fill="ED1C24"/>
          </w:tcPr>
          <w:p w14:paraId="2FAB10EF" w14:textId="77777777" w:rsidR="000B5D60" w:rsidRDefault="000B5D60"/>
        </w:tc>
      </w:tr>
      <w:tr w:rsidR="000B5D60" w:rsidRPr="002C279A" w14:paraId="2948EF4D" w14:textId="77777777">
        <w:trPr>
          <w:gridAfter w:val="1"/>
          <w:wAfter w:w="40" w:type="dxa"/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189E76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840F3A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Установите регулятор на </w:t>
            </w:r>
            <w:r w:rsidRPr="002C279A">
              <w:rPr>
                <w:sz w:val="18"/>
                <w:lang w:val="ru-RU"/>
              </w:rPr>
              <w:t>умеренное давление и направьте пистолет в безопасную сторону.</w:t>
            </w:r>
          </w:p>
        </w:tc>
      </w:tr>
    </w:tbl>
    <w:p w14:paraId="6E111E88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30360BB5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CD4523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E221C3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Полностью откройте подачу воды и нажмите курок до удаления воздуха.</w:t>
            </w:r>
          </w:p>
        </w:tc>
      </w:tr>
    </w:tbl>
    <w:p w14:paraId="246BFEBD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7A398731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186649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18DF40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Удерживая пистолет двумя руками, установите главный выключатель в рабочее положение.</w:t>
            </w:r>
          </w:p>
        </w:tc>
      </w:tr>
    </w:tbl>
    <w:p w14:paraId="0C04670D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45CE4776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F22821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FA3BA1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Нажмите курок и </w:t>
            </w:r>
            <w:r w:rsidRPr="002C279A">
              <w:rPr>
                <w:sz w:val="18"/>
                <w:lang w:val="ru-RU"/>
              </w:rPr>
              <w:t>проверьте устойчивость струи, отсутствие течей и необычного шума.</w:t>
            </w:r>
          </w:p>
        </w:tc>
      </w:tr>
    </w:tbl>
    <w:p w14:paraId="159847A5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2ABCD57E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014D40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5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FD4E97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Плавно увеличьте давление регулятором, контролируя манометр. Не превышайте 200 бар для </w:t>
            </w:r>
            <w:r>
              <w:rPr>
                <w:sz w:val="18"/>
              </w:rPr>
              <w:t>BT</w:t>
            </w:r>
            <w:r w:rsidRPr="002C279A">
              <w:rPr>
                <w:sz w:val="18"/>
                <w:lang w:val="ru-RU"/>
              </w:rPr>
              <w:t>‑</w:t>
            </w:r>
            <w:r w:rsidRPr="002C279A">
              <w:rPr>
                <w:sz w:val="18"/>
                <w:lang w:val="ru-RU"/>
              </w:rPr>
              <w:t>1520</w:t>
            </w:r>
            <w:r>
              <w:rPr>
                <w:sz w:val="18"/>
              </w:rPr>
              <w:t>B</w:t>
            </w:r>
            <w:r w:rsidRPr="002C279A">
              <w:rPr>
                <w:sz w:val="18"/>
                <w:lang w:val="ru-RU"/>
              </w:rPr>
              <w:t xml:space="preserve">3 или 250 бар для </w:t>
            </w:r>
            <w:r>
              <w:rPr>
                <w:sz w:val="18"/>
              </w:rPr>
              <w:t>BT</w:t>
            </w:r>
            <w:r w:rsidRPr="002C279A">
              <w:rPr>
                <w:sz w:val="18"/>
                <w:lang w:val="ru-RU"/>
              </w:rPr>
              <w:t>‑</w:t>
            </w:r>
            <w:r w:rsidRPr="002C279A">
              <w:rPr>
                <w:sz w:val="18"/>
                <w:lang w:val="ru-RU"/>
              </w:rPr>
              <w:t>1525</w:t>
            </w:r>
            <w:r>
              <w:rPr>
                <w:sz w:val="18"/>
              </w:rPr>
              <w:t>B</w:t>
            </w:r>
            <w:r w:rsidRPr="002C279A">
              <w:rPr>
                <w:sz w:val="18"/>
                <w:lang w:val="ru-RU"/>
              </w:rPr>
              <w:t>3.</w:t>
            </w:r>
          </w:p>
        </w:tc>
      </w:tr>
    </w:tbl>
    <w:p w14:paraId="29570610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43E825A2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904BA3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6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B26C0D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Сделайте пробу на незаметном участке, затем </w:t>
            </w:r>
            <w:r w:rsidRPr="002C279A">
              <w:rPr>
                <w:sz w:val="18"/>
                <w:lang w:val="ru-RU"/>
              </w:rPr>
              <w:t>приступайте к очистке.</w:t>
            </w:r>
          </w:p>
        </w:tc>
      </w:tr>
    </w:tbl>
    <w:p w14:paraId="3BF89BCE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single" w:sz="8" w:space="0" w:color="8B5B00"/>
          <w:left w:val="single" w:sz="8" w:space="0" w:color="8B5B00"/>
          <w:bottom w:val="single" w:sz="8" w:space="0" w:color="8B5B00"/>
          <w:right w:val="single" w:sz="8" w:space="0" w:color="8B5B00"/>
          <w:insideH w:val="single" w:sz="8" w:space="0" w:color="8B5B00"/>
          <w:insideV w:val="single" w:sz="8" w:space="0" w:color="8B5B00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51FBA76E" w14:textId="77777777">
        <w:trPr>
          <w:jc w:val="center"/>
        </w:trPr>
        <w:tc>
          <w:tcPr>
            <w:tcW w:w="10206" w:type="dxa"/>
            <w:shd w:val="clear" w:color="auto" w:fill="FFF4CE"/>
          </w:tcPr>
          <w:p w14:paraId="4B7E1383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8B5B00"/>
                <w:sz w:val="18"/>
                <w:lang w:val="ru-RU"/>
              </w:rPr>
              <w:t>ЕСЛИ ДАВЛЕНИЕ НЕ НАБИРАЕТСЯ</w:t>
            </w:r>
          </w:p>
          <w:p w14:paraId="3EBF7516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Немедленно остановите аппарат. Проверьте подачу воды, фильтр, удаление воздуха, форсунку и герметичность входного шланга.</w:t>
            </w:r>
          </w:p>
        </w:tc>
      </w:tr>
    </w:tbl>
    <w:p w14:paraId="3E530A04" w14:textId="77777777" w:rsidR="000B5D60" w:rsidRDefault="00FE4C7A">
      <w:pPr>
        <w:spacing w:after="40"/>
        <w:jc w:val="center"/>
      </w:pPr>
      <w:r>
        <w:rPr>
          <w:noProof/>
        </w:rPr>
        <w:drawing>
          <wp:inline distT="0" distB="0" distL="0" distR="0" wp14:anchorId="343330BB" wp14:editId="2AE13390">
            <wp:extent cx="2880000" cy="291642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c34351-34a0-4eac-a136-cc5972a0378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91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41A3E" w14:textId="77777777" w:rsidR="000B5D60" w:rsidRDefault="00FE4C7A">
      <w:r>
        <w:br w:type="page"/>
      </w:r>
    </w:p>
    <w:p w14:paraId="225F6762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7 • ЭКСПЛУАТАЦИЯ</w:t>
      </w:r>
    </w:p>
    <w:p w14:paraId="410DF08B" w14:textId="77777777" w:rsidR="000B5D60" w:rsidRDefault="00FE4C7A">
      <w:pPr>
        <w:pStyle w:val="1"/>
      </w:pPr>
      <w:r>
        <w:t>Рабочий цикл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355"/>
        <w:gridCol w:w="5674"/>
        <w:gridCol w:w="393"/>
      </w:tblGrid>
      <w:tr w:rsidR="000B5D60" w14:paraId="66426448" w14:textId="77777777">
        <w:trPr>
          <w:jc w:val="center"/>
        </w:trPr>
        <w:tc>
          <w:tcPr>
            <w:tcW w:w="10206" w:type="dxa"/>
            <w:gridSpan w:val="3"/>
            <w:shd w:val="clear" w:color="auto" w:fill="ED1C24"/>
          </w:tcPr>
          <w:p w14:paraId="4ED1EB72" w14:textId="77777777" w:rsidR="000B5D60" w:rsidRDefault="000B5D60"/>
        </w:tc>
      </w:tr>
      <w:tr w:rsidR="000B5D60" w14:paraId="77D2A67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tblHeader/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0DFF44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Этап</w:t>
            </w:r>
          </w:p>
        </w:tc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0696C3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Действие оператора</w:t>
            </w:r>
          </w:p>
        </w:tc>
      </w:tr>
      <w:tr w:rsidR="000B5D60" w:rsidRPr="002C279A" w14:paraId="557E09E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30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49AF3F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 xml:space="preserve">1. </w:t>
            </w:r>
            <w:r>
              <w:rPr>
                <w:sz w:val="18"/>
              </w:rPr>
              <w:t>Подвод воды</w:t>
            </w:r>
          </w:p>
        </w:tc>
        <w:tc>
          <w:tcPr>
            <w:tcW w:w="66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D4F9C1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Фильтрованная вода поступает в насос; не допускайте подсоса воздуха.</w:t>
            </w:r>
          </w:p>
        </w:tc>
      </w:tr>
      <w:tr w:rsidR="000B5D60" w:rsidRPr="002C279A" w14:paraId="368DCD8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300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4DA905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2. Создание давления</w:t>
            </w:r>
          </w:p>
        </w:tc>
        <w:tc>
          <w:tcPr>
            <w:tcW w:w="669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5A0C11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Электродвигатель вращает плунжерный насос </w:t>
            </w:r>
            <w:r>
              <w:rPr>
                <w:sz w:val="18"/>
              </w:rPr>
              <w:t>BM</w:t>
            </w:r>
            <w:r w:rsidRPr="002C279A">
              <w:rPr>
                <w:sz w:val="18"/>
                <w:lang w:val="ru-RU"/>
              </w:rPr>
              <w:t xml:space="preserve">1518 или </w:t>
            </w:r>
            <w:r>
              <w:rPr>
                <w:sz w:val="18"/>
              </w:rPr>
              <w:t>BM</w:t>
            </w:r>
            <w:r w:rsidRPr="002C279A">
              <w:rPr>
                <w:sz w:val="18"/>
                <w:lang w:val="ru-RU"/>
              </w:rPr>
              <w:t>1525.</w:t>
            </w:r>
          </w:p>
        </w:tc>
      </w:tr>
      <w:tr w:rsidR="000B5D60" w:rsidRPr="002C279A" w14:paraId="3BB964F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30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139135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 xml:space="preserve">3. </w:t>
            </w:r>
            <w:proofErr w:type="spellStart"/>
            <w:r>
              <w:rPr>
                <w:sz w:val="18"/>
              </w:rPr>
              <w:t>Регулирование</w:t>
            </w:r>
            <w:proofErr w:type="spellEnd"/>
          </w:p>
        </w:tc>
        <w:tc>
          <w:tcPr>
            <w:tcW w:w="66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B6892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Клапан </w:t>
            </w:r>
            <w:r>
              <w:rPr>
                <w:sz w:val="18"/>
              </w:rPr>
              <w:t>VRC</w:t>
            </w:r>
            <w:r w:rsidRPr="002C279A">
              <w:rPr>
                <w:sz w:val="18"/>
                <w:lang w:val="ru-RU"/>
              </w:rPr>
              <w:t>300 ограничивает давление и возвращает избыточный поток.</w:t>
            </w:r>
          </w:p>
        </w:tc>
      </w:tr>
      <w:tr w:rsidR="000B5D60" w:rsidRPr="002C279A" w14:paraId="25708C8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300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63BEBC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 xml:space="preserve">4. </w:t>
            </w:r>
            <w:proofErr w:type="spellStart"/>
            <w:r>
              <w:rPr>
                <w:sz w:val="18"/>
              </w:rPr>
              <w:t>Подача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струи</w:t>
            </w:r>
            <w:proofErr w:type="spellEnd"/>
          </w:p>
        </w:tc>
        <w:tc>
          <w:tcPr>
            <w:tcW w:w="669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990C0F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При нажатом курке вода проходит через шланг, пистолет и форсунку.</w:t>
            </w:r>
          </w:p>
        </w:tc>
      </w:tr>
      <w:tr w:rsidR="000B5D60" w:rsidRPr="002C279A" w14:paraId="0F6874E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30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CB817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5. Закрытие пистолета</w:t>
            </w:r>
          </w:p>
        </w:tc>
        <w:tc>
          <w:tcPr>
            <w:tcW w:w="669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328015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Система </w:t>
            </w:r>
            <w:r>
              <w:rPr>
                <w:sz w:val="18"/>
              </w:rPr>
              <w:t>Total</w:t>
            </w:r>
            <w:r w:rsidRPr="002C279A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Stop</w:t>
            </w:r>
            <w:r w:rsidRPr="002C279A">
              <w:rPr>
                <w:sz w:val="18"/>
                <w:lang w:val="ru-RU"/>
              </w:rPr>
              <w:t xml:space="preserve"> останавливает электродвигатель; давление в шланге сохраняется.</w:t>
            </w:r>
          </w:p>
        </w:tc>
      </w:tr>
    </w:tbl>
    <w:p w14:paraId="3559A280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 xml:space="preserve">•  Начинайте с расстояния 0,5–1 м и приближайте струю </w:t>
      </w:r>
      <w:r w:rsidRPr="002C279A">
        <w:rPr>
          <w:sz w:val="18"/>
          <w:lang w:val="ru-RU"/>
        </w:rPr>
        <w:t>постепенно.</w:t>
      </w:r>
    </w:p>
    <w:p w14:paraId="4ABBE782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>•  Ведите факел равномерными перекрывающимися проходами, не задерживаясь на одной точке.</w:t>
      </w:r>
    </w:p>
    <w:p w14:paraId="25AD4C5B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>•  Контролируйте манометр, температуру насоса и устойчивость подачи воды.</w:t>
      </w:r>
    </w:p>
    <w:p w14:paraId="045708A4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>•  Не тяните аппарат за шланг высокого давления или электрический кабель.</w:t>
      </w:r>
    </w:p>
    <w:tbl>
      <w:tblPr>
        <w:tblW w:w="0" w:type="auto"/>
        <w:jc w:val="center"/>
        <w:tblBorders>
          <w:top w:val="single" w:sz="8" w:space="0" w:color="A4161A"/>
          <w:left w:val="single" w:sz="8" w:space="0" w:color="A4161A"/>
          <w:bottom w:val="single" w:sz="8" w:space="0" w:color="A4161A"/>
          <w:right w:val="single" w:sz="8" w:space="0" w:color="A4161A"/>
          <w:insideH w:val="single" w:sz="8" w:space="0" w:color="A4161A"/>
          <w:insideV w:val="single" w:sz="8" w:space="0" w:color="A4161A"/>
        </w:tblBorders>
        <w:tblLook w:val="04A0" w:firstRow="1" w:lastRow="0" w:firstColumn="1" w:lastColumn="0" w:noHBand="0" w:noVBand="1"/>
      </w:tblPr>
      <w:tblGrid>
        <w:gridCol w:w="10206"/>
      </w:tblGrid>
      <w:tr w:rsidR="000B5D60" w14:paraId="79366C17" w14:textId="77777777">
        <w:trPr>
          <w:jc w:val="center"/>
        </w:trPr>
        <w:tc>
          <w:tcPr>
            <w:tcW w:w="10206" w:type="dxa"/>
            <w:shd w:val="clear" w:color="auto" w:fill="FCE8E9"/>
          </w:tcPr>
          <w:p w14:paraId="19F33D4B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A4161A"/>
                <w:sz w:val="18"/>
                <w:lang w:val="ru-RU"/>
              </w:rPr>
              <w:t xml:space="preserve">НЕ </w:t>
            </w:r>
            <w:r w:rsidRPr="002C279A">
              <w:rPr>
                <w:b/>
                <w:color w:val="A4161A"/>
                <w:sz w:val="18"/>
                <w:lang w:val="ru-RU"/>
              </w:rPr>
              <w:t>ДЕРЖИТЕ НАСОС В БАЙПАСЕ</w:t>
            </w:r>
          </w:p>
          <w:p w14:paraId="23832530" w14:textId="77777777" w:rsidR="000B5D60" w:rsidRDefault="00FE4C7A">
            <w:pPr>
              <w:spacing w:after="0" w:line="245" w:lineRule="auto"/>
            </w:pPr>
            <w:r w:rsidRPr="002C279A">
              <w:rPr>
                <w:sz w:val="17"/>
                <w:lang w:val="ru-RU"/>
              </w:rPr>
              <w:t xml:space="preserve">Если двигатель не остановился после отпускания курка, не оставляйте аппарат с закрытым пистолетом дольше 2 минут. </w:t>
            </w:r>
            <w:proofErr w:type="spellStart"/>
            <w:r>
              <w:rPr>
                <w:sz w:val="17"/>
              </w:rPr>
              <w:t>Выключите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машину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обратитесь</w:t>
            </w:r>
            <w:proofErr w:type="spellEnd"/>
            <w:r>
              <w:rPr>
                <w:sz w:val="17"/>
              </w:rPr>
              <w:t xml:space="preserve"> в сервис.</w:t>
            </w:r>
          </w:p>
        </w:tc>
      </w:tr>
    </w:tbl>
    <w:p w14:paraId="4BEC3363" w14:textId="6FEE7645" w:rsidR="000B5D60" w:rsidRDefault="00FE4C7A" w:rsidP="002C279A">
      <w:r>
        <w:rPr>
          <w:b/>
          <w:color w:val="646A70"/>
          <w:sz w:val="14"/>
        </w:rPr>
        <w:t>РАЗДЕЛ 7 • АВТОМАТИЧЕСКАЯ ОСТАНОВКА</w:t>
      </w:r>
    </w:p>
    <w:p w14:paraId="3F7C34EE" w14:textId="77777777" w:rsidR="000B5D60" w:rsidRDefault="00FE4C7A">
      <w:pPr>
        <w:pStyle w:val="1"/>
      </w:pPr>
      <w:r>
        <w:t>Система Total Stop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0B5D60" w14:paraId="07A3535A" w14:textId="77777777">
        <w:trPr>
          <w:jc w:val="center"/>
        </w:trPr>
        <w:tc>
          <w:tcPr>
            <w:tcW w:w="10206" w:type="dxa"/>
            <w:shd w:val="clear" w:color="auto" w:fill="ED1C24"/>
          </w:tcPr>
          <w:p w14:paraId="1B0771BE" w14:textId="77777777" w:rsidR="000B5D60" w:rsidRDefault="000B5D60"/>
        </w:tc>
      </w:tr>
    </w:tbl>
    <w:p w14:paraId="1FC1688F" w14:textId="77777777" w:rsidR="000B5D60" w:rsidRPr="002C279A" w:rsidRDefault="00FE4C7A">
      <w:pPr>
        <w:rPr>
          <w:lang w:val="ru-RU"/>
        </w:rPr>
      </w:pPr>
      <w:r>
        <w:t>Total</w:t>
      </w:r>
      <w:r w:rsidRPr="002C279A">
        <w:rPr>
          <w:lang w:val="ru-RU"/>
        </w:rPr>
        <w:t xml:space="preserve"> </w:t>
      </w:r>
      <w:r>
        <w:t>Stop</w:t>
      </w:r>
      <w:r w:rsidRPr="002C279A">
        <w:rPr>
          <w:lang w:val="ru-RU"/>
        </w:rPr>
        <w:t xml:space="preserve"> </w:t>
      </w:r>
      <w:r w:rsidRPr="002C279A">
        <w:rPr>
          <w:lang w:val="ru-RU"/>
        </w:rPr>
        <w:t>снижает износ насоса: при отпускании курка реле давления отключает электродвигатель, а при повторном нажатии запускает его снова.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677AFE80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D4E6A7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A1710E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После штатного запуска отпустите курок. Электродвигатель должен остановиться без задержки.</w:t>
            </w:r>
          </w:p>
        </w:tc>
      </w:tr>
    </w:tbl>
    <w:p w14:paraId="74825B39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46ED5DEB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F29B08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26F87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Подождите несколько </w:t>
            </w:r>
            <w:r w:rsidRPr="002C279A">
              <w:rPr>
                <w:sz w:val="18"/>
                <w:lang w:val="ru-RU"/>
              </w:rPr>
              <w:t>секунд и снова нажмите курок. Двигатель должен запуститься, а давление — восстановиться.</w:t>
            </w:r>
          </w:p>
        </w:tc>
      </w:tr>
    </w:tbl>
    <w:p w14:paraId="1B38CBFA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38A22834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F5F3DC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99280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Повторите проверку один раз. Запуски должны быть уверенными, без частого самопроизвольного включения.</w:t>
            </w:r>
          </w:p>
        </w:tc>
      </w:tr>
    </w:tbl>
    <w:p w14:paraId="3FED368C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single" w:sz="8" w:space="0" w:color="8B5B00"/>
          <w:left w:val="single" w:sz="8" w:space="0" w:color="8B5B00"/>
          <w:bottom w:val="single" w:sz="8" w:space="0" w:color="8B5B00"/>
          <w:right w:val="single" w:sz="8" w:space="0" w:color="8B5B00"/>
          <w:insideH w:val="single" w:sz="8" w:space="0" w:color="8B5B00"/>
          <w:insideV w:val="single" w:sz="8" w:space="0" w:color="8B5B00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32EF3DD1" w14:textId="77777777">
        <w:trPr>
          <w:jc w:val="center"/>
        </w:trPr>
        <w:tc>
          <w:tcPr>
            <w:tcW w:w="10206" w:type="dxa"/>
            <w:shd w:val="clear" w:color="auto" w:fill="FFF4CE"/>
          </w:tcPr>
          <w:p w14:paraId="0A5262AB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8B5B00"/>
                <w:sz w:val="18"/>
                <w:lang w:val="ru-RU"/>
              </w:rPr>
              <w:t>ПРИЗНАКИ НЕИСПРАВНОСТИ</w:t>
            </w:r>
          </w:p>
          <w:p w14:paraId="159FEA61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Двигатель не останавливается; аппара</w:t>
            </w:r>
            <w:r w:rsidRPr="002C279A">
              <w:rPr>
                <w:sz w:val="17"/>
                <w:lang w:val="ru-RU"/>
              </w:rPr>
              <w:t>т самопроизвольно часто включается; давление пульсирует; вода течёт из соединений. Выключите питание, сбросьте давление и устраните утечку или обратитесь в сервис.</w:t>
            </w:r>
          </w:p>
        </w:tc>
      </w:tr>
      <w:tr w:rsidR="000B5D60" w:rsidRPr="002C279A" w14:paraId="5B19AABD" w14:textId="77777777">
        <w:tblPrEx>
          <w:tblBorders>
            <w:top w:val="single" w:sz="8" w:space="0" w:color="A4161A"/>
            <w:left w:val="single" w:sz="8" w:space="0" w:color="A4161A"/>
            <w:bottom w:val="single" w:sz="8" w:space="0" w:color="A4161A"/>
            <w:right w:val="single" w:sz="8" w:space="0" w:color="A4161A"/>
            <w:insideH w:val="single" w:sz="8" w:space="0" w:color="A4161A"/>
            <w:insideV w:val="single" w:sz="8" w:space="0" w:color="A4161A"/>
          </w:tblBorders>
        </w:tblPrEx>
        <w:trPr>
          <w:jc w:val="center"/>
        </w:trPr>
        <w:tc>
          <w:tcPr>
            <w:tcW w:w="10206" w:type="dxa"/>
            <w:shd w:val="clear" w:color="auto" w:fill="FCE8E9"/>
          </w:tcPr>
          <w:p w14:paraId="1F2345B5" w14:textId="77777777" w:rsidR="000B5D60" w:rsidRPr="002C279A" w:rsidRDefault="00FE4C7A">
            <w:pPr>
              <w:spacing w:after="40"/>
              <w:rPr>
                <w:lang w:val="ru-RU"/>
              </w:rPr>
            </w:pPr>
            <w:r>
              <w:rPr>
                <w:b/>
                <w:color w:val="A4161A"/>
                <w:sz w:val="18"/>
              </w:rPr>
              <w:t>TOTAL</w:t>
            </w:r>
            <w:r w:rsidRPr="002C279A">
              <w:rPr>
                <w:b/>
                <w:color w:val="A4161A"/>
                <w:sz w:val="18"/>
                <w:lang w:val="ru-RU"/>
              </w:rPr>
              <w:t xml:space="preserve"> </w:t>
            </w:r>
            <w:r>
              <w:rPr>
                <w:b/>
                <w:color w:val="A4161A"/>
                <w:sz w:val="18"/>
              </w:rPr>
              <w:t>STOP</w:t>
            </w:r>
            <w:r w:rsidRPr="002C279A">
              <w:rPr>
                <w:b/>
                <w:color w:val="A4161A"/>
                <w:sz w:val="18"/>
                <w:lang w:val="ru-RU"/>
              </w:rPr>
              <w:t xml:space="preserve"> НЕ СБРАСЫВАЕТ ДАВЛЕНИЕ</w:t>
            </w:r>
          </w:p>
          <w:p w14:paraId="2735EEDF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После отключения в напорном шланге остаётся </w:t>
            </w:r>
            <w:r w:rsidRPr="002C279A">
              <w:rPr>
                <w:sz w:val="17"/>
                <w:lang w:val="ru-RU"/>
              </w:rPr>
              <w:t>высокое давление. Перед разборкой системы всегда нажимайте курок при отключённом питании и перекрытой воде.</w:t>
            </w:r>
          </w:p>
        </w:tc>
      </w:tr>
    </w:tbl>
    <w:p w14:paraId="02B80AAD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697E458B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7 • ФОРМИРОВАНИЕ СТРУИ</w:t>
      </w:r>
    </w:p>
    <w:p w14:paraId="2C3ED644" w14:textId="77777777" w:rsidR="000B5D60" w:rsidRDefault="00FE4C7A">
      <w:pPr>
        <w:pStyle w:val="1"/>
      </w:pPr>
      <w:r>
        <w:t>Выбор форсунки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48"/>
        <w:gridCol w:w="1959"/>
        <w:gridCol w:w="3324"/>
        <w:gridCol w:w="2741"/>
        <w:gridCol w:w="350"/>
      </w:tblGrid>
      <w:tr w:rsidR="000B5D60" w14:paraId="2922503D" w14:textId="77777777">
        <w:trPr>
          <w:jc w:val="center"/>
        </w:trPr>
        <w:tc>
          <w:tcPr>
            <w:tcW w:w="10206" w:type="dxa"/>
            <w:gridSpan w:val="5"/>
            <w:shd w:val="clear" w:color="auto" w:fill="ED1C24"/>
          </w:tcPr>
          <w:p w14:paraId="01AEC759" w14:textId="77777777" w:rsidR="000B5D60" w:rsidRDefault="000B5D60"/>
        </w:tc>
      </w:tr>
      <w:tr w:rsidR="000B5D60" w14:paraId="1044B99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tblHeader/>
          <w:jc w:val="center"/>
        </w:trPr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6D02C4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Цвет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0FD214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Угол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FAF792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Назначение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F87F9F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Ограничение</w:t>
            </w:r>
          </w:p>
        </w:tc>
      </w:tr>
      <w:tr w:rsidR="000B5D60" w:rsidRPr="002C279A" w14:paraId="064BEF4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90FD52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7"/>
              </w:rPr>
              <w:t>Красная</w:t>
            </w: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530B5B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0°</w:t>
            </w:r>
          </w:p>
        </w:tc>
        <w:tc>
          <w:tcPr>
            <w:tcW w:w="41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E7705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Точечная ударная струя для очень стойких </w:t>
            </w:r>
            <w:r w:rsidRPr="002C279A">
              <w:rPr>
                <w:sz w:val="17"/>
                <w:lang w:val="ru-RU"/>
              </w:rPr>
              <w:t>загрязнений.</w:t>
            </w:r>
          </w:p>
        </w:tc>
        <w:tc>
          <w:tcPr>
            <w:tcW w:w="32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CE4C24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Максимальный риск повреждения поверхности и травмы.</w:t>
            </w:r>
          </w:p>
        </w:tc>
      </w:tr>
      <w:tr w:rsidR="000B5D60" w:rsidRPr="002C279A" w14:paraId="505C227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1247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2817F1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7"/>
              </w:rPr>
              <w:t>Жёлтая</w:t>
            </w:r>
            <w:proofErr w:type="spellEnd"/>
          </w:p>
        </w:tc>
        <w:tc>
          <w:tcPr>
            <w:tcW w:w="102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2B5084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15°</w:t>
            </w:r>
          </w:p>
        </w:tc>
        <w:tc>
          <w:tcPr>
            <w:tcW w:w="4139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BCBB3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Удаление плотной грязи, ржавчины и старых покрытий.</w:t>
            </w:r>
          </w:p>
        </w:tc>
        <w:tc>
          <w:tcPr>
            <w:tcW w:w="328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67BA20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Сначала испытайте на незаметном участке.</w:t>
            </w:r>
          </w:p>
        </w:tc>
      </w:tr>
      <w:tr w:rsidR="000B5D60" w14:paraId="23C5EE4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124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A3C61C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7"/>
              </w:rPr>
              <w:t>Зелёная</w:t>
            </w:r>
            <w:proofErr w:type="spellEnd"/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F422ED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25°</w:t>
            </w:r>
          </w:p>
        </w:tc>
        <w:tc>
          <w:tcPr>
            <w:tcW w:w="413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EC903A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Основная очистка техники, бетона и твёрдых поверхностей.</w:t>
            </w:r>
          </w:p>
        </w:tc>
        <w:tc>
          <w:tcPr>
            <w:tcW w:w="32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65C866" w14:textId="77777777" w:rsidR="000B5D60" w:rsidRDefault="00FE4C7A">
            <w:pPr>
              <w:spacing w:after="0" w:line="240" w:lineRule="auto"/>
            </w:pPr>
            <w:proofErr w:type="spellStart"/>
            <w:r>
              <w:rPr>
                <w:sz w:val="17"/>
              </w:rPr>
              <w:t>Универсальный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рабочий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вариант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0B5D60" w14:paraId="33F0BCB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1247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5247D1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7"/>
              </w:rPr>
              <w:t>Белая</w:t>
            </w:r>
          </w:p>
        </w:tc>
        <w:tc>
          <w:tcPr>
            <w:tcW w:w="102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9A2812" w14:textId="77777777" w:rsidR="000B5D60" w:rsidRDefault="00FE4C7A">
            <w:pPr>
              <w:spacing w:after="0" w:line="240" w:lineRule="auto"/>
            </w:pPr>
            <w:r>
              <w:rPr>
                <w:sz w:val="17"/>
              </w:rPr>
              <w:t>40°</w:t>
            </w:r>
          </w:p>
        </w:tc>
        <w:tc>
          <w:tcPr>
            <w:tcW w:w="4139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FFF9DB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Мягкая мойка и ополаскивание больших площадей.</w:t>
            </w:r>
          </w:p>
        </w:tc>
        <w:tc>
          <w:tcPr>
            <w:tcW w:w="328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210CB0" w14:textId="77777777" w:rsidR="000B5D60" w:rsidRDefault="00FE4C7A">
            <w:pPr>
              <w:spacing w:after="0" w:line="240" w:lineRule="auto"/>
            </w:pPr>
            <w:proofErr w:type="spellStart"/>
            <w:r>
              <w:rPr>
                <w:sz w:val="17"/>
              </w:rPr>
              <w:t>Меньшая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ударная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сила</w:t>
            </w:r>
            <w:proofErr w:type="spellEnd"/>
            <w:r>
              <w:rPr>
                <w:sz w:val="17"/>
              </w:rPr>
              <w:t>.</w:t>
            </w:r>
          </w:p>
        </w:tc>
      </w:tr>
    </w:tbl>
    <w:p w14:paraId="358581B7" w14:textId="77777777" w:rsidR="000B5D60" w:rsidRDefault="00FE4C7A">
      <w:pPr>
        <w:spacing w:after="40"/>
        <w:jc w:val="center"/>
      </w:pPr>
      <w:r>
        <w:rPr>
          <w:noProof/>
        </w:rPr>
        <w:drawing>
          <wp:inline distT="0" distB="0" distL="0" distR="0" wp14:anchorId="1C83F14C" wp14:editId="0CCCA181">
            <wp:extent cx="4320000" cy="280388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ed16eae-bb70-44df-9242-967d5f168e7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E2843" w14:textId="77777777" w:rsidR="000B5D60" w:rsidRPr="002C279A" w:rsidRDefault="00FE4C7A">
      <w:pPr>
        <w:pStyle w:val="SmallCaption"/>
        <w:rPr>
          <w:lang w:val="ru-RU"/>
        </w:rPr>
      </w:pPr>
      <w:r w:rsidRPr="002C279A">
        <w:rPr>
          <w:lang w:val="ru-RU"/>
        </w:rPr>
        <w:t>Четыре штатные быстросъёмные форсунки находятся в верхней части комплекта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050EA997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EB89ED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171F0B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Выключите аппарат, перекройте воду и нажмите курок до </w:t>
            </w:r>
            <w:r w:rsidRPr="002C279A">
              <w:rPr>
                <w:sz w:val="18"/>
                <w:lang w:val="ru-RU"/>
              </w:rPr>
              <w:t>полного сброса давления.</w:t>
            </w:r>
          </w:p>
        </w:tc>
      </w:tr>
    </w:tbl>
    <w:p w14:paraId="1E8CA900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4DC9F60F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3C1FBF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9AA573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Оттяните муфту, извлеките форсунку и проверьте её отверстие.</w:t>
            </w:r>
          </w:p>
        </w:tc>
      </w:tr>
    </w:tbl>
    <w:p w14:paraId="57F169A6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24D35B25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6EFB17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A38FE0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Вставьте новую форсунку до упора, отпустите муфту и потяните форсунку для проверки фиксации.</w:t>
            </w:r>
          </w:p>
        </w:tc>
      </w:tr>
    </w:tbl>
    <w:p w14:paraId="5B5C5AF4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single" w:sz="8" w:space="0" w:color="A4161A"/>
          <w:left w:val="single" w:sz="8" w:space="0" w:color="A4161A"/>
          <w:bottom w:val="single" w:sz="8" w:space="0" w:color="A4161A"/>
          <w:right w:val="single" w:sz="8" w:space="0" w:color="A4161A"/>
          <w:insideH w:val="single" w:sz="8" w:space="0" w:color="A4161A"/>
          <w:insideV w:val="single" w:sz="8" w:space="0" w:color="A4161A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3669DC79" w14:textId="77777777">
        <w:trPr>
          <w:jc w:val="center"/>
        </w:trPr>
        <w:tc>
          <w:tcPr>
            <w:tcW w:w="10206" w:type="dxa"/>
            <w:shd w:val="clear" w:color="auto" w:fill="FCE8E9"/>
          </w:tcPr>
          <w:p w14:paraId="011A2B8B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A4161A"/>
                <w:sz w:val="18"/>
                <w:lang w:val="ru-RU"/>
              </w:rPr>
              <w:t>НИКОГДА НЕ СМОТРИТЕ В ФОРСУНКУ</w:t>
            </w:r>
          </w:p>
          <w:p w14:paraId="6405325C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Очистку выполняйте только после </w:t>
            </w:r>
            <w:r w:rsidRPr="002C279A">
              <w:rPr>
                <w:sz w:val="17"/>
                <w:lang w:val="ru-RU"/>
              </w:rPr>
              <w:t>отсоединения трубки от пистолета. Используйте тонкую мягкую иглу и промывайте форсунку в обратном направлении.</w:t>
            </w:r>
          </w:p>
        </w:tc>
      </w:tr>
    </w:tbl>
    <w:p w14:paraId="163BE63A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12FBF180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7 • РАБОЧИЕ ПРИЁМЫ</w:t>
      </w:r>
    </w:p>
    <w:p w14:paraId="666C7857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Практика безопасной очистки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55CDF57F" w14:textId="77777777">
        <w:trPr>
          <w:jc w:val="center"/>
        </w:trPr>
        <w:tc>
          <w:tcPr>
            <w:tcW w:w="10206" w:type="dxa"/>
            <w:shd w:val="clear" w:color="auto" w:fill="ED1C24"/>
          </w:tcPr>
          <w:p w14:paraId="6A518E53" w14:textId="77777777" w:rsidR="000B5D60" w:rsidRPr="002C279A" w:rsidRDefault="000B5D60">
            <w:pPr>
              <w:rPr>
                <w:lang w:val="ru-RU"/>
              </w:rPr>
            </w:pPr>
          </w:p>
        </w:tc>
      </w:tr>
    </w:tbl>
    <w:p w14:paraId="594FDFD4" w14:textId="77777777" w:rsidR="000B5D60" w:rsidRPr="002C279A" w:rsidRDefault="00FE4C7A">
      <w:pPr>
        <w:spacing w:after="100"/>
        <w:ind w:left="283" w:hanging="198"/>
        <w:rPr>
          <w:lang w:val="ru-RU"/>
        </w:rPr>
      </w:pPr>
      <w:r w:rsidRPr="002C279A">
        <w:rPr>
          <w:lang w:val="ru-RU"/>
        </w:rPr>
        <w:t xml:space="preserve">•  Перед работой определите материал поверхности и выберите самый широкий </w:t>
      </w:r>
      <w:r w:rsidRPr="002C279A">
        <w:rPr>
          <w:lang w:val="ru-RU"/>
        </w:rPr>
        <w:t>допустимый факел.</w:t>
      </w:r>
    </w:p>
    <w:p w14:paraId="684AA7EC" w14:textId="77777777" w:rsidR="000B5D60" w:rsidRPr="002C279A" w:rsidRDefault="00FE4C7A">
      <w:pPr>
        <w:spacing w:after="100"/>
        <w:ind w:left="283" w:hanging="198"/>
        <w:rPr>
          <w:lang w:val="ru-RU"/>
        </w:rPr>
      </w:pPr>
      <w:r w:rsidRPr="002C279A">
        <w:rPr>
          <w:lang w:val="ru-RU"/>
        </w:rPr>
        <w:t>•  Всегда начинайте с увеличенного расстояния; сокращайте его только после пробной очистки.</w:t>
      </w:r>
    </w:p>
    <w:p w14:paraId="1318F5C2" w14:textId="77777777" w:rsidR="000B5D60" w:rsidRPr="002C279A" w:rsidRDefault="00FE4C7A">
      <w:pPr>
        <w:spacing w:after="100"/>
        <w:ind w:left="283" w:hanging="198"/>
        <w:rPr>
          <w:lang w:val="ru-RU"/>
        </w:rPr>
      </w:pPr>
      <w:r w:rsidRPr="002C279A">
        <w:rPr>
          <w:lang w:val="ru-RU"/>
        </w:rPr>
        <w:t>•  Для окрашенных, деревянных, резиновых и герметизированных поверхностей применяйте пониженное давление.</w:t>
      </w:r>
    </w:p>
    <w:p w14:paraId="3F98D1F8" w14:textId="77777777" w:rsidR="000B5D60" w:rsidRPr="002C279A" w:rsidRDefault="00FE4C7A">
      <w:pPr>
        <w:spacing w:after="100"/>
        <w:ind w:left="283" w:hanging="198"/>
        <w:rPr>
          <w:lang w:val="ru-RU"/>
        </w:rPr>
      </w:pPr>
      <w:r w:rsidRPr="002C279A">
        <w:rPr>
          <w:lang w:val="ru-RU"/>
        </w:rPr>
        <w:t xml:space="preserve">•  Не направляйте струю в </w:t>
      </w:r>
      <w:r w:rsidRPr="002C279A">
        <w:rPr>
          <w:lang w:val="ru-RU"/>
        </w:rPr>
        <w:t>подшипники, электрические разъёмы, вентиляционные отверстия и кромки уплотнений.</w:t>
      </w:r>
    </w:p>
    <w:p w14:paraId="64BBDD4D" w14:textId="77777777" w:rsidR="000B5D60" w:rsidRPr="002C279A" w:rsidRDefault="00FE4C7A">
      <w:pPr>
        <w:spacing w:after="100"/>
        <w:ind w:left="283" w:hanging="198"/>
        <w:rPr>
          <w:lang w:val="ru-RU"/>
        </w:rPr>
      </w:pPr>
      <w:r w:rsidRPr="002C279A">
        <w:rPr>
          <w:lang w:val="ru-RU"/>
        </w:rPr>
        <w:t>•  При очистке транспортных средств избегайте прямой струи на шины, тормозные элементы и электронику.</w:t>
      </w:r>
    </w:p>
    <w:p w14:paraId="1625B462" w14:textId="77777777" w:rsidR="000B5D60" w:rsidRPr="002C279A" w:rsidRDefault="00FE4C7A">
      <w:pPr>
        <w:spacing w:after="100"/>
        <w:ind w:left="283" w:hanging="198"/>
        <w:rPr>
          <w:lang w:val="ru-RU"/>
        </w:rPr>
      </w:pPr>
      <w:r w:rsidRPr="002C279A">
        <w:rPr>
          <w:lang w:val="ru-RU"/>
        </w:rPr>
        <w:t xml:space="preserve">•  Работайте сверху вниз, обеспечивая отвод грязной воды согласно </w:t>
      </w:r>
      <w:r w:rsidRPr="002C279A">
        <w:rPr>
          <w:lang w:val="ru-RU"/>
        </w:rPr>
        <w:t>местным требованиям.</w:t>
      </w:r>
    </w:p>
    <w:p w14:paraId="3F85CC2C" w14:textId="77777777" w:rsidR="000B5D60" w:rsidRPr="002C279A" w:rsidRDefault="00FE4C7A">
      <w:pPr>
        <w:spacing w:after="100"/>
        <w:ind w:left="283" w:hanging="198"/>
        <w:rPr>
          <w:lang w:val="ru-RU"/>
        </w:rPr>
      </w:pPr>
      <w:r w:rsidRPr="002C279A">
        <w:rPr>
          <w:lang w:val="ru-RU"/>
        </w:rPr>
        <w:t>•  При перерыве более нескольких минут полностью выключайте аппарат и сбрасывайте давление.</w:t>
      </w:r>
    </w:p>
    <w:tbl>
      <w:tblPr>
        <w:tblW w:w="0" w:type="auto"/>
        <w:jc w:val="center"/>
        <w:tblBorders>
          <w:top w:val="single" w:sz="8" w:space="0" w:color="24566B"/>
          <w:left w:val="single" w:sz="8" w:space="0" w:color="24566B"/>
          <w:bottom w:val="single" w:sz="8" w:space="0" w:color="24566B"/>
          <w:right w:val="single" w:sz="8" w:space="0" w:color="24566B"/>
          <w:insideH w:val="single" w:sz="8" w:space="0" w:color="24566B"/>
          <w:insideV w:val="single" w:sz="8" w:space="0" w:color="24566B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7D130CC7" w14:textId="77777777">
        <w:trPr>
          <w:jc w:val="center"/>
        </w:trPr>
        <w:tc>
          <w:tcPr>
            <w:tcW w:w="10206" w:type="dxa"/>
            <w:gridSpan w:val="2"/>
            <w:shd w:val="clear" w:color="auto" w:fill="EAF4F8"/>
          </w:tcPr>
          <w:p w14:paraId="0AF69326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24566B"/>
                <w:sz w:val="18"/>
                <w:lang w:val="ru-RU"/>
              </w:rPr>
              <w:t>ХИМИЧЕСКИЕ СРЕДСТВА</w:t>
            </w:r>
          </w:p>
          <w:p w14:paraId="3077C025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Стандартный комплект на фотографии не содержит инжектора моющего средства. Не подавайте химию через насос. Используйте толь</w:t>
            </w:r>
            <w:r w:rsidRPr="002C279A">
              <w:rPr>
                <w:sz w:val="17"/>
                <w:lang w:val="ru-RU"/>
              </w:rPr>
              <w:t>ко совместимое внешнее оборудование и средство, разрешённое производителем.</w:t>
            </w:r>
          </w:p>
        </w:tc>
      </w:tr>
      <w:tr w:rsidR="000B5D60" w14:paraId="208DA393" w14:textId="77777777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5103" w:type="dxa"/>
          </w:tcPr>
          <w:p w14:paraId="5EDE171E" w14:textId="77777777" w:rsidR="000B5D60" w:rsidRDefault="00FE4C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5C8621" wp14:editId="75925AEB">
                  <wp:extent cx="2520000" cy="2633957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194089-f4a6-4230-a9b3-8829f02d06ef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633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0929B83D" w14:textId="77777777" w:rsidR="000B5D60" w:rsidRDefault="00FE4C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B6D10A" wp14:editId="227E1878">
                  <wp:extent cx="2232000" cy="2746008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9d1c54b-fa42-4363-952b-b69a09c897e3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746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D60" w14:paraId="7E839123" w14:textId="77777777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C906B5" w14:textId="77777777" w:rsidR="000B5D60" w:rsidRPr="002C279A" w:rsidRDefault="00FE4C7A">
            <w:pPr>
              <w:spacing w:after="0" w:line="240" w:lineRule="auto"/>
              <w:jc w:val="center"/>
              <w:rPr>
                <w:lang w:val="ru-RU"/>
              </w:rPr>
            </w:pPr>
            <w:r w:rsidRPr="002C279A">
              <w:rPr>
                <w:color w:val="646A70"/>
                <w:sz w:val="15"/>
                <w:lang w:val="ru-RU"/>
              </w:rPr>
              <w:t>Устойчиво удерживайте аппарат на ровной поверхности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133275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color w:val="646A70"/>
                <w:sz w:val="15"/>
              </w:rPr>
              <w:t>Контролируйте</w:t>
            </w:r>
            <w:proofErr w:type="spellEnd"/>
            <w:r>
              <w:rPr>
                <w:color w:val="646A70"/>
                <w:sz w:val="15"/>
              </w:rPr>
              <w:t xml:space="preserve"> </w:t>
            </w:r>
            <w:proofErr w:type="spellStart"/>
            <w:r>
              <w:rPr>
                <w:color w:val="646A70"/>
                <w:sz w:val="15"/>
              </w:rPr>
              <w:t>давление</w:t>
            </w:r>
            <w:proofErr w:type="spellEnd"/>
            <w:r>
              <w:rPr>
                <w:color w:val="646A70"/>
                <w:sz w:val="15"/>
              </w:rPr>
              <w:t xml:space="preserve"> </w:t>
            </w:r>
            <w:proofErr w:type="spellStart"/>
            <w:r>
              <w:rPr>
                <w:color w:val="646A70"/>
                <w:sz w:val="15"/>
              </w:rPr>
              <w:t>по</w:t>
            </w:r>
            <w:proofErr w:type="spellEnd"/>
            <w:r>
              <w:rPr>
                <w:color w:val="646A70"/>
                <w:sz w:val="15"/>
              </w:rPr>
              <w:t xml:space="preserve"> </w:t>
            </w:r>
            <w:proofErr w:type="spellStart"/>
            <w:r>
              <w:rPr>
                <w:color w:val="646A70"/>
                <w:sz w:val="15"/>
              </w:rPr>
              <w:t>манометру</w:t>
            </w:r>
            <w:proofErr w:type="spellEnd"/>
          </w:p>
        </w:tc>
      </w:tr>
    </w:tbl>
    <w:p w14:paraId="1863D55E" w14:textId="77777777" w:rsidR="000B5D60" w:rsidRDefault="00FE4C7A">
      <w:r>
        <w:br w:type="page"/>
      </w:r>
    </w:p>
    <w:p w14:paraId="48FD2F1F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8 • ЗАВЕРШЕНИЕ РАБОТЫ</w:t>
      </w:r>
    </w:p>
    <w:p w14:paraId="3405860A" w14:textId="77777777" w:rsidR="000B5D60" w:rsidRDefault="00FE4C7A">
      <w:pPr>
        <w:pStyle w:val="1"/>
      </w:pPr>
      <w:r>
        <w:t>Остановка и сброс давления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  <w:gridCol w:w="40"/>
      </w:tblGrid>
      <w:tr w:rsidR="000B5D60" w14:paraId="742EDCE3" w14:textId="77777777">
        <w:trPr>
          <w:jc w:val="center"/>
        </w:trPr>
        <w:tc>
          <w:tcPr>
            <w:tcW w:w="10206" w:type="dxa"/>
            <w:gridSpan w:val="3"/>
            <w:shd w:val="clear" w:color="auto" w:fill="ED1C24"/>
          </w:tcPr>
          <w:p w14:paraId="52F3F5F0" w14:textId="77777777" w:rsidR="000B5D60" w:rsidRDefault="000B5D60"/>
        </w:tc>
      </w:tr>
      <w:tr w:rsidR="000B5D60" w:rsidRPr="002C279A" w14:paraId="7D2E1B01" w14:textId="77777777">
        <w:trPr>
          <w:gridAfter w:val="1"/>
          <w:wAfter w:w="40" w:type="dxa"/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DCF576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C19997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Отпустите курок и </w:t>
            </w:r>
            <w:r w:rsidRPr="002C279A">
              <w:rPr>
                <w:sz w:val="18"/>
                <w:lang w:val="ru-RU"/>
              </w:rPr>
              <w:t xml:space="preserve">установите главный выключатель в положение </w:t>
            </w:r>
            <w:r>
              <w:rPr>
                <w:sz w:val="18"/>
              </w:rPr>
              <w:t>OFF</w:t>
            </w:r>
            <w:r w:rsidRPr="002C279A">
              <w:rPr>
                <w:sz w:val="18"/>
                <w:lang w:val="ru-RU"/>
              </w:rPr>
              <w:t>.</w:t>
            </w:r>
          </w:p>
        </w:tc>
      </w:tr>
    </w:tbl>
    <w:p w14:paraId="6CCEFDF5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3840AFE7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F17EF0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9F9C6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Отключите аппарат от электросети и исключите случайное включение.</w:t>
            </w:r>
          </w:p>
        </w:tc>
      </w:tr>
    </w:tbl>
    <w:p w14:paraId="24A91480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14:paraId="4088BBC0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843557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FEFEFB" w14:textId="77777777" w:rsidR="000B5D60" w:rsidRDefault="00FE4C7A">
            <w:pPr>
              <w:spacing w:after="0" w:line="240" w:lineRule="auto"/>
            </w:pPr>
            <w:r>
              <w:rPr>
                <w:sz w:val="18"/>
              </w:rPr>
              <w:t>Перекройте подачу воды.</w:t>
            </w:r>
          </w:p>
        </w:tc>
      </w:tr>
    </w:tbl>
    <w:p w14:paraId="5897830D" w14:textId="77777777" w:rsidR="000B5D60" w:rsidRDefault="000B5D60">
      <w:pPr>
        <w:spacing w:after="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1715BD53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8B5C71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664945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Направьте пистолет в безопасную сторону и нажмите курок до полного сброса давления.</w:t>
            </w:r>
          </w:p>
        </w:tc>
      </w:tr>
    </w:tbl>
    <w:p w14:paraId="380CEA27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367172A3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7F9B34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5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720D34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Отсоедините шланг подачи воды, затем шланг высокого давления.</w:t>
            </w:r>
          </w:p>
        </w:tc>
      </w:tr>
    </w:tbl>
    <w:p w14:paraId="39479C86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05C2C952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4C9B32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6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EA90D4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Слейте воду, осмотрите аппарат на течи и очистите фильтры.</w:t>
            </w:r>
          </w:p>
        </w:tc>
      </w:tr>
    </w:tbl>
    <w:p w14:paraId="1CB1FA06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1AADF0B4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D18A99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7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F084A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Сверните шланги широкими кольцами и уложите принадлежности на держатели.</w:t>
            </w:r>
          </w:p>
        </w:tc>
      </w:tr>
    </w:tbl>
    <w:p w14:paraId="1DF7D992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single" w:sz="8" w:space="0" w:color="A4161A"/>
          <w:left w:val="single" w:sz="8" w:space="0" w:color="A4161A"/>
          <w:bottom w:val="single" w:sz="8" w:space="0" w:color="A4161A"/>
          <w:right w:val="single" w:sz="8" w:space="0" w:color="A4161A"/>
          <w:insideH w:val="single" w:sz="8" w:space="0" w:color="A4161A"/>
          <w:insideV w:val="single" w:sz="8" w:space="0" w:color="A4161A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726E3303" w14:textId="77777777">
        <w:trPr>
          <w:jc w:val="center"/>
        </w:trPr>
        <w:tc>
          <w:tcPr>
            <w:tcW w:w="10206" w:type="dxa"/>
            <w:shd w:val="clear" w:color="auto" w:fill="FCE8E9"/>
          </w:tcPr>
          <w:p w14:paraId="48628803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A4161A"/>
                <w:sz w:val="18"/>
                <w:lang w:val="ru-RU"/>
              </w:rPr>
              <w:t>ПОСЛЕДОВАТЕЛЬНОСТЬ ОБЯЗАТЕЛЬНА</w:t>
            </w:r>
          </w:p>
          <w:p w14:paraId="0708A9FE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Никогда не </w:t>
            </w:r>
            <w:r w:rsidRPr="002C279A">
              <w:rPr>
                <w:sz w:val="17"/>
                <w:lang w:val="ru-RU"/>
              </w:rPr>
              <w:t>отсоединяйте напорный шланг до сброса давления. Струя или выброс фитинга могут причинить тяжёлую травму.</w:t>
            </w:r>
          </w:p>
        </w:tc>
      </w:tr>
    </w:tbl>
    <w:p w14:paraId="08A7EDB5" w14:textId="77777777" w:rsidR="000B5D60" w:rsidRDefault="00FE4C7A">
      <w:pPr>
        <w:spacing w:after="40"/>
        <w:jc w:val="center"/>
      </w:pPr>
      <w:r>
        <w:rPr>
          <w:noProof/>
        </w:rPr>
        <w:drawing>
          <wp:inline distT="0" distB="0" distL="0" distR="0" wp14:anchorId="5A7D7109" wp14:editId="19663E03">
            <wp:extent cx="2736000" cy="426636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b90033-2dc9-44c3-83c8-57b0e40c309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36000" cy="426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6F6B9" w14:textId="77777777" w:rsidR="000B5D60" w:rsidRPr="002C279A" w:rsidRDefault="00FE4C7A">
      <w:pPr>
        <w:pStyle w:val="SmallCaption"/>
        <w:rPr>
          <w:lang w:val="ru-RU"/>
        </w:rPr>
      </w:pPr>
      <w:r w:rsidRPr="002C279A">
        <w:rPr>
          <w:lang w:val="ru-RU"/>
        </w:rPr>
        <w:t>После работы кабель и шланги должны быть сухими и уложенными без перегибов</w:t>
      </w:r>
    </w:p>
    <w:p w14:paraId="51027EE4" w14:textId="2A3C16A0" w:rsidR="000B5D60" w:rsidRPr="002C279A" w:rsidRDefault="00FE4C7A" w:rsidP="002C279A">
      <w:pPr>
        <w:rPr>
          <w:lang w:val="ru-RU"/>
        </w:rPr>
      </w:pPr>
      <w:r w:rsidRPr="002C279A">
        <w:rPr>
          <w:lang w:val="ru-RU"/>
        </w:rPr>
        <w:br w:type="page"/>
      </w:r>
      <w:r>
        <w:rPr>
          <w:b/>
          <w:color w:val="646A70"/>
          <w:sz w:val="14"/>
        </w:rPr>
        <w:t>РАЗДЕЛ 9 • УХОД</w:t>
      </w:r>
    </w:p>
    <w:p w14:paraId="67CACD36" w14:textId="77777777" w:rsidR="000B5D60" w:rsidRDefault="00FE4C7A">
      <w:pPr>
        <w:pStyle w:val="1"/>
      </w:pPr>
      <w:r>
        <w:t>Ежедневное обслуживание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317"/>
        <w:gridCol w:w="5716"/>
        <w:gridCol w:w="389"/>
      </w:tblGrid>
      <w:tr w:rsidR="000B5D60" w14:paraId="3D9CFC6B" w14:textId="77777777">
        <w:trPr>
          <w:jc w:val="center"/>
        </w:trPr>
        <w:tc>
          <w:tcPr>
            <w:tcW w:w="10206" w:type="dxa"/>
            <w:gridSpan w:val="3"/>
            <w:shd w:val="clear" w:color="auto" w:fill="ED1C24"/>
          </w:tcPr>
          <w:p w14:paraId="6A2F8F65" w14:textId="77777777" w:rsidR="000B5D60" w:rsidRDefault="000B5D60"/>
        </w:tc>
      </w:tr>
      <w:tr w:rsidR="000B5D60" w14:paraId="29BE0C2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tblHeader/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8C6FD5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Периодичность</w:t>
            </w:r>
          </w:p>
        </w:tc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AB2BDA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Операция</w:t>
            </w:r>
          </w:p>
        </w:tc>
      </w:tr>
      <w:tr w:rsidR="000B5D60" w:rsidRPr="002C279A" w14:paraId="365E073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E44831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Перед каждой сменой</w:t>
            </w:r>
          </w:p>
        </w:tc>
        <w:tc>
          <w:tcPr>
            <w:tcW w:w="68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B289D2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Проверить масло, входной фильтр, шланги, фитинги, пистолет, форсунки и кабель.</w:t>
            </w:r>
          </w:p>
        </w:tc>
      </w:tr>
      <w:tr w:rsidR="000B5D60" w:rsidRPr="002C279A" w14:paraId="49160C4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28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48BA14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После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каждой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смены</w:t>
            </w:r>
            <w:proofErr w:type="spellEnd"/>
          </w:p>
        </w:tc>
        <w:tc>
          <w:tcPr>
            <w:tcW w:w="680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1761F7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Сбросить давление, слить воду, очистить фильтры и протереть аппарат.</w:t>
            </w:r>
          </w:p>
        </w:tc>
      </w:tr>
      <w:tr w:rsidR="000B5D60" w:rsidRPr="002C279A" w14:paraId="50C3F9D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E11D69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Еженедельно</w:t>
            </w:r>
            <w:proofErr w:type="spellEnd"/>
          </w:p>
        </w:tc>
        <w:tc>
          <w:tcPr>
            <w:tcW w:w="68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323263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Проверить крепёж рамы, колёса, </w:t>
            </w:r>
            <w:proofErr w:type="spellStart"/>
            <w:r w:rsidRPr="002C279A">
              <w:rPr>
                <w:sz w:val="18"/>
                <w:lang w:val="ru-RU"/>
              </w:rPr>
              <w:t>виброопоры</w:t>
            </w:r>
            <w:proofErr w:type="spellEnd"/>
            <w:r w:rsidRPr="002C279A">
              <w:rPr>
                <w:sz w:val="18"/>
                <w:lang w:val="ru-RU"/>
              </w:rPr>
              <w:t xml:space="preserve"> и держатели принадлежностей.</w:t>
            </w:r>
          </w:p>
        </w:tc>
      </w:tr>
      <w:tr w:rsidR="000B5D60" w:rsidRPr="002C279A" w14:paraId="0ACFED4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28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55CE3C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Каждые</w:t>
            </w:r>
            <w:proofErr w:type="spellEnd"/>
            <w:r>
              <w:rPr>
                <w:sz w:val="18"/>
              </w:rPr>
              <w:t xml:space="preserve"> 50 ч</w:t>
            </w:r>
          </w:p>
        </w:tc>
        <w:tc>
          <w:tcPr>
            <w:tcW w:w="680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D58EB1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Осмотреть насос на течи; после первых 50 ч заменить масло.</w:t>
            </w:r>
          </w:p>
        </w:tc>
      </w:tr>
      <w:tr w:rsidR="000B5D60" w:rsidRPr="002C279A" w14:paraId="0F08326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28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CF6402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Каждые</w:t>
            </w:r>
            <w:proofErr w:type="spellEnd"/>
            <w:r>
              <w:rPr>
                <w:sz w:val="18"/>
              </w:rPr>
              <w:t xml:space="preserve"> 500 ч / 2 месяца</w:t>
            </w:r>
          </w:p>
        </w:tc>
        <w:tc>
          <w:tcPr>
            <w:tcW w:w="68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3C940A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Заменить масло насоса; интервал сокращать при пыли, влажности и тяжёлой нагрузке.</w:t>
            </w:r>
          </w:p>
        </w:tc>
      </w:tr>
      <w:tr w:rsidR="000B5D60" w:rsidRPr="002C279A" w14:paraId="0742BF8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4" w:type="dxa"/>
          <w:cantSplit/>
          <w:jc w:val="center"/>
        </w:trPr>
        <w:tc>
          <w:tcPr>
            <w:tcW w:w="28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81788C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Ежегодно</w:t>
            </w:r>
            <w:proofErr w:type="spellEnd"/>
          </w:p>
        </w:tc>
        <w:tc>
          <w:tcPr>
            <w:tcW w:w="680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FA6D60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Проверка </w:t>
            </w:r>
            <w:r w:rsidRPr="002C279A">
              <w:rPr>
                <w:sz w:val="18"/>
                <w:lang w:val="ru-RU"/>
              </w:rPr>
              <w:t xml:space="preserve">электрозащиты, </w:t>
            </w:r>
            <w:r>
              <w:rPr>
                <w:sz w:val="18"/>
              </w:rPr>
              <w:t>Total</w:t>
            </w:r>
            <w:r w:rsidRPr="002C279A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Stop</w:t>
            </w:r>
            <w:r w:rsidRPr="002C279A">
              <w:rPr>
                <w:sz w:val="18"/>
                <w:lang w:val="ru-RU"/>
              </w:rPr>
              <w:t>, регулятора и состояния насоса в сервисном центре.</w:t>
            </w:r>
          </w:p>
        </w:tc>
      </w:tr>
    </w:tbl>
    <w:p w14:paraId="26BAC56F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>•  Не очищайте аппарат струёй высокого давления.</w:t>
      </w:r>
    </w:p>
    <w:p w14:paraId="663504EB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>•  Не допускайте попадания воды в блок управления и электродвигатель.</w:t>
      </w:r>
    </w:p>
    <w:p w14:paraId="1B0AA428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 xml:space="preserve">•  Для ремонта используйте оригинальные или </w:t>
      </w:r>
      <w:r w:rsidRPr="002C279A">
        <w:rPr>
          <w:sz w:val="18"/>
          <w:lang w:val="ru-RU"/>
        </w:rPr>
        <w:t>одобренные детали с соответствующим давлением.</w:t>
      </w:r>
    </w:p>
    <w:tbl>
      <w:tblPr>
        <w:tblW w:w="0" w:type="auto"/>
        <w:jc w:val="center"/>
        <w:tblBorders>
          <w:top w:val="single" w:sz="8" w:space="0" w:color="A4161A"/>
          <w:left w:val="single" w:sz="8" w:space="0" w:color="A4161A"/>
          <w:bottom w:val="single" w:sz="8" w:space="0" w:color="A4161A"/>
          <w:right w:val="single" w:sz="8" w:space="0" w:color="A4161A"/>
          <w:insideH w:val="single" w:sz="8" w:space="0" w:color="A4161A"/>
          <w:insideV w:val="single" w:sz="8" w:space="0" w:color="A4161A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3B136966" w14:textId="77777777">
        <w:trPr>
          <w:jc w:val="center"/>
        </w:trPr>
        <w:tc>
          <w:tcPr>
            <w:tcW w:w="10206" w:type="dxa"/>
            <w:shd w:val="clear" w:color="auto" w:fill="FCE8E9"/>
          </w:tcPr>
          <w:p w14:paraId="024864E2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A4161A"/>
                <w:sz w:val="18"/>
                <w:lang w:val="ru-RU"/>
              </w:rPr>
              <w:t>ПЕРЕД ОБСЛУЖИВАНИЕМ</w:t>
            </w:r>
          </w:p>
          <w:p w14:paraId="2E52D71E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>
              <w:rPr>
                <w:sz w:val="17"/>
              </w:rPr>
              <w:t>OFF</w:t>
            </w:r>
            <w:r w:rsidRPr="002C279A">
              <w:rPr>
                <w:sz w:val="17"/>
                <w:lang w:val="ru-RU"/>
              </w:rPr>
              <w:t xml:space="preserve"> → отключить 380 В → перекрыть воду → нажать курок → убедиться, что давление равно нулю.</w:t>
            </w:r>
          </w:p>
        </w:tc>
      </w:tr>
    </w:tbl>
    <w:p w14:paraId="72BF542E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310D58A8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9 • ОБСЛУЖИВАНИЕ НАСОСА</w:t>
      </w:r>
    </w:p>
    <w:p w14:paraId="680EE6E4" w14:textId="77777777" w:rsidR="000B5D60" w:rsidRDefault="00FE4C7A">
      <w:pPr>
        <w:pStyle w:val="1"/>
      </w:pPr>
      <w:r>
        <w:t>Масло насоса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0B5D60" w14:paraId="4721EFF4" w14:textId="77777777">
        <w:trPr>
          <w:jc w:val="center"/>
        </w:trPr>
        <w:tc>
          <w:tcPr>
            <w:tcW w:w="10206" w:type="dxa"/>
            <w:shd w:val="clear" w:color="auto" w:fill="ED1C24"/>
          </w:tcPr>
          <w:p w14:paraId="1EBCAC12" w14:textId="77777777" w:rsidR="000B5D60" w:rsidRDefault="000B5D60"/>
        </w:tc>
      </w:tr>
    </w:tbl>
    <w:p w14:paraId="7BFF2D11" w14:textId="77777777" w:rsidR="000B5D60" w:rsidRDefault="00FE4C7A">
      <w:pPr>
        <w:spacing w:after="40"/>
        <w:jc w:val="center"/>
      </w:pPr>
      <w:r>
        <w:rPr>
          <w:noProof/>
        </w:rPr>
        <w:drawing>
          <wp:inline distT="0" distB="0" distL="0" distR="0" wp14:anchorId="0265C778" wp14:editId="15A1F9EC">
            <wp:extent cx="3024000" cy="372039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d1c54b-fa42-4363-952b-b69a09c897e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3720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0E5AE" w14:textId="77777777" w:rsidR="000B5D60" w:rsidRPr="002C279A" w:rsidRDefault="00FE4C7A">
      <w:pPr>
        <w:pStyle w:val="SmallCaption"/>
        <w:rPr>
          <w:lang w:val="ru-RU"/>
        </w:rPr>
      </w:pPr>
      <w:r w:rsidRPr="002C279A">
        <w:rPr>
          <w:lang w:val="ru-RU"/>
        </w:rPr>
        <w:t xml:space="preserve">Насос </w:t>
      </w:r>
      <w:r>
        <w:t>BM</w:t>
      </w:r>
      <w:r w:rsidRPr="002C279A">
        <w:rPr>
          <w:lang w:val="ru-RU"/>
        </w:rPr>
        <w:t xml:space="preserve">1518 / </w:t>
      </w:r>
      <w:r>
        <w:t>BM</w:t>
      </w:r>
      <w:r w:rsidRPr="002C279A">
        <w:rPr>
          <w:lang w:val="ru-RU"/>
        </w:rPr>
        <w:t xml:space="preserve">1525: уровень масла </w:t>
      </w:r>
      <w:r w:rsidRPr="002C279A">
        <w:rPr>
          <w:lang w:val="ru-RU"/>
        </w:rPr>
        <w:t>контролируют на горизонтальной поверхности</w:t>
      </w:r>
    </w:p>
    <w:tbl>
      <w:tblPr>
        <w:tblW w:w="0" w:type="auto"/>
        <w:jc w:val="center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6860"/>
        <w:gridCol w:w="453"/>
      </w:tblGrid>
      <w:tr w:rsidR="000B5D60" w14:paraId="45002932" w14:textId="77777777">
        <w:trPr>
          <w:gridAfter w:val="1"/>
          <w:wAfter w:w="453" w:type="dxa"/>
          <w:tblHeader/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280B79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Параметр</w:t>
            </w:r>
            <w:proofErr w:type="spellEnd"/>
          </w:p>
        </w:tc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4CCA78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Заводское указание</w:t>
            </w:r>
          </w:p>
        </w:tc>
      </w:tr>
      <w:tr w:rsidR="000B5D60" w14:paraId="4C56823E" w14:textId="77777777">
        <w:trPr>
          <w:gridAfter w:val="1"/>
          <w:wAfter w:w="453" w:type="dxa"/>
          <w:cantSplit/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394792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Первая замена</w:t>
            </w:r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7B6ECD" w14:textId="77777777" w:rsidR="000B5D60" w:rsidRDefault="00FE4C7A">
            <w:pPr>
              <w:spacing w:after="0" w:line="240" w:lineRule="auto"/>
            </w:pPr>
            <w:r>
              <w:rPr>
                <w:sz w:val="18"/>
              </w:rPr>
              <w:t>Через 50 часов работы.</w:t>
            </w:r>
          </w:p>
        </w:tc>
      </w:tr>
      <w:tr w:rsidR="000B5D60" w:rsidRPr="002C279A" w14:paraId="7D2704BC" w14:textId="77777777">
        <w:trPr>
          <w:gridAfter w:val="1"/>
          <w:wAfter w:w="453" w:type="dxa"/>
          <w:cantSplit/>
          <w:jc w:val="center"/>
        </w:trPr>
        <w:tc>
          <w:tcPr>
            <w:tcW w:w="283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CF613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Последующие замены</w:t>
            </w:r>
          </w:p>
        </w:tc>
        <w:tc>
          <w:tcPr>
            <w:tcW w:w="686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D1228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Каждые 2 месяца или 500 часов — что наступит раньше.</w:t>
            </w:r>
          </w:p>
        </w:tc>
      </w:tr>
      <w:tr w:rsidR="000B5D60" w14:paraId="0F0C4B4B" w14:textId="77777777">
        <w:trPr>
          <w:gridAfter w:val="1"/>
          <w:wAfter w:w="453" w:type="dxa"/>
          <w:cantSplit/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EDA31F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Объём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заправки</w:t>
            </w:r>
            <w:proofErr w:type="spellEnd"/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97BBCC" w14:textId="77777777" w:rsidR="000B5D60" w:rsidRDefault="00FE4C7A">
            <w:pPr>
              <w:spacing w:after="0" w:line="240" w:lineRule="auto"/>
            </w:pPr>
            <w:r>
              <w:rPr>
                <w:sz w:val="18"/>
              </w:rPr>
              <w:t>Около 465 мл.</w:t>
            </w:r>
          </w:p>
        </w:tc>
      </w:tr>
      <w:tr w:rsidR="000B5D60" w:rsidRPr="002C279A" w14:paraId="71745FF7" w14:textId="77777777">
        <w:trPr>
          <w:gridAfter w:val="1"/>
          <w:wAfter w:w="453" w:type="dxa"/>
          <w:cantSplit/>
          <w:jc w:val="center"/>
        </w:trPr>
        <w:tc>
          <w:tcPr>
            <w:tcW w:w="283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B128FA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8"/>
              </w:rPr>
              <w:t>Масло</w:t>
            </w:r>
          </w:p>
        </w:tc>
        <w:tc>
          <w:tcPr>
            <w:tcW w:w="686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7DE984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>
              <w:rPr>
                <w:sz w:val="18"/>
              </w:rPr>
              <w:t>CF</w:t>
            </w:r>
            <w:r w:rsidRPr="002C279A">
              <w:rPr>
                <w:sz w:val="18"/>
                <w:lang w:val="ru-RU"/>
              </w:rPr>
              <w:t>‑</w:t>
            </w:r>
            <w:r w:rsidRPr="002C279A">
              <w:rPr>
                <w:sz w:val="18"/>
                <w:lang w:val="ru-RU"/>
              </w:rPr>
              <w:t>4 15</w:t>
            </w:r>
            <w:r>
              <w:rPr>
                <w:sz w:val="18"/>
              </w:rPr>
              <w:t>W</w:t>
            </w:r>
            <w:r w:rsidRPr="002C279A">
              <w:rPr>
                <w:sz w:val="18"/>
                <w:lang w:val="ru-RU"/>
              </w:rPr>
              <w:t>‑</w:t>
            </w:r>
            <w:r w:rsidRPr="002C279A">
              <w:rPr>
                <w:sz w:val="18"/>
                <w:lang w:val="ru-RU"/>
              </w:rPr>
              <w:t xml:space="preserve">40 по заводскому </w:t>
            </w:r>
            <w:r w:rsidRPr="002C279A">
              <w:rPr>
                <w:sz w:val="18"/>
                <w:lang w:val="ru-RU"/>
              </w:rPr>
              <w:t>руководству; уточняйте по маркировке насоса.</w:t>
            </w:r>
          </w:p>
        </w:tc>
      </w:tr>
      <w:tr w:rsidR="000B5D60" w:rsidRPr="002C279A" w14:paraId="16413970" w14:textId="77777777">
        <w:trPr>
          <w:gridAfter w:val="1"/>
          <w:wAfter w:w="453" w:type="dxa"/>
          <w:cantSplit/>
          <w:jc w:val="center"/>
        </w:trPr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927FF8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8"/>
              </w:rPr>
              <w:t>Правильный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уровень</w:t>
            </w:r>
            <w:proofErr w:type="spellEnd"/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43FCA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В центре смотрового стекла на ровной поверхности.</w:t>
            </w:r>
          </w:p>
        </w:tc>
      </w:tr>
      <w:tr w:rsidR="000B5D60" w:rsidRPr="002C279A" w14:paraId="5DA7C4B4" w14:textId="77777777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454731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5103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C903E7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Прогрейте насос короткой работой, затем выключите аппарат, обесточьте и сбросьте давление.</w:t>
            </w:r>
          </w:p>
        </w:tc>
      </w:tr>
    </w:tbl>
    <w:p w14:paraId="08321D1D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1179F2F7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938E59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C89146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Установите ёмкость, отверните </w:t>
            </w:r>
            <w:r w:rsidRPr="002C279A">
              <w:rPr>
                <w:sz w:val="18"/>
                <w:lang w:val="ru-RU"/>
              </w:rPr>
              <w:t>сливную пробку и полностью слейте масло.</w:t>
            </w:r>
          </w:p>
        </w:tc>
      </w:tr>
    </w:tbl>
    <w:p w14:paraId="0E6A9A9E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24A737CB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BA4B4F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E7DA1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Установите пробку с исправным уплотнением и залейте свежее масло до правильного уровня.</w:t>
            </w:r>
          </w:p>
        </w:tc>
      </w:tr>
    </w:tbl>
    <w:p w14:paraId="3E14357F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3A8B5085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551F4E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9EC8D4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Кратковременно запустите аппарат с водой, затем остановите и повторно проверьте уровень и отсутствие течи.</w:t>
            </w:r>
          </w:p>
        </w:tc>
      </w:tr>
    </w:tbl>
    <w:p w14:paraId="0D9CE08D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single" w:sz="8" w:space="0" w:color="8B5B00"/>
          <w:left w:val="single" w:sz="8" w:space="0" w:color="8B5B00"/>
          <w:bottom w:val="single" w:sz="8" w:space="0" w:color="8B5B00"/>
          <w:right w:val="single" w:sz="8" w:space="0" w:color="8B5B00"/>
          <w:insideH w:val="single" w:sz="8" w:space="0" w:color="8B5B00"/>
          <w:insideV w:val="single" w:sz="8" w:space="0" w:color="8B5B00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1D77CB18" w14:textId="77777777">
        <w:trPr>
          <w:jc w:val="center"/>
        </w:trPr>
        <w:tc>
          <w:tcPr>
            <w:tcW w:w="10206" w:type="dxa"/>
            <w:shd w:val="clear" w:color="auto" w:fill="FFF4CE"/>
          </w:tcPr>
          <w:p w14:paraId="565F39B8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8B5B00"/>
                <w:sz w:val="18"/>
                <w:lang w:val="ru-RU"/>
              </w:rPr>
              <w:t xml:space="preserve">НЕ </w:t>
            </w:r>
            <w:r w:rsidRPr="002C279A">
              <w:rPr>
                <w:b/>
                <w:color w:val="8B5B00"/>
                <w:sz w:val="18"/>
                <w:lang w:val="ru-RU"/>
              </w:rPr>
              <w:t>ПЕРЕЛИВАЙТЕ</w:t>
            </w:r>
          </w:p>
          <w:p w14:paraId="1E362009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Избыток масла вызывает вспенивание и нагрев. Молочный цвет масла указывает на попадание воды — остановите аппарат и обратитесь в сервис.</w:t>
            </w:r>
          </w:p>
        </w:tc>
      </w:tr>
    </w:tbl>
    <w:p w14:paraId="17B718AF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663AB78E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9 • ПЕРИОДИЧНОСТЬ</w:t>
      </w:r>
    </w:p>
    <w:p w14:paraId="75A0B573" w14:textId="77777777" w:rsidR="000B5D60" w:rsidRDefault="00FE4C7A">
      <w:pPr>
        <w:pStyle w:val="1"/>
      </w:pPr>
      <w:r>
        <w:t>График технического обслуживания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72"/>
        <w:gridCol w:w="1559"/>
        <w:gridCol w:w="1516"/>
        <w:gridCol w:w="1388"/>
        <w:gridCol w:w="1308"/>
        <w:gridCol w:w="1429"/>
        <w:gridCol w:w="450"/>
      </w:tblGrid>
      <w:tr w:rsidR="000B5D60" w14:paraId="7A9CFEEF" w14:textId="77777777">
        <w:trPr>
          <w:jc w:val="center"/>
        </w:trPr>
        <w:tc>
          <w:tcPr>
            <w:tcW w:w="10206" w:type="dxa"/>
            <w:gridSpan w:val="7"/>
            <w:shd w:val="clear" w:color="auto" w:fill="ED1C24"/>
          </w:tcPr>
          <w:p w14:paraId="315DE813" w14:textId="77777777" w:rsidR="000B5D60" w:rsidRDefault="000B5D60"/>
        </w:tc>
      </w:tr>
      <w:tr w:rsidR="000B5D60" w14:paraId="2A0C91D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661" w:type="dxa"/>
          <w:tblHeader/>
          <w:jc w:val="center"/>
        </w:trPr>
        <w:tc>
          <w:tcPr>
            <w:tcW w:w="170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ED1573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Операция</w:t>
            </w:r>
          </w:p>
        </w:tc>
        <w:tc>
          <w:tcPr>
            <w:tcW w:w="170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5CDC14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Ежедневно</w:t>
            </w:r>
          </w:p>
        </w:tc>
        <w:tc>
          <w:tcPr>
            <w:tcW w:w="170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73DC7C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Еженедельно</w:t>
            </w:r>
          </w:p>
        </w:tc>
        <w:tc>
          <w:tcPr>
            <w:tcW w:w="170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DE4622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Первые 50 ч</w:t>
            </w:r>
          </w:p>
        </w:tc>
        <w:tc>
          <w:tcPr>
            <w:tcW w:w="170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354BF6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500 ч / 2 мес.</w:t>
            </w:r>
          </w:p>
        </w:tc>
        <w:tc>
          <w:tcPr>
            <w:tcW w:w="170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AFEC64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Ежегодно</w:t>
            </w:r>
          </w:p>
        </w:tc>
      </w:tr>
      <w:tr w:rsidR="000B5D60" w14:paraId="689B262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661" w:type="dxa"/>
          <w:cantSplit/>
          <w:jc w:val="center"/>
        </w:trPr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44CDD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Проверить уровень масла насоса</w:t>
            </w: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98681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●</w:t>
            </w: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DD6DA0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C39354" w14:textId="77777777" w:rsidR="000B5D60" w:rsidRDefault="000B5D60">
            <w:pPr>
              <w:spacing w:after="0" w:line="240" w:lineRule="auto"/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F7CF44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D71DB3" w14:textId="77777777" w:rsidR="000B5D60" w:rsidRDefault="000B5D60">
            <w:pPr>
              <w:spacing w:after="0" w:line="240" w:lineRule="auto"/>
            </w:pPr>
          </w:p>
        </w:tc>
      </w:tr>
      <w:tr w:rsidR="000B5D60" w14:paraId="3E6F40C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661" w:type="dxa"/>
          <w:cantSplit/>
          <w:jc w:val="center"/>
        </w:trPr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12B27B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Осмотреть входной фильтр</w:t>
            </w: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55E12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●</w:t>
            </w: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AAEE5B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86EF74" w14:textId="77777777" w:rsidR="000B5D60" w:rsidRDefault="000B5D60">
            <w:pPr>
              <w:spacing w:after="0" w:line="240" w:lineRule="auto"/>
            </w:pPr>
          </w:p>
        </w:tc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9CF92D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100A7D" w14:textId="77777777" w:rsidR="000B5D60" w:rsidRDefault="000B5D60">
            <w:pPr>
              <w:spacing w:after="0" w:line="240" w:lineRule="auto"/>
            </w:pPr>
          </w:p>
        </w:tc>
      </w:tr>
      <w:tr w:rsidR="000B5D60" w14:paraId="5E0CBF3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661" w:type="dxa"/>
          <w:cantSplit/>
          <w:jc w:val="center"/>
        </w:trPr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1473A6" w14:textId="77777777" w:rsidR="000B5D60" w:rsidRPr="002C279A" w:rsidRDefault="00FE4C7A">
            <w:pPr>
              <w:spacing w:after="0" w:line="240" w:lineRule="auto"/>
              <w:jc w:val="center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Осмотреть шланг ВД и пистолет</w:t>
            </w: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A575F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●</w:t>
            </w: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ABED61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BEA238" w14:textId="77777777" w:rsidR="000B5D60" w:rsidRDefault="000B5D60">
            <w:pPr>
              <w:spacing w:after="0" w:line="240" w:lineRule="auto"/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61FB1D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EB46EC" w14:textId="77777777" w:rsidR="000B5D60" w:rsidRDefault="000B5D60">
            <w:pPr>
              <w:spacing w:after="0" w:line="240" w:lineRule="auto"/>
            </w:pPr>
          </w:p>
        </w:tc>
      </w:tr>
      <w:tr w:rsidR="000B5D60" w14:paraId="0E97E35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661" w:type="dxa"/>
          <w:cantSplit/>
          <w:jc w:val="center"/>
        </w:trPr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0FDDEC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Проверить кабель и защиту</w:t>
            </w: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C16AC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●</w:t>
            </w: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29DEB5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51A91C" w14:textId="77777777" w:rsidR="000B5D60" w:rsidRDefault="000B5D60">
            <w:pPr>
              <w:spacing w:after="0" w:line="240" w:lineRule="auto"/>
            </w:pPr>
          </w:p>
        </w:tc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D16B77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149B56" w14:textId="77777777" w:rsidR="000B5D60" w:rsidRDefault="000B5D60">
            <w:pPr>
              <w:spacing w:after="0" w:line="240" w:lineRule="auto"/>
            </w:pPr>
          </w:p>
        </w:tc>
      </w:tr>
      <w:tr w:rsidR="000B5D60" w14:paraId="5196912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661" w:type="dxa"/>
          <w:cantSplit/>
          <w:jc w:val="center"/>
        </w:trPr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F899A7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Очистить форсунки и фильтры</w:t>
            </w: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2B915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по необходимости</w:t>
            </w: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73ADF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●</w:t>
            </w: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E5C422" w14:textId="77777777" w:rsidR="000B5D60" w:rsidRDefault="000B5D60">
            <w:pPr>
              <w:spacing w:after="0" w:line="240" w:lineRule="auto"/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A2194E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B18DB7" w14:textId="77777777" w:rsidR="000B5D60" w:rsidRDefault="000B5D60">
            <w:pPr>
              <w:spacing w:after="0" w:line="240" w:lineRule="auto"/>
            </w:pPr>
          </w:p>
        </w:tc>
      </w:tr>
      <w:tr w:rsidR="000B5D60" w14:paraId="1025B0D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661" w:type="dxa"/>
          <w:cantSplit/>
          <w:jc w:val="center"/>
        </w:trPr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4B5FAF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Проверить крепёж и колёса</w:t>
            </w: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A2803D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1E587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●</w:t>
            </w: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347877" w14:textId="77777777" w:rsidR="000B5D60" w:rsidRDefault="000B5D60">
            <w:pPr>
              <w:spacing w:after="0" w:line="240" w:lineRule="auto"/>
            </w:pPr>
          </w:p>
        </w:tc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FE3FA8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DCBC03" w14:textId="77777777" w:rsidR="000B5D60" w:rsidRDefault="000B5D60">
            <w:pPr>
              <w:spacing w:after="0" w:line="240" w:lineRule="auto"/>
            </w:pPr>
          </w:p>
        </w:tc>
      </w:tr>
      <w:tr w:rsidR="000B5D60" w14:paraId="680BF59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661" w:type="dxa"/>
          <w:cantSplit/>
          <w:jc w:val="center"/>
        </w:trPr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FDAAE2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Заменить масло насоса</w:t>
            </w: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9148DC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A518EE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BA49C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●</w:t>
            </w: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AD905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●</w:t>
            </w: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8832A7" w14:textId="77777777" w:rsidR="000B5D60" w:rsidRDefault="000B5D60">
            <w:pPr>
              <w:spacing w:after="0" w:line="240" w:lineRule="auto"/>
            </w:pPr>
          </w:p>
        </w:tc>
      </w:tr>
      <w:tr w:rsidR="000B5D60" w14:paraId="5F18926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661" w:type="dxa"/>
          <w:cantSplit/>
          <w:jc w:val="center"/>
        </w:trPr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D9F2FB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Проверить Total Stop</w:t>
            </w: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4B5F74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99979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●</w:t>
            </w: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5878E1" w14:textId="77777777" w:rsidR="000B5D60" w:rsidRDefault="000B5D60">
            <w:pPr>
              <w:spacing w:after="0" w:line="240" w:lineRule="auto"/>
            </w:pPr>
          </w:p>
        </w:tc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223C76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7643E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●</w:t>
            </w:r>
          </w:p>
        </w:tc>
      </w:tr>
      <w:tr w:rsidR="000B5D60" w14:paraId="601F835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661" w:type="dxa"/>
          <w:cantSplit/>
          <w:jc w:val="center"/>
        </w:trPr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B5087A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Проверить регулятор и клапаны</w:t>
            </w: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131DB7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67D6CF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A8C187" w14:textId="77777777" w:rsidR="000B5D60" w:rsidRDefault="000B5D60">
            <w:pPr>
              <w:spacing w:after="0" w:line="240" w:lineRule="auto"/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153B7A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976C3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●</w:t>
            </w:r>
          </w:p>
        </w:tc>
      </w:tr>
      <w:tr w:rsidR="000B5D60" w14:paraId="57321CF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661" w:type="dxa"/>
          <w:cantSplit/>
          <w:jc w:val="center"/>
        </w:trPr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FDDEF8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Проверить электродвигатель и контактор</w:t>
            </w: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5FA570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5A8F41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369B16" w14:textId="77777777" w:rsidR="000B5D60" w:rsidRDefault="000B5D60">
            <w:pPr>
              <w:spacing w:after="0" w:line="240" w:lineRule="auto"/>
            </w:pPr>
          </w:p>
        </w:tc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E87919" w14:textId="77777777" w:rsidR="000B5D60" w:rsidRDefault="000B5D60">
            <w:pPr>
              <w:spacing w:after="0" w:line="240" w:lineRule="auto"/>
            </w:pPr>
          </w:p>
        </w:tc>
        <w:tc>
          <w:tcPr>
            <w:tcW w:w="119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7AB9A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●</w:t>
            </w:r>
          </w:p>
        </w:tc>
      </w:tr>
      <w:tr w:rsidR="000B5D60" w:rsidRPr="002C279A" w14:paraId="0133C012" w14:textId="77777777">
        <w:tblPrEx>
          <w:tblBorders>
            <w:top w:val="single" w:sz="8" w:space="0" w:color="24566B"/>
            <w:left w:val="single" w:sz="8" w:space="0" w:color="24566B"/>
            <w:bottom w:val="single" w:sz="8" w:space="0" w:color="24566B"/>
            <w:right w:val="single" w:sz="8" w:space="0" w:color="24566B"/>
            <w:insideH w:val="single" w:sz="8" w:space="0" w:color="24566B"/>
            <w:insideV w:val="single" w:sz="8" w:space="0" w:color="24566B"/>
          </w:tblBorders>
        </w:tblPrEx>
        <w:trPr>
          <w:jc w:val="center"/>
        </w:trPr>
        <w:tc>
          <w:tcPr>
            <w:tcW w:w="10206" w:type="dxa"/>
            <w:gridSpan w:val="7"/>
            <w:shd w:val="clear" w:color="auto" w:fill="EAF4F8"/>
          </w:tcPr>
          <w:p w14:paraId="388DA730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24566B"/>
                <w:sz w:val="18"/>
                <w:lang w:val="ru-RU"/>
              </w:rPr>
              <w:t>ТЯЖЁЛЫЕ УСЛОВИЯ</w:t>
            </w:r>
          </w:p>
          <w:p w14:paraId="2D53C184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При работе в пыли, высокой влажности, при частых пусках или длительной нагрузке </w:t>
            </w:r>
            <w:r w:rsidRPr="002C279A">
              <w:rPr>
                <w:sz w:val="17"/>
                <w:lang w:val="ru-RU"/>
              </w:rPr>
              <w:t>сокращайте интервалы обслуживания.</w:t>
            </w:r>
          </w:p>
        </w:tc>
      </w:tr>
    </w:tbl>
    <w:p w14:paraId="395C2138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t>Все выполненные операции фиксируйте в журнале. Это упрощает диагностику и подтверждает соблюдение регламента.</w:t>
      </w:r>
    </w:p>
    <w:p w14:paraId="1E734168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46A0EC7A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9 • УЧЁТ</w:t>
      </w:r>
    </w:p>
    <w:p w14:paraId="269CD8EB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Журнал замены масла и обслуживания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"/>
        <w:gridCol w:w="1712"/>
        <w:gridCol w:w="1802"/>
        <w:gridCol w:w="2927"/>
        <w:gridCol w:w="1824"/>
        <w:gridCol w:w="1853"/>
        <w:gridCol w:w="298"/>
      </w:tblGrid>
      <w:tr w:rsidR="000B5D60" w:rsidRPr="002C279A" w14:paraId="5D594BB8" w14:textId="77777777">
        <w:trPr>
          <w:jc w:val="center"/>
        </w:trPr>
        <w:tc>
          <w:tcPr>
            <w:tcW w:w="10206" w:type="dxa"/>
            <w:gridSpan w:val="7"/>
            <w:shd w:val="clear" w:color="auto" w:fill="ED1C24"/>
          </w:tcPr>
          <w:p w14:paraId="6A3A659E" w14:textId="77777777" w:rsidR="000B5D60" w:rsidRPr="002C279A" w:rsidRDefault="000B5D60">
            <w:pPr>
              <w:rPr>
                <w:lang w:val="ru-RU"/>
              </w:rPr>
            </w:pPr>
          </w:p>
        </w:tc>
      </w:tr>
      <w:tr w:rsidR="000B5D60" w14:paraId="1C021E3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380" w:type="dxa"/>
          <w:tblHeader/>
          <w:jc w:val="center"/>
        </w:trPr>
        <w:tc>
          <w:tcPr>
            <w:tcW w:w="204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BAAC35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Дата</w:t>
            </w:r>
            <w:proofErr w:type="spellEnd"/>
          </w:p>
        </w:tc>
        <w:tc>
          <w:tcPr>
            <w:tcW w:w="204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6D4958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</w:rPr>
              <w:t>Моточасы</w:t>
            </w:r>
          </w:p>
        </w:tc>
        <w:tc>
          <w:tcPr>
            <w:tcW w:w="204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A37182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</w:rPr>
              <w:t>Выполненная операция</w:t>
            </w:r>
          </w:p>
        </w:tc>
        <w:tc>
          <w:tcPr>
            <w:tcW w:w="204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467F70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</w:rPr>
              <w:t xml:space="preserve">Марка / тип </w:t>
            </w:r>
            <w:r>
              <w:rPr>
                <w:b/>
                <w:color w:val="FFFFFF"/>
                <w:sz w:val="15"/>
              </w:rPr>
              <w:t>масла</w:t>
            </w:r>
          </w:p>
        </w:tc>
        <w:tc>
          <w:tcPr>
            <w:tcW w:w="204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93C53B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</w:rPr>
              <w:t>Исполнитель</w:t>
            </w:r>
          </w:p>
        </w:tc>
      </w:tr>
      <w:tr w:rsidR="000B5D60" w14:paraId="324556D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38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4EA74F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754E6E" w14:textId="77777777" w:rsidR="000B5D60" w:rsidRDefault="000B5D60">
            <w:pPr>
              <w:spacing w:after="0" w:line="240" w:lineRule="auto"/>
            </w:pP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4E856F" w14:textId="77777777" w:rsidR="000B5D60" w:rsidRDefault="000B5D60">
            <w:pPr>
              <w:spacing w:after="0" w:line="240" w:lineRule="auto"/>
            </w:pP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61EB5B" w14:textId="77777777" w:rsidR="000B5D60" w:rsidRDefault="000B5D60">
            <w:pPr>
              <w:spacing w:after="0" w:line="240" w:lineRule="auto"/>
            </w:pP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8F01D0" w14:textId="77777777" w:rsidR="000B5D60" w:rsidRDefault="000B5D60">
            <w:pPr>
              <w:spacing w:after="0" w:line="240" w:lineRule="auto"/>
            </w:pPr>
          </w:p>
        </w:tc>
      </w:tr>
      <w:tr w:rsidR="000B5D60" w14:paraId="1D979C6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38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222F02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130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722796" w14:textId="77777777" w:rsidR="000B5D60" w:rsidRDefault="000B5D60">
            <w:pPr>
              <w:spacing w:after="0" w:line="240" w:lineRule="auto"/>
            </w:pPr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656062" w14:textId="77777777" w:rsidR="000B5D60" w:rsidRDefault="000B5D60">
            <w:pPr>
              <w:spacing w:after="0" w:line="240" w:lineRule="auto"/>
            </w:pPr>
          </w:p>
        </w:tc>
        <w:tc>
          <w:tcPr>
            <w:tcW w:w="215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2F86F6" w14:textId="77777777" w:rsidR="000B5D60" w:rsidRDefault="000B5D60">
            <w:pPr>
              <w:spacing w:after="0" w:line="240" w:lineRule="auto"/>
            </w:pPr>
          </w:p>
        </w:tc>
        <w:tc>
          <w:tcPr>
            <w:tcW w:w="1587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5972D8" w14:textId="77777777" w:rsidR="000B5D60" w:rsidRDefault="000B5D60">
            <w:pPr>
              <w:spacing w:after="0" w:line="240" w:lineRule="auto"/>
            </w:pPr>
          </w:p>
        </w:tc>
      </w:tr>
      <w:tr w:rsidR="000B5D60" w14:paraId="0F25C5C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38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576C96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EDA28A" w14:textId="77777777" w:rsidR="000B5D60" w:rsidRDefault="000B5D60">
            <w:pPr>
              <w:spacing w:after="0" w:line="240" w:lineRule="auto"/>
            </w:pP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815F20" w14:textId="77777777" w:rsidR="000B5D60" w:rsidRDefault="000B5D60">
            <w:pPr>
              <w:spacing w:after="0" w:line="240" w:lineRule="auto"/>
            </w:pP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2B240C" w14:textId="77777777" w:rsidR="000B5D60" w:rsidRDefault="000B5D60">
            <w:pPr>
              <w:spacing w:after="0" w:line="240" w:lineRule="auto"/>
            </w:pP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129689" w14:textId="77777777" w:rsidR="000B5D60" w:rsidRDefault="000B5D60">
            <w:pPr>
              <w:spacing w:after="0" w:line="240" w:lineRule="auto"/>
            </w:pPr>
          </w:p>
        </w:tc>
      </w:tr>
      <w:tr w:rsidR="000B5D60" w14:paraId="7790131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38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2081F6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130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269614" w14:textId="77777777" w:rsidR="000B5D60" w:rsidRDefault="000B5D60">
            <w:pPr>
              <w:spacing w:after="0" w:line="240" w:lineRule="auto"/>
            </w:pPr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5863B1" w14:textId="77777777" w:rsidR="000B5D60" w:rsidRDefault="000B5D60">
            <w:pPr>
              <w:spacing w:after="0" w:line="240" w:lineRule="auto"/>
            </w:pPr>
          </w:p>
        </w:tc>
        <w:tc>
          <w:tcPr>
            <w:tcW w:w="215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F562D4" w14:textId="77777777" w:rsidR="000B5D60" w:rsidRDefault="000B5D60">
            <w:pPr>
              <w:spacing w:after="0" w:line="240" w:lineRule="auto"/>
            </w:pPr>
          </w:p>
        </w:tc>
        <w:tc>
          <w:tcPr>
            <w:tcW w:w="1587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DD3D93" w14:textId="77777777" w:rsidR="000B5D60" w:rsidRDefault="000B5D60">
            <w:pPr>
              <w:spacing w:after="0" w:line="240" w:lineRule="auto"/>
            </w:pPr>
          </w:p>
        </w:tc>
      </w:tr>
      <w:tr w:rsidR="000B5D60" w14:paraId="5A494AC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38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38EEEF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332CA7" w14:textId="77777777" w:rsidR="000B5D60" w:rsidRDefault="000B5D60">
            <w:pPr>
              <w:spacing w:after="0" w:line="240" w:lineRule="auto"/>
            </w:pP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44D6D1" w14:textId="77777777" w:rsidR="000B5D60" w:rsidRDefault="000B5D60">
            <w:pPr>
              <w:spacing w:after="0" w:line="240" w:lineRule="auto"/>
            </w:pP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F1C2B9" w14:textId="77777777" w:rsidR="000B5D60" w:rsidRDefault="000B5D60">
            <w:pPr>
              <w:spacing w:after="0" w:line="240" w:lineRule="auto"/>
            </w:pP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C83941" w14:textId="77777777" w:rsidR="000B5D60" w:rsidRDefault="000B5D60">
            <w:pPr>
              <w:spacing w:after="0" w:line="240" w:lineRule="auto"/>
            </w:pPr>
          </w:p>
        </w:tc>
      </w:tr>
      <w:tr w:rsidR="000B5D60" w14:paraId="1F953C2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38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C792A8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130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521E5C" w14:textId="77777777" w:rsidR="000B5D60" w:rsidRDefault="000B5D60">
            <w:pPr>
              <w:spacing w:after="0" w:line="240" w:lineRule="auto"/>
            </w:pPr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637569" w14:textId="77777777" w:rsidR="000B5D60" w:rsidRDefault="000B5D60">
            <w:pPr>
              <w:spacing w:after="0" w:line="240" w:lineRule="auto"/>
            </w:pPr>
          </w:p>
        </w:tc>
        <w:tc>
          <w:tcPr>
            <w:tcW w:w="215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9BE348" w14:textId="77777777" w:rsidR="000B5D60" w:rsidRDefault="000B5D60">
            <w:pPr>
              <w:spacing w:after="0" w:line="240" w:lineRule="auto"/>
            </w:pPr>
          </w:p>
        </w:tc>
        <w:tc>
          <w:tcPr>
            <w:tcW w:w="1587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6B2C73" w14:textId="77777777" w:rsidR="000B5D60" w:rsidRDefault="000B5D60">
            <w:pPr>
              <w:spacing w:after="0" w:line="240" w:lineRule="auto"/>
            </w:pPr>
          </w:p>
        </w:tc>
      </w:tr>
      <w:tr w:rsidR="000B5D60" w14:paraId="4D38BB6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38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3262B0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00D9B3" w14:textId="77777777" w:rsidR="000B5D60" w:rsidRDefault="000B5D60">
            <w:pPr>
              <w:spacing w:after="0" w:line="240" w:lineRule="auto"/>
            </w:pP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AC60C0" w14:textId="77777777" w:rsidR="000B5D60" w:rsidRDefault="000B5D60">
            <w:pPr>
              <w:spacing w:after="0" w:line="240" w:lineRule="auto"/>
            </w:pP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086C7B" w14:textId="77777777" w:rsidR="000B5D60" w:rsidRDefault="000B5D60">
            <w:pPr>
              <w:spacing w:after="0" w:line="240" w:lineRule="auto"/>
            </w:pP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369681" w14:textId="77777777" w:rsidR="000B5D60" w:rsidRDefault="000B5D60">
            <w:pPr>
              <w:spacing w:after="0" w:line="240" w:lineRule="auto"/>
            </w:pPr>
          </w:p>
        </w:tc>
      </w:tr>
      <w:tr w:rsidR="000B5D60" w14:paraId="281823F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38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79ADB8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130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A1CC6" w14:textId="77777777" w:rsidR="000B5D60" w:rsidRDefault="000B5D60">
            <w:pPr>
              <w:spacing w:after="0" w:line="240" w:lineRule="auto"/>
            </w:pPr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FEA2DB" w14:textId="77777777" w:rsidR="000B5D60" w:rsidRDefault="000B5D60">
            <w:pPr>
              <w:spacing w:after="0" w:line="240" w:lineRule="auto"/>
            </w:pPr>
          </w:p>
        </w:tc>
        <w:tc>
          <w:tcPr>
            <w:tcW w:w="215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BA9DF9" w14:textId="77777777" w:rsidR="000B5D60" w:rsidRDefault="000B5D60">
            <w:pPr>
              <w:spacing w:after="0" w:line="240" w:lineRule="auto"/>
            </w:pPr>
          </w:p>
        </w:tc>
        <w:tc>
          <w:tcPr>
            <w:tcW w:w="1587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4B4161" w14:textId="77777777" w:rsidR="000B5D60" w:rsidRDefault="000B5D60">
            <w:pPr>
              <w:spacing w:after="0" w:line="240" w:lineRule="auto"/>
            </w:pPr>
          </w:p>
        </w:tc>
      </w:tr>
      <w:tr w:rsidR="000B5D60" w14:paraId="6D3F59F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38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28B324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6D41F2" w14:textId="77777777" w:rsidR="000B5D60" w:rsidRDefault="000B5D60">
            <w:pPr>
              <w:spacing w:after="0" w:line="240" w:lineRule="auto"/>
            </w:pP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87C0E5" w14:textId="77777777" w:rsidR="000B5D60" w:rsidRDefault="000B5D60">
            <w:pPr>
              <w:spacing w:after="0" w:line="240" w:lineRule="auto"/>
            </w:pP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00052E" w14:textId="77777777" w:rsidR="000B5D60" w:rsidRDefault="000B5D60">
            <w:pPr>
              <w:spacing w:after="0" w:line="240" w:lineRule="auto"/>
            </w:pP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D39672" w14:textId="77777777" w:rsidR="000B5D60" w:rsidRDefault="000B5D60">
            <w:pPr>
              <w:spacing w:after="0" w:line="240" w:lineRule="auto"/>
            </w:pPr>
          </w:p>
        </w:tc>
      </w:tr>
      <w:tr w:rsidR="000B5D60" w14:paraId="655A736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38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6C6986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130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190416" w14:textId="77777777" w:rsidR="000B5D60" w:rsidRDefault="000B5D60">
            <w:pPr>
              <w:spacing w:after="0" w:line="240" w:lineRule="auto"/>
            </w:pPr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BE81A1" w14:textId="77777777" w:rsidR="000B5D60" w:rsidRDefault="000B5D60">
            <w:pPr>
              <w:spacing w:after="0" w:line="240" w:lineRule="auto"/>
            </w:pPr>
          </w:p>
        </w:tc>
        <w:tc>
          <w:tcPr>
            <w:tcW w:w="215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7FDBD2" w14:textId="77777777" w:rsidR="000B5D60" w:rsidRDefault="000B5D60">
            <w:pPr>
              <w:spacing w:after="0" w:line="240" w:lineRule="auto"/>
            </w:pPr>
          </w:p>
        </w:tc>
        <w:tc>
          <w:tcPr>
            <w:tcW w:w="1587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20FB6E" w14:textId="77777777" w:rsidR="000B5D60" w:rsidRDefault="000B5D60">
            <w:pPr>
              <w:spacing w:after="0" w:line="240" w:lineRule="auto"/>
            </w:pPr>
          </w:p>
        </w:tc>
      </w:tr>
      <w:tr w:rsidR="000B5D60" w14:paraId="6D436C6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38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0A9C26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153432" w14:textId="77777777" w:rsidR="000B5D60" w:rsidRDefault="000B5D60">
            <w:pPr>
              <w:spacing w:after="0" w:line="240" w:lineRule="auto"/>
            </w:pP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804C91" w14:textId="77777777" w:rsidR="000B5D60" w:rsidRDefault="000B5D60">
            <w:pPr>
              <w:spacing w:after="0" w:line="240" w:lineRule="auto"/>
            </w:pP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060775" w14:textId="77777777" w:rsidR="000B5D60" w:rsidRDefault="000B5D60">
            <w:pPr>
              <w:spacing w:after="0" w:line="240" w:lineRule="auto"/>
            </w:pP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58D07E" w14:textId="77777777" w:rsidR="000B5D60" w:rsidRDefault="000B5D60">
            <w:pPr>
              <w:spacing w:after="0" w:line="240" w:lineRule="auto"/>
            </w:pPr>
          </w:p>
        </w:tc>
      </w:tr>
      <w:tr w:rsidR="000B5D60" w14:paraId="4AA5924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Before w:val="1"/>
          <w:gridAfter w:val="1"/>
          <w:wAfter w:w="38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A3AA87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130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D1CC8A" w14:textId="77777777" w:rsidR="000B5D60" w:rsidRDefault="000B5D60">
            <w:pPr>
              <w:spacing w:after="0" w:line="240" w:lineRule="auto"/>
            </w:pPr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A0BF9F" w14:textId="77777777" w:rsidR="000B5D60" w:rsidRDefault="000B5D60">
            <w:pPr>
              <w:spacing w:after="0" w:line="240" w:lineRule="auto"/>
            </w:pPr>
          </w:p>
        </w:tc>
        <w:tc>
          <w:tcPr>
            <w:tcW w:w="215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E40969" w14:textId="77777777" w:rsidR="000B5D60" w:rsidRDefault="000B5D60">
            <w:pPr>
              <w:spacing w:after="0" w:line="240" w:lineRule="auto"/>
            </w:pPr>
          </w:p>
        </w:tc>
        <w:tc>
          <w:tcPr>
            <w:tcW w:w="1587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49C209" w14:textId="77777777" w:rsidR="000B5D60" w:rsidRDefault="000B5D60">
            <w:pPr>
              <w:spacing w:after="0" w:line="240" w:lineRule="auto"/>
            </w:pPr>
          </w:p>
        </w:tc>
      </w:tr>
      <w:tr w:rsidR="000B5D60" w:rsidRPr="002C279A" w14:paraId="1C03548F" w14:textId="77777777">
        <w:tblPrEx>
          <w:tblBorders>
            <w:top w:val="single" w:sz="8" w:space="0" w:color="24566B"/>
            <w:left w:val="single" w:sz="8" w:space="0" w:color="24566B"/>
            <w:bottom w:val="single" w:sz="8" w:space="0" w:color="24566B"/>
            <w:right w:val="single" w:sz="8" w:space="0" w:color="24566B"/>
            <w:insideH w:val="single" w:sz="8" w:space="0" w:color="24566B"/>
            <w:insideV w:val="single" w:sz="8" w:space="0" w:color="24566B"/>
          </w:tblBorders>
        </w:tblPrEx>
        <w:trPr>
          <w:jc w:val="center"/>
        </w:trPr>
        <w:tc>
          <w:tcPr>
            <w:tcW w:w="10206" w:type="dxa"/>
            <w:gridSpan w:val="7"/>
            <w:shd w:val="clear" w:color="auto" w:fill="EAF4F8"/>
          </w:tcPr>
          <w:p w14:paraId="4CE9CB24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24566B"/>
                <w:sz w:val="18"/>
                <w:lang w:val="ru-RU"/>
              </w:rPr>
              <w:t>РЕКОМЕНДАЦИЯ</w:t>
            </w:r>
          </w:p>
          <w:p w14:paraId="40230F00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Записывайте дату, наработку, обнаруженные течи, заменённые уплотнения и результаты проверки </w:t>
            </w:r>
            <w:r>
              <w:rPr>
                <w:sz w:val="17"/>
              </w:rPr>
              <w:t>Total</w:t>
            </w:r>
            <w:r w:rsidRPr="002C279A">
              <w:rPr>
                <w:sz w:val="17"/>
                <w:lang w:val="ru-RU"/>
              </w:rPr>
              <w:t xml:space="preserve"> </w:t>
            </w:r>
            <w:r>
              <w:rPr>
                <w:sz w:val="17"/>
              </w:rPr>
              <w:t>Stop</w:t>
            </w:r>
            <w:r w:rsidRPr="002C279A">
              <w:rPr>
                <w:sz w:val="17"/>
                <w:lang w:val="ru-RU"/>
              </w:rPr>
              <w:t>.</w:t>
            </w:r>
          </w:p>
        </w:tc>
      </w:tr>
    </w:tbl>
    <w:p w14:paraId="46CFB875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29E4376C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10 • ХРАНЕНИЕ</w:t>
      </w:r>
    </w:p>
    <w:p w14:paraId="332EF8AF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 xml:space="preserve">Хранение и защита от </w:t>
      </w:r>
      <w:r w:rsidRPr="002C279A">
        <w:rPr>
          <w:lang w:val="ru-RU"/>
        </w:rPr>
        <w:t>замерзания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  <w:gridCol w:w="40"/>
      </w:tblGrid>
      <w:tr w:rsidR="000B5D60" w:rsidRPr="002C279A" w14:paraId="2B1EE76A" w14:textId="77777777">
        <w:trPr>
          <w:jc w:val="center"/>
        </w:trPr>
        <w:tc>
          <w:tcPr>
            <w:tcW w:w="10206" w:type="dxa"/>
            <w:gridSpan w:val="3"/>
            <w:shd w:val="clear" w:color="auto" w:fill="ED1C24"/>
          </w:tcPr>
          <w:p w14:paraId="2C07323C" w14:textId="77777777" w:rsidR="000B5D60" w:rsidRPr="002C279A" w:rsidRDefault="000B5D60">
            <w:pPr>
              <w:rPr>
                <w:lang w:val="ru-RU"/>
              </w:rPr>
            </w:pPr>
          </w:p>
        </w:tc>
      </w:tr>
      <w:tr w:rsidR="000B5D60" w14:paraId="6212F4D0" w14:textId="77777777">
        <w:tblPrEx>
          <w:tblBorders>
            <w:top w:val="single" w:sz="8" w:space="0" w:color="A4161A"/>
            <w:left w:val="single" w:sz="8" w:space="0" w:color="A4161A"/>
            <w:bottom w:val="single" w:sz="8" w:space="0" w:color="A4161A"/>
            <w:right w:val="single" w:sz="8" w:space="0" w:color="A4161A"/>
            <w:insideH w:val="single" w:sz="8" w:space="0" w:color="A4161A"/>
            <w:insideV w:val="single" w:sz="8" w:space="0" w:color="A4161A"/>
          </w:tblBorders>
        </w:tblPrEx>
        <w:trPr>
          <w:jc w:val="center"/>
        </w:trPr>
        <w:tc>
          <w:tcPr>
            <w:tcW w:w="10206" w:type="dxa"/>
            <w:gridSpan w:val="3"/>
            <w:shd w:val="clear" w:color="auto" w:fill="FCE8E9"/>
          </w:tcPr>
          <w:p w14:paraId="5BA08926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A4161A"/>
                <w:sz w:val="18"/>
                <w:lang w:val="ru-RU"/>
              </w:rPr>
              <w:t>ЗАМЕРЗАНИЕ РАЗРУШАЕТ НАСОС</w:t>
            </w:r>
          </w:p>
          <w:p w14:paraId="38BA671F" w14:textId="77777777" w:rsidR="000B5D60" w:rsidRDefault="00FE4C7A">
            <w:pPr>
              <w:spacing w:after="0" w:line="245" w:lineRule="auto"/>
            </w:pPr>
            <w:r w:rsidRPr="002C279A">
              <w:rPr>
                <w:sz w:val="17"/>
                <w:lang w:val="ru-RU"/>
              </w:rPr>
              <w:t xml:space="preserve">Вода, оставшаяся в насосе, шланге и пистолете, при замерзании расширяется и повреждает детали. </w:t>
            </w:r>
            <w:proofErr w:type="spellStart"/>
            <w:r>
              <w:rPr>
                <w:sz w:val="17"/>
              </w:rPr>
              <w:t>Гарантийные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обязательства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могут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не</w:t>
            </w:r>
            <w:proofErr w:type="spellEnd"/>
            <w:r>
              <w:rPr>
                <w:sz w:val="17"/>
              </w:rPr>
              <w:t xml:space="preserve"> распространяться на такие повреждения.</w:t>
            </w:r>
          </w:p>
        </w:tc>
      </w:tr>
      <w:tr w:rsidR="000B5D60" w:rsidRPr="002C279A" w14:paraId="0A7EEB1B" w14:textId="77777777">
        <w:trPr>
          <w:gridAfter w:val="1"/>
          <w:wAfter w:w="40" w:type="dxa"/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46C6A1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3EB3A8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Выполните полную остановку и сброс </w:t>
            </w:r>
            <w:r w:rsidRPr="002C279A">
              <w:rPr>
                <w:sz w:val="18"/>
                <w:lang w:val="ru-RU"/>
              </w:rPr>
              <w:t>давления.</w:t>
            </w:r>
          </w:p>
        </w:tc>
      </w:tr>
    </w:tbl>
    <w:p w14:paraId="420E31B1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607CFF8A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9526B2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FA5ADF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Отсоедините подающий и напорный шланги, удалите из них воду.</w:t>
            </w:r>
          </w:p>
        </w:tc>
      </w:tr>
    </w:tbl>
    <w:p w14:paraId="36644BDE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66CD237A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BF4B5B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BAB562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Для длительного хранения пропустите через вход насоса раствор автомобильного антифриза и воды 1:1, используя короткий подающий шланг.</w:t>
            </w:r>
          </w:p>
        </w:tc>
      </w:tr>
    </w:tbl>
    <w:p w14:paraId="66D6E5F8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4ECC1413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415573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780E5F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 xml:space="preserve">Когда защитная смесь появится на </w:t>
            </w:r>
            <w:r w:rsidRPr="002C279A">
              <w:rPr>
                <w:sz w:val="18"/>
                <w:lang w:val="ru-RU"/>
              </w:rPr>
              <w:t>выходе, выключите аппарат и сбросьте давление.</w:t>
            </w:r>
          </w:p>
        </w:tc>
      </w:tr>
    </w:tbl>
    <w:p w14:paraId="062AF446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5F8C269E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E9CCF7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5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68E7A9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Храните машину вертикально в сухом помещении при положительной температуре.</w:t>
            </w:r>
          </w:p>
        </w:tc>
      </w:tr>
    </w:tbl>
    <w:p w14:paraId="1EB26EB7" w14:textId="77777777" w:rsidR="000B5D60" w:rsidRPr="002C279A" w:rsidRDefault="000B5D60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:rsidRPr="002C279A" w14:paraId="40E212BB" w14:textId="77777777">
        <w:trPr>
          <w:jc w:val="center"/>
        </w:trPr>
        <w:tc>
          <w:tcPr>
            <w:tcW w:w="5103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4E2ADD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6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CF2598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8"/>
                <w:lang w:val="ru-RU"/>
              </w:rPr>
              <w:t>Перед повторным применением полностью промойте систему чистой водой.</w:t>
            </w:r>
          </w:p>
        </w:tc>
      </w:tr>
    </w:tbl>
    <w:p w14:paraId="3BF579F5" w14:textId="77777777" w:rsidR="000B5D60" w:rsidRPr="002C279A" w:rsidRDefault="000B5D60">
      <w:pPr>
        <w:spacing w:after="0"/>
        <w:rPr>
          <w:lang w:val="ru-RU"/>
        </w:rPr>
      </w:pPr>
    </w:p>
    <w:p w14:paraId="535486AB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 xml:space="preserve">•  Не храните аппарат под открытым небом и под </w:t>
      </w:r>
      <w:r w:rsidRPr="002C279A">
        <w:rPr>
          <w:sz w:val="18"/>
          <w:lang w:val="ru-RU"/>
        </w:rPr>
        <w:t>прямыми солнечными лучами.</w:t>
      </w:r>
    </w:p>
    <w:p w14:paraId="6CBF1FB7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>•  Шланги укладывайте широкими кольцами; минимальный радиус изгиба — около 125 мм.</w:t>
      </w:r>
    </w:p>
    <w:p w14:paraId="7B30A843" w14:textId="77777777" w:rsidR="000B5D60" w:rsidRPr="002C279A" w:rsidRDefault="00FE4C7A">
      <w:pPr>
        <w:spacing w:after="60"/>
        <w:ind w:left="283" w:hanging="198"/>
        <w:rPr>
          <w:lang w:val="ru-RU"/>
        </w:rPr>
      </w:pPr>
      <w:r w:rsidRPr="002C279A">
        <w:rPr>
          <w:sz w:val="18"/>
          <w:lang w:val="ru-RU"/>
        </w:rPr>
        <w:t>•  Закройте вход и выход защитными заглушками от пыли.</w:t>
      </w:r>
    </w:p>
    <w:p w14:paraId="14B40B0D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5A18BD2D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10 • ТРАНСПОРТИРОВКА</w:t>
      </w:r>
    </w:p>
    <w:p w14:paraId="021E3DD2" w14:textId="77777777" w:rsidR="000B5D60" w:rsidRDefault="00FE4C7A">
      <w:pPr>
        <w:pStyle w:val="1"/>
      </w:pPr>
      <w:r>
        <w:t>Транспортировка и перемещение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0B5D60" w14:paraId="06258E7D" w14:textId="77777777">
        <w:trPr>
          <w:jc w:val="center"/>
        </w:trPr>
        <w:tc>
          <w:tcPr>
            <w:tcW w:w="10206" w:type="dxa"/>
            <w:gridSpan w:val="2"/>
            <w:shd w:val="clear" w:color="auto" w:fill="ED1C24"/>
          </w:tcPr>
          <w:p w14:paraId="5D3645ED" w14:textId="77777777" w:rsidR="000B5D60" w:rsidRDefault="000B5D60"/>
        </w:tc>
      </w:tr>
      <w:tr w:rsidR="000B5D60" w14:paraId="0E54C817" w14:textId="77777777">
        <w:trPr>
          <w:jc w:val="center"/>
        </w:trPr>
        <w:tc>
          <w:tcPr>
            <w:tcW w:w="5103" w:type="dxa"/>
          </w:tcPr>
          <w:p w14:paraId="69D7FF6A" w14:textId="77777777" w:rsidR="000B5D60" w:rsidRDefault="00FE4C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FD967A" wp14:editId="7882723A">
                  <wp:extent cx="2700000" cy="2734144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2c34351-34a0-4eac-a136-cc5972a03785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2734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1E6E7394" w14:textId="77777777" w:rsidR="000B5D60" w:rsidRDefault="00FE4C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6505D9" wp14:editId="219E1A18">
                  <wp:extent cx="2700000" cy="4210232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3b90033-2dc9-44c3-83c8-57b0e40c309b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4210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D60" w14:paraId="4E101AFC" w14:textId="77777777">
        <w:trPr>
          <w:jc w:val="center"/>
        </w:trPr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8CCD3B" w14:textId="77777777" w:rsidR="000B5D60" w:rsidRPr="002C279A" w:rsidRDefault="00FE4C7A">
            <w:pPr>
              <w:spacing w:after="0" w:line="240" w:lineRule="auto"/>
              <w:jc w:val="center"/>
              <w:rPr>
                <w:lang w:val="ru-RU"/>
              </w:rPr>
            </w:pPr>
            <w:r w:rsidRPr="002C279A">
              <w:rPr>
                <w:color w:val="646A70"/>
                <w:sz w:val="15"/>
                <w:lang w:val="ru-RU"/>
              </w:rPr>
              <w:t xml:space="preserve">Колёсная рама и </w:t>
            </w:r>
            <w:r w:rsidRPr="002C279A">
              <w:rPr>
                <w:color w:val="646A70"/>
                <w:sz w:val="15"/>
                <w:lang w:val="ru-RU"/>
              </w:rPr>
              <w:t>защитный бампер</w:t>
            </w:r>
          </w:p>
        </w:tc>
        <w:tc>
          <w:tcPr>
            <w:tcW w:w="510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AA3715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color w:val="646A70"/>
                <w:sz w:val="15"/>
              </w:rPr>
              <w:t>Точки</w:t>
            </w:r>
            <w:proofErr w:type="spellEnd"/>
            <w:r>
              <w:rPr>
                <w:color w:val="646A70"/>
                <w:sz w:val="15"/>
              </w:rPr>
              <w:t xml:space="preserve"> </w:t>
            </w:r>
            <w:proofErr w:type="spellStart"/>
            <w:r>
              <w:rPr>
                <w:color w:val="646A70"/>
                <w:sz w:val="15"/>
              </w:rPr>
              <w:t>контроля</w:t>
            </w:r>
            <w:proofErr w:type="spellEnd"/>
            <w:r>
              <w:rPr>
                <w:color w:val="646A70"/>
                <w:sz w:val="15"/>
              </w:rPr>
              <w:t xml:space="preserve"> </w:t>
            </w:r>
            <w:proofErr w:type="spellStart"/>
            <w:r>
              <w:rPr>
                <w:color w:val="646A70"/>
                <w:sz w:val="15"/>
              </w:rPr>
              <w:t>перед</w:t>
            </w:r>
            <w:proofErr w:type="spellEnd"/>
            <w:r>
              <w:rPr>
                <w:color w:val="646A70"/>
                <w:sz w:val="15"/>
              </w:rPr>
              <w:t xml:space="preserve"> </w:t>
            </w:r>
            <w:proofErr w:type="spellStart"/>
            <w:r>
              <w:rPr>
                <w:color w:val="646A70"/>
                <w:sz w:val="15"/>
              </w:rPr>
              <w:t>перевозкой</w:t>
            </w:r>
            <w:proofErr w:type="spellEnd"/>
          </w:p>
        </w:tc>
      </w:tr>
    </w:tbl>
    <w:p w14:paraId="5AE82723" w14:textId="77777777" w:rsidR="000B5D60" w:rsidRPr="002C279A" w:rsidRDefault="00FE4C7A">
      <w:pPr>
        <w:spacing w:after="100"/>
        <w:ind w:left="283" w:hanging="198"/>
        <w:rPr>
          <w:lang w:val="ru-RU"/>
        </w:rPr>
      </w:pPr>
      <w:r w:rsidRPr="002C279A">
        <w:rPr>
          <w:lang w:val="ru-RU"/>
        </w:rPr>
        <w:t>•  Перед транспортировкой отключите питание, слейте воду и сбросьте давление.</w:t>
      </w:r>
    </w:p>
    <w:p w14:paraId="173251A5" w14:textId="77777777" w:rsidR="000B5D60" w:rsidRPr="002C279A" w:rsidRDefault="00FE4C7A">
      <w:pPr>
        <w:spacing w:after="100"/>
        <w:ind w:left="283" w:hanging="198"/>
        <w:rPr>
          <w:lang w:val="ru-RU"/>
        </w:rPr>
      </w:pPr>
      <w:r w:rsidRPr="002C279A">
        <w:rPr>
          <w:lang w:val="ru-RU"/>
        </w:rPr>
        <w:t>•  Снимите пистолет и шланги с соединений и закрепите их отдельно.</w:t>
      </w:r>
    </w:p>
    <w:p w14:paraId="0072D7F3" w14:textId="77777777" w:rsidR="000B5D60" w:rsidRPr="002C279A" w:rsidRDefault="00FE4C7A">
      <w:pPr>
        <w:spacing w:after="100"/>
        <w:ind w:left="283" w:hanging="198"/>
        <w:rPr>
          <w:lang w:val="ru-RU"/>
        </w:rPr>
      </w:pPr>
      <w:r w:rsidRPr="002C279A">
        <w:rPr>
          <w:lang w:val="ru-RU"/>
        </w:rPr>
        <w:t xml:space="preserve">•  Перемещайте аппарат за рукоятку на малой скорости; не </w:t>
      </w:r>
      <w:r w:rsidRPr="002C279A">
        <w:rPr>
          <w:lang w:val="ru-RU"/>
        </w:rPr>
        <w:t>тяните за кабель или шланг.</w:t>
      </w:r>
    </w:p>
    <w:p w14:paraId="50D330CF" w14:textId="77777777" w:rsidR="000B5D60" w:rsidRPr="002C279A" w:rsidRDefault="00FE4C7A">
      <w:pPr>
        <w:spacing w:after="100"/>
        <w:ind w:left="283" w:hanging="198"/>
        <w:rPr>
          <w:lang w:val="ru-RU"/>
        </w:rPr>
      </w:pPr>
      <w:r w:rsidRPr="002C279A">
        <w:rPr>
          <w:lang w:val="ru-RU"/>
        </w:rPr>
        <w:t>•  В автомобиле закрепляйте раму ремнями минимум в двух направлениях; колёса зафиксируйте упорами.</w:t>
      </w:r>
    </w:p>
    <w:p w14:paraId="5104637E" w14:textId="77777777" w:rsidR="000B5D60" w:rsidRPr="002C279A" w:rsidRDefault="00FE4C7A">
      <w:pPr>
        <w:spacing w:after="100"/>
        <w:ind w:left="283" w:hanging="198"/>
        <w:rPr>
          <w:lang w:val="ru-RU"/>
        </w:rPr>
      </w:pPr>
      <w:r w:rsidRPr="002C279A">
        <w:rPr>
          <w:lang w:val="ru-RU"/>
        </w:rPr>
        <w:t>•  Не кладите аппарат на бок: возможна утечка масла из насоса.</w:t>
      </w:r>
    </w:p>
    <w:p w14:paraId="3069CC77" w14:textId="77777777" w:rsidR="000B5D60" w:rsidRPr="002C279A" w:rsidRDefault="00FE4C7A">
      <w:pPr>
        <w:spacing w:after="100"/>
        <w:ind w:left="283" w:hanging="198"/>
        <w:rPr>
          <w:lang w:val="ru-RU"/>
        </w:rPr>
      </w:pPr>
      <w:r w:rsidRPr="002C279A">
        <w:rPr>
          <w:lang w:val="ru-RU"/>
        </w:rPr>
        <w:t xml:space="preserve">•  При подъёме учитывайте массу 67,3 кг для </w:t>
      </w:r>
      <w:r>
        <w:t>BT</w:t>
      </w:r>
      <w:r w:rsidRPr="002C279A">
        <w:rPr>
          <w:lang w:val="ru-RU"/>
        </w:rPr>
        <w:t>‑</w:t>
      </w:r>
      <w:r w:rsidRPr="002C279A">
        <w:rPr>
          <w:lang w:val="ru-RU"/>
        </w:rPr>
        <w:t>1520</w:t>
      </w:r>
      <w:r>
        <w:t>B</w:t>
      </w:r>
      <w:r w:rsidRPr="002C279A">
        <w:rPr>
          <w:lang w:val="ru-RU"/>
        </w:rPr>
        <w:t>3 или 87,35 кг</w:t>
      </w:r>
      <w:r w:rsidRPr="002C279A">
        <w:rPr>
          <w:lang w:val="ru-RU"/>
        </w:rPr>
        <w:t xml:space="preserve"> для </w:t>
      </w:r>
      <w:r>
        <w:t>BT</w:t>
      </w:r>
      <w:r w:rsidRPr="002C279A">
        <w:rPr>
          <w:lang w:val="ru-RU"/>
        </w:rPr>
        <w:t>‑</w:t>
      </w:r>
      <w:r w:rsidRPr="002C279A">
        <w:rPr>
          <w:lang w:val="ru-RU"/>
        </w:rPr>
        <w:t>1525</w:t>
      </w:r>
      <w:r>
        <w:t>B</w:t>
      </w:r>
      <w:r w:rsidRPr="002C279A">
        <w:rPr>
          <w:lang w:val="ru-RU"/>
        </w:rPr>
        <w:t>3 и используйте исправное грузоподъёмное средство.</w:t>
      </w:r>
    </w:p>
    <w:tbl>
      <w:tblPr>
        <w:tblW w:w="0" w:type="auto"/>
        <w:jc w:val="center"/>
        <w:tblBorders>
          <w:top w:val="single" w:sz="8" w:space="0" w:color="8B5B00"/>
          <w:left w:val="single" w:sz="8" w:space="0" w:color="8B5B00"/>
          <w:bottom w:val="single" w:sz="8" w:space="0" w:color="8B5B00"/>
          <w:right w:val="single" w:sz="8" w:space="0" w:color="8B5B00"/>
          <w:insideH w:val="single" w:sz="8" w:space="0" w:color="8B5B00"/>
          <w:insideV w:val="single" w:sz="8" w:space="0" w:color="8B5B00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6107769F" w14:textId="77777777">
        <w:trPr>
          <w:jc w:val="center"/>
        </w:trPr>
        <w:tc>
          <w:tcPr>
            <w:tcW w:w="10206" w:type="dxa"/>
            <w:shd w:val="clear" w:color="auto" w:fill="FFF4CE"/>
          </w:tcPr>
          <w:p w14:paraId="65D5B616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8B5B00"/>
                <w:sz w:val="18"/>
                <w:lang w:val="ru-RU"/>
              </w:rPr>
              <w:t>ЗАЩИТИТЕ МАНОМЕТР И РЕГУЛЯТОР</w:t>
            </w:r>
          </w:p>
          <w:p w14:paraId="52B7676C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Не допускайте ударов по насосному узлу, панели управления и красной регулировочной рукоятке.</w:t>
            </w:r>
          </w:p>
        </w:tc>
      </w:tr>
    </w:tbl>
    <w:p w14:paraId="765E8A2D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23E7C714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11 • НЕИСПРАВНОСТИ</w:t>
      </w:r>
    </w:p>
    <w:p w14:paraId="0DCCFEF2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Диагностика: давление и подача воды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149"/>
        <w:gridCol w:w="3138"/>
        <w:gridCol w:w="3702"/>
        <w:gridCol w:w="433"/>
      </w:tblGrid>
      <w:tr w:rsidR="000B5D60" w:rsidRPr="002C279A" w14:paraId="6E45AB4D" w14:textId="77777777">
        <w:trPr>
          <w:jc w:val="center"/>
        </w:trPr>
        <w:tc>
          <w:tcPr>
            <w:tcW w:w="10206" w:type="dxa"/>
            <w:gridSpan w:val="4"/>
            <w:shd w:val="clear" w:color="auto" w:fill="ED1C24"/>
          </w:tcPr>
          <w:p w14:paraId="0C5D31A1" w14:textId="77777777" w:rsidR="000B5D60" w:rsidRPr="002C279A" w:rsidRDefault="000B5D60">
            <w:pPr>
              <w:rPr>
                <w:lang w:val="ru-RU"/>
              </w:rPr>
            </w:pPr>
          </w:p>
        </w:tc>
      </w:tr>
      <w:tr w:rsidR="000B5D60" w14:paraId="0004494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tblHeader/>
          <w:jc w:val="center"/>
        </w:trPr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C9A38F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Неисправность</w:t>
            </w:r>
            <w:proofErr w:type="spellEnd"/>
          </w:p>
        </w:tc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945EB8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</w:rPr>
              <w:t>Возможная причина</w:t>
            </w:r>
          </w:p>
        </w:tc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29468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</w:rPr>
              <w:t>Действие</w:t>
            </w:r>
          </w:p>
        </w:tc>
      </w:tr>
      <w:tr w:rsidR="000B5D60" w:rsidRPr="002C279A" w14:paraId="7D8E563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7BE70F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Низкое давление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5C021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Засорена или изношена форсунка</w:t>
            </w:r>
          </w:p>
        </w:tc>
        <w:tc>
          <w:tcPr>
            <w:tcW w:w="40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CA0E2A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Очистить или заменить форсунку правильного размера.</w:t>
            </w:r>
          </w:p>
        </w:tc>
      </w:tr>
      <w:tr w:rsidR="000B5D60" w:rsidRPr="002C279A" w14:paraId="024A28D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26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E90F0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Низкое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давление</w:t>
            </w:r>
            <w:proofErr w:type="spellEnd"/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5B24E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Недостаточная подача воды / грязный фильтр</w:t>
            </w:r>
          </w:p>
        </w:tc>
        <w:tc>
          <w:tcPr>
            <w:tcW w:w="402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A4547D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Увеличить подачу, применить </w:t>
            </w:r>
            <w:r>
              <w:rPr>
                <w:sz w:val="15"/>
              </w:rPr>
              <w:t>DN</w:t>
            </w:r>
            <w:r w:rsidRPr="002C279A">
              <w:rPr>
                <w:sz w:val="15"/>
                <w:lang w:val="ru-RU"/>
              </w:rPr>
              <w:t xml:space="preserve">15 / 3/4″, </w:t>
            </w:r>
            <w:r w:rsidRPr="002C279A">
              <w:rPr>
                <w:sz w:val="15"/>
                <w:lang w:val="ru-RU"/>
              </w:rPr>
              <w:t>очистить фильтр.</w:t>
            </w:r>
          </w:p>
        </w:tc>
      </w:tr>
      <w:tr w:rsidR="000B5D60" w:rsidRPr="002C279A" w14:paraId="006C511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0D6318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Низкое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давление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9F894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Подсос воздуха на входе</w:t>
            </w:r>
          </w:p>
        </w:tc>
        <w:tc>
          <w:tcPr>
            <w:tcW w:w="40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6164FF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Подтянуть соединения, заменить уплотнения и шланг.</w:t>
            </w:r>
          </w:p>
        </w:tc>
      </w:tr>
      <w:tr w:rsidR="000B5D60" w:rsidRPr="002C279A" w14:paraId="1E7D541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26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6EEF7D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Пульсация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давления</w:t>
            </w:r>
            <w:proofErr w:type="spellEnd"/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E660FB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Воздух в системе или клапаны загрязнены</w:t>
            </w:r>
          </w:p>
        </w:tc>
        <w:tc>
          <w:tcPr>
            <w:tcW w:w="402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2368EE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Удалить воздух; при сохранении — сервис клапанов.</w:t>
            </w:r>
          </w:p>
        </w:tc>
      </w:tr>
      <w:tr w:rsidR="000B5D60" w:rsidRPr="002C279A" w14:paraId="07CA12F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0FEA32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Насос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шумит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852F7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Кавитация, </w:t>
            </w:r>
            <w:r w:rsidRPr="002C279A">
              <w:rPr>
                <w:sz w:val="15"/>
                <w:lang w:val="ru-RU"/>
              </w:rPr>
              <w:t>недостаток воды, изношенные подшипники</w:t>
            </w:r>
          </w:p>
        </w:tc>
        <w:tc>
          <w:tcPr>
            <w:tcW w:w="40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B37632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Остановить, восстановить подачу; при шуме — сервис.</w:t>
            </w:r>
          </w:p>
        </w:tc>
      </w:tr>
      <w:tr w:rsidR="000B5D60" w:rsidRPr="002C279A" w14:paraId="073F422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26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45698F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Вода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под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насосом</w:t>
            </w:r>
            <w:proofErr w:type="spellEnd"/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EF941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Изношены водяные уплотнения / плунжер</w:t>
            </w:r>
          </w:p>
        </w:tc>
        <w:tc>
          <w:tcPr>
            <w:tcW w:w="402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126F29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Остановить и заменить комплект уплотнений в сервисе.</w:t>
            </w:r>
          </w:p>
        </w:tc>
      </w:tr>
      <w:tr w:rsidR="000B5D60" w:rsidRPr="002C279A" w14:paraId="57B9B06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D985DF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Вода</w:t>
            </w:r>
            <w:proofErr w:type="spellEnd"/>
            <w:r>
              <w:rPr>
                <w:sz w:val="15"/>
              </w:rPr>
              <w:t xml:space="preserve"> в </w:t>
            </w:r>
            <w:proofErr w:type="spellStart"/>
            <w:r>
              <w:rPr>
                <w:sz w:val="15"/>
              </w:rPr>
              <w:t>масле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F17C3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Изношено водяное уплотнение</w:t>
            </w:r>
          </w:p>
        </w:tc>
        <w:tc>
          <w:tcPr>
            <w:tcW w:w="40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378A18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Не </w:t>
            </w:r>
            <w:r w:rsidRPr="002C279A">
              <w:rPr>
                <w:sz w:val="15"/>
                <w:lang w:val="ru-RU"/>
              </w:rPr>
              <w:t>эксплуатировать; заменить уплотнения и масло.</w:t>
            </w:r>
          </w:p>
        </w:tc>
      </w:tr>
      <w:tr w:rsidR="000B5D60" w:rsidRPr="002C279A" w14:paraId="500165E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26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B25397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Масло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под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насосом</w:t>
            </w:r>
            <w:proofErr w:type="spellEnd"/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3D835A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Изношен сальник или ослаблена пробка</w:t>
            </w:r>
          </w:p>
        </w:tc>
        <w:tc>
          <w:tcPr>
            <w:tcW w:w="402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E4CFB6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Проверить пробку; ремонт сальника — сервис.</w:t>
            </w:r>
          </w:p>
        </w:tc>
      </w:tr>
      <w:tr w:rsidR="000B5D60" w:rsidRPr="002C279A" w14:paraId="0D5D85B0" w14:textId="77777777">
        <w:tblPrEx>
          <w:tblBorders>
            <w:top w:val="single" w:sz="8" w:space="0" w:color="A4161A"/>
            <w:left w:val="single" w:sz="8" w:space="0" w:color="A4161A"/>
            <w:bottom w:val="single" w:sz="8" w:space="0" w:color="A4161A"/>
            <w:right w:val="single" w:sz="8" w:space="0" w:color="A4161A"/>
            <w:insideH w:val="single" w:sz="8" w:space="0" w:color="A4161A"/>
            <w:insideV w:val="single" w:sz="8" w:space="0" w:color="A4161A"/>
          </w:tblBorders>
        </w:tblPrEx>
        <w:trPr>
          <w:jc w:val="center"/>
        </w:trPr>
        <w:tc>
          <w:tcPr>
            <w:tcW w:w="10206" w:type="dxa"/>
            <w:gridSpan w:val="4"/>
            <w:shd w:val="clear" w:color="auto" w:fill="FCE8E9"/>
          </w:tcPr>
          <w:p w14:paraId="60AF91F4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A4161A"/>
                <w:sz w:val="18"/>
                <w:lang w:val="ru-RU"/>
              </w:rPr>
              <w:t>НЕ КОМПЕНСИРУЙТЕ НЕИСПРАВНОСТЬ ДАВЛЕНИЕМ</w:t>
            </w:r>
          </w:p>
          <w:p w14:paraId="4A7F3693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Если давление упало, не затягивайте регулятор до упора. </w:t>
            </w:r>
            <w:r w:rsidRPr="002C279A">
              <w:rPr>
                <w:sz w:val="17"/>
                <w:lang w:val="ru-RU"/>
              </w:rPr>
              <w:t>Сначала устраните проблему подачи воды, форсунки или герметичности.</w:t>
            </w:r>
          </w:p>
        </w:tc>
      </w:tr>
    </w:tbl>
    <w:p w14:paraId="57DE7412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0C17CD27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11 • НЕИСПРАВНОСТИ</w:t>
      </w:r>
    </w:p>
    <w:p w14:paraId="08261941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 xml:space="preserve">Диагностика: электродвигатель и </w:t>
      </w:r>
      <w:r>
        <w:t>Total</w:t>
      </w:r>
      <w:r w:rsidRPr="002C279A">
        <w:rPr>
          <w:lang w:val="ru-RU"/>
        </w:rPr>
        <w:t xml:space="preserve"> </w:t>
      </w:r>
      <w:r>
        <w:t>Stop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186"/>
        <w:gridCol w:w="3149"/>
        <w:gridCol w:w="3651"/>
        <w:gridCol w:w="436"/>
      </w:tblGrid>
      <w:tr w:rsidR="000B5D60" w:rsidRPr="002C279A" w14:paraId="72DAC35B" w14:textId="77777777">
        <w:trPr>
          <w:jc w:val="center"/>
        </w:trPr>
        <w:tc>
          <w:tcPr>
            <w:tcW w:w="10206" w:type="dxa"/>
            <w:gridSpan w:val="4"/>
            <w:shd w:val="clear" w:color="auto" w:fill="ED1C24"/>
          </w:tcPr>
          <w:p w14:paraId="38A37C0D" w14:textId="77777777" w:rsidR="000B5D60" w:rsidRPr="002C279A" w:rsidRDefault="000B5D60">
            <w:pPr>
              <w:rPr>
                <w:lang w:val="ru-RU"/>
              </w:rPr>
            </w:pPr>
          </w:p>
        </w:tc>
      </w:tr>
      <w:tr w:rsidR="000B5D60" w14:paraId="669960B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tblHeader/>
          <w:jc w:val="center"/>
        </w:trPr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856295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Неисправность</w:t>
            </w:r>
            <w:proofErr w:type="spellEnd"/>
          </w:p>
        </w:tc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23D6F5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</w:rPr>
              <w:t>Возможная причина</w:t>
            </w:r>
          </w:p>
        </w:tc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FA2CE7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5"/>
              </w:rPr>
              <w:t>Действие</w:t>
            </w:r>
          </w:p>
        </w:tc>
      </w:tr>
      <w:tr w:rsidR="000B5D60" w:rsidRPr="002C279A" w14:paraId="16D92E8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208C0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Двигатель не запускается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A799F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Нет питания / сработал автомат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CA7AE2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Проверить сеть, вводной автомат и защиту; подключение — электриком.</w:t>
            </w:r>
          </w:p>
        </w:tc>
      </w:tr>
      <w:tr w:rsidR="000B5D60" w:rsidRPr="002C279A" w14:paraId="0F0C3FB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32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D9F530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Двигатель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гудит</w:t>
            </w:r>
            <w:proofErr w:type="spellEnd"/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A0029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Неправильное напряжение, обрыв фазы, заклинивание</w:t>
            </w:r>
          </w:p>
        </w:tc>
        <w:tc>
          <w:tcPr>
            <w:tcW w:w="3969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910227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Немедленно отключить; проверить сеть и насос.</w:t>
            </w:r>
          </w:p>
        </w:tc>
      </w:tr>
      <w:tr w:rsidR="000B5D60" w:rsidRPr="002C279A" w14:paraId="4CDC174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F586D4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Срабатывает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защита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425F1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Перегрузка, низкое напряжение, перегрев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45BFCE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Дать </w:t>
            </w:r>
            <w:r w:rsidRPr="002C279A">
              <w:rPr>
                <w:sz w:val="15"/>
                <w:lang w:val="ru-RU"/>
              </w:rPr>
              <w:t>остыть; устранить причину. Не включать многократно.</w:t>
            </w:r>
          </w:p>
        </w:tc>
      </w:tr>
      <w:tr w:rsidR="000B5D60" w:rsidRPr="002C279A" w14:paraId="6C37DF2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32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74F527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 xml:space="preserve">Total Stop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останавливает</w:t>
            </w:r>
            <w:proofErr w:type="spellEnd"/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ED9928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Неисправно реле давления / течь / регулятор</w:t>
            </w:r>
          </w:p>
        </w:tc>
        <w:tc>
          <w:tcPr>
            <w:tcW w:w="3969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197203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Выключить вручную, устранить течь, обратиться в сервис.</w:t>
            </w:r>
          </w:p>
        </w:tc>
      </w:tr>
      <w:tr w:rsidR="000B5D60" w:rsidRPr="002C279A" w14:paraId="5ED4980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7934B0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Частые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самопуски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E7031A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Течь в напорной линии или негерметичен клапан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6EDB01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Проверить шланг, пистолет, фитинги и обратный клапан.</w:t>
            </w:r>
          </w:p>
        </w:tc>
      </w:tr>
      <w:tr w:rsidR="000B5D60" w:rsidRPr="002C279A" w14:paraId="001E69B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32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D9C04E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Давление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восстанавливается</w:t>
            </w:r>
            <w:proofErr w:type="spellEnd"/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B32FC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Засор, воздух, недостаточная вода</w:t>
            </w:r>
          </w:p>
        </w:tc>
        <w:tc>
          <w:tcPr>
            <w:tcW w:w="3969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3D9F8B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Очистить фильтр и форсунку, удалить воздух.</w:t>
            </w:r>
          </w:p>
        </w:tc>
      </w:tr>
      <w:tr w:rsidR="000B5D60" w:rsidRPr="002C279A" w14:paraId="3C9A877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32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C98F1B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Сильная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вибрация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83D68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Ослаблен крепёж / неисправны виброопоры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CABBF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Остановить, проверить </w:t>
            </w:r>
            <w:r w:rsidRPr="002C279A">
              <w:rPr>
                <w:sz w:val="15"/>
                <w:lang w:val="ru-RU"/>
              </w:rPr>
              <w:t>крепёж; заменить опоры.</w:t>
            </w:r>
          </w:p>
        </w:tc>
      </w:tr>
      <w:tr w:rsidR="000B5D60" w:rsidRPr="002C279A" w14:paraId="19653A2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232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4ACC2D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5"/>
              </w:rPr>
              <w:t>Перегрев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воды</w:t>
            </w:r>
            <w:proofErr w:type="spellEnd"/>
            <w:r>
              <w:rPr>
                <w:sz w:val="15"/>
              </w:rPr>
              <w:t xml:space="preserve"> в </w:t>
            </w:r>
            <w:proofErr w:type="spellStart"/>
            <w:r>
              <w:rPr>
                <w:sz w:val="15"/>
              </w:rPr>
              <w:t>насосе</w:t>
            </w:r>
            <w:proofErr w:type="spellEnd"/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8790D2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Длительная работа с закрытым пистолетом</w:t>
            </w:r>
          </w:p>
        </w:tc>
        <w:tc>
          <w:tcPr>
            <w:tcW w:w="3969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BA427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Остановить и охладить; устранить неисправность </w:t>
            </w:r>
            <w:r>
              <w:rPr>
                <w:sz w:val="15"/>
              </w:rPr>
              <w:t>Total</w:t>
            </w:r>
            <w:r w:rsidRPr="002C279A">
              <w:rPr>
                <w:sz w:val="15"/>
                <w:lang w:val="ru-RU"/>
              </w:rPr>
              <w:t xml:space="preserve"> </w:t>
            </w:r>
            <w:r>
              <w:rPr>
                <w:sz w:val="15"/>
              </w:rPr>
              <w:t>Stop</w:t>
            </w:r>
            <w:r w:rsidRPr="002C279A">
              <w:rPr>
                <w:sz w:val="15"/>
                <w:lang w:val="ru-RU"/>
              </w:rPr>
              <w:t>.</w:t>
            </w:r>
          </w:p>
        </w:tc>
      </w:tr>
      <w:tr w:rsidR="000B5D60" w:rsidRPr="002C279A" w14:paraId="3665A99A" w14:textId="77777777">
        <w:tblPrEx>
          <w:tblBorders>
            <w:top w:val="single" w:sz="8" w:space="0" w:color="A4161A"/>
            <w:left w:val="single" w:sz="8" w:space="0" w:color="A4161A"/>
            <w:bottom w:val="single" w:sz="8" w:space="0" w:color="A4161A"/>
            <w:right w:val="single" w:sz="8" w:space="0" w:color="A4161A"/>
            <w:insideH w:val="single" w:sz="8" w:space="0" w:color="A4161A"/>
            <w:insideV w:val="single" w:sz="8" w:space="0" w:color="A4161A"/>
          </w:tblBorders>
        </w:tblPrEx>
        <w:trPr>
          <w:jc w:val="center"/>
        </w:trPr>
        <w:tc>
          <w:tcPr>
            <w:tcW w:w="10206" w:type="dxa"/>
            <w:gridSpan w:val="4"/>
            <w:shd w:val="clear" w:color="auto" w:fill="FCE8E9"/>
          </w:tcPr>
          <w:p w14:paraId="5B7560D5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A4161A"/>
                <w:sz w:val="18"/>
                <w:lang w:val="ru-RU"/>
              </w:rPr>
              <w:t>РЕМОНТ ЭЛЕКТРИЧЕСКОЙ ЧАСТИ</w:t>
            </w:r>
          </w:p>
          <w:p w14:paraId="4110A3B8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Работы внутри панели 380 В выполняются только квалифицированным </w:t>
            </w:r>
            <w:r w:rsidRPr="002C279A">
              <w:rPr>
                <w:sz w:val="17"/>
                <w:lang w:val="ru-RU"/>
              </w:rPr>
              <w:t>специалистом при полном снятии напряжения.</w:t>
            </w:r>
          </w:p>
        </w:tc>
      </w:tr>
    </w:tbl>
    <w:p w14:paraId="75285807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27C5F1A4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12 • КАТАЛОГ ДЕТАЛЕЙ</w:t>
      </w:r>
    </w:p>
    <w:p w14:paraId="6FD3E609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Заводская схема аппарата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6529A7C6" w14:textId="77777777">
        <w:trPr>
          <w:jc w:val="center"/>
        </w:trPr>
        <w:tc>
          <w:tcPr>
            <w:tcW w:w="10206" w:type="dxa"/>
            <w:shd w:val="clear" w:color="auto" w:fill="ED1C24"/>
          </w:tcPr>
          <w:p w14:paraId="2F2CCFB9" w14:textId="77777777" w:rsidR="000B5D60" w:rsidRPr="002C279A" w:rsidRDefault="000B5D60">
            <w:pPr>
              <w:rPr>
                <w:lang w:val="ru-RU"/>
              </w:rPr>
            </w:pPr>
          </w:p>
        </w:tc>
      </w:tr>
    </w:tbl>
    <w:p w14:paraId="0A164048" w14:textId="77777777" w:rsidR="000B5D60" w:rsidRDefault="00FE4C7A">
      <w:pPr>
        <w:spacing w:after="40"/>
        <w:jc w:val="center"/>
      </w:pPr>
      <w:r>
        <w:rPr>
          <w:noProof/>
        </w:rPr>
        <w:drawing>
          <wp:inline distT="0" distB="0" distL="0" distR="0" wp14:anchorId="495BD067" wp14:editId="6256D668">
            <wp:extent cx="5256000" cy="74569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745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CCC79" w14:textId="77777777" w:rsidR="000B5D60" w:rsidRPr="002C279A" w:rsidRDefault="00FE4C7A">
      <w:pPr>
        <w:pStyle w:val="SmallCaption"/>
        <w:rPr>
          <w:lang w:val="ru-RU"/>
        </w:rPr>
      </w:pPr>
      <w:r w:rsidRPr="002C279A">
        <w:rPr>
          <w:lang w:val="ru-RU"/>
        </w:rPr>
        <w:t xml:space="preserve">Заводская компоновка узлов </w:t>
      </w:r>
      <w:r>
        <w:t>BT</w:t>
      </w:r>
      <w:r w:rsidRPr="002C279A">
        <w:rPr>
          <w:lang w:val="ru-RU"/>
        </w:rPr>
        <w:t>‑</w:t>
      </w:r>
      <w:r w:rsidRPr="002C279A">
        <w:rPr>
          <w:lang w:val="ru-RU"/>
        </w:rPr>
        <w:t>1520</w:t>
      </w:r>
      <w:r>
        <w:t>B</w:t>
      </w:r>
      <w:r w:rsidRPr="002C279A">
        <w:rPr>
          <w:lang w:val="ru-RU"/>
        </w:rPr>
        <w:t xml:space="preserve">3 / </w:t>
      </w:r>
      <w:r>
        <w:t>BT</w:t>
      </w:r>
      <w:r w:rsidRPr="002C279A">
        <w:rPr>
          <w:lang w:val="ru-RU"/>
        </w:rPr>
        <w:t>‑</w:t>
      </w:r>
      <w:r w:rsidRPr="002C279A">
        <w:rPr>
          <w:lang w:val="ru-RU"/>
        </w:rPr>
        <w:t>1525</w:t>
      </w:r>
      <w:r>
        <w:t>B</w:t>
      </w:r>
      <w:r w:rsidRPr="002C279A">
        <w:rPr>
          <w:lang w:val="ru-RU"/>
        </w:rPr>
        <w:t xml:space="preserve">3. Для </w:t>
      </w:r>
      <w:r>
        <w:t>BT</w:t>
      </w:r>
      <w:r w:rsidRPr="002C279A">
        <w:rPr>
          <w:lang w:val="ru-RU"/>
        </w:rPr>
        <w:t>‑</w:t>
      </w:r>
      <w:r w:rsidRPr="002C279A">
        <w:rPr>
          <w:lang w:val="ru-RU"/>
        </w:rPr>
        <w:t>1525</w:t>
      </w:r>
      <w:r>
        <w:t>B</w:t>
      </w:r>
      <w:r w:rsidRPr="002C279A">
        <w:rPr>
          <w:lang w:val="ru-RU"/>
        </w:rPr>
        <w:t xml:space="preserve">3 применяется двигатель 7,5 кВт и насос </w:t>
      </w:r>
      <w:r>
        <w:t>BM</w:t>
      </w:r>
      <w:r w:rsidRPr="002C279A">
        <w:rPr>
          <w:lang w:val="ru-RU"/>
        </w:rPr>
        <w:t>1525.</w:t>
      </w:r>
    </w:p>
    <w:tbl>
      <w:tblPr>
        <w:tblW w:w="0" w:type="auto"/>
        <w:jc w:val="center"/>
        <w:tblBorders>
          <w:top w:val="single" w:sz="8" w:space="0" w:color="24566B"/>
          <w:left w:val="single" w:sz="8" w:space="0" w:color="24566B"/>
          <w:bottom w:val="single" w:sz="8" w:space="0" w:color="24566B"/>
          <w:right w:val="single" w:sz="8" w:space="0" w:color="24566B"/>
          <w:insideH w:val="single" w:sz="8" w:space="0" w:color="24566B"/>
          <w:insideV w:val="single" w:sz="8" w:space="0" w:color="24566B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193F87EA" w14:textId="77777777">
        <w:trPr>
          <w:jc w:val="center"/>
        </w:trPr>
        <w:tc>
          <w:tcPr>
            <w:tcW w:w="10206" w:type="dxa"/>
            <w:shd w:val="clear" w:color="auto" w:fill="EAF4F8"/>
          </w:tcPr>
          <w:p w14:paraId="0A2CE7EC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24566B"/>
                <w:sz w:val="18"/>
                <w:lang w:val="ru-RU"/>
              </w:rPr>
              <w:t>КАК ПОЛЬЗОВАТЬСЯ КАТАЛОГОМ</w:t>
            </w:r>
          </w:p>
          <w:p w14:paraId="77C9F16B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Обозначение группы на схеме сопоставляйте с таблицей. Перед заказом указывайте точную модель </w:t>
            </w:r>
            <w:r>
              <w:rPr>
                <w:sz w:val="17"/>
              </w:rPr>
              <w:t>BT</w:t>
            </w:r>
            <w:r w:rsidRPr="002C279A">
              <w:rPr>
                <w:sz w:val="17"/>
                <w:lang w:val="ru-RU"/>
              </w:rPr>
              <w:t>‑</w:t>
            </w:r>
            <w:r w:rsidRPr="002C279A">
              <w:rPr>
                <w:sz w:val="17"/>
                <w:lang w:val="ru-RU"/>
              </w:rPr>
              <w:t>1520</w:t>
            </w:r>
            <w:r>
              <w:rPr>
                <w:sz w:val="17"/>
              </w:rPr>
              <w:t>B</w:t>
            </w:r>
            <w:r w:rsidRPr="002C279A">
              <w:rPr>
                <w:sz w:val="17"/>
                <w:lang w:val="ru-RU"/>
              </w:rPr>
              <w:t xml:space="preserve">3 или </w:t>
            </w:r>
            <w:r>
              <w:rPr>
                <w:sz w:val="17"/>
              </w:rPr>
              <w:t>BT</w:t>
            </w:r>
            <w:r w:rsidRPr="002C279A">
              <w:rPr>
                <w:sz w:val="17"/>
                <w:lang w:val="ru-RU"/>
              </w:rPr>
              <w:t>‑</w:t>
            </w:r>
            <w:r w:rsidRPr="002C279A">
              <w:rPr>
                <w:sz w:val="17"/>
                <w:lang w:val="ru-RU"/>
              </w:rPr>
              <w:t>1525</w:t>
            </w:r>
            <w:r>
              <w:rPr>
                <w:sz w:val="17"/>
              </w:rPr>
              <w:t>B</w:t>
            </w:r>
            <w:r w:rsidRPr="002C279A">
              <w:rPr>
                <w:sz w:val="17"/>
                <w:lang w:val="ru-RU"/>
              </w:rPr>
              <w:t>3, серийный номер и артикул детали.</w:t>
            </w:r>
          </w:p>
        </w:tc>
      </w:tr>
    </w:tbl>
    <w:p w14:paraId="354DE12B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07C3FB34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12 • КАТАЛОГ ДЕТАЛЕЙ</w:t>
      </w:r>
    </w:p>
    <w:p w14:paraId="04889F6F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Каталог деталей аппарата — часть 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976"/>
        <w:gridCol w:w="1980"/>
        <w:gridCol w:w="4287"/>
        <w:gridCol w:w="1821"/>
        <w:gridCol w:w="358"/>
      </w:tblGrid>
      <w:tr w:rsidR="000B5D60" w:rsidRPr="002C279A" w14:paraId="5D1C2204" w14:textId="77777777">
        <w:trPr>
          <w:jc w:val="center"/>
        </w:trPr>
        <w:tc>
          <w:tcPr>
            <w:tcW w:w="10206" w:type="dxa"/>
            <w:gridSpan w:val="5"/>
            <w:shd w:val="clear" w:color="auto" w:fill="ED1C24"/>
          </w:tcPr>
          <w:p w14:paraId="085918E1" w14:textId="77777777" w:rsidR="000B5D60" w:rsidRPr="002C279A" w:rsidRDefault="000B5D60">
            <w:pPr>
              <w:rPr>
                <w:lang w:val="ru-RU"/>
              </w:rPr>
            </w:pPr>
          </w:p>
        </w:tc>
      </w:tr>
      <w:tr w:rsidR="000B5D60" w14:paraId="1A42C46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tblHeader/>
          <w:jc w:val="center"/>
        </w:trPr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51C8B9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Позиция</w:t>
            </w:r>
            <w:proofErr w:type="spellEnd"/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8E2FCF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Артикул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CCE06F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CAB9B2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Кол.</w:t>
            </w:r>
          </w:p>
        </w:tc>
      </w:tr>
      <w:tr w:rsidR="000B5D60" w14:paraId="090D614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76262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BT‑B3‑01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A23B2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590418300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C3F540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Пистолет с удлинительной трубкой </w:t>
            </w:r>
            <w:r>
              <w:rPr>
                <w:sz w:val="15"/>
              </w:rPr>
              <w:t>M</w:t>
            </w:r>
            <w:r w:rsidRPr="002C279A">
              <w:rPr>
                <w:sz w:val="15"/>
                <w:lang w:val="ru-RU"/>
              </w:rPr>
              <w:t>350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A466E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E74057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5A7A39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BT‑B3‑02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0FBFD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500014006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3F5A7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Манометр 400 бар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7F873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89E0CE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02FCC1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BT‑B3‑02A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A72D0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500014008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76AF1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Манометр 600 бар (вариант)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271D5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063F0E0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61B021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BT‑B3‑03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AEB89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590403030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ECEB4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Шланг подачи воды, 3 м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09C10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66571B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09DCEA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BT‑B3‑03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6CC39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590402050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9855B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Хомут шланга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1E245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2</w:t>
            </w:r>
          </w:p>
        </w:tc>
      </w:tr>
      <w:tr w:rsidR="000B5D60" w14:paraId="007A56F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C8CF07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BT‑B3‑04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BB23F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590408240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EE40A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Шланг высокого давления 8 мм / 10 м / </w:t>
            </w:r>
            <w:r>
              <w:rPr>
                <w:sz w:val="15"/>
              </w:rPr>
              <w:t>M</w:t>
            </w:r>
            <w:r w:rsidRPr="002C279A">
              <w:rPr>
                <w:sz w:val="15"/>
                <w:lang w:val="ru-RU"/>
              </w:rPr>
              <w:t>22×1,5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5F277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A0F1EC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677EC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BT‑B3‑04A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77567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590408720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3DAF48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Двухслойный шланг ВД 8 мм / 10 м / </w:t>
            </w:r>
            <w:r>
              <w:rPr>
                <w:sz w:val="15"/>
              </w:rPr>
              <w:t>M</w:t>
            </w:r>
            <w:r w:rsidRPr="002C279A">
              <w:rPr>
                <w:sz w:val="15"/>
                <w:lang w:val="ru-RU"/>
              </w:rPr>
              <w:t>22×1,5 (вариант)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7A4E0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549B8C6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1BBA43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BT‑B3‑05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C5889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590407260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16B49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Форсунка красная 045 — 0°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1A0E1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0023C2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65412C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BT‑B3‑05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82305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590407440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846CA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Форсунка жёлтая 045 — 15°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499C6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2E0D785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C9FC4E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BT‑B3‑05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E1244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590407620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38F5B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Форсунка зелёная 045 — 25°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36F2C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859D0E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CE819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BT‑B3‑05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4E4B7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590407100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B28E6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Форсунка белая 045 — 40°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0E658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7760393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AFCDE9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6‑1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7B52F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304226107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2B8A9B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Узел провода реле давления </w:t>
            </w:r>
            <w:r>
              <w:rPr>
                <w:sz w:val="15"/>
              </w:rPr>
              <w:t>KBM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7115D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109BD6F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7FD7E9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6‑2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8AD2E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306252405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C97F7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Выходной штуцер VC M22×1,5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2B139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0B17236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9250F1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6‑3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38028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832406040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C5816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Клапан регулировки давления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024B7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155248D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B4E46F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BT‑B3‑07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AC1F8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590415010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42A0D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Двойной входной фильтр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220CC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2240C2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C0A883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BT‑B3‑08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0D659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101010030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FFD81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Руководство по эксплуатации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1253C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52A63C0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F1E884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BT‑B3‑09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71CEF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101063032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1DD0B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Предупреждающая табличка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DCE76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:rsidRPr="002C279A" w14:paraId="4DA665FA" w14:textId="77777777">
        <w:tblPrEx>
          <w:tblBorders>
            <w:top w:val="single" w:sz="8" w:space="0" w:color="24566B"/>
            <w:left w:val="single" w:sz="8" w:space="0" w:color="24566B"/>
            <w:bottom w:val="single" w:sz="8" w:space="0" w:color="24566B"/>
            <w:right w:val="single" w:sz="8" w:space="0" w:color="24566B"/>
            <w:insideH w:val="single" w:sz="8" w:space="0" w:color="24566B"/>
            <w:insideV w:val="single" w:sz="8" w:space="0" w:color="24566B"/>
          </w:tblBorders>
        </w:tblPrEx>
        <w:trPr>
          <w:jc w:val="center"/>
        </w:trPr>
        <w:tc>
          <w:tcPr>
            <w:tcW w:w="10206" w:type="dxa"/>
            <w:gridSpan w:val="5"/>
            <w:shd w:val="clear" w:color="auto" w:fill="EAF4F8"/>
          </w:tcPr>
          <w:p w14:paraId="4E5A8C33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24566B"/>
                <w:sz w:val="18"/>
                <w:lang w:val="ru-RU"/>
              </w:rPr>
              <w:t>ВАРИАНТ ИСПОЛНЕНИЯ</w:t>
            </w:r>
          </w:p>
          <w:p w14:paraId="02C15354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Позиции с суффиксом </w:t>
            </w:r>
            <w:r>
              <w:rPr>
                <w:sz w:val="17"/>
              </w:rPr>
              <w:t>A</w:t>
            </w:r>
            <w:r w:rsidRPr="002C279A">
              <w:rPr>
                <w:sz w:val="17"/>
                <w:lang w:val="ru-RU"/>
              </w:rPr>
              <w:t xml:space="preserve"> относятся к разным заводским исполнениям. Сверяйте электродвигатель, манометр и насос по </w:t>
            </w:r>
            <w:r w:rsidRPr="002C279A">
              <w:rPr>
                <w:sz w:val="17"/>
                <w:lang w:val="ru-RU"/>
              </w:rPr>
              <w:t>модели и шильдику.</w:t>
            </w:r>
          </w:p>
        </w:tc>
      </w:tr>
    </w:tbl>
    <w:p w14:paraId="03A304F6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20021362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12 • КАТАЛОГ ДЕТАЛЕЙ</w:t>
      </w:r>
    </w:p>
    <w:p w14:paraId="0AAE4B0E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Каталог деталей аппарата — часть 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952"/>
        <w:gridCol w:w="1989"/>
        <w:gridCol w:w="4287"/>
        <w:gridCol w:w="1833"/>
        <w:gridCol w:w="361"/>
      </w:tblGrid>
      <w:tr w:rsidR="000B5D60" w:rsidRPr="002C279A" w14:paraId="27DCDB28" w14:textId="77777777">
        <w:trPr>
          <w:jc w:val="center"/>
        </w:trPr>
        <w:tc>
          <w:tcPr>
            <w:tcW w:w="10206" w:type="dxa"/>
            <w:gridSpan w:val="5"/>
            <w:shd w:val="clear" w:color="auto" w:fill="ED1C24"/>
          </w:tcPr>
          <w:p w14:paraId="5B821141" w14:textId="77777777" w:rsidR="000B5D60" w:rsidRPr="002C279A" w:rsidRDefault="000B5D60">
            <w:pPr>
              <w:rPr>
                <w:lang w:val="ru-RU"/>
              </w:rPr>
            </w:pPr>
          </w:p>
        </w:tc>
      </w:tr>
      <w:tr w:rsidR="000B5D60" w14:paraId="10E714E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tblHeader/>
          <w:jc w:val="center"/>
        </w:trPr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D060A0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Позиция</w:t>
            </w:r>
            <w:proofErr w:type="spellEnd"/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17C4D2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Артикул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E69F4E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7A4647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Кол.</w:t>
            </w:r>
          </w:p>
        </w:tc>
      </w:tr>
      <w:tr w:rsidR="000B5D60" w14:paraId="43A6C22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1A506B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BT‑B3‑09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8BD29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101000020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19D94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Информационная наклейка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B108A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48B74B8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73C5FB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10‑1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7F30A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590202010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7999D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Болт с шестигранной головкой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0F583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4</w:t>
            </w:r>
          </w:p>
        </w:tc>
      </w:tr>
      <w:tr w:rsidR="000B5D60" w14:paraId="7788138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D88FCC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10‑2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11493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590202019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32C77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 xml:space="preserve">Болт с </w:t>
            </w:r>
            <w:r>
              <w:rPr>
                <w:sz w:val="15"/>
              </w:rPr>
              <w:t>шестигранной головкой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1A8C6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8</w:t>
            </w:r>
          </w:p>
        </w:tc>
      </w:tr>
      <w:tr w:rsidR="000B5D60" w14:paraId="3B9F821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629F14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10‑3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7D852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590203403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6AF10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Самоконтрящаяся гайка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AE7A8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6</w:t>
            </w:r>
          </w:p>
        </w:tc>
      </w:tr>
      <w:tr w:rsidR="000B5D60" w14:paraId="18190B4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4E2ED3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10‑4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6754A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590204001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26879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Плоская шайба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2D9E2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32</w:t>
            </w:r>
          </w:p>
        </w:tc>
      </w:tr>
      <w:tr w:rsidR="000B5D60" w14:paraId="59AC444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D22C63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10‑5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FD8F0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590702040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65012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Кожух из нержавеющей стали 5,5–7,5 кВт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EAB19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2C634D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C3A255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11‑1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376CE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590409060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597B1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Виброопора электродвигателя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D4CCE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2</w:t>
            </w:r>
          </w:p>
        </w:tc>
      </w:tr>
      <w:tr w:rsidR="000B5D60" w14:paraId="217FE03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E67518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11‑2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271B1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590202005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48425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Болт с шестигранной головкой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25C19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6</w:t>
            </w:r>
          </w:p>
        </w:tc>
      </w:tr>
      <w:tr w:rsidR="000B5D60" w14:paraId="10C6BDA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C8B634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11‑3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02D32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590610040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6AD549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Электродвигатель 5,5 кВт / 4 полюса / 380 В — </w:t>
            </w:r>
            <w:r>
              <w:rPr>
                <w:sz w:val="15"/>
              </w:rPr>
              <w:t>BT</w:t>
            </w:r>
            <w:r w:rsidRPr="002C279A">
              <w:rPr>
                <w:sz w:val="15"/>
                <w:lang w:val="ru-RU"/>
              </w:rPr>
              <w:t>‑</w:t>
            </w:r>
            <w:r w:rsidRPr="002C279A">
              <w:rPr>
                <w:sz w:val="15"/>
                <w:lang w:val="ru-RU"/>
              </w:rPr>
              <w:t>1520</w:t>
            </w:r>
            <w:r>
              <w:rPr>
                <w:sz w:val="15"/>
              </w:rPr>
              <w:t>B</w:t>
            </w:r>
            <w:r w:rsidRPr="002C279A">
              <w:rPr>
                <w:sz w:val="15"/>
                <w:lang w:val="ru-RU"/>
              </w:rPr>
              <w:t>3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8516C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F9099C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66C42D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11‑3A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80CCA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590612180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375E55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Электродвигатель 7,5 кВт / 4 полюса / 380 В — </w:t>
            </w:r>
            <w:r>
              <w:rPr>
                <w:sz w:val="15"/>
              </w:rPr>
              <w:t>BT</w:t>
            </w:r>
            <w:r w:rsidRPr="002C279A">
              <w:rPr>
                <w:sz w:val="15"/>
                <w:lang w:val="ru-RU"/>
              </w:rPr>
              <w:t>‑</w:t>
            </w:r>
            <w:r w:rsidRPr="002C279A">
              <w:rPr>
                <w:sz w:val="15"/>
                <w:lang w:val="ru-RU"/>
              </w:rPr>
              <w:t>1525</w:t>
            </w:r>
            <w:r>
              <w:rPr>
                <w:sz w:val="15"/>
              </w:rPr>
              <w:t>B</w:t>
            </w:r>
            <w:r w:rsidRPr="002C279A">
              <w:rPr>
                <w:sz w:val="15"/>
                <w:lang w:val="ru-RU"/>
              </w:rPr>
              <w:t>3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2AC9E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5F75A00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675E4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11‑4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978E9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590204005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474DA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Плоская шайба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7A6B5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4</w:t>
            </w:r>
          </w:p>
        </w:tc>
      </w:tr>
      <w:tr w:rsidR="000B5D60" w14:paraId="5BEE82E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8842AB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11‑5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72811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590203403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CE7F6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Самоконтрящаяся гайка M8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FA99E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4</w:t>
            </w:r>
          </w:p>
        </w:tc>
      </w:tr>
      <w:tr w:rsidR="000B5D60" w14:paraId="15E458C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202E1B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12‑1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95B46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590405030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35964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 xml:space="preserve">Колесо </w:t>
            </w:r>
            <w:r>
              <w:rPr>
                <w:sz w:val="15"/>
              </w:rPr>
              <w:t>цельнолитое 10″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D3D02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2</w:t>
            </w:r>
          </w:p>
        </w:tc>
      </w:tr>
      <w:tr w:rsidR="000B5D60" w14:paraId="7AEBF11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2DCAFD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12‑2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D134D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590708031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E3CE6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Ось колеса 55×15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7314A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2</w:t>
            </w:r>
          </w:p>
        </w:tc>
      </w:tr>
      <w:tr w:rsidR="000B5D60" w14:paraId="6523AF4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8D799E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13‑1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7F6FF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304226001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F6970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Блок электрического управления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0D4BD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73E6A84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0822C4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13‑2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2A893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101270150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DF4F9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Автомат защиты от утечки, 380 В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FDEFD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2375389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D1925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13‑3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E7ED7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101270120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8D002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Контактор переменного тока, 380 В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4C055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</w:tbl>
    <w:p w14:paraId="6308C102" w14:textId="77777777" w:rsidR="000B5D60" w:rsidRDefault="00FE4C7A">
      <w:r>
        <w:br w:type="page"/>
      </w:r>
    </w:p>
    <w:p w14:paraId="61E166DB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12 • КАТАЛОГ ДЕТАЛЕЙ</w:t>
      </w:r>
    </w:p>
    <w:p w14:paraId="1F33C670" w14:textId="77777777" w:rsidR="000B5D60" w:rsidRDefault="00FE4C7A">
      <w:pPr>
        <w:pStyle w:val="1"/>
      </w:pPr>
      <w:r>
        <w:t xml:space="preserve">Каталог </w:t>
      </w:r>
      <w:r>
        <w:t>деталей аппарата — часть 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959"/>
        <w:gridCol w:w="1997"/>
        <w:gridCol w:w="4261"/>
        <w:gridCol w:w="1842"/>
        <w:gridCol w:w="363"/>
      </w:tblGrid>
      <w:tr w:rsidR="000B5D60" w14:paraId="4A4764EF" w14:textId="77777777">
        <w:trPr>
          <w:jc w:val="center"/>
        </w:trPr>
        <w:tc>
          <w:tcPr>
            <w:tcW w:w="10206" w:type="dxa"/>
            <w:gridSpan w:val="5"/>
            <w:shd w:val="clear" w:color="auto" w:fill="ED1C24"/>
          </w:tcPr>
          <w:p w14:paraId="2050793A" w14:textId="77777777" w:rsidR="000B5D60" w:rsidRDefault="000B5D60"/>
        </w:tc>
      </w:tr>
      <w:tr w:rsidR="000B5D60" w14:paraId="6D0C656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tblHeader/>
          <w:jc w:val="center"/>
        </w:trPr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F80DE0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Позиция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39172D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Артикул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3AFA27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9B9E16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Кол.</w:t>
            </w:r>
          </w:p>
        </w:tc>
      </w:tr>
      <w:tr w:rsidR="000B5D60" w14:paraId="12B851A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9A9E6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13‑4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BB71D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101769240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0A32B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Поворотный выключатель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47B35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7B559AB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201701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13‑5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1F5DD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304226107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5F4709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Узел провода реле давления </w:t>
            </w:r>
            <w:r>
              <w:rPr>
                <w:sz w:val="15"/>
              </w:rPr>
              <w:t>KBM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3506E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1170B7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1D2211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14‑1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B0BA0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810101060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DD3579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Плунжерный насос высокого давления </w:t>
            </w:r>
            <w:r>
              <w:rPr>
                <w:sz w:val="15"/>
              </w:rPr>
              <w:t>BM</w:t>
            </w:r>
            <w:r w:rsidRPr="002C279A">
              <w:rPr>
                <w:sz w:val="15"/>
                <w:lang w:val="ru-RU"/>
              </w:rPr>
              <w:t xml:space="preserve">1518 / </w:t>
            </w:r>
            <w:r>
              <w:rPr>
                <w:sz w:val="15"/>
              </w:rPr>
              <w:t>BM</w:t>
            </w:r>
            <w:r w:rsidRPr="002C279A">
              <w:rPr>
                <w:sz w:val="15"/>
                <w:lang w:val="ru-RU"/>
              </w:rPr>
              <w:t>1525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592CC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D93171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1F6071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14‑2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C3C03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590201044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B0FC4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 xml:space="preserve">Винт с </w:t>
            </w:r>
            <w:r>
              <w:rPr>
                <w:sz w:val="15"/>
              </w:rPr>
              <w:t>внутренним шестигранником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CB1FE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4</w:t>
            </w:r>
          </w:p>
        </w:tc>
      </w:tr>
      <w:tr w:rsidR="000B5D60" w14:paraId="5899CD3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EAA799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BT‑B3‑15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2C804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590702030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4232F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Держатель пистолета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AAA57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7C37EAF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62D023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16‑1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D78CA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590702060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3CD15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Рукоятка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38DB0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7F8FF92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3D175D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16‑2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B60F5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590702010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77848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Основная рама 5,5–7,5 кВт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23F58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115C2EA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55A887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16‑3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2F23C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590702010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7C4FE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Опора основной рамы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11224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2</w:t>
            </w:r>
          </w:p>
        </w:tc>
      </w:tr>
      <w:tr w:rsidR="000B5D60" w14:paraId="13FF33F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773728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16‑4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8BB5A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590409010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C3888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Виброопора основной рамы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596ED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2</w:t>
            </w:r>
          </w:p>
        </w:tc>
      </w:tr>
      <w:tr w:rsidR="000B5D60" w14:paraId="254988F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791AC4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16‑5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04A61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590702070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64DF3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Поперечина основной рамы 5,5–7,5 кВт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D3AAB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72CCE98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171584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BT‑B3‑17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A1108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590501003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036E3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Входной штуцер G1/2‑19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A750A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2E5BBC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2702D5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18‑1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A480B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303012410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EAD66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Регулятор VC в сборе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310DA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2F8FFA9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6086CC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18‑2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2015F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502403160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F7F7C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Корпус регулятора VC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EA677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B5F8AF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8DAC87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18‑3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2094E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—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FE38C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Ремкомплект регулятора VC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D57E6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2FF1EB8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62F321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18‑4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62B2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500102110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8356A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Керамический плунжер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A047D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7A87F85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E4CE9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18‑5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D6541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301190102</w:t>
            </w:r>
          </w:p>
        </w:tc>
        <w:tc>
          <w:tcPr>
            <w:tcW w:w="578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63E884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Комплект обратных клапанов </w:t>
            </w:r>
            <w:r>
              <w:rPr>
                <w:sz w:val="15"/>
              </w:rPr>
              <w:t>BM</w:t>
            </w:r>
            <w:r w:rsidRPr="002C279A">
              <w:rPr>
                <w:sz w:val="15"/>
                <w:lang w:val="ru-RU"/>
              </w:rPr>
              <w:t>, 8–19 л/мин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DBEFB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1DF866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4F697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18‑6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8CD84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301220102</w:t>
            </w:r>
          </w:p>
        </w:tc>
        <w:tc>
          <w:tcPr>
            <w:tcW w:w="578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533AC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Комплект водяных уплотнений BM18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01888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</w:tbl>
    <w:p w14:paraId="5733CB7F" w14:textId="77777777" w:rsidR="000B5D60" w:rsidRDefault="00FE4C7A">
      <w:r>
        <w:br w:type="page"/>
      </w:r>
    </w:p>
    <w:p w14:paraId="7912BC2C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13 • НАСОС</w:t>
      </w:r>
    </w:p>
    <w:p w14:paraId="5EC9D98C" w14:textId="77777777" w:rsidR="000B5D60" w:rsidRDefault="00FE4C7A">
      <w:pPr>
        <w:pStyle w:val="1"/>
      </w:pPr>
      <w:r>
        <w:t>Взрыв‑схема насоса BM1518 / BM1525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0B5D60" w14:paraId="549449F5" w14:textId="77777777">
        <w:trPr>
          <w:jc w:val="center"/>
        </w:trPr>
        <w:tc>
          <w:tcPr>
            <w:tcW w:w="10206" w:type="dxa"/>
            <w:shd w:val="clear" w:color="auto" w:fill="ED1C24"/>
          </w:tcPr>
          <w:p w14:paraId="00ABA98D" w14:textId="77777777" w:rsidR="000B5D60" w:rsidRDefault="000B5D60"/>
        </w:tc>
      </w:tr>
    </w:tbl>
    <w:p w14:paraId="57E61DA3" w14:textId="77777777" w:rsidR="000B5D60" w:rsidRDefault="00FE4C7A">
      <w:pPr>
        <w:spacing w:after="40"/>
        <w:jc w:val="center"/>
      </w:pPr>
      <w:r>
        <w:rPr>
          <w:noProof/>
        </w:rPr>
        <w:drawing>
          <wp:inline distT="0" distB="0" distL="0" distR="0" wp14:anchorId="386C4F90" wp14:editId="2E3523DA">
            <wp:extent cx="6048000" cy="4276382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276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BCF28" w14:textId="77777777" w:rsidR="000B5D60" w:rsidRPr="002C279A" w:rsidRDefault="00FE4C7A">
      <w:pPr>
        <w:pStyle w:val="SmallCaption"/>
        <w:rPr>
          <w:lang w:val="ru-RU"/>
        </w:rPr>
      </w:pPr>
      <w:r w:rsidRPr="002C279A">
        <w:rPr>
          <w:lang w:val="ru-RU"/>
        </w:rPr>
        <w:t xml:space="preserve">Оригинальный заводской чертёж насоса </w:t>
      </w:r>
      <w:r>
        <w:t>BM</w:t>
      </w:r>
      <w:r w:rsidRPr="002C279A">
        <w:rPr>
          <w:lang w:val="ru-RU"/>
        </w:rPr>
        <w:t xml:space="preserve">; геометрия, выноски и номера позиций </w:t>
      </w:r>
      <w:r w:rsidRPr="002C279A">
        <w:rPr>
          <w:lang w:val="ru-RU"/>
        </w:rPr>
        <w:t>сохранены</w:t>
      </w:r>
    </w:p>
    <w:tbl>
      <w:tblPr>
        <w:tblW w:w="0" w:type="auto"/>
        <w:jc w:val="center"/>
        <w:tblBorders>
          <w:top w:val="single" w:sz="8" w:space="0" w:color="8B5B00"/>
          <w:left w:val="single" w:sz="8" w:space="0" w:color="8B5B00"/>
          <w:bottom w:val="single" w:sz="8" w:space="0" w:color="8B5B00"/>
          <w:right w:val="single" w:sz="8" w:space="0" w:color="8B5B00"/>
          <w:insideH w:val="single" w:sz="8" w:space="0" w:color="8B5B00"/>
          <w:insideV w:val="single" w:sz="8" w:space="0" w:color="8B5B00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06E97972" w14:textId="77777777">
        <w:trPr>
          <w:jc w:val="center"/>
        </w:trPr>
        <w:tc>
          <w:tcPr>
            <w:tcW w:w="10206" w:type="dxa"/>
            <w:shd w:val="clear" w:color="auto" w:fill="FFF4CE"/>
          </w:tcPr>
          <w:p w14:paraId="0A16FC50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8B5B00"/>
                <w:sz w:val="18"/>
                <w:lang w:val="ru-RU"/>
              </w:rPr>
              <w:t>РЕМОНТ НАСОСА</w:t>
            </w:r>
          </w:p>
          <w:p w14:paraId="2EDA472E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>Разборка картера, замена плунжеров, подшипников и уплотнений требуют специального инструмента и выполняются сервисным центром.</w:t>
            </w:r>
          </w:p>
        </w:tc>
      </w:tr>
    </w:tbl>
    <w:p w14:paraId="45E4B3B3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71CEB716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13 • НАСОС</w:t>
      </w:r>
    </w:p>
    <w:p w14:paraId="2252B7C3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Каталог деталей насоса — часть 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785"/>
        <w:gridCol w:w="1953"/>
        <w:gridCol w:w="4549"/>
        <w:gridCol w:w="1786"/>
        <w:gridCol w:w="349"/>
      </w:tblGrid>
      <w:tr w:rsidR="000B5D60" w:rsidRPr="002C279A" w14:paraId="418A8787" w14:textId="77777777">
        <w:trPr>
          <w:jc w:val="center"/>
        </w:trPr>
        <w:tc>
          <w:tcPr>
            <w:tcW w:w="10206" w:type="dxa"/>
            <w:gridSpan w:val="5"/>
            <w:shd w:val="clear" w:color="auto" w:fill="ED1C24"/>
          </w:tcPr>
          <w:p w14:paraId="5A60758D" w14:textId="77777777" w:rsidR="000B5D60" w:rsidRPr="002C279A" w:rsidRDefault="000B5D60">
            <w:pPr>
              <w:rPr>
                <w:lang w:val="ru-RU"/>
              </w:rPr>
            </w:pPr>
          </w:p>
        </w:tc>
      </w:tr>
      <w:tr w:rsidR="000B5D60" w14:paraId="4237604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tblHeader/>
          <w:jc w:val="center"/>
        </w:trPr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7E0FB2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Поз</w:t>
            </w:r>
            <w:proofErr w:type="spellEnd"/>
            <w:r>
              <w:rPr>
                <w:b/>
                <w:color w:val="FFFFFF"/>
                <w:sz w:val="14"/>
              </w:rPr>
              <w:t>.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2D0EB5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Артикул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9A1716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747EF5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Кол.</w:t>
            </w:r>
          </w:p>
        </w:tc>
      </w:tr>
      <w:tr w:rsidR="000B5D60" w14:paraId="4F88A8E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759DD8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3552B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590201014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B2275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Винт с шестигранной головкой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9D1DA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6</w:t>
            </w:r>
          </w:p>
        </w:tc>
      </w:tr>
      <w:tr w:rsidR="000B5D60" w14:paraId="4674408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C56A95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96B1D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301030101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316B8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Задняя крышка насоса BM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F725D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4DD98A3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DBC863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A3864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590101011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627B6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24E7B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5985048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98C8DC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5E681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500102200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CB9E0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Шатун BM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7A7FC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55591EC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CA0D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82349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500102240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2937D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Палец плунжера BM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4FED8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6F91874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FE88FD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DA43C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500102100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67ECE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Шток плунжера BM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F86D9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29C77DA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00BDC9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7DAB0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500102030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15F6D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Картер насоса BM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AA854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0A261D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2B9A79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D2000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500102350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56FD5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Коленчатый вал </w:t>
            </w:r>
            <w:r>
              <w:rPr>
                <w:sz w:val="15"/>
              </w:rPr>
              <w:t>BM</w:t>
            </w:r>
            <w:r w:rsidRPr="002C279A">
              <w:rPr>
                <w:sz w:val="15"/>
                <w:lang w:val="ru-RU"/>
              </w:rPr>
              <w:t>15, Ø24 мм, удлинённый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42617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D7069F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90F4FC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134D0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500011001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7DD09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Призматическая шпонка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B817A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FE9B5E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9DEBCB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6B941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590302002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1D7C9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Радиальный шарикоподшипник 6205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4284B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2567548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F4F1FA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F4081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590205005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E664F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Стопорное кольцо 52‑A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BB598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2</w:t>
            </w:r>
          </w:p>
        </w:tc>
      </w:tr>
      <w:tr w:rsidR="000B5D60" w14:paraId="4FA4823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23BFBB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7F0AE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590108002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D1181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Сальник коленчатого вала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9595E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E8E0DA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23E313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CB361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590101019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E77A5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4DD91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4</w:t>
            </w:r>
          </w:p>
        </w:tc>
      </w:tr>
      <w:tr w:rsidR="000B5D60" w14:paraId="0C5781E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AE0E97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7291B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500010001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4E0C8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Крышка / щуп BM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435D1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3324858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1FD53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424A7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590107003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304BC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Масляное уплотнение плунжера 18 мм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D86EE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1932EE4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23DA4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7877E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500102050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9DC58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Держатель масляного уплотнения 18 мм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AF53E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177EB25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EB20EF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5B4B3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500102150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604C8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Грязесъёмник BM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64939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0B461D1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8C8D24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0FA09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500102110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911DF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Керамический плунжер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78DC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22D13D5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D63453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A2268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500102210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ABC7E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Прокладка BM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1FD23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1142804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2BCC09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3F586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590101105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2F26D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F0A04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4D5673F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407A5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A12A5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500102224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E1952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Фиксирующий болт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23112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</w:tbl>
    <w:p w14:paraId="08ABA04D" w14:textId="77777777" w:rsidR="000B5D60" w:rsidRDefault="00FE4C7A">
      <w:r>
        <w:br w:type="page"/>
      </w:r>
    </w:p>
    <w:p w14:paraId="3B316E15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13 • НАСОС</w:t>
      </w:r>
    </w:p>
    <w:p w14:paraId="7258F9BC" w14:textId="77777777" w:rsidR="000B5D60" w:rsidRDefault="00FE4C7A">
      <w:pPr>
        <w:pStyle w:val="1"/>
      </w:pPr>
      <w:r>
        <w:t>Каталог деталей насоса — часть 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793"/>
        <w:gridCol w:w="1959"/>
        <w:gridCol w:w="4525"/>
        <w:gridCol w:w="1794"/>
        <w:gridCol w:w="351"/>
      </w:tblGrid>
      <w:tr w:rsidR="000B5D60" w14:paraId="551C73EF" w14:textId="77777777">
        <w:trPr>
          <w:jc w:val="center"/>
        </w:trPr>
        <w:tc>
          <w:tcPr>
            <w:tcW w:w="10206" w:type="dxa"/>
            <w:gridSpan w:val="5"/>
            <w:shd w:val="clear" w:color="auto" w:fill="ED1C24"/>
          </w:tcPr>
          <w:p w14:paraId="5A71A6E5" w14:textId="77777777" w:rsidR="000B5D60" w:rsidRDefault="000B5D60"/>
        </w:tc>
      </w:tr>
      <w:tr w:rsidR="000B5D60" w14:paraId="21E01BD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tblHeader/>
          <w:jc w:val="center"/>
        </w:trPr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98825F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Поз.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CE5B97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Артикул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9C8AF7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8C2123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Кол.</w:t>
            </w:r>
          </w:p>
        </w:tc>
      </w:tr>
      <w:tr w:rsidR="000B5D60" w14:paraId="3FB6259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992F65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BC0E2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590101063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78E86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78B49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212E008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CD901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1D819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500101050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0189B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Направляющее кольцо BM18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0E430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6EC7D27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D79348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3A399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590105002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C099F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Дополнительное водяное уплотнение BM18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DE9A0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5313629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E1E37F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E11E8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500101080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5D255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Опорное кольцо BM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6F6F7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2096EEC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BB516B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2F3FA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590104008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AAA67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Основное водяное уплотнение BM18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C0FC2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</w:tr>
      <w:tr w:rsidR="000B5D60" w14:paraId="2BAB5D4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529351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EA7A8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590101035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6B0FF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5053C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14452F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27228B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652AF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500010002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2DA12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Пробка 1/2″ BM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8CAFE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742A491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2F6363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04936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590101023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97800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1678E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6</w:t>
            </w:r>
          </w:p>
        </w:tc>
      </w:tr>
      <w:tr w:rsidR="000B5D60" w14:paraId="3D56FE5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437A5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B7F8F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500101150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D64A5C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Обратный клапан </w:t>
            </w:r>
            <w:r>
              <w:rPr>
                <w:sz w:val="15"/>
              </w:rPr>
              <w:t>BM</w:t>
            </w:r>
            <w:r w:rsidRPr="002C279A">
              <w:rPr>
                <w:sz w:val="15"/>
                <w:lang w:val="ru-RU"/>
              </w:rPr>
              <w:t>‑</w:t>
            </w:r>
            <w:r>
              <w:rPr>
                <w:sz w:val="15"/>
              </w:rPr>
              <w:t>A</w:t>
            </w:r>
            <w:r w:rsidRPr="002C279A">
              <w:rPr>
                <w:sz w:val="15"/>
                <w:lang w:val="ru-RU"/>
              </w:rPr>
              <w:t>, 7–19 л/мин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EF7B3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6</w:t>
            </w:r>
          </w:p>
        </w:tc>
      </w:tr>
      <w:tr w:rsidR="000B5D60" w14:paraId="656FE71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683821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3E32B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590101042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2D53F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FA829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6</w:t>
            </w:r>
          </w:p>
        </w:tc>
      </w:tr>
      <w:tr w:rsidR="000B5D60" w14:paraId="0644CE8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01453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C8D2A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500101100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4626A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Гайка клапана BM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46F57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</w:t>
            </w:r>
          </w:p>
        </w:tc>
      </w:tr>
      <w:tr w:rsidR="000B5D60" w14:paraId="4CB054F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B3A5CD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EC690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590201007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85732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Винт с шестигранной головкой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9E871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8</w:t>
            </w:r>
          </w:p>
        </w:tc>
      </w:tr>
      <w:tr w:rsidR="000B5D60" w14:paraId="7F05C6B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B9687F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EA89E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590204102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B964D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Шайба D6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5E8AF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8</w:t>
            </w:r>
          </w:p>
        </w:tc>
      </w:tr>
      <w:tr w:rsidR="000B5D60" w14:paraId="00F0B96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A497DF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630D9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500101020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0C5F6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Головка цилиндров BM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B593B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42B9341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04BFA4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38C4A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500101110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DD2A5A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Гайка клапана </w:t>
            </w:r>
            <w:r>
              <w:rPr>
                <w:sz w:val="15"/>
              </w:rPr>
              <w:t>BM</w:t>
            </w:r>
            <w:r w:rsidRPr="002C279A">
              <w:rPr>
                <w:sz w:val="15"/>
                <w:lang w:val="ru-RU"/>
              </w:rPr>
              <w:t>, с отверстием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AE7B3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2710CCD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0F8548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7906D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590302004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07CD8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Подшипник 6304 — BT‑1520B3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649E1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28DB848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8F25B4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37A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A63CC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590302012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77C9E9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>Подшипник 6304/4</w:t>
            </w:r>
            <w:r>
              <w:rPr>
                <w:sz w:val="15"/>
              </w:rPr>
              <w:t>P</w:t>
            </w:r>
            <w:r w:rsidRPr="002C279A">
              <w:rPr>
                <w:sz w:val="15"/>
                <w:lang w:val="ru-RU"/>
              </w:rPr>
              <w:t xml:space="preserve">, исполнение 250 бар — </w:t>
            </w:r>
            <w:r>
              <w:rPr>
                <w:sz w:val="15"/>
              </w:rPr>
              <w:t>BT</w:t>
            </w:r>
            <w:r w:rsidRPr="002C279A">
              <w:rPr>
                <w:sz w:val="15"/>
                <w:lang w:val="ru-RU"/>
              </w:rPr>
              <w:t>‑</w:t>
            </w:r>
            <w:r w:rsidRPr="002C279A">
              <w:rPr>
                <w:sz w:val="15"/>
                <w:lang w:val="ru-RU"/>
              </w:rPr>
              <w:t>1525</w:t>
            </w:r>
            <w:r>
              <w:rPr>
                <w:sz w:val="15"/>
              </w:rPr>
              <w:t>B</w:t>
            </w:r>
            <w:r w:rsidRPr="002C279A">
              <w:rPr>
                <w:sz w:val="15"/>
                <w:lang w:val="ru-RU"/>
              </w:rPr>
              <w:t>3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89BB1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0A1A067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78E061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44A3D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301210101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4DFDDF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5"/>
                <w:lang w:val="ru-RU"/>
              </w:rPr>
              <w:t xml:space="preserve">Боковой указатель уровня масла </w:t>
            </w:r>
            <w:r>
              <w:rPr>
                <w:sz w:val="15"/>
              </w:rPr>
              <w:t>BM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10FF2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4C84026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75CD28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4C428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500102230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A154C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Боковая крышка BM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3EAD1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458C09F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5C431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85B85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590201016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FEDC3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Винт с шестигранной головкой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5323A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4</w:t>
            </w:r>
          </w:p>
        </w:tc>
      </w:tr>
      <w:tr w:rsidR="000B5D60" w14:paraId="6196096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68624A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8F84E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101702010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E976F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Масляная пробка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85C9A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5E444C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F35FF4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B4F29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301150101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CAD09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Указатель уровня масла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FF20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7EDC33C2" w14:textId="77777777">
        <w:tblPrEx>
          <w:tblBorders>
            <w:top w:val="single" w:sz="8" w:space="0" w:color="24566B"/>
            <w:left w:val="single" w:sz="8" w:space="0" w:color="24566B"/>
            <w:bottom w:val="single" w:sz="8" w:space="0" w:color="24566B"/>
            <w:right w:val="single" w:sz="8" w:space="0" w:color="24566B"/>
            <w:insideH w:val="single" w:sz="8" w:space="0" w:color="24566B"/>
            <w:insideV w:val="single" w:sz="8" w:space="0" w:color="24566B"/>
          </w:tblBorders>
        </w:tblPrEx>
        <w:trPr>
          <w:jc w:val="center"/>
        </w:trPr>
        <w:tc>
          <w:tcPr>
            <w:tcW w:w="10206" w:type="dxa"/>
            <w:gridSpan w:val="5"/>
            <w:shd w:val="clear" w:color="auto" w:fill="EAF4F8"/>
          </w:tcPr>
          <w:p w14:paraId="112FE236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24566B"/>
                <w:sz w:val="18"/>
                <w:lang w:val="ru-RU"/>
              </w:rPr>
              <w:t>РЕКОМЕНДУЕМЫЕ КОМПЛЕКТЫ</w:t>
            </w:r>
          </w:p>
          <w:p w14:paraId="7505E983" w14:textId="77777777" w:rsidR="000B5D60" w:rsidRDefault="00FE4C7A">
            <w:pPr>
              <w:spacing w:after="0" w:line="245" w:lineRule="auto"/>
            </w:pPr>
            <w:r w:rsidRPr="002C279A">
              <w:rPr>
                <w:sz w:val="17"/>
                <w:lang w:val="ru-RU"/>
              </w:rPr>
              <w:t xml:space="preserve">Водяные уплотнения: 301220102. Комплект обратных клапанов: 301190102. </w:t>
            </w:r>
            <w:proofErr w:type="spellStart"/>
            <w:r>
              <w:rPr>
                <w:sz w:val="17"/>
              </w:rPr>
              <w:t>Перед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заказом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подтвердите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исполнение</w:t>
            </w:r>
            <w:proofErr w:type="spellEnd"/>
            <w:r>
              <w:rPr>
                <w:sz w:val="17"/>
              </w:rPr>
              <w:t xml:space="preserve"> насоса по шильдику.</w:t>
            </w:r>
          </w:p>
        </w:tc>
      </w:tr>
    </w:tbl>
    <w:p w14:paraId="60BA8C57" w14:textId="77777777" w:rsidR="000B5D60" w:rsidRDefault="00FE4C7A">
      <w:r>
        <w:br w:type="page"/>
      </w:r>
    </w:p>
    <w:p w14:paraId="6FA6D0FA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14 • РЕГУЛЯТОР</w:t>
      </w:r>
    </w:p>
    <w:p w14:paraId="6DABEBD2" w14:textId="77777777" w:rsidR="000B5D60" w:rsidRDefault="00FE4C7A">
      <w:pPr>
        <w:pStyle w:val="1"/>
      </w:pPr>
      <w:r>
        <w:t>Взрыв‑схема регулятора VRC300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206"/>
      </w:tblGrid>
      <w:tr w:rsidR="000B5D60" w14:paraId="70B75859" w14:textId="77777777">
        <w:trPr>
          <w:jc w:val="center"/>
        </w:trPr>
        <w:tc>
          <w:tcPr>
            <w:tcW w:w="10206" w:type="dxa"/>
            <w:shd w:val="clear" w:color="auto" w:fill="ED1C24"/>
          </w:tcPr>
          <w:p w14:paraId="7782D1CB" w14:textId="77777777" w:rsidR="000B5D60" w:rsidRDefault="000B5D60"/>
        </w:tc>
      </w:tr>
    </w:tbl>
    <w:p w14:paraId="44C5350F" w14:textId="77777777" w:rsidR="000B5D60" w:rsidRDefault="00FE4C7A">
      <w:pPr>
        <w:spacing w:after="40"/>
        <w:jc w:val="center"/>
      </w:pPr>
      <w:r>
        <w:rPr>
          <w:noProof/>
        </w:rPr>
        <w:drawing>
          <wp:inline distT="0" distB="0" distL="0" distR="0" wp14:anchorId="47AD222F" wp14:editId="5805438F">
            <wp:extent cx="2304000" cy="592896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ulator_exploded_ru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592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15B7C" w14:textId="77777777" w:rsidR="000B5D60" w:rsidRPr="002C279A" w:rsidRDefault="00FE4C7A">
      <w:pPr>
        <w:pStyle w:val="SmallCaption"/>
        <w:rPr>
          <w:lang w:val="ru-RU"/>
        </w:rPr>
      </w:pPr>
      <w:r w:rsidRPr="002C279A">
        <w:rPr>
          <w:lang w:val="ru-RU"/>
        </w:rPr>
        <w:t>Оригинальный заводской чертёж; иностранный заголовок удалён, позиции 1–42 сохранены</w:t>
      </w:r>
    </w:p>
    <w:tbl>
      <w:tblPr>
        <w:tblW w:w="0" w:type="auto"/>
        <w:jc w:val="center"/>
        <w:tblBorders>
          <w:top w:val="single" w:sz="8" w:space="0" w:color="A4161A"/>
          <w:left w:val="single" w:sz="8" w:space="0" w:color="A4161A"/>
          <w:bottom w:val="single" w:sz="8" w:space="0" w:color="A4161A"/>
          <w:right w:val="single" w:sz="8" w:space="0" w:color="A4161A"/>
          <w:insideH w:val="single" w:sz="8" w:space="0" w:color="A4161A"/>
          <w:insideV w:val="single" w:sz="8" w:space="0" w:color="A4161A"/>
        </w:tblBorders>
        <w:tblLook w:val="04A0" w:firstRow="1" w:lastRow="0" w:firstColumn="1" w:lastColumn="0" w:noHBand="0" w:noVBand="1"/>
      </w:tblPr>
      <w:tblGrid>
        <w:gridCol w:w="10206"/>
      </w:tblGrid>
      <w:tr w:rsidR="000B5D60" w:rsidRPr="002C279A" w14:paraId="4B50D24A" w14:textId="77777777">
        <w:trPr>
          <w:jc w:val="center"/>
        </w:trPr>
        <w:tc>
          <w:tcPr>
            <w:tcW w:w="10206" w:type="dxa"/>
            <w:shd w:val="clear" w:color="auto" w:fill="FCE8E9"/>
          </w:tcPr>
          <w:p w14:paraId="4F6F987C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A4161A"/>
                <w:sz w:val="18"/>
                <w:lang w:val="ru-RU"/>
              </w:rPr>
              <w:t>НАСТРОЙКА И БЕЗОПАСНОСТЬ</w:t>
            </w:r>
          </w:p>
          <w:p w14:paraId="0739B13B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Не разбирайте регулятор под </w:t>
            </w:r>
            <w:r w:rsidRPr="002C279A">
              <w:rPr>
                <w:sz w:val="17"/>
                <w:lang w:val="ru-RU"/>
              </w:rPr>
              <w:t>давлением и не изменяйте пружину для превышения предела модели: 200 или 250 бар. После ремонта требуется проверка на герметичность и настройка по манометру.</w:t>
            </w:r>
          </w:p>
        </w:tc>
      </w:tr>
    </w:tbl>
    <w:p w14:paraId="76A04103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7CEB1203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14 • РЕГУЛЯТОР</w:t>
      </w:r>
    </w:p>
    <w:p w14:paraId="611EFC17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Каталог деталей регулятора — часть 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795"/>
        <w:gridCol w:w="1960"/>
        <w:gridCol w:w="4520"/>
        <w:gridCol w:w="1796"/>
        <w:gridCol w:w="351"/>
      </w:tblGrid>
      <w:tr w:rsidR="000B5D60" w:rsidRPr="002C279A" w14:paraId="05BB0D62" w14:textId="77777777">
        <w:trPr>
          <w:jc w:val="center"/>
        </w:trPr>
        <w:tc>
          <w:tcPr>
            <w:tcW w:w="10206" w:type="dxa"/>
            <w:gridSpan w:val="5"/>
            <w:shd w:val="clear" w:color="auto" w:fill="ED1C24"/>
          </w:tcPr>
          <w:p w14:paraId="7CB9FA0F" w14:textId="77777777" w:rsidR="000B5D60" w:rsidRPr="002C279A" w:rsidRDefault="000B5D60">
            <w:pPr>
              <w:rPr>
                <w:lang w:val="ru-RU"/>
              </w:rPr>
            </w:pPr>
          </w:p>
        </w:tc>
      </w:tr>
      <w:tr w:rsidR="000B5D60" w14:paraId="3E0D8D7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tblHeader/>
          <w:jc w:val="center"/>
        </w:trPr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FD2CDC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Поз</w:t>
            </w:r>
            <w:proofErr w:type="spellEnd"/>
            <w:r>
              <w:rPr>
                <w:b/>
                <w:color w:val="FFFFFF"/>
                <w:sz w:val="14"/>
              </w:rPr>
              <w:t>.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AEDFF8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Артикул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D3043D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565527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Кол.</w:t>
            </w:r>
          </w:p>
        </w:tc>
      </w:tr>
      <w:tr w:rsidR="000B5D60" w14:paraId="47B4EE9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F8CEF8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28D78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502403360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E17BA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Рукоятка регулировки давления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50E02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5719FDB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322BAB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C1E88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502403340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037A9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Регулировочная втулка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82A5A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A28952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272D99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0D116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590207001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62BAC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Установочный винт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A4038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439FC0C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EEF912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D603B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502403270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58D3E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Фиксирующая гайка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611A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19C44E2A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B38A54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5A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CE91E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502403280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C03F8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Пружина регулировки, ≥180 бар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5129F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2BE7350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F75BC8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88B5D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502403140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B3C23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Опора пружины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2E365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0268C65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E9C812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AD50C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502403290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00ADE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Шток регулятора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1C0E9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1C12DE0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8DF1BE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7FBC5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590102006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69874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Стопорное кольцо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76868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026F2BF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DD74BD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D42C3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590101105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B1CEC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560E4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D1534F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F6589A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B1FCC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502403310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3BB11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Седло регулятора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04B15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453907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9DF56B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DCF64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590101029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E16EB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6149A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6E8FB8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D913CB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D93D4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590101015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114B7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894A0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375A54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064ADA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725AB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590101100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102B2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54420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53B4728C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51E75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23B81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590102005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59FD8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Стопорное кольцо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60269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52EDC6E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9B57F3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89DF1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502403220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41539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Направляющая уплотнения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2FE19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0098E6C1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F55BFA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D62C3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303012411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69E0E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Конусный клапан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E642A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0327EA1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D92FEA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FE78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502403010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31B18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Болт возвратного канала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74DBF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0D5B70E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4BB617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956C5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502403230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6B451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Прокладка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464F4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951256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06B379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1FD7D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590101113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A907E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A057B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42723E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149CE2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D37A5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590101250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095F8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A39F6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47995C8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A68C8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B29C2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590103025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1D08F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Стопорное кольцо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EDB72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</w:tbl>
    <w:p w14:paraId="61800BA6" w14:textId="77777777" w:rsidR="000B5D60" w:rsidRDefault="00FE4C7A">
      <w:r>
        <w:br w:type="page"/>
      </w:r>
    </w:p>
    <w:p w14:paraId="084BC044" w14:textId="77777777" w:rsidR="000B5D60" w:rsidRDefault="00FE4C7A">
      <w:pPr>
        <w:spacing w:after="40"/>
      </w:pPr>
      <w:r>
        <w:rPr>
          <w:b/>
          <w:color w:val="646A70"/>
          <w:sz w:val="14"/>
        </w:rPr>
        <w:t>РАЗДЕЛ 14 • РЕГУЛЯТОР</w:t>
      </w:r>
    </w:p>
    <w:p w14:paraId="5D1BA5D3" w14:textId="77777777" w:rsidR="000B5D60" w:rsidRDefault="00FE4C7A">
      <w:pPr>
        <w:pStyle w:val="1"/>
      </w:pPr>
      <w:r>
        <w:t>Каталог деталей регулятора — часть 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795"/>
        <w:gridCol w:w="1960"/>
        <w:gridCol w:w="4520"/>
        <w:gridCol w:w="1796"/>
        <w:gridCol w:w="351"/>
      </w:tblGrid>
      <w:tr w:rsidR="000B5D60" w14:paraId="371D8496" w14:textId="77777777">
        <w:trPr>
          <w:jc w:val="center"/>
        </w:trPr>
        <w:tc>
          <w:tcPr>
            <w:tcW w:w="10206" w:type="dxa"/>
            <w:gridSpan w:val="5"/>
            <w:shd w:val="clear" w:color="auto" w:fill="ED1C24"/>
          </w:tcPr>
          <w:p w14:paraId="08B5878B" w14:textId="77777777" w:rsidR="000B5D60" w:rsidRDefault="000B5D60"/>
        </w:tc>
      </w:tr>
      <w:tr w:rsidR="000B5D60" w14:paraId="70AA2BC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tblHeader/>
          <w:jc w:val="center"/>
        </w:trPr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7444F7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Поз.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865C5F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Артикул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927B89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Наименование</w:t>
            </w:r>
          </w:p>
        </w:tc>
        <w:tc>
          <w:tcPr>
            <w:tcW w:w="2551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9A0B24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Кол.</w:t>
            </w:r>
          </w:p>
        </w:tc>
      </w:tr>
      <w:tr w:rsidR="000B5D60" w14:paraId="007E9C4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5E9157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FA8FD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502403520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6D381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Шток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0ED14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44D95EE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3E3EB1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F7B92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502403530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881DD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Пружина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EDE0E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51039B8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1A6FC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3DFC8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502403540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0EAB5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Шайба пружины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CF83E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2C722080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72010E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9F315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590102023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353D8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Стопорное кольцо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86839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002C2F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55ABA3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A65D9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590101247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61276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30463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26A9541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FE316E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BB2F8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590101004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1B8E2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298A3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64FE7B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0B37F1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6DE6A0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502403550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356C4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Седло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88C08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757FA70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795968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67C345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590101047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BB1BC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24DEA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1A3EBC4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38A8DD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B30BF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590101010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DEC8D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CCA0B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2</w:t>
            </w:r>
          </w:p>
        </w:tc>
      </w:tr>
      <w:tr w:rsidR="000B5D60" w14:paraId="3C2EAC9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C9351F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07DDDA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502403021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D6A3C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Выходной болт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55C9E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3BBB9E2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A0977D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E086C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502403510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A051F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Корпус регулятора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767037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21618DD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D6ED04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4F8B1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590101071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97ECFD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6B748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4AB8CAB3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8A8F0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9DBBE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502403030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3FA919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Выходной клапан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4705D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024524A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44FF95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0DC6B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502403040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8CBD7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Пружина выходного клапана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4E0C9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29FE728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9C6F9E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72BC6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590101021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B3324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9DC79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039E700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7C5EF7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53ECD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502403080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B2D0E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 xml:space="preserve">Выходной штуцер </w:t>
            </w:r>
            <w:r>
              <w:rPr>
                <w:sz w:val="15"/>
              </w:rPr>
              <w:t>M22×1,5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04CFA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3D530DD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3C0E29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F82A6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502403250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7EFC98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Внутренняя трубка возврата воды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AD2AE2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666AB199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4801E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7D9EE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590101059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45252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AE6BCF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5439D9C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2C2CC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BE7AE1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502403170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7CC02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Корпус возвратного клапана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E3D39C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417303EB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651D95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814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2CB8FE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590101035</w:t>
            </w:r>
          </w:p>
        </w:tc>
        <w:tc>
          <w:tcPr>
            <w:tcW w:w="635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C1B64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Уплотнительное кольцо O‑ring</w:t>
            </w:r>
          </w:p>
        </w:tc>
        <w:tc>
          <w:tcPr>
            <w:tcW w:w="680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7A78A4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14:paraId="0CD5BCD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550" w:type="dxa"/>
          <w:cantSplit/>
          <w:jc w:val="center"/>
        </w:trPr>
        <w:tc>
          <w:tcPr>
            <w:tcW w:w="79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6A2E20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81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788713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—</w:t>
            </w:r>
          </w:p>
        </w:tc>
        <w:tc>
          <w:tcPr>
            <w:tcW w:w="63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E2AAB6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Болт / пробка возвратного канала</w:t>
            </w:r>
          </w:p>
        </w:tc>
        <w:tc>
          <w:tcPr>
            <w:tcW w:w="6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BBD48B" w14:textId="77777777" w:rsidR="000B5D60" w:rsidRDefault="00FE4C7A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</w:tr>
      <w:tr w:rsidR="000B5D60" w:rsidRPr="002C279A" w14:paraId="5C4AC3BE" w14:textId="77777777">
        <w:tblPrEx>
          <w:tblBorders>
            <w:top w:val="single" w:sz="8" w:space="0" w:color="24566B"/>
            <w:left w:val="single" w:sz="8" w:space="0" w:color="24566B"/>
            <w:bottom w:val="single" w:sz="8" w:space="0" w:color="24566B"/>
            <w:right w:val="single" w:sz="8" w:space="0" w:color="24566B"/>
            <w:insideH w:val="single" w:sz="8" w:space="0" w:color="24566B"/>
            <w:insideV w:val="single" w:sz="8" w:space="0" w:color="24566B"/>
          </w:tblBorders>
        </w:tblPrEx>
        <w:trPr>
          <w:jc w:val="center"/>
        </w:trPr>
        <w:tc>
          <w:tcPr>
            <w:tcW w:w="10206" w:type="dxa"/>
            <w:gridSpan w:val="5"/>
            <w:shd w:val="clear" w:color="auto" w:fill="EAF4F8"/>
          </w:tcPr>
          <w:p w14:paraId="7EB9CCCE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24566B"/>
                <w:sz w:val="18"/>
                <w:lang w:val="ru-RU"/>
              </w:rPr>
              <w:t>РЕМКОМПЛЕКТ</w:t>
            </w:r>
          </w:p>
          <w:p w14:paraId="38F2F917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При </w:t>
            </w:r>
            <w:r w:rsidRPr="002C279A">
              <w:rPr>
                <w:sz w:val="17"/>
                <w:lang w:val="ru-RU"/>
              </w:rPr>
              <w:t>течи или нестабильном давлении заменяйте совместимый комплект уплотнений и клапанов, а не отдельные случайно подобранные кольца.</w:t>
            </w:r>
          </w:p>
        </w:tc>
      </w:tr>
    </w:tbl>
    <w:p w14:paraId="3B442870" w14:textId="77777777" w:rsidR="000B5D60" w:rsidRPr="002C279A" w:rsidRDefault="00FE4C7A">
      <w:pPr>
        <w:rPr>
          <w:lang w:val="ru-RU"/>
        </w:rPr>
      </w:pPr>
      <w:r w:rsidRPr="002C279A">
        <w:rPr>
          <w:lang w:val="ru-RU"/>
        </w:rPr>
        <w:br w:type="page"/>
      </w:r>
    </w:p>
    <w:p w14:paraId="40D0376A" w14:textId="77777777" w:rsidR="000B5D60" w:rsidRPr="002C279A" w:rsidRDefault="00FE4C7A">
      <w:pPr>
        <w:spacing w:after="40"/>
        <w:rPr>
          <w:lang w:val="ru-RU"/>
        </w:rPr>
      </w:pPr>
      <w:r w:rsidRPr="002C279A">
        <w:rPr>
          <w:b/>
          <w:color w:val="646A70"/>
          <w:sz w:val="14"/>
          <w:lang w:val="ru-RU"/>
        </w:rPr>
        <w:t>РАЗДЕЛ 15 • СЕРВИСНАЯ ИНФОРМАЦИЯ</w:t>
      </w:r>
    </w:p>
    <w:p w14:paraId="0EEAB879" w14:textId="77777777" w:rsidR="000B5D60" w:rsidRPr="002C279A" w:rsidRDefault="00FE4C7A">
      <w:pPr>
        <w:pStyle w:val="1"/>
        <w:rPr>
          <w:lang w:val="ru-RU"/>
        </w:rPr>
      </w:pPr>
      <w:r w:rsidRPr="002C279A">
        <w:rPr>
          <w:lang w:val="ru-RU"/>
        </w:rPr>
        <w:t>Основные запасные части и сервис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365"/>
        <w:gridCol w:w="3295"/>
        <w:gridCol w:w="3293"/>
        <w:gridCol w:w="469"/>
      </w:tblGrid>
      <w:tr w:rsidR="000B5D60" w:rsidRPr="002C279A" w14:paraId="54026B1D" w14:textId="77777777">
        <w:trPr>
          <w:jc w:val="center"/>
        </w:trPr>
        <w:tc>
          <w:tcPr>
            <w:tcW w:w="10206" w:type="dxa"/>
            <w:gridSpan w:val="4"/>
            <w:shd w:val="clear" w:color="auto" w:fill="ED1C24"/>
          </w:tcPr>
          <w:p w14:paraId="5DB3C110" w14:textId="77777777" w:rsidR="000B5D60" w:rsidRPr="002C279A" w:rsidRDefault="000B5D60">
            <w:pPr>
              <w:rPr>
                <w:lang w:val="ru-RU"/>
              </w:rPr>
            </w:pPr>
          </w:p>
        </w:tc>
      </w:tr>
      <w:tr w:rsidR="000B5D60" w14:paraId="393141FF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tblHeader/>
          <w:jc w:val="center"/>
        </w:trPr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D40B60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Наименование</w:t>
            </w:r>
            <w:proofErr w:type="spellEnd"/>
          </w:p>
        </w:tc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C56BE5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Артикул / обозначение</w:t>
            </w:r>
          </w:p>
        </w:tc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C8FA26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Примечание</w:t>
            </w:r>
          </w:p>
        </w:tc>
      </w:tr>
      <w:tr w:rsidR="000B5D60" w14:paraId="07ADFF85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BDA45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6"/>
              </w:rPr>
              <w:t>Комплект водяных уплотнений насоса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564E3C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>301220102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42937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>Для плунжеров 18 мм BM.</w:t>
            </w:r>
          </w:p>
        </w:tc>
      </w:tr>
      <w:tr w:rsidR="000B5D60" w:rsidRPr="002C279A" w14:paraId="07F67D6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345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30514E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6"/>
              </w:rPr>
              <w:t>Комплект обратных клапанов</w:t>
            </w:r>
          </w:p>
        </w:tc>
        <w:tc>
          <w:tcPr>
            <w:tcW w:w="283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ABFBD3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>301190102</w:t>
            </w:r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E88301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6"/>
                <w:lang w:val="ru-RU"/>
              </w:rPr>
              <w:t xml:space="preserve">Для насосов </w:t>
            </w:r>
            <w:r>
              <w:rPr>
                <w:sz w:val="16"/>
              </w:rPr>
              <w:t>BM</w:t>
            </w:r>
            <w:r w:rsidRPr="002C279A">
              <w:rPr>
                <w:sz w:val="16"/>
                <w:lang w:val="ru-RU"/>
              </w:rPr>
              <w:t xml:space="preserve"> 8–19 л/мин.</w:t>
            </w:r>
          </w:p>
        </w:tc>
      </w:tr>
      <w:tr w:rsidR="000B5D60" w14:paraId="4FDA453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36A40E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Керамический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плунжер</w:t>
            </w:r>
            <w:proofErr w:type="spellEnd"/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405E50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>500102110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6F09DD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>Количество в насосе — 3.</w:t>
            </w:r>
          </w:p>
        </w:tc>
      </w:tr>
      <w:tr w:rsidR="000B5D60" w14:paraId="1FF2F1AD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345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9E3855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6"/>
              </w:rPr>
              <w:t>Электродвигатель 5,5 кВт / 380 В</w:t>
            </w:r>
          </w:p>
        </w:tc>
        <w:tc>
          <w:tcPr>
            <w:tcW w:w="283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E3D730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>590610040</w:t>
            </w:r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C34320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 xml:space="preserve">Исполнение </w:t>
            </w:r>
            <w:r>
              <w:rPr>
                <w:sz w:val="16"/>
              </w:rPr>
              <w:t>BT‑1520B3.</w:t>
            </w:r>
          </w:p>
        </w:tc>
      </w:tr>
      <w:tr w:rsidR="000B5D60" w14:paraId="312F27B7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2E458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6"/>
              </w:rPr>
              <w:t>Электродвигатель 7,5 кВт / 380 В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2E110C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>590612180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5104BB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>Исполнение BT‑1525B3.</w:t>
            </w:r>
          </w:p>
        </w:tc>
      </w:tr>
      <w:tr w:rsidR="000B5D60" w14:paraId="05009054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345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1370A4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6"/>
              </w:rPr>
              <w:t>Плунжерный насос высокого давления</w:t>
            </w:r>
          </w:p>
        </w:tc>
        <w:tc>
          <w:tcPr>
            <w:tcW w:w="283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D5499F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>810101060 / BM1518 / BM1525</w:t>
            </w:r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765752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>Сверять модель и шильдик.</w:t>
            </w:r>
          </w:p>
        </w:tc>
      </w:tr>
      <w:tr w:rsidR="000B5D60" w:rsidRPr="002C279A" w14:paraId="3EFAE42E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AD8816" w14:textId="77777777" w:rsidR="000B5D60" w:rsidRDefault="00FE4C7A">
            <w:pPr>
              <w:spacing w:after="0" w:line="240" w:lineRule="auto"/>
              <w:jc w:val="center"/>
            </w:pPr>
            <w:r>
              <w:rPr>
                <w:sz w:val="16"/>
              </w:rPr>
              <w:t>Шланг ВД 10 м M22×1,5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4A75DA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>590408240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981F70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6"/>
                <w:lang w:val="ru-RU"/>
              </w:rPr>
              <w:t>Номинал не ниже рабочего давления аппарата.</w:t>
            </w:r>
          </w:p>
        </w:tc>
      </w:tr>
      <w:tr w:rsidR="000B5D60" w:rsidRPr="002C279A" w14:paraId="2293DE46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3458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10800B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Пистолет</w:t>
            </w:r>
            <w:proofErr w:type="spellEnd"/>
            <w:r>
              <w:rPr>
                <w:sz w:val="16"/>
              </w:rPr>
              <w:t xml:space="preserve"> с </w:t>
            </w:r>
            <w:proofErr w:type="spellStart"/>
            <w:r>
              <w:rPr>
                <w:sz w:val="16"/>
              </w:rPr>
              <w:t>трубкой</w:t>
            </w:r>
            <w:proofErr w:type="spellEnd"/>
            <w:r>
              <w:rPr>
                <w:sz w:val="16"/>
              </w:rPr>
              <w:t xml:space="preserve"> M350</w:t>
            </w:r>
          </w:p>
        </w:tc>
        <w:tc>
          <w:tcPr>
            <w:tcW w:w="2835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0CFCD7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>590418300</w:t>
            </w:r>
          </w:p>
        </w:tc>
        <w:tc>
          <w:tcPr>
            <w:tcW w:w="3402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4C8B96" w14:textId="77777777" w:rsidR="000B5D60" w:rsidRPr="002C279A" w:rsidRDefault="00FE4C7A">
            <w:pPr>
              <w:spacing w:after="0" w:line="240" w:lineRule="auto"/>
              <w:rPr>
                <w:lang w:val="ru-RU"/>
              </w:rPr>
            </w:pPr>
            <w:r w:rsidRPr="002C279A">
              <w:rPr>
                <w:sz w:val="16"/>
                <w:lang w:val="ru-RU"/>
              </w:rPr>
              <w:t>Перед вводом проверить запирание курка.</w:t>
            </w:r>
          </w:p>
        </w:tc>
      </w:tr>
      <w:tr w:rsidR="000B5D60" w14:paraId="29E5DDF8" w14:textId="77777777">
        <w:tblPrEx>
          <w:tblBorders>
            <w:top w:val="single" w:sz="4" w:space="0" w:color="B8BDC2"/>
            <w:left w:val="single" w:sz="4" w:space="0" w:color="B8BDC2"/>
            <w:bottom w:val="single" w:sz="4" w:space="0" w:color="B8BDC2"/>
            <w:right w:val="single" w:sz="4" w:space="0" w:color="B8BDC2"/>
            <w:insideH w:val="single" w:sz="4" w:space="0" w:color="B8BDC2"/>
            <w:insideV w:val="single" w:sz="4" w:space="0" w:color="B8BDC2"/>
          </w:tblBorders>
        </w:tblPrEx>
        <w:trPr>
          <w:gridAfter w:val="1"/>
          <w:wAfter w:w="493" w:type="dxa"/>
          <w:cantSplit/>
          <w:jc w:val="center"/>
        </w:trPr>
        <w:tc>
          <w:tcPr>
            <w:tcW w:w="345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C2E2AC" w14:textId="77777777" w:rsidR="000B5D60" w:rsidRDefault="00FE4C7A">
            <w:pPr>
              <w:spacing w:after="0" w:line="240" w:lineRule="auto"/>
              <w:jc w:val="center"/>
            </w:pPr>
            <w:proofErr w:type="spellStart"/>
            <w:r>
              <w:rPr>
                <w:sz w:val="16"/>
              </w:rPr>
              <w:t>Регулятор</w:t>
            </w:r>
            <w:proofErr w:type="spellEnd"/>
            <w:r>
              <w:rPr>
                <w:sz w:val="16"/>
              </w:rPr>
              <w:t xml:space="preserve"> VRC300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7E9FA6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>303012410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BF81DE" w14:textId="77777777" w:rsidR="000B5D60" w:rsidRDefault="00FE4C7A">
            <w:pPr>
              <w:spacing w:after="0" w:line="240" w:lineRule="auto"/>
            </w:pPr>
            <w:r>
              <w:rPr>
                <w:sz w:val="16"/>
              </w:rPr>
              <w:t>Настройка после установки обязательна.</w:t>
            </w:r>
          </w:p>
        </w:tc>
      </w:tr>
      <w:tr w:rsidR="000B5D60" w:rsidRPr="002C279A" w14:paraId="64B85D39" w14:textId="77777777">
        <w:tblPrEx>
          <w:tblBorders>
            <w:top w:val="single" w:sz="8" w:space="0" w:color="24566B"/>
            <w:left w:val="single" w:sz="8" w:space="0" w:color="24566B"/>
            <w:bottom w:val="single" w:sz="8" w:space="0" w:color="24566B"/>
            <w:right w:val="single" w:sz="8" w:space="0" w:color="24566B"/>
            <w:insideH w:val="single" w:sz="8" w:space="0" w:color="24566B"/>
            <w:insideV w:val="single" w:sz="8" w:space="0" w:color="24566B"/>
          </w:tblBorders>
        </w:tblPrEx>
        <w:trPr>
          <w:jc w:val="center"/>
        </w:trPr>
        <w:tc>
          <w:tcPr>
            <w:tcW w:w="10206" w:type="dxa"/>
            <w:gridSpan w:val="4"/>
            <w:shd w:val="clear" w:color="auto" w:fill="EAF4F8"/>
          </w:tcPr>
          <w:p w14:paraId="72812F09" w14:textId="77777777" w:rsidR="000B5D60" w:rsidRPr="002C279A" w:rsidRDefault="00FE4C7A">
            <w:pPr>
              <w:spacing w:after="40"/>
              <w:rPr>
                <w:lang w:val="ru-RU"/>
              </w:rPr>
            </w:pPr>
            <w:r w:rsidRPr="002C279A">
              <w:rPr>
                <w:b/>
                <w:color w:val="24566B"/>
                <w:sz w:val="18"/>
                <w:lang w:val="ru-RU"/>
              </w:rPr>
              <w:t>ДАННЫЕ ДЛЯ ОБРАЩЕНИЯ</w:t>
            </w:r>
          </w:p>
          <w:p w14:paraId="60F65218" w14:textId="77777777" w:rsidR="000B5D60" w:rsidRPr="002C279A" w:rsidRDefault="00FE4C7A">
            <w:pPr>
              <w:spacing w:after="0" w:line="245" w:lineRule="auto"/>
              <w:rPr>
                <w:lang w:val="ru-RU"/>
              </w:rPr>
            </w:pPr>
            <w:r w:rsidRPr="002C279A">
              <w:rPr>
                <w:sz w:val="17"/>
                <w:lang w:val="ru-RU"/>
              </w:rPr>
              <w:t xml:space="preserve">Сообщите точную модель </w:t>
            </w:r>
            <w:r>
              <w:rPr>
                <w:sz w:val="17"/>
              </w:rPr>
              <w:t>BT</w:t>
            </w:r>
            <w:r w:rsidRPr="002C279A">
              <w:rPr>
                <w:sz w:val="17"/>
                <w:lang w:val="ru-RU"/>
              </w:rPr>
              <w:t>‑</w:t>
            </w:r>
            <w:r w:rsidRPr="002C279A">
              <w:rPr>
                <w:sz w:val="17"/>
                <w:lang w:val="ru-RU"/>
              </w:rPr>
              <w:t>1520</w:t>
            </w:r>
            <w:r>
              <w:rPr>
                <w:sz w:val="17"/>
              </w:rPr>
              <w:t>B</w:t>
            </w:r>
            <w:r w:rsidRPr="002C279A">
              <w:rPr>
                <w:sz w:val="17"/>
                <w:lang w:val="ru-RU"/>
              </w:rPr>
              <w:t xml:space="preserve">3 или </w:t>
            </w:r>
            <w:r>
              <w:rPr>
                <w:sz w:val="17"/>
              </w:rPr>
              <w:t>BT</w:t>
            </w:r>
            <w:r w:rsidRPr="002C279A">
              <w:rPr>
                <w:sz w:val="17"/>
                <w:lang w:val="ru-RU"/>
              </w:rPr>
              <w:t>‑</w:t>
            </w:r>
            <w:r w:rsidRPr="002C279A">
              <w:rPr>
                <w:sz w:val="17"/>
                <w:lang w:val="ru-RU"/>
              </w:rPr>
              <w:t>1525</w:t>
            </w:r>
            <w:r>
              <w:rPr>
                <w:sz w:val="17"/>
              </w:rPr>
              <w:t>B</w:t>
            </w:r>
            <w:r w:rsidRPr="002C279A">
              <w:rPr>
                <w:sz w:val="17"/>
                <w:lang w:val="ru-RU"/>
              </w:rPr>
              <w:t xml:space="preserve">3, серийный номер, дату выпуска, </w:t>
            </w:r>
            <w:r w:rsidRPr="002C279A">
              <w:rPr>
                <w:sz w:val="17"/>
                <w:lang w:val="ru-RU"/>
              </w:rPr>
              <w:t>наработку, описание неисправности и номер требуемой позиции по схеме.</w:t>
            </w:r>
          </w:p>
        </w:tc>
      </w:tr>
    </w:tbl>
    <w:p w14:paraId="0FDD533D" w14:textId="77777777" w:rsidR="000B5D60" w:rsidRDefault="00FE4C7A">
      <w:proofErr w:type="spellStart"/>
      <w:r>
        <w:rPr>
          <w:b/>
        </w:rPr>
        <w:t>Отметка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сервисного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центра</w:t>
      </w:r>
      <w:proofErr w:type="spellEnd"/>
      <w:r>
        <w:rPr>
          <w:b/>
        </w:rPr>
        <w:t>:</w:t>
      </w:r>
    </w:p>
    <w:tbl>
      <w:tblPr>
        <w:tblW w:w="0" w:type="auto"/>
        <w:jc w:val="center"/>
        <w:tblBorders>
          <w:top w:val="single" w:sz="4" w:space="0" w:color="B8BDC2"/>
          <w:left w:val="single" w:sz="4" w:space="0" w:color="B8BDC2"/>
          <w:bottom w:val="single" w:sz="4" w:space="0" w:color="B8BDC2"/>
          <w:right w:val="single" w:sz="4" w:space="0" w:color="B8BDC2"/>
          <w:insideH w:val="single" w:sz="4" w:space="0" w:color="B8BDC2"/>
          <w:insideV w:val="single" w:sz="4" w:space="0" w:color="B8BDC2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953"/>
        <w:gridCol w:w="3402"/>
      </w:tblGrid>
      <w:tr w:rsidR="000B5D60" w14:paraId="2EC0FCAD" w14:textId="77777777">
        <w:trPr>
          <w:tblHeader/>
          <w:jc w:val="center"/>
        </w:trPr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CF047B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EBBACC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Работы / заменённые детали</w:t>
            </w:r>
          </w:p>
        </w:tc>
        <w:tc>
          <w:tcPr>
            <w:tcW w:w="3402" w:type="dxa"/>
            <w:shd w:val="clear" w:color="auto" w:fill="ED1C2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6A1554" w14:textId="77777777" w:rsidR="000B5D60" w:rsidRDefault="00FE4C7A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Исполнитель</w:t>
            </w:r>
          </w:p>
        </w:tc>
      </w:tr>
      <w:tr w:rsidR="000B5D60" w14:paraId="3566E526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AA456D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59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36327F" w14:textId="77777777" w:rsidR="000B5D60" w:rsidRDefault="000B5D60">
            <w:pPr>
              <w:spacing w:after="0" w:line="240" w:lineRule="auto"/>
            </w:pP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3C326B" w14:textId="77777777" w:rsidR="000B5D60" w:rsidRDefault="000B5D60">
            <w:pPr>
              <w:spacing w:after="0" w:line="240" w:lineRule="auto"/>
            </w:pPr>
          </w:p>
        </w:tc>
      </w:tr>
      <w:tr w:rsidR="000B5D60" w14:paraId="0596B675" w14:textId="77777777">
        <w:trPr>
          <w:cantSplit/>
          <w:jc w:val="center"/>
        </w:trPr>
        <w:tc>
          <w:tcPr>
            <w:tcW w:w="170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71B813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595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AF7F80" w14:textId="77777777" w:rsidR="000B5D60" w:rsidRDefault="000B5D60">
            <w:pPr>
              <w:spacing w:after="0" w:line="240" w:lineRule="auto"/>
            </w:pPr>
          </w:p>
        </w:tc>
        <w:tc>
          <w:tcPr>
            <w:tcW w:w="204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B4019" w14:textId="77777777" w:rsidR="000B5D60" w:rsidRDefault="000B5D60">
            <w:pPr>
              <w:spacing w:after="0" w:line="240" w:lineRule="auto"/>
            </w:pPr>
          </w:p>
        </w:tc>
      </w:tr>
      <w:tr w:rsidR="000B5D60" w14:paraId="2C3F74A3" w14:textId="77777777">
        <w:trPr>
          <w:cantSplit/>
          <w:jc w:val="center"/>
        </w:trPr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E262E6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59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F8D477" w14:textId="77777777" w:rsidR="000B5D60" w:rsidRDefault="000B5D60">
            <w:pPr>
              <w:spacing w:after="0" w:line="240" w:lineRule="auto"/>
            </w:pP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FBBAF1" w14:textId="77777777" w:rsidR="000B5D60" w:rsidRDefault="000B5D60">
            <w:pPr>
              <w:spacing w:after="0" w:line="240" w:lineRule="auto"/>
            </w:pPr>
          </w:p>
        </w:tc>
      </w:tr>
      <w:tr w:rsidR="000B5D60" w14:paraId="62F1AC20" w14:textId="77777777">
        <w:trPr>
          <w:cantSplit/>
          <w:jc w:val="center"/>
        </w:trPr>
        <w:tc>
          <w:tcPr>
            <w:tcW w:w="170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6A56D3" w14:textId="77777777" w:rsidR="000B5D60" w:rsidRDefault="000B5D60">
            <w:pPr>
              <w:spacing w:after="0" w:line="240" w:lineRule="auto"/>
              <w:jc w:val="center"/>
            </w:pPr>
          </w:p>
        </w:tc>
        <w:tc>
          <w:tcPr>
            <w:tcW w:w="5953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91ACAE" w14:textId="77777777" w:rsidR="000B5D60" w:rsidRDefault="000B5D60">
            <w:pPr>
              <w:spacing w:after="0" w:line="240" w:lineRule="auto"/>
            </w:pPr>
          </w:p>
        </w:tc>
        <w:tc>
          <w:tcPr>
            <w:tcW w:w="2041" w:type="dxa"/>
            <w:shd w:val="clear" w:color="auto" w:fill="F2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9A4263" w14:textId="77777777" w:rsidR="000B5D60" w:rsidRDefault="000B5D60">
            <w:pPr>
              <w:spacing w:after="0" w:line="240" w:lineRule="auto"/>
            </w:pPr>
          </w:p>
        </w:tc>
      </w:tr>
    </w:tbl>
    <w:p w14:paraId="6C65317F" w14:textId="77777777" w:rsidR="000B5D60" w:rsidRPr="002C279A" w:rsidRDefault="00FE4C7A">
      <w:pPr>
        <w:spacing w:before="160"/>
        <w:jc w:val="center"/>
        <w:rPr>
          <w:lang w:val="ru-RU"/>
        </w:rPr>
      </w:pPr>
      <w:r>
        <w:rPr>
          <w:b/>
          <w:color w:val="ED1C24"/>
          <w:sz w:val="18"/>
        </w:rPr>
        <w:t>TOR</w:t>
      </w:r>
      <w:r w:rsidRPr="002C279A">
        <w:rPr>
          <w:b/>
          <w:color w:val="ED1C24"/>
          <w:sz w:val="18"/>
          <w:lang w:val="ru-RU"/>
        </w:rPr>
        <w:t xml:space="preserve"> • </w:t>
      </w:r>
      <w:r>
        <w:rPr>
          <w:b/>
          <w:color w:val="ED1C24"/>
          <w:sz w:val="18"/>
        </w:rPr>
        <w:t>BT</w:t>
      </w:r>
      <w:r w:rsidRPr="002C279A">
        <w:rPr>
          <w:b/>
          <w:color w:val="ED1C24"/>
          <w:sz w:val="18"/>
          <w:lang w:val="ru-RU"/>
        </w:rPr>
        <w:t>‑</w:t>
      </w:r>
      <w:r w:rsidRPr="002C279A">
        <w:rPr>
          <w:b/>
          <w:color w:val="ED1C24"/>
          <w:sz w:val="18"/>
          <w:lang w:val="ru-RU"/>
        </w:rPr>
        <w:t>1520</w:t>
      </w:r>
      <w:r>
        <w:rPr>
          <w:b/>
          <w:color w:val="ED1C24"/>
          <w:sz w:val="18"/>
        </w:rPr>
        <w:t>B</w:t>
      </w:r>
      <w:r w:rsidRPr="002C279A">
        <w:rPr>
          <w:b/>
          <w:color w:val="ED1C24"/>
          <w:sz w:val="18"/>
          <w:lang w:val="ru-RU"/>
        </w:rPr>
        <w:t xml:space="preserve">3 / </w:t>
      </w:r>
      <w:r>
        <w:rPr>
          <w:b/>
          <w:color w:val="ED1C24"/>
          <w:sz w:val="18"/>
        </w:rPr>
        <w:t>BT</w:t>
      </w:r>
      <w:r w:rsidRPr="002C279A">
        <w:rPr>
          <w:b/>
          <w:color w:val="ED1C24"/>
          <w:sz w:val="18"/>
          <w:lang w:val="ru-RU"/>
        </w:rPr>
        <w:t>‑</w:t>
      </w:r>
      <w:r w:rsidRPr="002C279A">
        <w:rPr>
          <w:b/>
          <w:color w:val="ED1C24"/>
          <w:sz w:val="18"/>
          <w:lang w:val="ru-RU"/>
        </w:rPr>
        <w:t>1525</w:t>
      </w:r>
      <w:r>
        <w:rPr>
          <w:b/>
          <w:color w:val="ED1C24"/>
          <w:sz w:val="18"/>
        </w:rPr>
        <w:t>B</w:t>
      </w:r>
      <w:r w:rsidRPr="002C279A">
        <w:rPr>
          <w:b/>
          <w:color w:val="ED1C24"/>
          <w:sz w:val="18"/>
          <w:lang w:val="ru-RU"/>
        </w:rPr>
        <w:t>3 • РУКОВОДСТВО ПО ЭКСПЛУАТАЦИИ</w:t>
      </w:r>
    </w:p>
    <w:sectPr w:rsidR="000B5D60" w:rsidRPr="002C279A" w:rsidSect="00034616">
      <w:headerReference w:type="default" r:id="rId17"/>
      <w:footerReference w:type="default" r:id="rId18"/>
      <w:pgSz w:w="11906" w:h="16838"/>
      <w:pgMar w:top="907" w:right="850" w:bottom="850" w:left="850" w:header="283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1DC93" w14:textId="77777777" w:rsidR="00FE4C7A" w:rsidRDefault="00FE4C7A">
      <w:pPr>
        <w:spacing w:after="0" w:line="240" w:lineRule="auto"/>
      </w:pPr>
      <w:r>
        <w:separator/>
      </w:r>
    </w:p>
  </w:endnote>
  <w:endnote w:type="continuationSeparator" w:id="0">
    <w:p w14:paraId="7BB9EC36" w14:textId="77777777" w:rsidR="00FE4C7A" w:rsidRDefault="00FE4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94B4" w14:textId="77777777" w:rsidR="000B5D60" w:rsidRDefault="000B5D60">
    <w:pPr>
      <w:pStyle w:val="a7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5159"/>
      <w:gridCol w:w="5159"/>
    </w:tblGrid>
    <w:tr w:rsidR="000B5D60" w14:paraId="064CC20F" w14:textId="77777777">
      <w:trPr>
        <w:jc w:val="center"/>
      </w:trPr>
      <w:tc>
        <w:tcPr>
          <w:tcW w:w="5159" w:type="dxa"/>
          <w:tcMar>
            <w:top w:w="80" w:type="dxa"/>
            <w:left w:w="90" w:type="dxa"/>
            <w:bottom w:w="80" w:type="dxa"/>
            <w:right w:w="90" w:type="dxa"/>
          </w:tcMar>
          <w:vAlign w:val="center"/>
        </w:tcPr>
        <w:p w14:paraId="12F57045" w14:textId="77777777" w:rsidR="000B5D60" w:rsidRPr="002C279A" w:rsidRDefault="00FE4C7A">
          <w:pPr>
            <w:spacing w:after="0" w:line="240" w:lineRule="auto"/>
            <w:rPr>
              <w:lang w:val="ru-RU"/>
            </w:rPr>
          </w:pPr>
          <w:r>
            <w:rPr>
              <w:b/>
              <w:color w:val="646A70"/>
              <w:sz w:val="15"/>
            </w:rPr>
            <w:t>TOR</w:t>
          </w:r>
          <w:r w:rsidRPr="002C279A">
            <w:rPr>
              <w:b/>
              <w:color w:val="646A70"/>
              <w:sz w:val="15"/>
              <w:lang w:val="ru-RU"/>
            </w:rPr>
            <w:t xml:space="preserve"> • МОБИЛЬНЫЙ АППАРАТ ВЫСОКОГО ДАВЛЕНИЯ</w:t>
          </w:r>
        </w:p>
      </w:tc>
      <w:tc>
        <w:tcPr>
          <w:tcW w:w="5159" w:type="dxa"/>
        </w:tcPr>
        <w:p w14:paraId="6CE0C75A" w14:textId="77777777" w:rsidR="000B5D60" w:rsidRDefault="00FE4C7A">
          <w:pPr>
            <w:jc w:val="right"/>
          </w:pPr>
          <w:r>
            <w:rPr>
              <w:b/>
              <w:color w:val="646A70"/>
              <w:sz w:val="15"/>
            </w:rPr>
            <w:t xml:space="preserve">СТР.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2C279A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F11D4" w14:textId="77777777" w:rsidR="00FE4C7A" w:rsidRDefault="00FE4C7A">
      <w:pPr>
        <w:spacing w:after="0" w:line="240" w:lineRule="auto"/>
      </w:pPr>
      <w:r>
        <w:separator/>
      </w:r>
    </w:p>
  </w:footnote>
  <w:footnote w:type="continuationSeparator" w:id="0">
    <w:p w14:paraId="0E6C6C86" w14:textId="77777777" w:rsidR="00FE4C7A" w:rsidRDefault="00FE4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84226" w14:textId="77777777" w:rsidR="000B5D60" w:rsidRDefault="000B5D60">
    <w:pPr>
      <w:pStyle w:val="a5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5159"/>
      <w:gridCol w:w="5159"/>
    </w:tblGrid>
    <w:tr w:rsidR="000B5D60" w:rsidRPr="002C279A" w14:paraId="6C5AE429" w14:textId="77777777">
      <w:trPr>
        <w:jc w:val="center"/>
      </w:trPr>
      <w:tc>
        <w:tcPr>
          <w:tcW w:w="5159" w:type="dxa"/>
        </w:tcPr>
        <w:p w14:paraId="6D6E98F9" w14:textId="77777777" w:rsidR="000B5D60" w:rsidRDefault="00FE4C7A">
          <w:r>
            <w:rPr>
              <w:noProof/>
            </w:rPr>
            <w:drawing>
              <wp:inline distT="0" distB="0" distL="0" distR="0" wp14:anchorId="6970CD2A" wp14:editId="277BBCE5">
                <wp:extent cx="684000" cy="501863"/>
                <wp:effectExtent l="0" t="0" r="0" b="0"/>
                <wp:docPr id="2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4000" cy="5018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59" w:type="dxa"/>
        </w:tcPr>
        <w:p w14:paraId="46EF7B52" w14:textId="77777777" w:rsidR="000B5D60" w:rsidRPr="002C279A" w:rsidRDefault="00FE4C7A">
          <w:pPr>
            <w:jc w:val="right"/>
            <w:rPr>
              <w:lang w:val="ru-RU"/>
            </w:rPr>
          </w:pPr>
          <w:r w:rsidRPr="002C279A">
            <w:rPr>
              <w:b/>
              <w:color w:val="646A70"/>
              <w:sz w:val="16"/>
              <w:lang w:val="ru-RU"/>
            </w:rPr>
            <w:t xml:space="preserve">РУКОВОДСТВО ПО ЭКСПЛУАТАЦИИ  •  </w:t>
          </w:r>
          <w:r>
            <w:rPr>
              <w:b/>
              <w:color w:val="646A70"/>
              <w:sz w:val="16"/>
            </w:rPr>
            <w:t>BT</w:t>
          </w:r>
          <w:r w:rsidRPr="002C279A">
            <w:rPr>
              <w:b/>
              <w:color w:val="646A70"/>
              <w:sz w:val="16"/>
              <w:lang w:val="ru-RU"/>
            </w:rPr>
            <w:t>‑</w:t>
          </w:r>
          <w:r w:rsidRPr="002C279A">
            <w:rPr>
              <w:b/>
              <w:color w:val="646A70"/>
              <w:sz w:val="16"/>
              <w:lang w:val="ru-RU"/>
            </w:rPr>
            <w:t>1520</w:t>
          </w:r>
          <w:r>
            <w:rPr>
              <w:b/>
              <w:color w:val="646A70"/>
              <w:sz w:val="16"/>
            </w:rPr>
            <w:t>B</w:t>
          </w:r>
          <w:r w:rsidRPr="002C279A">
            <w:rPr>
              <w:b/>
              <w:color w:val="646A70"/>
              <w:sz w:val="16"/>
              <w:lang w:val="ru-RU"/>
            </w:rPr>
            <w:t xml:space="preserve">3 / </w:t>
          </w:r>
          <w:r>
            <w:rPr>
              <w:b/>
              <w:color w:val="646A70"/>
              <w:sz w:val="16"/>
            </w:rPr>
            <w:t>BT</w:t>
          </w:r>
          <w:r w:rsidRPr="002C279A">
            <w:rPr>
              <w:b/>
              <w:color w:val="646A70"/>
              <w:sz w:val="16"/>
              <w:lang w:val="ru-RU"/>
            </w:rPr>
            <w:t>‑</w:t>
          </w:r>
          <w:r w:rsidRPr="002C279A">
            <w:rPr>
              <w:b/>
              <w:color w:val="646A70"/>
              <w:sz w:val="16"/>
              <w:lang w:val="ru-RU"/>
            </w:rPr>
            <w:t>1525</w:t>
          </w:r>
          <w:r>
            <w:rPr>
              <w:b/>
              <w:color w:val="646A70"/>
              <w:sz w:val="16"/>
            </w:rPr>
            <w:t>B</w:t>
          </w:r>
          <w:r w:rsidRPr="002C279A">
            <w:rPr>
              <w:b/>
              <w:color w:val="646A70"/>
              <w:sz w:val="16"/>
              <w:lang w:val="ru-RU"/>
            </w:rPr>
            <w:t>3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5D60"/>
    <w:rsid w:val="0015074B"/>
    <w:rsid w:val="0029639D"/>
    <w:rsid w:val="002C279A"/>
    <w:rsid w:val="00326F90"/>
    <w:rsid w:val="00AA1D8D"/>
    <w:rsid w:val="00B47730"/>
    <w:rsid w:val="00CB0664"/>
    <w:rsid w:val="00FC693F"/>
    <w:rsid w:val="00FE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06F0C8"/>
  <w14:defaultImageDpi w14:val="300"/>
  <w15:docId w15:val="{7B34D7B2-8CCC-4364-969B-E7C595EF6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Arial" w:eastAsia="Arial" w:hAnsi="Arial"/>
      <w:color w:val="242326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b/>
      <w:bCs/>
      <w:color w:val="ED1C24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after="120"/>
      <w:outlineLvl w:val="2"/>
    </w:pPr>
    <w:rPr>
      <w:rFonts w:asciiTheme="majorHAnsi" w:eastAsiaTheme="majorEastAsia" w:hAnsiTheme="majorHAnsi" w:cstheme="majorBidi"/>
      <w:b/>
      <w:bCs/>
      <w:color w:val="ED1C24"/>
      <w:sz w:val="2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Caption">
    <w:name w:val="Small Caption"/>
    <w:pPr>
      <w:spacing w:before="40" w:after="40"/>
      <w:jc w:val="center"/>
    </w:pPr>
    <w:rPr>
      <w:rFonts w:ascii="Arial" w:hAnsi="Arial"/>
      <w:i/>
      <w:color w:val="646A7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35</Pages>
  <Words>4670</Words>
  <Characters>26622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 эксплуатации TOR BT-1520B3 / BT-1525B3</dc:title>
  <dc:subject>Мобильные аппараты высокого давления, 200/250 бар, 900 л/ч, 5,5/7,5 кВт, 380 В</dc:subject>
  <dc:creator>TOR</dc:creator>
  <cp:keywords>TOR, BT-1520B3, BT-1525B3, аппарат высокого давления, руководство</cp:keywords>
  <dc:description>generated by python-docx</dc:description>
  <cp:lastModifiedBy>Александр Анненков</cp:lastModifiedBy>
  <cp:revision>2</cp:revision>
  <dcterms:created xsi:type="dcterms:W3CDTF">2013-12-23T23:15:00Z</dcterms:created>
  <dcterms:modified xsi:type="dcterms:W3CDTF">2026-08-31T12:36:00Z</dcterms:modified>
  <cp:category/>
</cp:coreProperties>
</file>