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739EB" w14:textId="77777777" w:rsidR="00A70E86" w:rsidRDefault="00A832A6" w:rsidP="000E006E">
      <w:pPr>
        <w:shd w:val="clear" w:color="auto" w:fill="000000" w:themeFill="text1"/>
        <w:spacing w:after="280"/>
      </w:pPr>
      <w:r>
        <w:t xml:space="preserve"> </w:t>
      </w:r>
    </w:p>
    <w:p w14:paraId="3785AE89" w14:textId="77777777" w:rsidR="00A70E86" w:rsidRDefault="00A832A6">
      <w:pPr>
        <w:jc w:val="center"/>
      </w:pPr>
      <w:r>
        <w:rPr>
          <w:noProof/>
        </w:rPr>
        <w:drawing>
          <wp:inline distT="0" distB="0" distL="0" distR="0" wp14:anchorId="4B662134" wp14:editId="2814ADB8">
            <wp:extent cx="1835999" cy="45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NADO_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5999" cy="4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58029" w14:textId="77777777" w:rsidR="00A70E86" w:rsidRPr="000E006E" w:rsidRDefault="00A832A6">
      <w:pPr>
        <w:jc w:val="center"/>
        <w:rPr>
          <w:lang w:val="ru-RU"/>
        </w:rPr>
      </w:pPr>
      <w:r w:rsidRPr="000E006E">
        <w:rPr>
          <w:rFonts w:eastAsia="Calibri"/>
          <w:b/>
          <w:color w:val="6F7277"/>
          <w:sz w:val="34"/>
          <w:lang w:val="ru-RU"/>
        </w:rPr>
        <w:t>АППАРАТЫ ВЫСОКОГО ДАВЛЕНИЯ</w:t>
      </w:r>
      <w:r w:rsidRPr="000E006E">
        <w:rPr>
          <w:rFonts w:eastAsia="Calibri"/>
          <w:b/>
          <w:color w:val="6F7277"/>
          <w:sz w:val="34"/>
          <w:lang w:val="ru-RU"/>
        </w:rPr>
        <w:br/>
        <w:t>С НАГРЕВОМ ВОДЫ</w:t>
      </w:r>
    </w:p>
    <w:p w14:paraId="029255D4" w14:textId="77777777" w:rsidR="00A70E86" w:rsidRPr="000E006E" w:rsidRDefault="00A832A6">
      <w:pPr>
        <w:jc w:val="center"/>
        <w:rPr>
          <w:lang w:val="ru-RU"/>
        </w:rPr>
      </w:pPr>
      <w:r>
        <w:rPr>
          <w:rFonts w:eastAsia="Calibri"/>
          <w:b/>
          <w:sz w:val="44"/>
        </w:rPr>
        <w:t>KPC</w:t>
      </w:r>
      <w:r w:rsidRPr="000E006E">
        <w:rPr>
          <w:rFonts w:eastAsia="Calibri"/>
          <w:b/>
          <w:sz w:val="44"/>
          <w:lang w:val="ru-RU"/>
        </w:rPr>
        <w:t>-</w:t>
      </w:r>
      <w:r>
        <w:rPr>
          <w:rFonts w:eastAsia="Calibri"/>
          <w:b/>
          <w:sz w:val="44"/>
        </w:rPr>
        <w:t>H</w:t>
      </w:r>
      <w:r w:rsidRPr="000E006E">
        <w:rPr>
          <w:rFonts w:eastAsia="Calibri"/>
          <w:b/>
          <w:sz w:val="44"/>
          <w:lang w:val="ru-RU"/>
        </w:rPr>
        <w:t xml:space="preserve">6 </w:t>
      </w:r>
      <w:proofErr w:type="gramStart"/>
      <w:r w:rsidRPr="000E006E">
        <w:rPr>
          <w:rFonts w:eastAsia="Calibri"/>
          <w:b/>
          <w:sz w:val="44"/>
          <w:lang w:val="ru-RU"/>
        </w:rPr>
        <w:t>1809  •</w:t>
      </w:r>
      <w:proofErr w:type="gramEnd"/>
      <w:r w:rsidRPr="000E006E">
        <w:rPr>
          <w:rFonts w:eastAsia="Calibri"/>
          <w:b/>
          <w:sz w:val="44"/>
          <w:lang w:val="ru-RU"/>
        </w:rPr>
        <w:t xml:space="preserve">  </w:t>
      </w:r>
      <w:r>
        <w:rPr>
          <w:rFonts w:eastAsia="Calibri"/>
          <w:b/>
          <w:sz w:val="44"/>
        </w:rPr>
        <w:t>KPC</w:t>
      </w:r>
      <w:r w:rsidRPr="000E006E">
        <w:rPr>
          <w:rFonts w:eastAsia="Calibri"/>
          <w:b/>
          <w:sz w:val="44"/>
          <w:lang w:val="ru-RU"/>
        </w:rPr>
        <w:t>-</w:t>
      </w:r>
      <w:r>
        <w:rPr>
          <w:rFonts w:eastAsia="Calibri"/>
          <w:b/>
          <w:sz w:val="44"/>
        </w:rPr>
        <w:t>H</w:t>
      </w:r>
      <w:r w:rsidRPr="000E006E">
        <w:rPr>
          <w:rFonts w:eastAsia="Calibri"/>
          <w:b/>
          <w:sz w:val="44"/>
          <w:lang w:val="ru-RU"/>
        </w:rPr>
        <w:t>6 2515</w:t>
      </w:r>
      <w:r w:rsidRPr="000E006E">
        <w:rPr>
          <w:rFonts w:eastAsia="Calibri"/>
          <w:b/>
          <w:sz w:val="44"/>
          <w:lang w:val="ru-RU"/>
        </w:rPr>
        <w:br/>
      </w:r>
      <w:r>
        <w:rPr>
          <w:rFonts w:eastAsia="Calibri"/>
          <w:b/>
          <w:sz w:val="44"/>
        </w:rPr>
        <w:t>KPC</w:t>
      </w:r>
      <w:r w:rsidRPr="000E006E">
        <w:rPr>
          <w:rFonts w:eastAsia="Calibri"/>
          <w:b/>
          <w:sz w:val="44"/>
          <w:lang w:val="ru-RU"/>
        </w:rPr>
        <w:t>-</w:t>
      </w:r>
      <w:r>
        <w:rPr>
          <w:rFonts w:eastAsia="Calibri"/>
          <w:b/>
          <w:sz w:val="44"/>
        </w:rPr>
        <w:t>H</w:t>
      </w:r>
      <w:r w:rsidRPr="000E006E">
        <w:rPr>
          <w:rFonts w:eastAsia="Calibri"/>
          <w:b/>
          <w:sz w:val="44"/>
          <w:lang w:val="ru-RU"/>
        </w:rPr>
        <w:t>6 2815</w:t>
      </w:r>
    </w:p>
    <w:p w14:paraId="42F34A95" w14:textId="77777777" w:rsidR="00A70E86" w:rsidRDefault="00A832A6">
      <w:pPr>
        <w:jc w:val="center"/>
      </w:pPr>
      <w:r>
        <w:rPr>
          <w:noProof/>
        </w:rPr>
        <w:drawing>
          <wp:inline distT="0" distB="0" distL="0" distR="0" wp14:anchorId="3C593FEA" wp14:editId="46F5C634">
            <wp:extent cx="3671999" cy="41690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1999" cy="416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10230" w14:textId="77777777" w:rsidR="00A70E86" w:rsidRDefault="00A832A6">
      <w:r>
        <w:br w:type="page"/>
      </w:r>
    </w:p>
    <w:p w14:paraId="123D9D91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lastRenderedPageBreak/>
        <w:t>РАЗДЕЛ 1</w:t>
      </w:r>
    </w:p>
    <w:p w14:paraId="60D28B01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>Модели и назначение</w:t>
      </w:r>
    </w:p>
    <w:p w14:paraId="082BA292" w14:textId="77777777" w:rsidR="00A70E86" w:rsidRDefault="00A832A6">
      <w:r w:rsidRPr="000E006E">
        <w:rPr>
          <w:rFonts w:eastAsia="Calibri"/>
          <w:lang w:val="ru-RU"/>
        </w:rPr>
        <w:t xml:space="preserve">Профессиональные аппараты </w:t>
      </w:r>
      <w:r>
        <w:rPr>
          <w:rFonts w:eastAsia="Calibri"/>
        </w:rPr>
        <w:t>TORNADO</w:t>
      </w:r>
      <w:r w:rsidRPr="000E006E">
        <w:rPr>
          <w:rFonts w:eastAsia="Calibri"/>
          <w:lang w:val="ru-RU"/>
        </w:rPr>
        <w:t xml:space="preserve"> </w:t>
      </w:r>
      <w:r>
        <w:rPr>
          <w:rFonts w:eastAsia="Calibri"/>
        </w:rPr>
        <w:t>KPC</w:t>
      </w:r>
      <w:r w:rsidRPr="000E006E">
        <w:rPr>
          <w:rFonts w:eastAsia="Calibri"/>
          <w:lang w:val="ru-RU"/>
        </w:rPr>
        <w:t>-</w:t>
      </w:r>
      <w:r>
        <w:rPr>
          <w:rFonts w:eastAsia="Calibri"/>
        </w:rPr>
        <w:t>H</w:t>
      </w:r>
      <w:r w:rsidRPr="000E006E">
        <w:rPr>
          <w:rFonts w:eastAsia="Calibri"/>
          <w:lang w:val="ru-RU"/>
        </w:rPr>
        <w:t xml:space="preserve">6 предназначены для мойки холодной и горячей водой. Дизельная горелка нагревает воду после </w:t>
      </w:r>
      <w:r w:rsidRPr="000E006E">
        <w:rPr>
          <w:rFonts w:eastAsia="Calibri"/>
          <w:lang w:val="ru-RU"/>
        </w:rPr>
        <w:t xml:space="preserve">насоса; электродвигатель приводит насос высокого давления. </w:t>
      </w:r>
      <w:proofErr w:type="spellStart"/>
      <w:r>
        <w:rPr>
          <w:rFonts w:eastAsia="Calibri"/>
        </w:rPr>
        <w:t>Модель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выбирают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требуемому</w:t>
      </w:r>
      <w:proofErr w:type="spellEnd"/>
      <w:r>
        <w:rPr>
          <w:rFonts w:eastAsia="Calibri"/>
        </w:rPr>
        <w:t xml:space="preserve"> давлению, расходу и доступной электросети.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942"/>
        <w:gridCol w:w="1694"/>
        <w:gridCol w:w="1395"/>
        <w:gridCol w:w="1495"/>
        <w:gridCol w:w="1445"/>
        <w:gridCol w:w="1642"/>
        <w:gridCol w:w="35"/>
      </w:tblGrid>
      <w:tr w:rsidR="00A70E86" w14:paraId="44A97C60" w14:textId="77777777">
        <w:trPr>
          <w:cantSplit/>
          <w:tblHeader/>
        </w:trPr>
        <w:tc>
          <w:tcPr>
            <w:tcW w:w="195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D08828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Модель</w:t>
            </w:r>
          </w:p>
        </w:tc>
        <w:tc>
          <w:tcPr>
            <w:tcW w:w="17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A840D1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Артикул</w:t>
            </w:r>
          </w:p>
        </w:tc>
        <w:tc>
          <w:tcPr>
            <w:tcW w:w="14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6F7375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Давление</w:t>
            </w:r>
          </w:p>
        </w:tc>
        <w:tc>
          <w:tcPr>
            <w:tcW w:w="15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5122A5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Подача</w:t>
            </w:r>
          </w:p>
        </w:tc>
        <w:tc>
          <w:tcPr>
            <w:tcW w:w="145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4EE43F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Мощность</w:t>
            </w:r>
          </w:p>
        </w:tc>
        <w:tc>
          <w:tcPr>
            <w:tcW w:w="1648" w:type="dxa"/>
            <w:gridSpan w:val="2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3B2FD3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Питание</w:t>
            </w:r>
          </w:p>
        </w:tc>
      </w:tr>
      <w:tr w:rsidR="00A70E86" w14:paraId="2E06EAD5" w14:textId="77777777">
        <w:trPr>
          <w:cantSplit/>
        </w:trPr>
        <w:tc>
          <w:tcPr>
            <w:tcW w:w="195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51554B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KPC-H6 1809</w:t>
            </w:r>
          </w:p>
        </w:tc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E5F517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8.604.0009</w:t>
            </w:r>
          </w:p>
        </w:tc>
        <w:tc>
          <w:tcPr>
            <w:tcW w:w="1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9C4EE0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180 бар</w:t>
            </w:r>
          </w:p>
        </w:tc>
        <w:tc>
          <w:tcPr>
            <w:tcW w:w="1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2EDBF9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540 л/ч</w:t>
            </w:r>
          </w:p>
        </w:tc>
        <w:tc>
          <w:tcPr>
            <w:tcW w:w="145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5DCE82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3,0 кВт</w:t>
            </w:r>
          </w:p>
        </w:tc>
        <w:tc>
          <w:tcPr>
            <w:tcW w:w="1648" w:type="dxa"/>
            <w:gridSpan w:val="2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6C27B7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220 В</w:t>
            </w:r>
          </w:p>
        </w:tc>
      </w:tr>
      <w:tr w:rsidR="00A70E86" w14:paraId="63FE2FA1" w14:textId="77777777">
        <w:trPr>
          <w:cantSplit/>
        </w:trPr>
        <w:tc>
          <w:tcPr>
            <w:tcW w:w="195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A6BB11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KPC-H6 2515</w:t>
            </w:r>
          </w:p>
        </w:tc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76872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8.604.0010</w:t>
            </w:r>
          </w:p>
        </w:tc>
        <w:tc>
          <w:tcPr>
            <w:tcW w:w="1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E2C4A1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250 бар</w:t>
            </w:r>
          </w:p>
        </w:tc>
        <w:tc>
          <w:tcPr>
            <w:tcW w:w="1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423740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960 л/ч</w:t>
            </w:r>
          </w:p>
        </w:tc>
        <w:tc>
          <w:tcPr>
            <w:tcW w:w="145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F270D4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7,5 кВт</w:t>
            </w:r>
          </w:p>
        </w:tc>
        <w:tc>
          <w:tcPr>
            <w:tcW w:w="1648" w:type="dxa"/>
            <w:gridSpan w:val="2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8363E3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380 В</w:t>
            </w:r>
          </w:p>
        </w:tc>
      </w:tr>
      <w:tr w:rsidR="00A70E86" w14:paraId="5FE0EAE2" w14:textId="77777777">
        <w:trPr>
          <w:cantSplit/>
        </w:trPr>
        <w:tc>
          <w:tcPr>
            <w:tcW w:w="195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976174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KPC-H6 2815</w:t>
            </w:r>
          </w:p>
        </w:tc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2686FF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8.604.0011</w:t>
            </w:r>
          </w:p>
        </w:tc>
        <w:tc>
          <w:tcPr>
            <w:tcW w:w="1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9D0B4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280 бар</w:t>
            </w:r>
          </w:p>
        </w:tc>
        <w:tc>
          <w:tcPr>
            <w:tcW w:w="1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2C6C93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960 л/ч</w:t>
            </w:r>
          </w:p>
        </w:tc>
        <w:tc>
          <w:tcPr>
            <w:tcW w:w="145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F21E06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8,8 кВт</w:t>
            </w:r>
          </w:p>
        </w:tc>
        <w:tc>
          <w:tcPr>
            <w:tcW w:w="1648" w:type="dxa"/>
            <w:gridSpan w:val="2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1AB9E3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380 В</w:t>
            </w:r>
          </w:p>
        </w:tc>
      </w:tr>
      <w:tr w:rsidR="00A70E86" w14:paraId="5816FCE8" w14:textId="77777777">
        <w:tblPrEx>
          <w:tblBorders>
            <w:top w:val="single" w:sz="9" w:space="0" w:color="E31E24"/>
            <w:left w:val="single" w:sz="9" w:space="0" w:color="E31E24"/>
            <w:bottom w:val="single" w:sz="9" w:space="0" w:color="E31E24"/>
            <w:right w:val="single" w:sz="9" w:space="0" w:color="E31E24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cantSplit/>
        </w:trPr>
        <w:tc>
          <w:tcPr>
            <w:tcW w:w="9648" w:type="dxa"/>
            <w:gridSpan w:val="6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29FD0B8" w14:textId="77777777" w:rsidR="00A70E86" w:rsidRDefault="00A832A6">
            <w:pPr>
              <w:spacing w:after="0" w:line="276" w:lineRule="auto"/>
            </w:pP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ОБЩИЕ </w:t>
            </w:r>
            <w:proofErr w:type="gramStart"/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ФУНКЦИИ  </w:t>
            </w:r>
            <w:r w:rsidRPr="000E006E">
              <w:rPr>
                <w:rFonts w:eastAsia="Calibri"/>
                <w:sz w:val="21"/>
                <w:lang w:val="ru-RU"/>
              </w:rPr>
              <w:t>Частота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вращения 1450 об/мин, система </w:t>
            </w:r>
            <w:r>
              <w:rPr>
                <w:rFonts w:eastAsia="Calibri"/>
                <w:sz w:val="21"/>
              </w:rPr>
              <w:t>Total</w:t>
            </w:r>
            <w:r w:rsidRPr="000E006E">
              <w:rPr>
                <w:rFonts w:eastAsia="Calibri"/>
                <w:sz w:val="21"/>
                <w:lang w:val="ru-RU"/>
              </w:rPr>
              <w:t xml:space="preserve"> </w:t>
            </w:r>
            <w:r>
              <w:rPr>
                <w:rFonts w:eastAsia="Calibri"/>
                <w:sz w:val="21"/>
              </w:rPr>
              <w:t>Stop</w:t>
            </w:r>
            <w:r w:rsidRPr="000E006E">
              <w:rPr>
                <w:rFonts w:eastAsia="Calibri"/>
                <w:sz w:val="21"/>
                <w:lang w:val="ru-RU"/>
              </w:rPr>
              <w:t xml:space="preserve">, нагрев воды дизельной горелкой. </w:t>
            </w:r>
            <w:proofErr w:type="spellStart"/>
            <w:r>
              <w:rPr>
                <w:rFonts w:eastAsia="Calibri"/>
                <w:sz w:val="21"/>
              </w:rPr>
              <w:t>Паспортные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значения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конкретного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аппарата</w:t>
            </w:r>
            <w:proofErr w:type="spellEnd"/>
            <w:r>
              <w:rPr>
                <w:rFonts w:eastAsia="Calibri"/>
                <w:sz w:val="21"/>
              </w:rPr>
              <w:t xml:space="preserve"> проверяйте по </w:t>
            </w:r>
            <w:r>
              <w:rPr>
                <w:rFonts w:eastAsia="Calibri"/>
                <w:sz w:val="21"/>
              </w:rPr>
              <w:t>шильдику.</w:t>
            </w:r>
          </w:p>
        </w:tc>
      </w:tr>
    </w:tbl>
    <w:p w14:paraId="04F136DD" w14:textId="77777777" w:rsidR="00A70E86" w:rsidRDefault="00A70E86">
      <w:pPr>
        <w:spacing w:after="40" w:line="240" w:lineRule="auto"/>
      </w:pPr>
    </w:p>
    <w:p w14:paraId="34D262F3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DC19CB2" wp14:editId="67A53067">
            <wp:extent cx="3108960" cy="3740804"/>
            <wp:effectExtent l="0" t="0" r="0" b="0"/>
            <wp:docPr id="3" name="Фронтальный вид серии KPC-H6" descr="Фронтальный вид серии KPC-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374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AD3A1" w14:textId="77777777" w:rsidR="00A70E86" w:rsidRPr="000E006E" w:rsidRDefault="00A832A6">
      <w:pPr>
        <w:pStyle w:val="FigureCaption"/>
        <w:keepLines/>
        <w:rPr>
          <w:lang w:val="ru-RU"/>
        </w:rPr>
      </w:pPr>
      <w:r w:rsidRPr="000E006E">
        <w:rPr>
          <w:lang w:val="ru-RU"/>
        </w:rPr>
        <w:t xml:space="preserve">Фронтальный вид серии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</w:t>
      </w:r>
    </w:p>
    <w:p w14:paraId="340588AD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53592FBC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>РАЗДЕЛ 2</w:t>
      </w:r>
    </w:p>
    <w:p w14:paraId="1F8925CD" w14:textId="77777777" w:rsidR="00A70E86" w:rsidRPr="000E006E" w:rsidRDefault="00A832A6">
      <w:pPr>
        <w:pStyle w:val="1"/>
        <w:rPr>
          <w:lang w:val="ru-RU"/>
        </w:rPr>
      </w:pP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</w:t>
      </w:r>
    </w:p>
    <w:p w14:paraId="6B7BEF87" w14:textId="77777777" w:rsidR="00A70E86" w:rsidRPr="000E006E" w:rsidRDefault="00A832A6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473ED428" wp14:editId="505DDC38">
            <wp:extent cx="2880360" cy="3270227"/>
            <wp:effectExtent l="0" t="0" r="0" b="0"/>
            <wp:docPr id="4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27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006E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3BD63A71" wp14:editId="248CE2AF">
            <wp:extent cx="2880360" cy="2679292"/>
            <wp:effectExtent l="0" t="0" r="0" b="0"/>
            <wp:docPr id="5" name="Боковой вид" descr="Боково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67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07E1" w14:textId="77777777" w:rsidR="00A70E86" w:rsidRPr="000E006E" w:rsidRDefault="00A832A6">
      <w:pPr>
        <w:pStyle w:val="FigureCaption"/>
        <w:rPr>
          <w:lang w:val="ru-RU"/>
        </w:rPr>
      </w:pP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1809: общий и боковой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748"/>
      </w:tblGrid>
      <w:tr w:rsidR="00A70E86" w14:paraId="5E96ED60" w14:textId="77777777">
        <w:trPr>
          <w:cantSplit/>
          <w:tblHeader/>
        </w:trPr>
        <w:tc>
          <w:tcPr>
            <w:tcW w:w="3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8B803B4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  <w:proofErr w:type="spellEnd"/>
          </w:p>
        </w:tc>
        <w:tc>
          <w:tcPr>
            <w:tcW w:w="57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672D65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A70E86" w14:paraId="10C45516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F1D672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Артикул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0BE10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8.604.0009</w:t>
            </w:r>
          </w:p>
        </w:tc>
      </w:tr>
      <w:tr w:rsidR="00A70E86" w14:paraId="14EB98A0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700DF6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Рабочее давление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787EF1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до 180 бар</w:t>
            </w:r>
          </w:p>
        </w:tc>
      </w:tr>
      <w:tr w:rsidR="00A70E86" w14:paraId="21FC3B69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D4AFB1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Производительность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090118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540 л/ч (9 л/мин)</w:t>
            </w:r>
          </w:p>
        </w:tc>
      </w:tr>
      <w:tr w:rsidR="00A70E86" w14:paraId="1FA09EBA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47FF1C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Электродвигатель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B6C2A5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3,0 кВт; 220–240 В; 50 Гц</w:t>
            </w:r>
          </w:p>
        </w:tc>
      </w:tr>
      <w:tr w:rsidR="00A70E86" w14:paraId="648EBA53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FF6009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Насос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B8265F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8,8 л/мин; 1450 об/мин</w:t>
            </w:r>
          </w:p>
        </w:tc>
      </w:tr>
      <w:tr w:rsidR="00A70E86" w14:paraId="0CC50ADF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28EFD2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Система остановки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293D7A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Total Stop</w:t>
            </w:r>
          </w:p>
        </w:tc>
      </w:tr>
    </w:tbl>
    <w:p w14:paraId="7E3EC162" w14:textId="77777777" w:rsidR="00A70E86" w:rsidRDefault="00A832A6">
      <w:r>
        <w:br w:type="page"/>
      </w:r>
    </w:p>
    <w:p w14:paraId="488DCB88" w14:textId="77777777" w:rsidR="00A70E86" w:rsidRDefault="00A832A6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3</w:t>
      </w:r>
    </w:p>
    <w:p w14:paraId="02C5EEDC" w14:textId="77777777" w:rsidR="00A70E86" w:rsidRDefault="00A832A6">
      <w:pPr>
        <w:pStyle w:val="1"/>
      </w:pPr>
      <w:r>
        <w:t>KPC-H6 2515</w:t>
      </w:r>
    </w:p>
    <w:p w14:paraId="7E692836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BE1210D" wp14:editId="16BDC285">
            <wp:extent cx="2880360" cy="3270227"/>
            <wp:effectExtent l="0" t="0" r="0" b="0"/>
            <wp:docPr id="6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27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08DC3725" wp14:editId="033C3D38">
            <wp:extent cx="2880360" cy="2422774"/>
            <wp:effectExtent l="0" t="0" r="0" b="0"/>
            <wp:docPr id="7" name="Боковой вид" descr="Боково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42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8ABF6" w14:textId="77777777" w:rsidR="00A70E86" w:rsidRPr="000E006E" w:rsidRDefault="00A832A6">
      <w:pPr>
        <w:pStyle w:val="FigureCaption"/>
        <w:rPr>
          <w:lang w:val="ru-RU"/>
        </w:rPr>
      </w:pP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2515: общий и боковой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748"/>
      </w:tblGrid>
      <w:tr w:rsidR="00A70E86" w14:paraId="29F627FC" w14:textId="77777777">
        <w:trPr>
          <w:cantSplit/>
          <w:tblHeader/>
        </w:trPr>
        <w:tc>
          <w:tcPr>
            <w:tcW w:w="3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029CF03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  <w:proofErr w:type="spellEnd"/>
          </w:p>
        </w:tc>
        <w:tc>
          <w:tcPr>
            <w:tcW w:w="57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F78D5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A70E86" w14:paraId="225982F2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368BF3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Артикул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47D9F6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8.604.0010</w:t>
            </w:r>
          </w:p>
        </w:tc>
      </w:tr>
      <w:tr w:rsidR="00A70E86" w14:paraId="2E144A13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F0144C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Рабочее давление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EB9198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до 250 бар</w:t>
            </w:r>
          </w:p>
        </w:tc>
      </w:tr>
      <w:tr w:rsidR="00A70E86" w14:paraId="6729CF59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B6A771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Производительность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E66C1E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960 л/ч (16 л/мин)</w:t>
            </w:r>
          </w:p>
        </w:tc>
      </w:tr>
      <w:tr w:rsidR="00A70E86" w14:paraId="1D37B1F4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A04830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Электродвигатель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2309B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7,5 кВт; 380–400 В; 50 Гц</w:t>
            </w:r>
          </w:p>
        </w:tc>
      </w:tr>
      <w:tr w:rsidR="00A70E86" w14:paraId="61ED27F9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B2B1A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Насос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55857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 л/мин; 1450 об/мин</w:t>
            </w:r>
          </w:p>
        </w:tc>
      </w:tr>
      <w:tr w:rsidR="00A70E86" w14:paraId="5D462D10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23794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Система остановки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5EFD83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Total Stop</w:t>
            </w:r>
          </w:p>
        </w:tc>
      </w:tr>
    </w:tbl>
    <w:p w14:paraId="683BA769" w14:textId="77777777" w:rsidR="00A70E86" w:rsidRDefault="00A832A6">
      <w:r>
        <w:br w:type="page"/>
      </w:r>
    </w:p>
    <w:p w14:paraId="539256DD" w14:textId="77777777" w:rsidR="00A70E86" w:rsidRDefault="00A832A6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4</w:t>
      </w:r>
    </w:p>
    <w:p w14:paraId="301B2F75" w14:textId="77777777" w:rsidR="00A70E86" w:rsidRDefault="00A832A6">
      <w:pPr>
        <w:pStyle w:val="1"/>
      </w:pPr>
      <w:r>
        <w:t>KPC-H6 2815</w:t>
      </w:r>
    </w:p>
    <w:p w14:paraId="1DF866CF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3905385A" wp14:editId="184FB894">
            <wp:extent cx="2880360" cy="3270227"/>
            <wp:effectExtent l="0" t="0" r="0" b="0"/>
            <wp:docPr id="8" name="Общий вид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27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4568D51D" wp14:editId="61C4A116">
            <wp:extent cx="2880360" cy="3165364"/>
            <wp:effectExtent l="0" t="0" r="0" b="0"/>
            <wp:docPr id="9" name="Задний вид" descr="Задн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16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CDBBA" w14:textId="77777777" w:rsidR="00A70E86" w:rsidRPr="000E006E" w:rsidRDefault="00A832A6">
      <w:pPr>
        <w:pStyle w:val="FigureCaption"/>
        <w:rPr>
          <w:lang w:val="ru-RU"/>
        </w:rPr>
      </w:pP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2815: общий и задний вид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748"/>
      </w:tblGrid>
      <w:tr w:rsidR="00A70E86" w14:paraId="207F4E1C" w14:textId="77777777">
        <w:trPr>
          <w:cantSplit/>
          <w:tblHeader/>
        </w:trPr>
        <w:tc>
          <w:tcPr>
            <w:tcW w:w="3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FD6682D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  <w:proofErr w:type="spellEnd"/>
          </w:p>
        </w:tc>
        <w:tc>
          <w:tcPr>
            <w:tcW w:w="57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F677EF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A70E86" w14:paraId="643F8AF2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EE4435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Артикул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5F933A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8.604.0011</w:t>
            </w:r>
          </w:p>
        </w:tc>
      </w:tr>
      <w:tr w:rsidR="00A70E86" w14:paraId="546E0132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4C25AB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Рабочее давление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F1F723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до 280 бар</w:t>
            </w:r>
          </w:p>
        </w:tc>
      </w:tr>
      <w:tr w:rsidR="00A70E86" w14:paraId="48976D68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B30CB1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Производительность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9ECB2E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960 л/ч (16 л/мин)</w:t>
            </w:r>
          </w:p>
        </w:tc>
      </w:tr>
      <w:tr w:rsidR="00A70E86" w14:paraId="03E55C7C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44CF86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Электродвигатель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7E3A95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8,8 кВт; 380–400 В; 50 Гц</w:t>
            </w:r>
          </w:p>
        </w:tc>
      </w:tr>
      <w:tr w:rsidR="00A70E86" w14:paraId="4663E0D1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119B2A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Система остановки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1E76D9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Total Stop</w:t>
            </w:r>
          </w:p>
        </w:tc>
      </w:tr>
      <w:tr w:rsidR="00A70E86" w14:paraId="39D1F466" w14:textId="77777777">
        <w:trPr>
          <w:cantSplit/>
        </w:trPr>
        <w:tc>
          <w:tcPr>
            <w:tcW w:w="3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0B49D2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Нагрев воды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BFD91D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Дизельная горелка</w:t>
            </w:r>
          </w:p>
        </w:tc>
      </w:tr>
    </w:tbl>
    <w:p w14:paraId="4699D0F9" w14:textId="77777777" w:rsidR="00A70E86" w:rsidRDefault="00A832A6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5</w:t>
      </w:r>
    </w:p>
    <w:p w14:paraId="15F2AF6F" w14:textId="77777777" w:rsidR="00A70E86" w:rsidRDefault="00A832A6">
      <w:pPr>
        <w:pStyle w:val="1"/>
      </w:pPr>
      <w:r>
        <w:t>Комплект поставки и аксессуары</w:t>
      </w:r>
    </w:p>
    <w:p w14:paraId="1A40FA09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F64A3E1" wp14:editId="62EFD53D">
            <wp:extent cx="4114800" cy="2084021"/>
            <wp:effectExtent l="0" t="0" r="0" b="0"/>
            <wp:docPr id="10" name="Комплект аксессуаров серии KPC-H6" descr="Комплект аксессуаров серии KPC-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08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4F466" w14:textId="77777777" w:rsidR="00A70E86" w:rsidRDefault="00A832A6">
      <w:pPr>
        <w:pStyle w:val="FigureCaption"/>
        <w:keepLines/>
      </w:pPr>
      <w:r>
        <w:t>Комплект аксессуаров серии KPC-H6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5348"/>
      </w:tblGrid>
      <w:tr w:rsidR="00A70E86" w14:paraId="599E57EE" w14:textId="77777777">
        <w:trPr>
          <w:cantSplit/>
          <w:tblHeader/>
        </w:trPr>
        <w:tc>
          <w:tcPr>
            <w:tcW w:w="43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3E0D1A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Элемент</w:t>
            </w:r>
          </w:p>
        </w:tc>
        <w:tc>
          <w:tcPr>
            <w:tcW w:w="53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2D8FE3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A70E86" w14:paraId="38225DD5" w14:textId="77777777">
        <w:trPr>
          <w:cantSplit/>
        </w:trPr>
        <w:tc>
          <w:tcPr>
            <w:tcW w:w="43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A0234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Шланг </w:t>
            </w:r>
            <w:r>
              <w:rPr>
                <w:rFonts w:eastAsia="Calibri"/>
                <w:sz w:val="17"/>
              </w:rPr>
              <w:t>высокого давления 10 м</w:t>
            </w:r>
          </w:p>
        </w:tc>
        <w:tc>
          <w:tcPr>
            <w:tcW w:w="53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C760EC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Соединение аппарата и пистолета</w:t>
            </w:r>
          </w:p>
        </w:tc>
      </w:tr>
      <w:tr w:rsidR="00A70E86" w14:paraId="2DF99B9D" w14:textId="77777777">
        <w:trPr>
          <w:cantSplit/>
        </w:trPr>
        <w:tc>
          <w:tcPr>
            <w:tcW w:w="43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976974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Профессиональный пистолет</w:t>
            </w:r>
          </w:p>
        </w:tc>
        <w:tc>
          <w:tcPr>
            <w:tcW w:w="53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969C5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Управление струёй</w:t>
            </w:r>
          </w:p>
        </w:tc>
      </w:tr>
      <w:tr w:rsidR="00A70E86" w:rsidRPr="000E006E" w14:paraId="7781324E" w14:textId="77777777">
        <w:trPr>
          <w:cantSplit/>
        </w:trPr>
        <w:tc>
          <w:tcPr>
            <w:tcW w:w="43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BD3AB6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Металлическое копьё 550 мм</w:t>
            </w:r>
          </w:p>
        </w:tc>
        <w:tc>
          <w:tcPr>
            <w:tcW w:w="53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627DCE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Рабочая дистанция и установка форсунки</w:t>
            </w:r>
          </w:p>
        </w:tc>
      </w:tr>
      <w:tr w:rsidR="00A70E86" w14:paraId="47C698FE" w14:textId="77777777">
        <w:trPr>
          <w:cantSplit/>
        </w:trPr>
        <w:tc>
          <w:tcPr>
            <w:tcW w:w="43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273DECF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Комплект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цветных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форсунок</w:t>
            </w:r>
            <w:proofErr w:type="spellEnd"/>
          </w:p>
        </w:tc>
        <w:tc>
          <w:tcPr>
            <w:tcW w:w="53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378A6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Выбор угла распыления</w:t>
            </w:r>
          </w:p>
        </w:tc>
      </w:tr>
      <w:tr w:rsidR="00A70E86" w14:paraId="59AB846E" w14:textId="77777777">
        <w:trPr>
          <w:cantSplit/>
        </w:trPr>
        <w:tc>
          <w:tcPr>
            <w:tcW w:w="43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8E82BD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Держатели</w:t>
            </w:r>
          </w:p>
        </w:tc>
        <w:tc>
          <w:tcPr>
            <w:tcW w:w="53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E7336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Хранение кабеля и </w:t>
            </w:r>
            <w:r>
              <w:rPr>
                <w:rFonts w:eastAsia="Calibri"/>
                <w:sz w:val="17"/>
              </w:rPr>
              <w:t>принадлежностей</w:t>
            </w:r>
          </w:p>
        </w:tc>
      </w:tr>
      <w:tr w:rsidR="00A70E86" w14:paraId="743B3994" w14:textId="77777777">
        <w:trPr>
          <w:cantSplit/>
        </w:trPr>
        <w:tc>
          <w:tcPr>
            <w:tcW w:w="43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404489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Соединительные элементы</w:t>
            </w:r>
          </w:p>
        </w:tc>
        <w:tc>
          <w:tcPr>
            <w:tcW w:w="53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362113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Подключение водяного тракта</w:t>
            </w:r>
          </w:p>
        </w:tc>
      </w:tr>
    </w:tbl>
    <w:p w14:paraId="2F989429" w14:textId="6FB4CF1B" w:rsidR="00A70E86" w:rsidRDefault="00A832A6" w:rsidP="000E006E">
      <w:r>
        <w:rPr>
          <w:rFonts w:eastAsia="Calibri"/>
          <w:b/>
          <w:color w:val="E31E24"/>
          <w:sz w:val="18"/>
        </w:rPr>
        <w:t>РАЗДЕЛ 6</w:t>
      </w:r>
    </w:p>
    <w:p w14:paraId="0B78A54A" w14:textId="77777777" w:rsidR="00A70E86" w:rsidRDefault="00A832A6">
      <w:pPr>
        <w:pStyle w:val="1"/>
      </w:pPr>
      <w:r>
        <w:t>Устройство и панель управления</w:t>
      </w:r>
    </w:p>
    <w:p w14:paraId="2E69CACC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5D47195" wp14:editId="62163499">
            <wp:extent cx="3931920" cy="4731017"/>
            <wp:effectExtent l="0" t="0" r="0" b="0"/>
            <wp:docPr id="11" name="Панель управления, регулятор и манометр" descr="Панель управления, регулятор и маноме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473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AF74" w14:textId="77777777" w:rsidR="00A70E86" w:rsidRDefault="00A832A6">
      <w:pPr>
        <w:pStyle w:val="FigureCaption"/>
        <w:keepLines/>
      </w:pPr>
      <w:r>
        <w:t>Панель управления, регулятор и манометр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5548"/>
      </w:tblGrid>
      <w:tr w:rsidR="00A70E86" w14:paraId="1DF596D3" w14:textId="77777777">
        <w:trPr>
          <w:cantSplit/>
          <w:tblHeader/>
        </w:trPr>
        <w:tc>
          <w:tcPr>
            <w:tcW w:w="41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878C99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Узел</w:t>
            </w:r>
          </w:p>
        </w:tc>
        <w:tc>
          <w:tcPr>
            <w:tcW w:w="5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DA4E2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A70E86" w:rsidRPr="000E006E" w14:paraId="1A0B1631" w14:textId="77777777">
        <w:trPr>
          <w:cantSplit/>
        </w:trPr>
        <w:tc>
          <w:tcPr>
            <w:tcW w:w="41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1A7CFE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Главный переключатель</w:t>
            </w:r>
          </w:p>
        </w:tc>
        <w:tc>
          <w:tcPr>
            <w:tcW w:w="5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DDFB40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Выключено / холодная вода / горячая вода</w:t>
            </w:r>
          </w:p>
        </w:tc>
      </w:tr>
      <w:tr w:rsidR="00A70E86" w14:paraId="5417670A" w14:textId="77777777">
        <w:trPr>
          <w:cantSplit/>
        </w:trPr>
        <w:tc>
          <w:tcPr>
            <w:tcW w:w="41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65F0382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Регулятор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температуры</w:t>
            </w:r>
            <w:proofErr w:type="spellEnd"/>
          </w:p>
        </w:tc>
        <w:tc>
          <w:tcPr>
            <w:tcW w:w="5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616646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Установка температуры нагрева</w:t>
            </w:r>
          </w:p>
        </w:tc>
      </w:tr>
      <w:tr w:rsidR="00A70E86" w14:paraId="0CA78FF1" w14:textId="77777777">
        <w:trPr>
          <w:cantSplit/>
        </w:trPr>
        <w:tc>
          <w:tcPr>
            <w:tcW w:w="41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0D8C26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Манометр</w:t>
            </w:r>
          </w:p>
        </w:tc>
        <w:tc>
          <w:tcPr>
            <w:tcW w:w="5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6A5AB4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Контроль давления</w:t>
            </w:r>
          </w:p>
        </w:tc>
      </w:tr>
      <w:tr w:rsidR="00A70E86" w14:paraId="4E6163A5" w14:textId="77777777">
        <w:trPr>
          <w:cantSplit/>
        </w:trPr>
        <w:tc>
          <w:tcPr>
            <w:tcW w:w="41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349D44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Индикаторы</w:t>
            </w:r>
          </w:p>
        </w:tc>
        <w:tc>
          <w:tcPr>
            <w:tcW w:w="5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261D62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Состояние питания и защиты</w:t>
            </w:r>
          </w:p>
        </w:tc>
      </w:tr>
      <w:tr w:rsidR="00A70E86" w14:paraId="470C4A2F" w14:textId="77777777">
        <w:trPr>
          <w:cantSplit/>
        </w:trPr>
        <w:tc>
          <w:tcPr>
            <w:tcW w:w="41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93883B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Дизельный бак и фильтр</w:t>
            </w:r>
          </w:p>
        </w:tc>
        <w:tc>
          <w:tcPr>
            <w:tcW w:w="5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822B87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Питание горелки</w:t>
            </w:r>
          </w:p>
        </w:tc>
      </w:tr>
      <w:tr w:rsidR="00A70E86" w:rsidRPr="000E006E" w14:paraId="7302BEF4" w14:textId="77777777">
        <w:trPr>
          <w:cantSplit/>
        </w:trPr>
        <w:tc>
          <w:tcPr>
            <w:tcW w:w="41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D86BE7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Котёл и дымоход</w:t>
            </w:r>
          </w:p>
        </w:tc>
        <w:tc>
          <w:tcPr>
            <w:tcW w:w="5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44FF4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Нагрев воды и отвод газов</w:t>
            </w:r>
          </w:p>
        </w:tc>
      </w:tr>
    </w:tbl>
    <w:p w14:paraId="6AA5C91D" w14:textId="067A3D4B" w:rsidR="00A70E86" w:rsidRPr="000E006E" w:rsidRDefault="00A832A6" w:rsidP="000E006E">
      <w:pPr>
        <w:rPr>
          <w:lang w:val="ru-RU"/>
        </w:rPr>
      </w:pPr>
      <w:r w:rsidRPr="000E006E">
        <w:rPr>
          <w:lang w:val="ru-RU"/>
        </w:rPr>
        <w:br w:type="page"/>
      </w:r>
      <w:r>
        <w:rPr>
          <w:rFonts w:eastAsia="Calibri"/>
          <w:b/>
          <w:color w:val="E31E24"/>
          <w:sz w:val="18"/>
        </w:rPr>
        <w:t>РАЗДЕЛ 7</w:t>
      </w:r>
    </w:p>
    <w:p w14:paraId="75214B14" w14:textId="77777777" w:rsidR="00A70E86" w:rsidRDefault="00A832A6">
      <w:pPr>
        <w:pStyle w:val="1"/>
      </w:pPr>
      <w:r>
        <w:t>Требования безопасности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14:paraId="4DC1B091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94A2D89" w14:textId="77777777" w:rsidR="00A70E86" w:rsidRDefault="00A832A6">
            <w:pPr>
              <w:spacing w:after="0" w:line="276" w:lineRule="auto"/>
            </w:pP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ОПАСНО: ВЫСОКОЕ ДАВЛЕНИЕ И ГОРЯЧАЯ </w:t>
            </w:r>
            <w:proofErr w:type="gramStart"/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ВОДА  </w:t>
            </w:r>
            <w:r w:rsidRPr="000E006E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направляйте струю на людей, животных, электрическое оборудование или сам аппарат. </w:t>
            </w:r>
            <w:proofErr w:type="spellStart"/>
            <w:r>
              <w:rPr>
                <w:rFonts w:eastAsia="Calibri"/>
                <w:sz w:val="21"/>
              </w:rPr>
              <w:t>Горячая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вода</w:t>
            </w:r>
            <w:proofErr w:type="spellEnd"/>
            <w:r>
              <w:rPr>
                <w:rFonts w:eastAsia="Calibri"/>
                <w:sz w:val="21"/>
              </w:rPr>
              <w:t xml:space="preserve"> и </w:t>
            </w:r>
            <w:proofErr w:type="spellStart"/>
            <w:r>
              <w:rPr>
                <w:rFonts w:eastAsia="Calibri"/>
                <w:sz w:val="21"/>
              </w:rPr>
              <w:t>пар</w:t>
            </w:r>
            <w:proofErr w:type="spellEnd"/>
            <w:r>
              <w:rPr>
                <w:rFonts w:eastAsia="Calibri"/>
                <w:sz w:val="21"/>
              </w:rPr>
              <w:t xml:space="preserve"> вызывают тяжёлые ожоги.</w:t>
            </w:r>
          </w:p>
        </w:tc>
      </w:tr>
    </w:tbl>
    <w:p w14:paraId="1A9F95AD" w14:textId="77777777" w:rsidR="00A70E86" w:rsidRDefault="00A70E86">
      <w:pPr>
        <w:spacing w:after="40" w:line="240" w:lineRule="auto"/>
      </w:pPr>
    </w:p>
    <w:p w14:paraId="773DD002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Используйте очки, защитную обувь, перчатки и средства защиты слуха.</w:t>
      </w:r>
    </w:p>
    <w:p w14:paraId="1961C57B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 xml:space="preserve">Держите пистолет </w:t>
      </w:r>
      <w:r w:rsidRPr="000E006E">
        <w:rPr>
          <w:rFonts w:eastAsia="Calibri"/>
          <w:lang w:val="ru-RU"/>
        </w:rPr>
        <w:t>двумя руками; учитывайте реактивную силу.</w:t>
      </w:r>
    </w:p>
    <w:p w14:paraId="56E1B0C3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Не допускайте детей и необученных лиц.</w:t>
      </w:r>
    </w:p>
    <w:p w14:paraId="2B4701B5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Не мойте шины ближе 30 см.</w:t>
      </w:r>
    </w:p>
    <w:p w14:paraId="5E194090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Перед обслуживанием отключите питание, дайте аппарату остыть и сбросьте давление.</w:t>
      </w:r>
    </w:p>
    <w:p w14:paraId="5B32265C" w14:textId="0FCB41FF" w:rsidR="00A70E86" w:rsidRPr="000E006E" w:rsidRDefault="00A832A6" w:rsidP="000E006E">
      <w:pPr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>РАЗДЕЛ 8</w:t>
      </w:r>
    </w:p>
    <w:p w14:paraId="2DF690F5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>Электро- и пожарная безопасность</w:t>
      </w:r>
    </w:p>
    <w:p w14:paraId="6723D24E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>
        <w:rPr>
          <w:rFonts w:eastAsia="Calibri"/>
        </w:rPr>
        <w:t>KPC</w:t>
      </w:r>
      <w:r w:rsidRPr="000E006E">
        <w:rPr>
          <w:rFonts w:eastAsia="Calibri"/>
          <w:lang w:val="ru-RU"/>
        </w:rPr>
        <w:t>-</w:t>
      </w:r>
      <w:r>
        <w:rPr>
          <w:rFonts w:eastAsia="Calibri"/>
        </w:rPr>
        <w:t>H</w:t>
      </w:r>
      <w:r w:rsidRPr="000E006E">
        <w:rPr>
          <w:rFonts w:eastAsia="Calibri"/>
          <w:lang w:val="ru-RU"/>
        </w:rPr>
        <w:t>6 1809 подключайт</w:t>
      </w:r>
      <w:r w:rsidRPr="000E006E">
        <w:rPr>
          <w:rFonts w:eastAsia="Calibri"/>
          <w:lang w:val="ru-RU"/>
        </w:rPr>
        <w:t>е к исправной сети 220–240 В; модели 2515 и 2815 — к 380–400 В.</w:t>
      </w:r>
    </w:p>
    <w:p w14:paraId="6447E93A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Необходимы защитное заземление, автомат и УЗО; трёхфазное подключение выполняет электрик.</w:t>
      </w:r>
    </w:p>
    <w:p w14:paraId="35CB4FAE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Не используйте аппарат под дождём или на затопленной площадке.</w:t>
      </w:r>
    </w:p>
    <w:p w14:paraId="53BC987B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 xml:space="preserve">Заправляйте дизельный бак только при </w:t>
      </w:r>
      <w:r w:rsidRPr="000E006E">
        <w:rPr>
          <w:rFonts w:eastAsia="Calibri"/>
          <w:lang w:val="ru-RU"/>
        </w:rPr>
        <w:t>выключенном и остывшем аппарате.</w:t>
      </w:r>
    </w:p>
    <w:p w14:paraId="05329176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Не используйте бензин и растворители вместо дизельного топлива.</w:t>
      </w:r>
    </w:p>
    <w:p w14:paraId="00030921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Обеспечьте вентиляцию и безопасный отвод продуктов сгорания.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14:paraId="04633C0C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F81DF61" w14:textId="77777777" w:rsidR="00A70E86" w:rsidRDefault="00A832A6">
            <w:pPr>
              <w:spacing w:after="0" w:line="276" w:lineRule="auto"/>
            </w:pP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ВЫХЛОПНЫЕ </w:t>
            </w:r>
            <w:proofErr w:type="gramStart"/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ГАЗЫ  </w:t>
            </w:r>
            <w:r w:rsidRPr="000E006E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используйте горелку в закрытом непроветриваемом помещении. </w:t>
            </w:r>
            <w:proofErr w:type="spellStart"/>
            <w:r>
              <w:rPr>
                <w:rFonts w:eastAsia="Calibri"/>
                <w:sz w:val="21"/>
              </w:rPr>
              <w:t>Дымоход</w:t>
            </w:r>
            <w:proofErr w:type="spellEnd"/>
            <w:r>
              <w:rPr>
                <w:rFonts w:eastAsia="Calibri"/>
                <w:sz w:val="21"/>
              </w:rPr>
              <w:t xml:space="preserve"> и </w:t>
            </w:r>
            <w:proofErr w:type="spellStart"/>
            <w:r>
              <w:rPr>
                <w:rFonts w:eastAsia="Calibri"/>
                <w:sz w:val="21"/>
              </w:rPr>
              <w:t>кожух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оста</w:t>
            </w:r>
            <w:r>
              <w:rPr>
                <w:rFonts w:eastAsia="Calibri"/>
                <w:sz w:val="21"/>
              </w:rPr>
              <w:t>ются</w:t>
            </w:r>
            <w:proofErr w:type="spellEnd"/>
            <w:r>
              <w:rPr>
                <w:rFonts w:eastAsia="Calibri"/>
                <w:sz w:val="21"/>
              </w:rPr>
              <w:t xml:space="preserve"> горячими после остановки.</w:t>
            </w:r>
          </w:p>
        </w:tc>
      </w:tr>
    </w:tbl>
    <w:p w14:paraId="6E035550" w14:textId="77777777" w:rsidR="00A70E86" w:rsidRDefault="00A70E86">
      <w:pPr>
        <w:spacing w:after="40" w:line="240" w:lineRule="auto"/>
      </w:pPr>
    </w:p>
    <w:p w14:paraId="65DD692D" w14:textId="0118871D" w:rsidR="00A70E86" w:rsidRDefault="00A832A6" w:rsidP="000E006E">
      <w:r>
        <w:rPr>
          <w:rFonts w:eastAsia="Calibri"/>
          <w:b/>
          <w:color w:val="E31E24"/>
          <w:sz w:val="18"/>
        </w:rPr>
        <w:t>РАЗДЕЛ 9</w:t>
      </w:r>
    </w:p>
    <w:p w14:paraId="7A18D83C" w14:textId="77777777" w:rsidR="00A70E86" w:rsidRDefault="00A832A6">
      <w:pPr>
        <w:pStyle w:val="1"/>
      </w:pPr>
      <w:r>
        <w:t>Подключение воды и принадлежностей</w:t>
      </w:r>
    </w:p>
    <w:p w14:paraId="262C5D6D" w14:textId="77777777" w:rsidR="00A70E86" w:rsidRDefault="00A832A6">
      <w:pPr>
        <w:numPr>
          <w:ilvl w:val="0"/>
          <w:numId w:val="1"/>
        </w:numPr>
        <w:spacing w:after="100"/>
      </w:pPr>
      <w:r>
        <w:rPr>
          <w:rFonts w:eastAsia="Calibri"/>
        </w:rPr>
        <w:t>Очистите входной фильтр.</w:t>
      </w:r>
    </w:p>
    <w:p w14:paraId="0F08DA2B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Подключите чистую воду температурой не выше 40 °</w:t>
      </w:r>
      <w:r>
        <w:rPr>
          <w:rFonts w:eastAsia="Calibri"/>
        </w:rPr>
        <w:t>C</w:t>
      </w:r>
      <w:r w:rsidRPr="000E006E">
        <w:rPr>
          <w:rFonts w:eastAsia="Calibri"/>
          <w:lang w:val="ru-RU"/>
        </w:rPr>
        <w:t>.</w:t>
      </w:r>
    </w:p>
    <w:p w14:paraId="61A6669B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Минимальная подача должна быть не ниже расхода аппарата; давление на входе — не выше 6 бар.</w:t>
      </w:r>
    </w:p>
    <w:p w14:paraId="47BB30FC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Подсоедин</w:t>
      </w:r>
      <w:r w:rsidRPr="000E006E">
        <w:rPr>
          <w:rFonts w:eastAsia="Calibri"/>
          <w:lang w:val="ru-RU"/>
        </w:rPr>
        <w:t>ите шланг высокого давления к аппарату и пистолету.</w:t>
      </w:r>
    </w:p>
    <w:p w14:paraId="735303DE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Установите копьё и нужную форсунку.</w:t>
      </w:r>
    </w:p>
    <w:p w14:paraId="52C8510F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Откройте воду и удерживайте курок до выхода устойчивой струи без воздуха.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:rsidRPr="000E006E" w14:paraId="0301ECA8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9DA9E90" w14:textId="77777777" w:rsidR="00A70E86" w:rsidRPr="000E006E" w:rsidRDefault="00A832A6">
            <w:pPr>
              <w:spacing w:after="0" w:line="276" w:lineRule="auto"/>
              <w:rPr>
                <w:lang w:val="ru-RU"/>
              </w:rPr>
            </w:pP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СУХОЙ </w:t>
            </w:r>
            <w:proofErr w:type="gramStart"/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ХОД  </w:t>
            </w:r>
            <w:r w:rsidRPr="000E006E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запускайте насос без воды. Недостаток подачи вызывает кавитацию и </w:t>
            </w:r>
            <w:r w:rsidRPr="000E006E">
              <w:rPr>
                <w:rFonts w:eastAsia="Calibri"/>
                <w:sz w:val="21"/>
                <w:lang w:val="ru-RU"/>
              </w:rPr>
              <w:t>повреждение насоса.</w:t>
            </w:r>
          </w:p>
        </w:tc>
      </w:tr>
    </w:tbl>
    <w:p w14:paraId="7BE0A38C" w14:textId="77777777" w:rsidR="00A70E86" w:rsidRPr="000E006E" w:rsidRDefault="00A70E86">
      <w:pPr>
        <w:spacing w:after="40" w:line="240" w:lineRule="auto"/>
        <w:rPr>
          <w:lang w:val="ru-RU"/>
        </w:rPr>
      </w:pPr>
    </w:p>
    <w:p w14:paraId="399461BF" w14:textId="2A8EAD45" w:rsidR="00A70E86" w:rsidRPr="000E006E" w:rsidRDefault="00A832A6" w:rsidP="000E006E">
      <w:pPr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>РАЗДЕЛ 10</w:t>
      </w:r>
    </w:p>
    <w:p w14:paraId="0C76A572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>Запуск и работа холодной водой</w:t>
      </w:r>
    </w:p>
    <w:p w14:paraId="3EB5BDB6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Установите аппарат на ровной поверхности и включите стояночную фиксацию.</w:t>
      </w:r>
    </w:p>
    <w:p w14:paraId="5D3BCAE7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Проверьте воду, топливо, масло, шланг и кабель.</w:t>
      </w:r>
    </w:p>
    <w:p w14:paraId="59E3ED50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Откройте воду и удалите воздух.</w:t>
      </w:r>
    </w:p>
    <w:p w14:paraId="1813F766" w14:textId="77777777" w:rsidR="00A70E86" w:rsidRDefault="00A832A6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Подключите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питание</w:t>
      </w:r>
      <w:proofErr w:type="spellEnd"/>
      <w:r>
        <w:rPr>
          <w:rFonts w:eastAsia="Calibri"/>
        </w:rPr>
        <w:t>.</w:t>
      </w:r>
    </w:p>
    <w:p w14:paraId="5106B5A8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Переведите главный</w:t>
      </w:r>
      <w:r w:rsidRPr="000E006E">
        <w:rPr>
          <w:rFonts w:eastAsia="Calibri"/>
          <w:lang w:val="ru-RU"/>
        </w:rPr>
        <w:t xml:space="preserve"> переключатель в режим холодной воды.</w:t>
      </w:r>
    </w:p>
    <w:p w14:paraId="0973D151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Нажмите курок и проверьте давление по манометру.</w:t>
      </w:r>
    </w:p>
    <w:p w14:paraId="3B31B764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Начинайте мойку с безопасного расстояния.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:rsidRPr="000E006E" w14:paraId="49F2D481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D553C2F" w14:textId="77777777" w:rsidR="00A70E86" w:rsidRPr="000E006E" w:rsidRDefault="00A832A6">
            <w:pPr>
              <w:spacing w:after="0" w:line="276" w:lineRule="auto"/>
              <w:rPr>
                <w:lang w:val="ru-RU"/>
              </w:rPr>
            </w:pPr>
            <w:r>
              <w:rPr>
                <w:rFonts w:eastAsia="Calibri"/>
                <w:b/>
                <w:color w:val="E31E24"/>
                <w:sz w:val="20"/>
              </w:rPr>
              <w:t>TOTAL</w:t>
            </w: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 </w:t>
            </w:r>
            <w:proofErr w:type="gramStart"/>
            <w:r>
              <w:rPr>
                <w:rFonts w:eastAsia="Calibri"/>
                <w:b/>
                <w:color w:val="E31E24"/>
                <w:sz w:val="20"/>
              </w:rPr>
              <w:t>STOP</w:t>
            </w: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  </w:t>
            </w:r>
            <w:r w:rsidRPr="000E006E">
              <w:rPr>
                <w:rFonts w:eastAsia="Calibri"/>
                <w:sz w:val="21"/>
                <w:lang w:val="ru-RU"/>
              </w:rPr>
              <w:t>При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отпускании курка насос останавливается. Не оставляйте аппарат включённым без оператора и не </w:t>
            </w:r>
            <w:r w:rsidRPr="000E006E">
              <w:rPr>
                <w:rFonts w:eastAsia="Calibri"/>
                <w:sz w:val="21"/>
                <w:lang w:val="ru-RU"/>
              </w:rPr>
              <w:t xml:space="preserve">используйте </w:t>
            </w:r>
            <w:r>
              <w:rPr>
                <w:rFonts w:eastAsia="Calibri"/>
                <w:sz w:val="21"/>
              </w:rPr>
              <w:t>Total</w:t>
            </w:r>
            <w:r w:rsidRPr="000E006E">
              <w:rPr>
                <w:rFonts w:eastAsia="Calibri"/>
                <w:sz w:val="21"/>
                <w:lang w:val="ru-RU"/>
              </w:rPr>
              <w:t xml:space="preserve"> </w:t>
            </w:r>
            <w:r>
              <w:rPr>
                <w:rFonts w:eastAsia="Calibri"/>
                <w:sz w:val="21"/>
              </w:rPr>
              <w:t>Stop</w:t>
            </w:r>
            <w:r w:rsidRPr="000E006E">
              <w:rPr>
                <w:rFonts w:eastAsia="Calibri"/>
                <w:sz w:val="21"/>
                <w:lang w:val="ru-RU"/>
              </w:rPr>
              <w:t xml:space="preserve"> как замену полному выключению.</w:t>
            </w:r>
          </w:p>
        </w:tc>
      </w:tr>
    </w:tbl>
    <w:p w14:paraId="03CF3567" w14:textId="77777777" w:rsidR="00A70E86" w:rsidRPr="000E006E" w:rsidRDefault="00A70E86">
      <w:pPr>
        <w:spacing w:after="40" w:line="240" w:lineRule="auto"/>
        <w:rPr>
          <w:lang w:val="ru-RU"/>
        </w:rPr>
      </w:pPr>
    </w:p>
    <w:p w14:paraId="26252445" w14:textId="360F0FCE" w:rsidR="00A70E86" w:rsidRPr="000E006E" w:rsidRDefault="00A832A6" w:rsidP="000E006E">
      <w:pPr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>РАЗДЕЛ 11</w:t>
      </w:r>
    </w:p>
    <w:p w14:paraId="79ED206A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>Работа с нагревом воды</w:t>
      </w:r>
    </w:p>
    <w:p w14:paraId="190168F0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Сначала запустите аппарат в режиме холодной воды.</w:t>
      </w:r>
    </w:p>
    <w:p w14:paraId="66237E5A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Убедитесь в устойчивой подаче воды и нормальном давлении.</w:t>
      </w:r>
    </w:p>
    <w:p w14:paraId="7AB32140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Переведите переключатель в режим горячей воды.</w:t>
      </w:r>
    </w:p>
    <w:p w14:paraId="450F9D4B" w14:textId="77777777" w:rsidR="00A70E86" w:rsidRDefault="00A832A6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Установите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требуемую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температуру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регулятором</w:t>
      </w:r>
      <w:proofErr w:type="spellEnd"/>
      <w:r>
        <w:rPr>
          <w:rFonts w:eastAsia="Calibri"/>
        </w:rPr>
        <w:t>.</w:t>
      </w:r>
    </w:p>
    <w:p w14:paraId="031228A2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Контролируйте горение, выхлоп и отсутствие запаха несгоревшего топлива.</w:t>
      </w:r>
    </w:p>
    <w:p w14:paraId="6AAD6EEB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Перед остановкой выключите нагрев и дайте аппарату поработать холодной водой для охлаждения.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:rsidRPr="000E006E" w14:paraId="00B6DA27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A8523B0" w14:textId="77777777" w:rsidR="00A70E86" w:rsidRPr="000E006E" w:rsidRDefault="00A832A6">
            <w:pPr>
              <w:spacing w:after="0" w:line="276" w:lineRule="auto"/>
              <w:rPr>
                <w:lang w:val="ru-RU"/>
              </w:rPr>
            </w:pP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МАКСИМАЛЬНАЯ </w:t>
            </w:r>
            <w:proofErr w:type="gramStart"/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ТЕМПЕРАТУРА  </w:t>
            </w:r>
            <w:r w:rsidRPr="000E006E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превышайте 98 °</w:t>
            </w:r>
            <w:r>
              <w:rPr>
                <w:rFonts w:eastAsia="Calibri"/>
                <w:sz w:val="21"/>
              </w:rPr>
              <w:t>C</w:t>
            </w:r>
            <w:r w:rsidRPr="000E006E">
              <w:rPr>
                <w:rFonts w:eastAsia="Calibri"/>
                <w:sz w:val="21"/>
                <w:lang w:val="ru-RU"/>
              </w:rPr>
              <w:t>. При парообразовании, вибрации или срабатывании защиты немедленно выключите нагрев.</w:t>
            </w:r>
          </w:p>
        </w:tc>
      </w:tr>
    </w:tbl>
    <w:p w14:paraId="01DBBB06" w14:textId="77777777" w:rsidR="00A70E86" w:rsidRPr="000E006E" w:rsidRDefault="00A70E86">
      <w:pPr>
        <w:spacing w:after="40" w:line="240" w:lineRule="auto"/>
        <w:rPr>
          <w:lang w:val="ru-RU"/>
        </w:rPr>
      </w:pPr>
    </w:p>
    <w:p w14:paraId="29D9D5C1" w14:textId="35785D77" w:rsidR="00A70E86" w:rsidRPr="000E006E" w:rsidRDefault="00A832A6" w:rsidP="000E006E">
      <w:pPr>
        <w:rPr>
          <w:lang w:val="ru-RU"/>
        </w:rPr>
      </w:pPr>
      <w:r>
        <w:rPr>
          <w:rFonts w:eastAsia="Calibri"/>
          <w:b/>
          <w:color w:val="E31E24"/>
          <w:sz w:val="18"/>
        </w:rPr>
        <w:t>РАЗДЕЛ 12</w:t>
      </w:r>
    </w:p>
    <w:p w14:paraId="24EA05E9" w14:textId="77777777" w:rsidR="00A70E86" w:rsidRDefault="00A832A6">
      <w:pPr>
        <w:pStyle w:val="1"/>
      </w:pPr>
      <w:r>
        <w:t>Регулировка давления и форсунки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2200"/>
        <w:gridCol w:w="5748"/>
      </w:tblGrid>
      <w:tr w:rsidR="00A70E86" w14:paraId="4697462C" w14:textId="77777777">
        <w:trPr>
          <w:cantSplit/>
          <w:tblHeader/>
        </w:trPr>
        <w:tc>
          <w:tcPr>
            <w:tcW w:w="17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0F1895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Цвет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D2EDCA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Режим</w:t>
            </w:r>
          </w:p>
        </w:tc>
        <w:tc>
          <w:tcPr>
            <w:tcW w:w="57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9D474F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Применение</w:t>
            </w:r>
          </w:p>
        </w:tc>
      </w:tr>
      <w:tr w:rsidR="00A70E86" w:rsidRPr="000E006E" w14:paraId="54F74709" w14:textId="77777777">
        <w:trPr>
          <w:cantSplit/>
        </w:trPr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46BF32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Красный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5C11F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0°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329C85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Точечная мощная струя; только особо стойкие поверхности</w:t>
            </w:r>
          </w:p>
        </w:tc>
      </w:tr>
      <w:tr w:rsidR="00A70E86" w14:paraId="4B27ECE0" w14:textId="77777777">
        <w:trPr>
          <w:cantSplit/>
        </w:trPr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D6CFC29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Жёлтый</w:t>
            </w:r>
            <w:proofErr w:type="spellEnd"/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128D3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15°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7BFFBB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Интенсивная </w:t>
            </w:r>
            <w:r>
              <w:rPr>
                <w:rFonts w:eastAsia="Calibri"/>
                <w:sz w:val="17"/>
              </w:rPr>
              <w:t>очистка</w:t>
            </w:r>
          </w:p>
        </w:tc>
      </w:tr>
      <w:tr w:rsidR="00A70E86" w14:paraId="20B419C7" w14:textId="77777777">
        <w:trPr>
          <w:cantSplit/>
        </w:trPr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5B727F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Зелёный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84F95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25°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E5F14F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Основная мойка</w:t>
            </w:r>
          </w:p>
        </w:tc>
      </w:tr>
      <w:tr w:rsidR="00A70E86" w14:paraId="4A1A46B8" w14:textId="77777777">
        <w:trPr>
          <w:cantSplit/>
        </w:trPr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4DBD3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Белый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9618DC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40°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E87C84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Мягкое ополаскивание</w:t>
            </w:r>
          </w:p>
        </w:tc>
      </w:tr>
      <w:tr w:rsidR="00A70E86" w:rsidRPr="000E006E" w14:paraId="3AC122EF" w14:textId="77777777">
        <w:trPr>
          <w:cantSplit/>
        </w:trPr>
        <w:tc>
          <w:tcPr>
            <w:tcW w:w="17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17EA4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Чёрный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83225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Низкое давление</w:t>
            </w:r>
          </w:p>
        </w:tc>
        <w:tc>
          <w:tcPr>
            <w:tcW w:w="57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6C97CAF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Подача моющего средства, если предусмотрена</w:t>
            </w:r>
          </w:p>
        </w:tc>
      </w:tr>
    </w:tbl>
    <w:p w14:paraId="1E66111B" w14:textId="77777777" w:rsidR="00A70E86" w:rsidRDefault="00A832A6">
      <w:r w:rsidRPr="000E006E">
        <w:rPr>
          <w:rFonts w:eastAsia="Calibri"/>
          <w:lang w:val="ru-RU"/>
        </w:rPr>
        <w:t xml:space="preserve">Рабочее давление устанавливается регулятором: по часовой стрелке — увеличение, против часовой — уменьшение. </w:t>
      </w:r>
      <w:proofErr w:type="spellStart"/>
      <w:r>
        <w:rPr>
          <w:rFonts w:eastAsia="Calibri"/>
        </w:rPr>
        <w:t>Не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изменяйте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заводскую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настройку</w:t>
      </w:r>
      <w:proofErr w:type="spellEnd"/>
      <w:r>
        <w:rPr>
          <w:rFonts w:eastAsia="Calibri"/>
        </w:rPr>
        <w:t xml:space="preserve"> предохранительного клапана.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14:paraId="53DE6233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CAAE9F6" w14:textId="77777777" w:rsidR="00A70E86" w:rsidRDefault="00A832A6">
            <w:pPr>
              <w:spacing w:after="0" w:line="276" w:lineRule="auto"/>
            </w:pPr>
            <w:r w:rsidRPr="000E006E">
              <w:rPr>
                <w:rFonts w:eastAsia="Calibri"/>
                <w:b/>
                <w:color w:val="C58A00"/>
                <w:sz w:val="20"/>
                <w:lang w:val="ru-RU"/>
              </w:rPr>
              <w:t xml:space="preserve">ЗАМЕНА </w:t>
            </w:r>
            <w:proofErr w:type="gramStart"/>
            <w:r w:rsidRPr="000E006E">
              <w:rPr>
                <w:rFonts w:eastAsia="Calibri"/>
                <w:b/>
                <w:color w:val="C58A00"/>
                <w:sz w:val="20"/>
                <w:lang w:val="ru-RU"/>
              </w:rPr>
              <w:t xml:space="preserve">ФОРСУНКИ  </w:t>
            </w:r>
            <w:r w:rsidRPr="000E006E">
              <w:rPr>
                <w:rFonts w:eastAsia="Calibri"/>
                <w:sz w:val="21"/>
                <w:lang w:val="ru-RU"/>
              </w:rPr>
              <w:t>Выключите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аппарат и нажмите курок до полного сброса давления. </w:t>
            </w:r>
            <w:proofErr w:type="spellStart"/>
            <w:r>
              <w:rPr>
                <w:rFonts w:eastAsia="Calibri"/>
                <w:sz w:val="21"/>
              </w:rPr>
              <w:t>После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установки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потяните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форсунку</w:t>
            </w:r>
            <w:proofErr w:type="spellEnd"/>
            <w:r>
              <w:rPr>
                <w:rFonts w:eastAsia="Calibri"/>
                <w:sz w:val="21"/>
              </w:rPr>
              <w:t xml:space="preserve"> и убедитесь в надёжной фиксации.</w:t>
            </w:r>
          </w:p>
        </w:tc>
      </w:tr>
    </w:tbl>
    <w:p w14:paraId="156A2495" w14:textId="77777777" w:rsidR="00A70E86" w:rsidRDefault="00A70E86">
      <w:pPr>
        <w:spacing w:after="40" w:line="240" w:lineRule="auto"/>
      </w:pPr>
    </w:p>
    <w:p w14:paraId="351680DC" w14:textId="0A55327B" w:rsidR="00A70E86" w:rsidRDefault="00A832A6" w:rsidP="000E006E">
      <w:r>
        <w:rPr>
          <w:rFonts w:eastAsia="Calibri"/>
          <w:b/>
          <w:color w:val="E31E24"/>
          <w:sz w:val="18"/>
        </w:rPr>
        <w:t>РАЗДЕЛ 13</w:t>
      </w:r>
    </w:p>
    <w:p w14:paraId="3B5A367D" w14:textId="77777777" w:rsidR="00A70E86" w:rsidRDefault="00A832A6">
      <w:pPr>
        <w:pStyle w:val="1"/>
      </w:pPr>
      <w:r>
        <w:t>Остановка и сброс давления</w:t>
      </w:r>
    </w:p>
    <w:p w14:paraId="0EE92697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Отключите н</w:t>
      </w:r>
      <w:r w:rsidRPr="000E006E">
        <w:rPr>
          <w:rFonts w:eastAsia="Calibri"/>
          <w:lang w:val="ru-RU"/>
        </w:rPr>
        <w:t>агрев и пропустите холодную воду для охлаждения.</w:t>
      </w:r>
    </w:p>
    <w:p w14:paraId="217A25C8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Переведите главный переключатель в положение 0.</w:t>
      </w:r>
    </w:p>
    <w:p w14:paraId="6608229A" w14:textId="77777777" w:rsidR="00A70E86" w:rsidRDefault="00A832A6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Отключите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питание</w:t>
      </w:r>
      <w:proofErr w:type="spellEnd"/>
      <w:r>
        <w:rPr>
          <w:rFonts w:eastAsia="Calibri"/>
        </w:rPr>
        <w:t>.</w:t>
      </w:r>
    </w:p>
    <w:p w14:paraId="61244995" w14:textId="77777777" w:rsidR="00A70E86" w:rsidRDefault="00A832A6">
      <w:pPr>
        <w:numPr>
          <w:ilvl w:val="0"/>
          <w:numId w:val="1"/>
        </w:numPr>
        <w:spacing w:after="100"/>
      </w:pPr>
      <w:r>
        <w:rPr>
          <w:rFonts w:eastAsia="Calibri"/>
        </w:rPr>
        <w:t>Перекройте воду.</w:t>
      </w:r>
    </w:p>
    <w:p w14:paraId="4827B896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Нажмите курок до полного сброса давления.</w:t>
      </w:r>
    </w:p>
    <w:p w14:paraId="36E13C11" w14:textId="77777777" w:rsidR="00A70E86" w:rsidRPr="000E006E" w:rsidRDefault="00A832A6">
      <w:pPr>
        <w:numPr>
          <w:ilvl w:val="0"/>
          <w:numId w:val="1"/>
        </w:numPr>
        <w:spacing w:after="100"/>
        <w:rPr>
          <w:lang w:val="ru-RU"/>
        </w:rPr>
      </w:pPr>
      <w:r w:rsidRPr="000E006E">
        <w:rPr>
          <w:rFonts w:eastAsia="Calibri"/>
          <w:lang w:val="ru-RU"/>
        </w:rPr>
        <w:t>Заблокируйте курок и только затем отсоединяйте шланги.</w:t>
      </w:r>
    </w:p>
    <w:tbl>
      <w:tblPr>
        <w:tblW w:w="9648" w:type="dxa"/>
        <w:tblInd w:w="180" w:type="dxa"/>
        <w:tblBorders>
          <w:top w:val="single" w:sz="9" w:space="0" w:color="E31E24"/>
          <w:left w:val="single" w:sz="9" w:space="0" w:color="E31E24"/>
          <w:bottom w:val="single" w:sz="9" w:space="0" w:color="E31E24"/>
          <w:right w:val="single" w:sz="9" w:space="0" w:color="E31E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:rsidRPr="000E006E" w14:paraId="5C88F9A6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9CA2F64" w14:textId="77777777" w:rsidR="00A70E86" w:rsidRPr="000E006E" w:rsidRDefault="00A832A6">
            <w:pPr>
              <w:spacing w:after="0" w:line="276" w:lineRule="auto"/>
              <w:rPr>
                <w:lang w:val="ru-RU"/>
              </w:rPr>
            </w:pPr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ОСТАТОЧНОЕ </w:t>
            </w:r>
            <w:proofErr w:type="gramStart"/>
            <w:r w:rsidRPr="000E006E">
              <w:rPr>
                <w:rFonts w:eastAsia="Calibri"/>
                <w:b/>
                <w:color w:val="E31E24"/>
                <w:sz w:val="20"/>
                <w:lang w:val="ru-RU"/>
              </w:rPr>
              <w:t xml:space="preserve">ДАВЛЕНИЕ  </w:t>
            </w:r>
            <w:r w:rsidRPr="000E006E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ос</w:t>
            </w:r>
            <w:r w:rsidRPr="000E006E">
              <w:rPr>
                <w:rFonts w:eastAsia="Calibri"/>
                <w:sz w:val="21"/>
                <w:lang w:val="ru-RU"/>
              </w:rPr>
              <w:t>лабляйте соединения до полного сброса давления и остывания аппарата.</w:t>
            </w:r>
          </w:p>
        </w:tc>
      </w:tr>
    </w:tbl>
    <w:p w14:paraId="0DDE4BEB" w14:textId="77777777" w:rsidR="00A70E86" w:rsidRPr="000E006E" w:rsidRDefault="00A70E86">
      <w:pPr>
        <w:spacing w:after="40" w:line="240" w:lineRule="auto"/>
        <w:rPr>
          <w:lang w:val="ru-RU"/>
        </w:rPr>
      </w:pPr>
    </w:p>
    <w:p w14:paraId="114FB7F1" w14:textId="3B9BBBC4" w:rsidR="00A70E86" w:rsidRPr="000E006E" w:rsidRDefault="00A832A6" w:rsidP="000E006E">
      <w:pPr>
        <w:rPr>
          <w:lang w:val="ru-RU"/>
        </w:rPr>
      </w:pPr>
      <w:r>
        <w:rPr>
          <w:rFonts w:eastAsia="Calibri"/>
          <w:b/>
          <w:color w:val="E31E24"/>
          <w:sz w:val="18"/>
        </w:rPr>
        <w:t>РАЗДЕЛ 14</w:t>
      </w:r>
    </w:p>
    <w:p w14:paraId="3A505D30" w14:textId="77777777" w:rsidR="00A70E86" w:rsidRDefault="00A832A6">
      <w:pPr>
        <w:pStyle w:val="1"/>
      </w:pPr>
      <w:r>
        <w:t>Техническое обслуживание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6148"/>
      </w:tblGrid>
      <w:tr w:rsidR="00A70E86" w14:paraId="262CEE2C" w14:textId="77777777">
        <w:trPr>
          <w:cantSplit/>
          <w:tblHeader/>
        </w:trPr>
        <w:tc>
          <w:tcPr>
            <w:tcW w:w="35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13BC9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Периодичность</w:t>
            </w:r>
          </w:p>
        </w:tc>
        <w:tc>
          <w:tcPr>
            <w:tcW w:w="61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837225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Работа</w:t>
            </w:r>
          </w:p>
        </w:tc>
      </w:tr>
      <w:tr w:rsidR="00A70E86" w:rsidRPr="000E006E" w14:paraId="48A3084D" w14:textId="77777777">
        <w:trPr>
          <w:cantSplit/>
        </w:trPr>
        <w:tc>
          <w:tcPr>
            <w:tcW w:w="3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4B9D8E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Перед каждым запуском</w:t>
            </w:r>
          </w:p>
        </w:tc>
        <w:tc>
          <w:tcPr>
            <w:tcW w:w="61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C35510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Проверить воду, топливо, кабель, шланги, масло и утечки</w:t>
            </w:r>
          </w:p>
        </w:tc>
      </w:tr>
      <w:tr w:rsidR="00A70E86" w:rsidRPr="000E006E" w14:paraId="40A284F7" w14:textId="77777777">
        <w:trPr>
          <w:cantSplit/>
        </w:trPr>
        <w:tc>
          <w:tcPr>
            <w:tcW w:w="3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182425F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После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каждой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работы</w:t>
            </w:r>
            <w:proofErr w:type="spellEnd"/>
          </w:p>
        </w:tc>
        <w:tc>
          <w:tcPr>
            <w:tcW w:w="61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390C87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 xml:space="preserve">Промыть </w:t>
            </w:r>
            <w:r w:rsidRPr="000E006E">
              <w:rPr>
                <w:rFonts w:eastAsia="Calibri"/>
                <w:sz w:val="17"/>
                <w:lang w:val="ru-RU"/>
              </w:rPr>
              <w:t>химический тракт, очистить фильтр, сбросить давление</w:t>
            </w:r>
          </w:p>
        </w:tc>
      </w:tr>
      <w:tr w:rsidR="00A70E86" w:rsidRPr="000E006E" w14:paraId="05FA6040" w14:textId="77777777">
        <w:trPr>
          <w:cantSplit/>
        </w:trPr>
        <w:tc>
          <w:tcPr>
            <w:tcW w:w="3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5D3BD31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Еженедельно</w:t>
            </w:r>
            <w:proofErr w:type="spellEnd"/>
          </w:p>
        </w:tc>
        <w:tc>
          <w:tcPr>
            <w:tcW w:w="61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70DC2E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Проверить форсунку, крепёж, колёса и держатели</w:t>
            </w:r>
          </w:p>
        </w:tc>
      </w:tr>
      <w:tr w:rsidR="00A70E86" w:rsidRPr="000E006E" w14:paraId="56F11AB1" w14:textId="77777777">
        <w:trPr>
          <w:cantSplit/>
        </w:trPr>
        <w:tc>
          <w:tcPr>
            <w:tcW w:w="3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14B2C4C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Каждые</w:t>
            </w:r>
            <w:proofErr w:type="spellEnd"/>
            <w:r>
              <w:rPr>
                <w:rFonts w:eastAsia="Calibri"/>
                <w:sz w:val="17"/>
              </w:rPr>
              <w:t xml:space="preserve"> 50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</w:p>
        </w:tc>
        <w:tc>
          <w:tcPr>
            <w:tcW w:w="61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EF508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Проверить масло насоса, фильтр дизеля и электроды горелки</w:t>
            </w:r>
          </w:p>
        </w:tc>
      </w:tr>
      <w:tr w:rsidR="00A70E86" w:rsidRPr="000E006E" w14:paraId="19B5527B" w14:textId="77777777">
        <w:trPr>
          <w:cantSplit/>
        </w:trPr>
        <w:tc>
          <w:tcPr>
            <w:tcW w:w="3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A99D56F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Каждые</w:t>
            </w:r>
            <w:proofErr w:type="spellEnd"/>
            <w:r>
              <w:rPr>
                <w:rFonts w:eastAsia="Calibri"/>
                <w:sz w:val="17"/>
              </w:rPr>
              <w:t xml:space="preserve"> 100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</w:p>
        </w:tc>
        <w:tc>
          <w:tcPr>
            <w:tcW w:w="61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A9DFB0E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 xml:space="preserve">Заменить масло насоса по требованиям </w:t>
            </w:r>
            <w:r w:rsidRPr="000E006E">
              <w:rPr>
                <w:rFonts w:eastAsia="Calibri"/>
                <w:sz w:val="17"/>
                <w:lang w:val="ru-RU"/>
              </w:rPr>
              <w:t>производителя</w:t>
            </w:r>
          </w:p>
        </w:tc>
      </w:tr>
      <w:tr w:rsidR="00A70E86" w:rsidRPr="000E006E" w14:paraId="33007A83" w14:textId="77777777">
        <w:trPr>
          <w:cantSplit/>
        </w:trPr>
        <w:tc>
          <w:tcPr>
            <w:tcW w:w="35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C29FF0A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Ежегодно</w:t>
            </w:r>
            <w:proofErr w:type="spellEnd"/>
          </w:p>
        </w:tc>
        <w:tc>
          <w:tcPr>
            <w:tcW w:w="61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22A11F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7"/>
                <w:lang w:val="ru-RU"/>
              </w:rPr>
              <w:t>Проверка давления, горелки и защит квалифицированным сервисом</w:t>
            </w:r>
          </w:p>
        </w:tc>
      </w:tr>
    </w:tbl>
    <w:p w14:paraId="3468D380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34869C29" w14:textId="77777777" w:rsidR="00A70E86" w:rsidRDefault="00A832A6">
      <w:pPr>
        <w:keepNext/>
        <w:spacing w:after="40"/>
      </w:pPr>
      <w:r>
        <w:rPr>
          <w:rFonts w:eastAsia="Calibri"/>
          <w:b/>
          <w:color w:val="E31E24"/>
          <w:sz w:val="18"/>
        </w:rPr>
        <w:t>РАЗДЕЛ 15</w:t>
      </w:r>
    </w:p>
    <w:p w14:paraId="2B218F63" w14:textId="77777777" w:rsidR="00A70E86" w:rsidRDefault="00A832A6">
      <w:pPr>
        <w:pStyle w:val="1"/>
      </w:pPr>
      <w:r>
        <w:t>Неисправности и устранение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400"/>
        <w:gridCol w:w="3848"/>
      </w:tblGrid>
      <w:tr w:rsidR="00A70E86" w14:paraId="44AF4480" w14:textId="77777777">
        <w:trPr>
          <w:cantSplit/>
          <w:tblHeader/>
        </w:trPr>
        <w:tc>
          <w:tcPr>
            <w:tcW w:w="24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1868F2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</w:p>
        </w:tc>
        <w:tc>
          <w:tcPr>
            <w:tcW w:w="34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2F6C6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Причина</w:t>
            </w:r>
          </w:p>
        </w:tc>
        <w:tc>
          <w:tcPr>
            <w:tcW w:w="38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05E174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Действие</w:t>
            </w:r>
          </w:p>
        </w:tc>
      </w:tr>
      <w:tr w:rsidR="00A70E86" w:rsidRPr="000E006E" w14:paraId="592E2073" w14:textId="77777777">
        <w:trPr>
          <w:cantSplit/>
        </w:trPr>
        <w:tc>
          <w:tcPr>
            <w:tcW w:w="2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2E3B03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Аппарат не запускается</w:t>
            </w:r>
          </w:p>
        </w:tc>
        <w:tc>
          <w:tcPr>
            <w:tcW w:w="3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3EB7C3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Нет питания; сработала защита</w:t>
            </w:r>
          </w:p>
        </w:tc>
        <w:tc>
          <w:tcPr>
            <w:tcW w:w="38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09A5E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 xml:space="preserve">Проверить сеть, автомат и </w:t>
            </w:r>
            <w:r w:rsidRPr="000E006E">
              <w:rPr>
                <w:rFonts w:eastAsia="Calibri"/>
                <w:sz w:val="16"/>
                <w:lang w:val="ru-RU"/>
              </w:rPr>
              <w:t>подключение</w:t>
            </w:r>
          </w:p>
        </w:tc>
      </w:tr>
      <w:tr w:rsidR="00A70E86" w:rsidRPr="000E006E" w14:paraId="48520C00" w14:textId="77777777">
        <w:trPr>
          <w:cantSplit/>
        </w:trPr>
        <w:tc>
          <w:tcPr>
            <w:tcW w:w="2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99FC8F2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Нет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давления</w:t>
            </w:r>
            <w:proofErr w:type="spellEnd"/>
          </w:p>
        </w:tc>
        <w:tc>
          <w:tcPr>
            <w:tcW w:w="3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1ECDEB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>Воздух; засорён фильтр/форсунка; мало воды</w:t>
            </w:r>
          </w:p>
        </w:tc>
        <w:tc>
          <w:tcPr>
            <w:tcW w:w="38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72883B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>Удалить воздух, очистить, проверить подачу</w:t>
            </w:r>
          </w:p>
        </w:tc>
      </w:tr>
      <w:tr w:rsidR="00A70E86" w14:paraId="3FE21B87" w14:textId="77777777">
        <w:trPr>
          <w:cantSplit/>
        </w:trPr>
        <w:tc>
          <w:tcPr>
            <w:tcW w:w="2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EA333E5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Давление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пульсирует</w:t>
            </w:r>
            <w:proofErr w:type="spellEnd"/>
          </w:p>
        </w:tc>
        <w:tc>
          <w:tcPr>
            <w:tcW w:w="3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60A8E2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Подсос воздуха или кавитация</w:t>
            </w:r>
          </w:p>
        </w:tc>
        <w:tc>
          <w:tcPr>
            <w:tcW w:w="38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DFBCC8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Проверить герметичность входа</w:t>
            </w:r>
          </w:p>
        </w:tc>
      </w:tr>
      <w:tr w:rsidR="00A70E86" w:rsidRPr="000E006E" w14:paraId="2C720173" w14:textId="77777777">
        <w:trPr>
          <w:cantSplit/>
        </w:trPr>
        <w:tc>
          <w:tcPr>
            <w:tcW w:w="2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046E4C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Вода не нагревается</w:t>
            </w:r>
          </w:p>
        </w:tc>
        <w:tc>
          <w:tcPr>
            <w:tcW w:w="3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AC3A539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 xml:space="preserve">Нет топлива; загрязнён фильтр; защита </w:t>
            </w:r>
            <w:r w:rsidRPr="000E006E">
              <w:rPr>
                <w:rFonts w:eastAsia="Calibri"/>
                <w:sz w:val="16"/>
                <w:lang w:val="ru-RU"/>
              </w:rPr>
              <w:t>горелки</w:t>
            </w:r>
          </w:p>
        </w:tc>
        <w:tc>
          <w:tcPr>
            <w:tcW w:w="38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EA64A0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>Проверить топливо; обратиться в сервис</w:t>
            </w:r>
          </w:p>
        </w:tc>
      </w:tr>
      <w:tr w:rsidR="00A70E86" w:rsidRPr="000E006E" w14:paraId="47CFB806" w14:textId="77777777">
        <w:trPr>
          <w:cantSplit/>
        </w:trPr>
        <w:tc>
          <w:tcPr>
            <w:tcW w:w="2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AE60A3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Дым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или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копоть</w:t>
            </w:r>
            <w:proofErr w:type="spellEnd"/>
          </w:p>
        </w:tc>
        <w:tc>
          <w:tcPr>
            <w:tcW w:w="3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BE081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Неправильное горение</w:t>
            </w:r>
          </w:p>
        </w:tc>
        <w:tc>
          <w:tcPr>
            <w:tcW w:w="38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49EB2B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>Выключить нагрев и обратиться в сервис</w:t>
            </w:r>
          </w:p>
        </w:tc>
      </w:tr>
      <w:tr w:rsidR="00A70E86" w:rsidRPr="000E006E" w14:paraId="17EC38E6" w14:textId="77777777">
        <w:trPr>
          <w:cantSplit/>
        </w:trPr>
        <w:tc>
          <w:tcPr>
            <w:tcW w:w="2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D38B23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Утечка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воды</w:t>
            </w:r>
            <w:proofErr w:type="spellEnd"/>
            <w:r>
              <w:rPr>
                <w:rFonts w:eastAsia="Calibri"/>
                <w:sz w:val="16"/>
              </w:rPr>
              <w:t>/</w:t>
            </w:r>
            <w:proofErr w:type="spellStart"/>
            <w:r>
              <w:rPr>
                <w:rFonts w:eastAsia="Calibri"/>
                <w:sz w:val="16"/>
              </w:rPr>
              <w:t>масла</w:t>
            </w:r>
            <w:proofErr w:type="spellEnd"/>
          </w:p>
        </w:tc>
        <w:tc>
          <w:tcPr>
            <w:tcW w:w="34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8D5FB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Износ уплотнения или соединения</w:t>
            </w:r>
          </w:p>
        </w:tc>
        <w:tc>
          <w:tcPr>
            <w:tcW w:w="38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69E749B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6"/>
                <w:lang w:val="ru-RU"/>
              </w:rPr>
              <w:t>Остановить, сбросить давление, обратиться в сервис</w:t>
            </w:r>
          </w:p>
        </w:tc>
      </w:tr>
    </w:tbl>
    <w:p w14:paraId="74DAD39D" w14:textId="656A907F" w:rsidR="00A70E86" w:rsidRPr="000E006E" w:rsidRDefault="00A832A6" w:rsidP="000E006E">
      <w:pPr>
        <w:rPr>
          <w:lang w:val="ru-RU"/>
        </w:rPr>
      </w:pPr>
      <w:r>
        <w:rPr>
          <w:rFonts w:eastAsia="Calibri"/>
          <w:b/>
          <w:color w:val="E31E24"/>
          <w:sz w:val="18"/>
        </w:rPr>
        <w:t>РАЗДЕЛ 16</w:t>
      </w:r>
    </w:p>
    <w:p w14:paraId="09F52660" w14:textId="77777777" w:rsidR="00A70E86" w:rsidRDefault="00A832A6">
      <w:pPr>
        <w:pStyle w:val="1"/>
      </w:pPr>
      <w:r>
        <w:t xml:space="preserve">Хранение и </w:t>
      </w:r>
      <w:r>
        <w:t>транспортировка</w:t>
      </w:r>
    </w:p>
    <w:p w14:paraId="1CCDD990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Полностью охладите аппарат, слейте воду и сбросьте давление.</w:t>
      </w:r>
    </w:p>
    <w:p w14:paraId="202034FE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Храните вертикально в сухом проветриваемом помещении.</w:t>
      </w:r>
    </w:p>
    <w:p w14:paraId="0E9DB949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Не допускайте перегибов кабеля и шланга.</w:t>
      </w:r>
    </w:p>
    <w:p w14:paraId="53D9E429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При отрицательной температуре удалите воду и законсервируйте насос.</w:t>
      </w:r>
    </w:p>
    <w:p w14:paraId="6912CD09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Зафиксируйте апп</w:t>
      </w:r>
      <w:r w:rsidRPr="000E006E">
        <w:rPr>
          <w:rFonts w:eastAsia="Calibri"/>
          <w:lang w:val="ru-RU"/>
        </w:rPr>
        <w:t>арат при перевозке с учётом его массы.</w:t>
      </w:r>
    </w:p>
    <w:p w14:paraId="1150D1CD" w14:textId="77777777" w:rsidR="00A70E86" w:rsidRPr="000E006E" w:rsidRDefault="00A832A6">
      <w:pPr>
        <w:numPr>
          <w:ilvl w:val="0"/>
          <w:numId w:val="1"/>
        </w:numPr>
        <w:spacing w:after="80"/>
        <w:rPr>
          <w:lang w:val="ru-RU"/>
        </w:rPr>
      </w:pPr>
      <w:r w:rsidRPr="000E006E">
        <w:rPr>
          <w:rFonts w:eastAsia="Calibri"/>
          <w:lang w:val="ru-RU"/>
        </w:rPr>
        <w:t>Держите топливо вдали от источников тепла и искр.</w:t>
      </w:r>
    </w:p>
    <w:p w14:paraId="648D5ECA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1E7A69DD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593C0E23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Заводская деталировка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</w:t>
      </w:r>
    </w:p>
    <w:p w14:paraId="6FF74029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8ECB8C3" wp14:editId="7C78C8E2">
            <wp:extent cx="5715000" cy="3996238"/>
            <wp:effectExtent l="0" t="0" r="0" b="0"/>
            <wp:docPr id="12" name="Общая взрыв-схема KPC-H6 1809, артикул 8.604.0009" descr="Общая взрыв-схема KPC-H6 1809, артикул 8.604.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9_img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550DD" w14:textId="77777777" w:rsidR="00A70E86" w:rsidRPr="000E006E" w:rsidRDefault="00A832A6">
      <w:pPr>
        <w:pStyle w:val="FigureCaption"/>
        <w:keepLines/>
        <w:rPr>
          <w:lang w:val="ru-RU"/>
        </w:rPr>
      </w:pPr>
      <w:r w:rsidRPr="000E006E">
        <w:rPr>
          <w:lang w:val="ru-RU"/>
        </w:rPr>
        <w:t xml:space="preserve">Общая взрыв-схема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1809, артикул 8.604.0009</w:t>
      </w:r>
    </w:p>
    <w:p w14:paraId="78DC24BE" w14:textId="77777777" w:rsidR="00A70E86" w:rsidRPr="000E006E" w:rsidRDefault="00A832A6">
      <w:pPr>
        <w:rPr>
          <w:lang w:val="ru-RU"/>
        </w:rPr>
      </w:pPr>
      <w:r w:rsidRPr="000E006E">
        <w:rPr>
          <w:rFonts w:eastAsia="Calibri"/>
          <w:lang w:val="ru-RU"/>
        </w:rPr>
        <w:t xml:space="preserve">Номера на схеме соответствуют позициям каталога далее. Для </w:t>
      </w:r>
      <w:r w:rsidRPr="000E006E">
        <w:rPr>
          <w:rFonts w:eastAsia="Calibri"/>
          <w:lang w:val="ru-RU"/>
        </w:rPr>
        <w:t>заказа указывайте модель, артикул аппарата, код детали и серийный номер.</w:t>
      </w:r>
    </w:p>
    <w:p w14:paraId="307A93F8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698B702D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255B5B72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Каталог деталей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 — позиции 1–26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6548"/>
      </w:tblGrid>
      <w:tr w:rsidR="00A70E86" w14:paraId="1F5DC3B8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CFE9E0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4BF87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6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87A8A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70E86" w:rsidRPr="000E006E" w14:paraId="4F541C6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2A346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D28FCA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4.607.0052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7082BB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Защита дымохода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6 </w:t>
            </w:r>
            <w:r>
              <w:rPr>
                <w:rFonts w:eastAsia="Calibri"/>
                <w:sz w:val="15"/>
              </w:rPr>
              <w:t>INOX</w:t>
            </w:r>
          </w:p>
        </w:tc>
      </w:tr>
      <w:tr w:rsidR="00A70E86" w:rsidRPr="000E006E" w14:paraId="4E19754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8D22E1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3E718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95639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Комплект запасных частей — </w:t>
            </w:r>
            <w:r w:rsidRPr="000E006E">
              <w:rPr>
                <w:rFonts w:eastAsia="Calibri"/>
                <w:sz w:val="15"/>
                <w:lang w:val="ru-RU"/>
              </w:rPr>
              <w:t>соединение насадки 1.35</w:t>
            </w:r>
          </w:p>
        </w:tc>
      </w:tr>
      <w:tr w:rsidR="00A70E86" w:rsidRPr="000E006E" w14:paraId="0C3774E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1B45F0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AEB1F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4.608.0014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BEF08F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Пластиковая ручка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52F0488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68B6EF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2DFA4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4E6BD12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14AD988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71C7AE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AA2D6E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4.613.0024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41BAC4B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Оранжевая крышка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6 021</w:t>
            </w:r>
            <w:r>
              <w:rPr>
                <w:rFonts w:eastAsia="Calibri"/>
                <w:sz w:val="15"/>
              </w:rPr>
              <w:t>C</w:t>
            </w:r>
            <w:r w:rsidRPr="000E006E">
              <w:rPr>
                <w:rFonts w:eastAsia="Calibri"/>
                <w:sz w:val="15"/>
                <w:lang w:val="ru-RU"/>
              </w:rPr>
              <w:t xml:space="preserve"> без окна</w:t>
            </w:r>
          </w:p>
        </w:tc>
      </w:tr>
      <w:tr w:rsidR="00A70E86" w14:paraId="39D4A799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C25B3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532792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C5F29D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Крышка котла INOX 410</w:t>
            </w:r>
          </w:p>
        </w:tc>
      </w:tr>
      <w:tr w:rsidR="00A70E86" w14:paraId="22725C8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E2E5C8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3A110A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3.100.0079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509579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Дизельный фильтр 8 мм</w:t>
            </w:r>
          </w:p>
        </w:tc>
      </w:tr>
      <w:tr w:rsidR="00A70E86" w:rsidRPr="000E006E" w14:paraId="5D2DA6B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853852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726E24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4.607.0034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9C4C7B2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Конусный дефлектор дымохода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3/5</w:t>
            </w:r>
          </w:p>
        </w:tc>
      </w:tr>
      <w:tr w:rsidR="00A70E86" w:rsidRPr="000E006E" w14:paraId="61E6E05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B61BD6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FAB189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4.608.0045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1DB3757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Красная ручка переключателя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(</w:t>
            </w:r>
            <w:r>
              <w:rPr>
                <w:rFonts w:eastAsia="Calibri"/>
                <w:sz w:val="15"/>
              </w:rPr>
              <w:t>PANT</w:t>
            </w:r>
            <w:r w:rsidRPr="000E006E">
              <w:rPr>
                <w:rFonts w:eastAsia="Calibri"/>
                <w:sz w:val="15"/>
                <w:lang w:val="ru-RU"/>
              </w:rPr>
              <w:t>.185</w:t>
            </w:r>
            <w:r>
              <w:rPr>
                <w:rFonts w:eastAsia="Calibri"/>
                <w:sz w:val="15"/>
              </w:rPr>
              <w:t>C</w:t>
            </w:r>
            <w:r w:rsidRPr="000E006E">
              <w:rPr>
                <w:rFonts w:eastAsia="Calibri"/>
                <w:sz w:val="15"/>
                <w:lang w:val="ru-RU"/>
              </w:rPr>
              <w:t>)</w:t>
            </w:r>
          </w:p>
        </w:tc>
      </w:tr>
      <w:tr w:rsidR="00A70E86" w14:paraId="4E4A8FB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13869D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C41B5A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4.007.0062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FE2790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Пружина</w:t>
            </w:r>
          </w:p>
        </w:tc>
      </w:tr>
      <w:tr w:rsidR="00A70E86" w14:paraId="616DD0E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D78F8F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4F4C5A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5.009.0213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D4F2C9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Переключатель с защитой 12(10)</w:t>
            </w:r>
          </w:p>
        </w:tc>
      </w:tr>
      <w:tr w:rsidR="00A70E86" w:rsidRPr="000E006E" w14:paraId="36B7B0D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CF31AA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553885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4.607.0010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A2202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Ремень котла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</w:t>
            </w:r>
            <w:r>
              <w:rPr>
                <w:rFonts w:eastAsia="Calibri"/>
                <w:sz w:val="15"/>
              </w:rPr>
              <w:t>ZNT</w:t>
            </w:r>
          </w:p>
        </w:tc>
      </w:tr>
      <w:tr w:rsidR="00A70E86" w14:paraId="359C759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007DE9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F2AFA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3.100.0118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148817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Потенциометр 1 kОм</w:t>
            </w:r>
          </w:p>
        </w:tc>
      </w:tr>
      <w:tr w:rsidR="00A70E86" w:rsidRPr="000E006E" w14:paraId="694B308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E592D1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E241E3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5.613.0033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AA78FF9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Крышка с дымоходом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9</w:t>
            </w:r>
          </w:p>
        </w:tc>
      </w:tr>
      <w:tr w:rsidR="00A70E86" w14:paraId="66690394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4927D0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2D3F77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3.100.0151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8C8B23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Манометр d 4.0 1/4 0–400</w:t>
            </w:r>
          </w:p>
        </w:tc>
      </w:tr>
      <w:tr w:rsidR="00A70E86" w:rsidRPr="000E006E" w14:paraId="5433318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5BB265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7BA04A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3.302.0031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6519E50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Медный двигатель 145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150 220</w:t>
            </w:r>
            <w:r>
              <w:rPr>
                <w:rFonts w:eastAsia="Calibri"/>
                <w:sz w:val="15"/>
              </w:rPr>
              <w:t>V</w:t>
            </w:r>
            <w:r w:rsidRPr="000E006E">
              <w:rPr>
                <w:rFonts w:eastAsia="Calibri"/>
                <w:sz w:val="15"/>
                <w:lang w:val="ru-RU"/>
              </w:rPr>
              <w:t xml:space="preserve"> 50</w:t>
            </w:r>
            <w:r>
              <w:rPr>
                <w:rFonts w:eastAsia="Calibri"/>
                <w:sz w:val="15"/>
              </w:rPr>
              <w:t>Hz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=500 3300</w:t>
            </w:r>
            <w:r>
              <w:rPr>
                <w:rFonts w:eastAsia="Calibri"/>
                <w:sz w:val="15"/>
              </w:rPr>
              <w:t>W</w:t>
            </w:r>
          </w:p>
        </w:tc>
      </w:tr>
      <w:tr w:rsidR="00A70E86" w14:paraId="448A183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AFF4F3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9009D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4.618.0051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3D7454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Манометрическая трубка L=360</w:t>
            </w:r>
          </w:p>
        </w:tc>
      </w:tr>
      <w:tr w:rsidR="00A70E86" w:rsidRPr="000E006E" w14:paraId="4BCD93E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0CF411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00935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3.702.0018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320C90B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Вал насосной </w:t>
            </w:r>
            <w:r w:rsidRPr="000E006E">
              <w:rPr>
                <w:rFonts w:eastAsia="Calibri"/>
                <w:sz w:val="15"/>
                <w:lang w:val="ru-RU"/>
              </w:rPr>
              <w:t xml:space="preserve">муфты </w:t>
            </w:r>
            <w:r>
              <w:rPr>
                <w:rFonts w:eastAsia="Calibri"/>
                <w:sz w:val="15"/>
              </w:rPr>
              <w:t>D</w:t>
            </w:r>
            <w:r w:rsidRPr="000E006E">
              <w:rPr>
                <w:rFonts w:eastAsia="Calibri"/>
                <w:sz w:val="15"/>
                <w:lang w:val="ru-RU"/>
              </w:rPr>
              <w:t>.24 8.8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 xml:space="preserve"> 1450 </w:t>
            </w:r>
            <w:r>
              <w:rPr>
                <w:rFonts w:eastAsia="Calibri"/>
                <w:sz w:val="15"/>
              </w:rPr>
              <w:t>RPM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S</w:t>
            </w:r>
            <w:r w:rsidRPr="000E006E">
              <w:rPr>
                <w:rFonts w:eastAsia="Calibri"/>
                <w:sz w:val="15"/>
                <w:lang w:val="ru-RU"/>
              </w:rPr>
              <w:t>.5</w:t>
            </w:r>
          </w:p>
        </w:tc>
      </w:tr>
      <w:tr w:rsidR="00A70E86" w:rsidRPr="000E006E" w14:paraId="45DBD89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8B10D7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B5E7FA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4.608.0008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354C379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Верхний электрический кожух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787C42A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E1003D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76F84A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4.606.0028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3FD93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Латунный штуцер манометра 1/4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 1/8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1649FF0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2160BA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2CA2A2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4.012.0114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BF4F1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Кабель выключателя KPC-H5</w:t>
            </w:r>
          </w:p>
        </w:tc>
      </w:tr>
      <w:tr w:rsidR="00A70E86" w:rsidRPr="000E006E" w14:paraId="3A6915E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FCA331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B17015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5.009.0120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9BA72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Кабель </w:t>
            </w:r>
            <w:proofErr w:type="spellStart"/>
            <w:r w:rsidRPr="000E006E">
              <w:rPr>
                <w:rFonts w:eastAsia="Calibri"/>
                <w:sz w:val="15"/>
                <w:lang w:val="ru-RU"/>
              </w:rPr>
              <w:t>прессостата</w:t>
            </w:r>
            <w:proofErr w:type="spellEnd"/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 xml:space="preserve">=750 25 </w:t>
            </w:r>
            <w:r>
              <w:rPr>
                <w:rFonts w:eastAsia="Calibri"/>
                <w:sz w:val="15"/>
              </w:rPr>
              <w:t>bar</w:t>
            </w:r>
            <w:r w:rsidRPr="000E006E">
              <w:rPr>
                <w:rFonts w:eastAsia="Calibri"/>
                <w:sz w:val="15"/>
                <w:lang w:val="ru-RU"/>
              </w:rPr>
              <w:t xml:space="preserve"> 1/8</w:t>
            </w:r>
            <w:r>
              <w:rPr>
                <w:rFonts w:eastAsia="Calibri"/>
                <w:sz w:val="15"/>
              </w:rPr>
              <w:t>G</w:t>
            </w:r>
          </w:p>
        </w:tc>
      </w:tr>
      <w:tr w:rsidR="00A70E86" w14:paraId="04D335E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7B283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BC2E79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3.100.0067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3BD12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Дизельный насос 230V 50Hz VSC-63AS-2 KPC-H5</w:t>
            </w:r>
          </w:p>
        </w:tc>
      </w:tr>
      <w:tr w:rsidR="00A70E86" w:rsidRPr="000E006E" w14:paraId="73D69AA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5C6F6D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F88AD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5.009.0257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5F35A2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Клапан безопасности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7424783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AF6F42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0016D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4.606.0044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178035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Латунное соединение предохранительного клапана 3/8-3/8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</w:t>
            </w:r>
            <w:r>
              <w:rPr>
                <w:rFonts w:eastAsia="Calibri"/>
                <w:sz w:val="15"/>
              </w:rPr>
              <w:t>ZNT</w:t>
            </w:r>
          </w:p>
        </w:tc>
      </w:tr>
      <w:tr w:rsidR="00A70E86" w:rsidRPr="000E006E" w14:paraId="60EE2F9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624D9D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EC67FF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3.100.0069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0275B80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Трансформатор высокого напряжения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</w:tbl>
    <w:p w14:paraId="2CA58C61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66071FC1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3A5A29FF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Каталог деталей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 — позиции 27–52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6548"/>
      </w:tblGrid>
      <w:tr w:rsidR="00A70E86" w14:paraId="6102CBA0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009F148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7A223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6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08031C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70E86" w:rsidRPr="000E006E" w14:paraId="391422B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34AB0A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3672C3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5.009.0250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817188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Моечное соединение с </w:t>
            </w:r>
            <w:r>
              <w:rPr>
                <w:rFonts w:eastAsia="Calibri"/>
                <w:sz w:val="15"/>
              </w:rPr>
              <w:t>O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ring</w:t>
            </w:r>
            <w:r w:rsidRPr="000E006E">
              <w:rPr>
                <w:rFonts w:eastAsia="Calibri"/>
                <w:sz w:val="15"/>
                <w:lang w:val="ru-RU"/>
              </w:rPr>
              <w:t>, шариком и пружиной 1/8</w:t>
            </w:r>
          </w:p>
        </w:tc>
      </w:tr>
      <w:tr w:rsidR="00A70E86" w:rsidRPr="000E006E" w14:paraId="0927F23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484D17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64E6A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3.100.0070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7F04F8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Высоковольтные кабели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 xml:space="preserve">=650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с защитой</w:t>
            </w:r>
          </w:p>
        </w:tc>
      </w:tr>
      <w:tr w:rsidR="00A70E86" w:rsidRPr="000E006E" w14:paraId="5975BFB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C8411B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1A80B8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4.606.0041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6CFB59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Латунное выходное соединение с </w:t>
            </w:r>
            <w:r w:rsidRPr="000E006E">
              <w:rPr>
                <w:rFonts w:eastAsia="Calibri"/>
                <w:sz w:val="15"/>
                <w:lang w:val="ru-RU"/>
              </w:rPr>
              <w:t xml:space="preserve">всасыванием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3/8 Ø2</w:t>
            </w:r>
          </w:p>
        </w:tc>
      </w:tr>
      <w:tr w:rsidR="00A70E86" w:rsidRPr="000E006E" w14:paraId="614F556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547A36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853449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3.100.0092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D7AF680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Реле 4.5 </w:t>
            </w:r>
            <w:r>
              <w:rPr>
                <w:rFonts w:eastAsia="Calibri"/>
                <w:sz w:val="15"/>
              </w:rPr>
              <w:t>kW</w:t>
            </w:r>
            <w:r w:rsidRPr="000E006E">
              <w:rPr>
                <w:rFonts w:eastAsia="Calibri"/>
                <w:sz w:val="15"/>
                <w:lang w:val="ru-RU"/>
              </w:rPr>
              <w:t xml:space="preserve"> 230</w:t>
            </w:r>
            <w:r>
              <w:rPr>
                <w:rFonts w:eastAsia="Calibri"/>
                <w:sz w:val="15"/>
              </w:rPr>
              <w:t>V</w:t>
            </w:r>
            <w:r w:rsidRPr="000E006E">
              <w:rPr>
                <w:rFonts w:eastAsia="Calibri"/>
                <w:sz w:val="15"/>
                <w:lang w:val="ru-RU"/>
              </w:rPr>
              <w:t xml:space="preserve"> 16</w:t>
            </w:r>
            <w:r>
              <w:rPr>
                <w:rFonts w:eastAsia="Calibri"/>
                <w:sz w:val="15"/>
              </w:rPr>
              <w:t>A</w:t>
            </w:r>
            <w:r w:rsidRPr="000E006E">
              <w:rPr>
                <w:rFonts w:eastAsia="Calibri"/>
                <w:sz w:val="15"/>
                <w:lang w:val="ru-RU"/>
              </w:rPr>
              <w:t xml:space="preserve"> (в оригинале — 7.5 </w:t>
            </w:r>
            <w:r>
              <w:rPr>
                <w:rFonts w:eastAsia="Calibri"/>
                <w:sz w:val="15"/>
              </w:rPr>
              <w:t>kW</w:t>
            </w:r>
            <w:r w:rsidRPr="000E006E">
              <w:rPr>
                <w:rFonts w:eastAsia="Calibri"/>
                <w:sz w:val="15"/>
                <w:lang w:val="ru-RU"/>
              </w:rPr>
              <w:t xml:space="preserve"> 380/400</w:t>
            </w:r>
            <w:r>
              <w:rPr>
                <w:rFonts w:eastAsia="Calibri"/>
                <w:sz w:val="15"/>
              </w:rPr>
              <w:t>V</w:t>
            </w:r>
            <w:r w:rsidRPr="000E006E">
              <w:rPr>
                <w:rFonts w:eastAsia="Calibri"/>
                <w:sz w:val="15"/>
                <w:lang w:val="ru-RU"/>
              </w:rPr>
              <w:t xml:space="preserve"> → встречаются варианты, оставляю как в файле)</w:t>
            </w:r>
          </w:p>
        </w:tc>
      </w:tr>
      <w:tr w:rsidR="00A70E86" w14:paraId="48B5BB5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B8C468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79A6E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4.605.0018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04657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Штуцер входа 3/8-1/2G</w:t>
            </w:r>
          </w:p>
        </w:tc>
      </w:tr>
      <w:tr w:rsidR="00A70E86" w14:paraId="3A928AB4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EE086B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9C13D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3.100.0029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B1C2F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Термозащита J51DsP-25 12-18A</w:t>
            </w:r>
          </w:p>
        </w:tc>
      </w:tr>
      <w:tr w:rsidR="00A70E86" w:rsidRPr="000E006E" w14:paraId="77D0F86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DFDB9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0F8965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BAC3097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Комплект </w:t>
            </w:r>
            <w:r w:rsidRPr="000E006E">
              <w:rPr>
                <w:rFonts w:eastAsia="Calibri"/>
                <w:sz w:val="15"/>
                <w:lang w:val="ru-RU"/>
              </w:rPr>
              <w:t>запасных частей — входное/выходное соединение</w:t>
            </w:r>
          </w:p>
        </w:tc>
      </w:tr>
      <w:tr w:rsidR="00A70E86" w:rsidRPr="000E006E" w14:paraId="71B43F59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6D6942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FDBAF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FB3F3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входное/выходное соединение</w:t>
            </w:r>
          </w:p>
        </w:tc>
      </w:tr>
      <w:tr w:rsidR="00A70E86" w:rsidRPr="000E006E" w14:paraId="62D96702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EF1F9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29C7B4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4.608.0007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31A02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Нижний электрический кожух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6FB6356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51A11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B9D3E9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768417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входное/выходное соединение</w:t>
            </w:r>
          </w:p>
        </w:tc>
      </w:tr>
      <w:tr w:rsidR="00A70E86" w:rsidRPr="000E006E" w14:paraId="1946845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2BA27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1044E0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3.403.0015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D322F1F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Контроллер </w:t>
            </w:r>
            <w:r>
              <w:rPr>
                <w:rFonts w:eastAsia="Calibri"/>
                <w:sz w:val="15"/>
              </w:rPr>
              <w:t>SET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KK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с платой </w:t>
            </w:r>
            <w:r>
              <w:rPr>
                <w:rFonts w:eastAsia="Calibri"/>
                <w:sz w:val="15"/>
              </w:rPr>
              <w:t>PCB</w:t>
            </w:r>
          </w:p>
        </w:tc>
      </w:tr>
      <w:tr w:rsidR="00A70E86" w14:paraId="245F400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14ED8E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E4596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5.613.0034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B46C0C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Рама для KPC-H6</w:t>
            </w:r>
          </w:p>
        </w:tc>
      </w:tr>
      <w:tr w:rsidR="00A70E86" w14:paraId="4CFA4BD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28384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304505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3.403.0017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78BE5C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LED-плата KPC-H5</w:t>
            </w:r>
          </w:p>
        </w:tc>
      </w:tr>
      <w:tr w:rsidR="00A70E86" w:rsidRPr="000E006E" w14:paraId="191C44FA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93C8DC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3183C9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3D8A41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входное/выходное соединение</w:t>
            </w:r>
          </w:p>
        </w:tc>
      </w:tr>
      <w:tr w:rsidR="00A70E86" w14:paraId="799BBC8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8EE1E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07CD51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3.100.0095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070D7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Защёлка колеса Ø20</w:t>
            </w:r>
          </w:p>
        </w:tc>
      </w:tr>
      <w:tr w:rsidR="00A70E86" w14:paraId="3C4539A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69D943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64CBD5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4.606.0017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90913B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 xml:space="preserve">Металлический </w:t>
            </w:r>
            <w:r>
              <w:rPr>
                <w:rFonts w:eastAsia="Calibri"/>
                <w:sz w:val="15"/>
              </w:rPr>
              <w:t>термостатический узел</w:t>
            </w:r>
          </w:p>
        </w:tc>
      </w:tr>
      <w:tr w:rsidR="00A70E86" w14:paraId="61EB70A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6C1990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C1887D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5.009.0137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41F5AC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Профессиональное колесо 237×70</w:t>
            </w:r>
          </w:p>
        </w:tc>
      </w:tr>
      <w:tr w:rsidR="00A70E86" w:rsidRPr="000E006E" w14:paraId="3FD54E7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04E362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3811EF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5.009.0134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B8D893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Датчик температуры </w:t>
            </w:r>
            <w:r>
              <w:rPr>
                <w:rFonts w:eastAsia="Calibri"/>
                <w:sz w:val="15"/>
              </w:rPr>
              <w:t>PT</w:t>
            </w:r>
            <w:r w:rsidRPr="000E006E">
              <w:rPr>
                <w:rFonts w:eastAsia="Calibri"/>
                <w:sz w:val="15"/>
                <w:lang w:val="ru-RU"/>
              </w:rPr>
              <w:t xml:space="preserve">100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4B4A82E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2FABA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0DA0F7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3.100.0065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915A8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Плавающий дизельный модуль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=800</w:t>
            </w:r>
          </w:p>
        </w:tc>
      </w:tr>
      <w:tr w:rsidR="00A70E86" w:rsidRPr="000E006E" w14:paraId="2FCA8F8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48D731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184637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4.607.0013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EE9861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Кронштейн крепления электрического кожуха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11505DE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F1001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09D483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4.618.0011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CE892B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РВД высокого давления L=620</w:t>
            </w:r>
          </w:p>
        </w:tc>
      </w:tr>
      <w:tr w:rsidR="00A70E86" w:rsidRPr="000E006E" w14:paraId="1BC6510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3302DD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A5B0AF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4.612.0002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1C05D4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Кабель выключателя двигателя </w:t>
            </w:r>
            <w:r>
              <w:rPr>
                <w:rFonts w:eastAsia="Calibri"/>
                <w:sz w:val="15"/>
              </w:rPr>
              <w:t>KP</w:t>
            </w:r>
            <w:r w:rsidRPr="000E006E">
              <w:rPr>
                <w:rFonts w:eastAsia="Calibri"/>
                <w:sz w:val="15"/>
                <w:lang w:val="ru-RU"/>
              </w:rPr>
              <w:t>-3.5</w:t>
            </w:r>
            <w:r>
              <w:rPr>
                <w:rFonts w:eastAsia="Calibri"/>
                <w:sz w:val="15"/>
              </w:rPr>
              <w:t>T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=550 4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×1.5 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05</w:t>
            </w:r>
            <w:r>
              <w:rPr>
                <w:rFonts w:eastAsia="Calibri"/>
                <w:sz w:val="15"/>
              </w:rPr>
              <w:t>VV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F</w:t>
            </w:r>
          </w:p>
        </w:tc>
      </w:tr>
      <w:tr w:rsidR="00A70E86" w14:paraId="712A6B6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1EEE7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7AEB67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4.618.0012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49B341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РВД высокого давления L=650</w:t>
            </w:r>
          </w:p>
        </w:tc>
      </w:tr>
      <w:tr w:rsidR="00A70E86" w:rsidRPr="000E006E" w14:paraId="40C2630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36699A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22213C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4.612.0011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05CBCC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Силовой кабель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=6200 4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×1.5 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05</w:t>
            </w:r>
            <w:r>
              <w:rPr>
                <w:rFonts w:eastAsia="Calibri"/>
                <w:sz w:val="15"/>
              </w:rPr>
              <w:t>VV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F</w:t>
            </w:r>
          </w:p>
        </w:tc>
      </w:tr>
      <w:tr w:rsidR="00A70E86" w:rsidRPr="000E006E" w14:paraId="304F480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5DC36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41D572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4.608.0037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4A530D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Топливный бак (дизель)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6</w:t>
            </w:r>
          </w:p>
        </w:tc>
      </w:tr>
      <w:tr w:rsidR="00A70E86" w:rsidRPr="000E006E" w14:paraId="721B730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8AF68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21806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4.608.0035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47A89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Пластиковый блок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6 </w:t>
            </w:r>
            <w:r>
              <w:rPr>
                <w:rFonts w:eastAsia="Calibri"/>
                <w:sz w:val="15"/>
              </w:rPr>
              <w:t>PA</w:t>
            </w:r>
            <w:r w:rsidRPr="000E006E">
              <w:rPr>
                <w:rFonts w:eastAsia="Calibri"/>
                <w:sz w:val="15"/>
                <w:lang w:val="ru-RU"/>
              </w:rPr>
              <w:t>6 30%</w:t>
            </w:r>
            <w:r>
              <w:rPr>
                <w:rFonts w:eastAsia="Calibri"/>
                <w:sz w:val="15"/>
              </w:rPr>
              <w:t>GF</w:t>
            </w:r>
          </w:p>
        </w:tc>
      </w:tr>
    </w:tbl>
    <w:p w14:paraId="2218F35E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323D218F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6E3D3E91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Каталог деталей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1809 — позиции 53–67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6548"/>
      </w:tblGrid>
      <w:tr w:rsidR="00A70E86" w14:paraId="7D6753DF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E9635CA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39A5CA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6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3E0429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70E86" w14:paraId="5B607E2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0099B0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B8E4A7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5.613.0006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CBA40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Спиральная трубка 2515 2.2 мм</w:t>
            </w:r>
          </w:p>
        </w:tc>
      </w:tr>
      <w:tr w:rsidR="00A70E86" w14:paraId="2B6D795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FD444E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D644E9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28270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Внутренний стальной ремень H250</w:t>
            </w:r>
          </w:p>
        </w:tc>
      </w:tr>
      <w:tr w:rsidR="00A70E86" w14:paraId="693C966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1D554D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24086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3.100.0209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1634AE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 xml:space="preserve">Входной </w:t>
            </w:r>
            <w:r>
              <w:rPr>
                <w:rFonts w:eastAsia="Calibri"/>
                <w:sz w:val="15"/>
              </w:rPr>
              <w:t>CU-коннектор</w:t>
            </w:r>
          </w:p>
        </w:tc>
      </w:tr>
      <w:tr w:rsidR="00A70E86" w14:paraId="03D6691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4636A4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4F1E73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4.607.0055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F40CBC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Внутренний стальной ремень H70</w:t>
            </w:r>
          </w:p>
        </w:tc>
      </w:tr>
      <w:tr w:rsidR="00A70E86" w14:paraId="79C5BC7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38B2C8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D37998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3.103.0037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9096DC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Комплект форсунок 1.15</w:t>
            </w:r>
          </w:p>
        </w:tc>
      </w:tr>
      <w:tr w:rsidR="00A70E86" w:rsidRPr="000E006E" w14:paraId="7B95022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1DD0D0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48DA7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4.003.0001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F2182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Изоляционная плита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22FB5D0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E8093B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5AFD5E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3.701.0008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5AEEE5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Металлическое копьё L=550</w:t>
            </w:r>
          </w:p>
        </w:tc>
      </w:tr>
      <w:tr w:rsidR="00A70E86" w:rsidRPr="000E006E" w14:paraId="305668F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02B7C1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44C6A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4.607.0006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C85493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Внутренний корпус котла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389F88A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E05CF7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F47B6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4.618.0031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12F8F7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 xml:space="preserve">РВД </w:t>
            </w:r>
            <w:r>
              <w:rPr>
                <w:rFonts w:eastAsia="Calibri"/>
                <w:sz w:val="15"/>
              </w:rPr>
              <w:t>M22×14 L=10000</w:t>
            </w:r>
          </w:p>
        </w:tc>
      </w:tr>
      <w:tr w:rsidR="00A70E86" w:rsidRPr="000E006E" w14:paraId="491FAB4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B4AEA0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401DE1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6B14137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Внешний корпус котла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7E6C945A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EFB9E6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F807A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3.700.0011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74A09F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Пистолет 250 </w:t>
            </w:r>
            <w:r>
              <w:rPr>
                <w:rFonts w:eastAsia="Calibri"/>
                <w:sz w:val="15"/>
              </w:rPr>
              <w:t>bar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M</w:t>
            </w:r>
            <w:r w:rsidRPr="000E006E">
              <w:rPr>
                <w:rFonts w:eastAsia="Calibri"/>
                <w:sz w:val="15"/>
                <w:lang w:val="ru-RU"/>
              </w:rPr>
              <w:t xml:space="preserve">22-14 / </w:t>
            </w:r>
            <w:r>
              <w:rPr>
                <w:rFonts w:eastAsia="Calibri"/>
                <w:sz w:val="15"/>
              </w:rPr>
              <w:t>M</w:t>
            </w:r>
            <w:r w:rsidRPr="000E006E">
              <w:rPr>
                <w:rFonts w:eastAsia="Calibri"/>
                <w:sz w:val="15"/>
                <w:lang w:val="ru-RU"/>
              </w:rPr>
              <w:t>22-14 чёрный</w:t>
            </w:r>
          </w:p>
        </w:tc>
      </w:tr>
      <w:tr w:rsidR="00A70E86" w14:paraId="6719838A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684422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EB670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5.009.0073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3DC579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Вентилятор двигателя 230/50, кабель 1 м</w:t>
            </w:r>
          </w:p>
        </w:tc>
      </w:tr>
      <w:tr w:rsidR="00A70E86" w:rsidRPr="000E006E" w14:paraId="1B27463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8D821D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696433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D9D6B3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60FA617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CBE9EF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7E4B5B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1C9E87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4A8668B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07A8D9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897A96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49FD4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</w:tbl>
    <w:p w14:paraId="216CA2FB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5FB530E0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4520FC55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Заводская деталировка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6 2515</w:t>
      </w:r>
    </w:p>
    <w:p w14:paraId="1D7D257E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0BF8136" wp14:editId="0DCCB8E1">
            <wp:extent cx="5715000" cy="3996238"/>
            <wp:effectExtent l="0" t="0" r="0" b="0"/>
            <wp:docPr id="13" name="Общая взрыв-схема KPC-H6 2515, артикул 8.604.0010" descr="Общая взрыв-схема KPC-H6 2515, артикул 8.604.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9_img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419BB" w14:textId="77777777" w:rsidR="00A70E86" w:rsidRPr="000E006E" w:rsidRDefault="00A832A6">
      <w:pPr>
        <w:pStyle w:val="FigureCaption"/>
        <w:keepLines/>
        <w:rPr>
          <w:lang w:val="ru-RU"/>
        </w:rPr>
      </w:pPr>
      <w:r w:rsidRPr="000E006E">
        <w:rPr>
          <w:lang w:val="ru-RU"/>
        </w:rPr>
        <w:t xml:space="preserve">Общая взрыв-схема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2515, артикул 8.604.0010</w:t>
      </w:r>
    </w:p>
    <w:p w14:paraId="4F2BF54C" w14:textId="77777777" w:rsidR="00A70E86" w:rsidRPr="000E006E" w:rsidRDefault="00A832A6">
      <w:pPr>
        <w:rPr>
          <w:lang w:val="ru-RU"/>
        </w:rPr>
      </w:pPr>
      <w:r w:rsidRPr="000E006E">
        <w:rPr>
          <w:rFonts w:eastAsia="Calibri"/>
          <w:lang w:val="ru-RU"/>
        </w:rPr>
        <w:t xml:space="preserve">Номера на схеме </w:t>
      </w:r>
      <w:r w:rsidRPr="000E006E">
        <w:rPr>
          <w:rFonts w:eastAsia="Calibri"/>
          <w:lang w:val="ru-RU"/>
        </w:rPr>
        <w:t>соответствуют позициям каталога далее. Для заказа указывайте модель, артикул аппарата, код детали и серийный номер.</w:t>
      </w:r>
    </w:p>
    <w:p w14:paraId="646E40B2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74B4CF91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578BE4E3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Каталог деталей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2515 — позиции 1–26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6548"/>
      </w:tblGrid>
      <w:tr w:rsidR="00A70E86" w14:paraId="12CE6651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D8B201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031AC8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6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CB47A8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70E86" w:rsidRPr="000E006E" w14:paraId="5F7E2C1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337E4E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55439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4.607.0052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0ED13E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Защита дымохода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6 </w:t>
            </w:r>
            <w:r>
              <w:rPr>
                <w:rFonts w:eastAsia="Calibri"/>
                <w:sz w:val="15"/>
              </w:rPr>
              <w:t>INOX</w:t>
            </w:r>
          </w:p>
        </w:tc>
      </w:tr>
      <w:tr w:rsidR="00A70E86" w:rsidRPr="000E006E" w14:paraId="1FA93D6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6F204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3682D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64712CD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2AC8C55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A681A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0C88B3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4.608.0014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8922CAD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Пластиковая ручка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6A8D824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346471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A21D33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EB1802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0E75200A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1CC97A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0E350D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4.613.0024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BA11A2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Оранжевая крышка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6 021</w:t>
            </w:r>
            <w:r>
              <w:rPr>
                <w:rFonts w:eastAsia="Calibri"/>
                <w:sz w:val="15"/>
              </w:rPr>
              <w:t>C</w:t>
            </w:r>
            <w:r w:rsidRPr="000E006E">
              <w:rPr>
                <w:rFonts w:eastAsia="Calibri"/>
                <w:sz w:val="15"/>
                <w:lang w:val="ru-RU"/>
              </w:rPr>
              <w:t xml:space="preserve"> без окна</w:t>
            </w:r>
          </w:p>
        </w:tc>
      </w:tr>
      <w:tr w:rsidR="00A70E86" w:rsidRPr="000E006E" w14:paraId="6166EBC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E5AD94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E4D603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971E4E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Котёл из </w:t>
            </w:r>
            <w:r w:rsidRPr="000E006E">
              <w:rPr>
                <w:rFonts w:eastAsia="Calibri"/>
                <w:sz w:val="15"/>
                <w:lang w:val="ru-RU"/>
              </w:rPr>
              <w:t xml:space="preserve">нержавеющей стали </w:t>
            </w:r>
            <w:r>
              <w:rPr>
                <w:rFonts w:eastAsia="Calibri"/>
                <w:sz w:val="15"/>
              </w:rPr>
              <w:t>INOX</w:t>
            </w:r>
            <w:r w:rsidRPr="000E006E">
              <w:rPr>
                <w:rFonts w:eastAsia="Calibri"/>
                <w:sz w:val="15"/>
                <w:lang w:val="ru-RU"/>
              </w:rPr>
              <w:t xml:space="preserve"> 410</w:t>
            </w:r>
          </w:p>
        </w:tc>
      </w:tr>
      <w:tr w:rsidR="00A70E86" w14:paraId="138E866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46FE8D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443644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3.100.0079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869F2A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Дизельный фильтр 8 мм</w:t>
            </w:r>
          </w:p>
        </w:tc>
      </w:tr>
      <w:tr w:rsidR="00A70E86" w:rsidRPr="000E006E" w14:paraId="4A1DD6D2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DC6C49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D71481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4.607.0034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E6CB9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Дымоотводный конус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3 / 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6F30F39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C7042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F6A85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4.608.0045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7A5656E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Красная ручка переключателя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(</w:t>
            </w:r>
            <w:r>
              <w:rPr>
                <w:rFonts w:eastAsia="Calibri"/>
                <w:sz w:val="15"/>
              </w:rPr>
              <w:t>PANT</w:t>
            </w:r>
            <w:r w:rsidRPr="000E006E">
              <w:rPr>
                <w:rFonts w:eastAsia="Calibri"/>
                <w:sz w:val="15"/>
                <w:lang w:val="ru-RU"/>
              </w:rPr>
              <w:t>.185</w:t>
            </w:r>
            <w:r>
              <w:rPr>
                <w:rFonts w:eastAsia="Calibri"/>
                <w:sz w:val="15"/>
              </w:rPr>
              <w:t>C</w:t>
            </w:r>
            <w:r w:rsidRPr="000E006E">
              <w:rPr>
                <w:rFonts w:eastAsia="Calibri"/>
                <w:sz w:val="15"/>
                <w:lang w:val="ru-RU"/>
              </w:rPr>
              <w:t>)</w:t>
            </w:r>
          </w:p>
        </w:tc>
      </w:tr>
      <w:tr w:rsidR="00A70E86" w14:paraId="54ECCC6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3FED94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E158F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4.007.0062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1F117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Пружина</w:t>
            </w:r>
          </w:p>
        </w:tc>
      </w:tr>
      <w:tr w:rsidR="00A70E86" w14:paraId="0325B76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B69852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25C97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5.009.0213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6AE98B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Переключатель с защитой 12(10)</w:t>
            </w:r>
          </w:p>
        </w:tc>
      </w:tr>
      <w:tr w:rsidR="00A70E86" w:rsidRPr="000E006E" w14:paraId="2936F51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8FA3EE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34C75F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4.607.0010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75594B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Ремень котла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</w:t>
            </w:r>
            <w:r>
              <w:rPr>
                <w:rFonts w:eastAsia="Calibri"/>
                <w:sz w:val="15"/>
              </w:rPr>
              <w:t>ZNT</w:t>
            </w:r>
          </w:p>
        </w:tc>
      </w:tr>
      <w:tr w:rsidR="00A70E86" w14:paraId="3ADCA43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66421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01223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3.100.0118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889D5D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Потенциометр 1 kОм</w:t>
            </w:r>
          </w:p>
        </w:tc>
      </w:tr>
      <w:tr w:rsidR="00A70E86" w:rsidRPr="000E006E" w14:paraId="602D693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D94C46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3F3E8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5.613.0033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4F2AE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Крышка с дымоходом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9</w:t>
            </w:r>
          </w:p>
        </w:tc>
      </w:tr>
      <w:tr w:rsidR="00A70E86" w14:paraId="7F3DA27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2A042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EEF7B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3.100.0151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A2A26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Манометр d 4.0 1/4 0–400</w:t>
            </w:r>
          </w:p>
        </w:tc>
      </w:tr>
      <w:tr w:rsidR="00A70E86" w:rsidRPr="000E006E" w14:paraId="4A85060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A8F510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725500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3.302.0032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D7C744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Медный двигатель 7.5 </w:t>
            </w:r>
            <w:r>
              <w:rPr>
                <w:rFonts w:eastAsia="Calibri"/>
                <w:sz w:val="15"/>
              </w:rPr>
              <w:t>HP</w:t>
            </w:r>
            <w:r w:rsidRPr="000E006E">
              <w:rPr>
                <w:rFonts w:eastAsia="Calibri"/>
                <w:sz w:val="15"/>
                <w:lang w:val="ru-RU"/>
              </w:rPr>
              <w:t xml:space="preserve"> вал </w:t>
            </w:r>
            <w:r>
              <w:rPr>
                <w:rFonts w:eastAsia="Calibri"/>
                <w:sz w:val="15"/>
              </w:rPr>
              <w:t>D</w:t>
            </w:r>
            <w:r w:rsidRPr="000E006E">
              <w:rPr>
                <w:rFonts w:eastAsia="Calibri"/>
                <w:sz w:val="15"/>
                <w:lang w:val="ru-RU"/>
              </w:rPr>
              <w:t>.28</w:t>
            </w:r>
          </w:p>
        </w:tc>
      </w:tr>
      <w:tr w:rsidR="00A70E86" w14:paraId="29C2188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44422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1A9F02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4.618.0051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6F3E9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Манометрическая трубка L = 360</w:t>
            </w:r>
          </w:p>
        </w:tc>
      </w:tr>
      <w:tr w:rsidR="00A70E86" w:rsidRPr="000E006E" w14:paraId="3213B13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634BB4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002704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3.702.0027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899746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Вал помпы </w:t>
            </w:r>
            <w:r>
              <w:rPr>
                <w:rFonts w:eastAsia="Calibri"/>
                <w:sz w:val="15"/>
              </w:rPr>
              <w:t>D</w:t>
            </w:r>
            <w:r w:rsidRPr="000E006E">
              <w:rPr>
                <w:rFonts w:eastAsia="Calibri"/>
                <w:sz w:val="15"/>
                <w:lang w:val="ru-RU"/>
              </w:rPr>
              <w:t>.28 15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 xml:space="preserve"> 1450 </w:t>
            </w:r>
            <w:r>
              <w:rPr>
                <w:rFonts w:eastAsia="Calibri"/>
                <w:sz w:val="15"/>
              </w:rPr>
              <w:t>RPM</w:t>
            </w:r>
          </w:p>
        </w:tc>
      </w:tr>
      <w:tr w:rsidR="00A70E86" w:rsidRPr="000E006E" w14:paraId="2DB360FA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82874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28CE27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4.608.0008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1D9057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Верхний электрический кожух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1CBA77B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59C30F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40F148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4.606.0028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1942E2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Латунный штуцер манометра 1/4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 1/8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2483060A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8F652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28291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4.012.0114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FBD195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Кабель выключателя KPC-H5</w:t>
            </w:r>
          </w:p>
        </w:tc>
      </w:tr>
      <w:tr w:rsidR="00A70E86" w:rsidRPr="000E006E" w14:paraId="5938F39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18B6DC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FF0AF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5.009.0120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555F62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Кабель реле давления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 xml:space="preserve">=750 25 </w:t>
            </w:r>
            <w:r>
              <w:rPr>
                <w:rFonts w:eastAsia="Calibri"/>
                <w:sz w:val="15"/>
              </w:rPr>
              <w:t>BAR</w:t>
            </w:r>
            <w:r w:rsidRPr="000E006E">
              <w:rPr>
                <w:rFonts w:eastAsia="Calibri"/>
                <w:sz w:val="15"/>
                <w:lang w:val="ru-RU"/>
              </w:rPr>
              <w:t xml:space="preserve"> 1/8</w:t>
            </w:r>
            <w:r>
              <w:rPr>
                <w:rFonts w:eastAsia="Calibri"/>
                <w:sz w:val="15"/>
              </w:rPr>
              <w:t>G</w:t>
            </w:r>
          </w:p>
        </w:tc>
      </w:tr>
      <w:tr w:rsidR="00A70E86" w14:paraId="31F47F64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8E4C7A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BCC6AE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3.100.0067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2DBE9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Дизельный насос 230V 50Hz VSC-63AS-2 KPC-H5</w:t>
            </w:r>
          </w:p>
        </w:tc>
      </w:tr>
      <w:tr w:rsidR="00A70E86" w:rsidRPr="000E006E" w14:paraId="698D551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BC7FA8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1E275F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5.009.0257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7D460AB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Предохранительный клапан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46D60BA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062C7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DE3EA2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4.606.0044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B99D03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Металлический предохранительный клапан 3/8–3/8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5 2</w:t>
            </w:r>
            <w:r>
              <w:rPr>
                <w:rFonts w:eastAsia="Calibri"/>
                <w:sz w:val="15"/>
              </w:rPr>
              <w:t>NT</w:t>
            </w:r>
          </w:p>
        </w:tc>
      </w:tr>
      <w:tr w:rsidR="00A70E86" w:rsidRPr="000E006E" w14:paraId="7B6866A4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C88C8B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688511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3.100.0069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69CE0C9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Трансформатор высокого напряжения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</w:tbl>
    <w:p w14:paraId="6F36A9DF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1F1FB970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1F19C70B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Каталог деталей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2515 — позиции 27–52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6548"/>
      </w:tblGrid>
      <w:tr w:rsidR="00A70E86" w14:paraId="144B7FBD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F5C42B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17370E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6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4BFFCA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70E86" w:rsidRPr="000E006E" w14:paraId="1ADAABE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F702D0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D7C6EA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5.009.0250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9AE32A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Впуск моющего средства с О-кольцом, шариком, пружиной 1/8</w:t>
            </w:r>
          </w:p>
        </w:tc>
      </w:tr>
      <w:tr w:rsidR="00A70E86" w:rsidRPr="000E006E" w14:paraId="4D2551A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201985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3DBF6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3.100.0070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5E5D4E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Высоковольтные кабели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 xml:space="preserve"> = 650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с защитой</w:t>
            </w:r>
          </w:p>
        </w:tc>
      </w:tr>
      <w:tr w:rsidR="00A70E86" w:rsidRPr="000E006E" w14:paraId="2CE098B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BBA1BD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DCA7BA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4.606.0041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BF6246E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Латунное выходное соединение с </w:t>
            </w:r>
            <w:r w:rsidRPr="000E006E">
              <w:rPr>
                <w:rFonts w:eastAsia="Calibri"/>
                <w:sz w:val="15"/>
                <w:lang w:val="ru-RU"/>
              </w:rPr>
              <w:t xml:space="preserve">всасыванием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 3/8 Ø2</w:t>
            </w:r>
          </w:p>
        </w:tc>
      </w:tr>
      <w:tr w:rsidR="00A70E86" w14:paraId="1ED71F42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F4F1E4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948C74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3.100.0028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810FD6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Реле 7.5 kW 380V / 400V 18A</w:t>
            </w:r>
          </w:p>
        </w:tc>
      </w:tr>
      <w:tr w:rsidR="00A70E86" w14:paraId="79F0E0C9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DD6E69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85910D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4.605.0018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BE8B83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Впускное соединение AL 3/8–1/2G</w:t>
            </w:r>
          </w:p>
        </w:tc>
      </w:tr>
      <w:tr w:rsidR="00A70E86" w14:paraId="6B12FD9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8EC7D0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386234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3.100.0029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C04468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Тепловая защита J51DsP-25 12–18A</w:t>
            </w:r>
          </w:p>
        </w:tc>
      </w:tr>
      <w:tr w:rsidR="00A70E86" w:rsidRPr="000E006E" w14:paraId="637C1D9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29855F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925B33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659862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вход/выход соединения</w:t>
            </w:r>
          </w:p>
        </w:tc>
      </w:tr>
      <w:tr w:rsidR="00A70E86" w:rsidRPr="000E006E" w14:paraId="27626D9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B89310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2BCD3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06B81E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вход/выход соединения</w:t>
            </w:r>
          </w:p>
        </w:tc>
      </w:tr>
      <w:tr w:rsidR="00A70E86" w:rsidRPr="000E006E" w14:paraId="088331B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13971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19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899428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4.608.0007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A98F1D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Нижний электрический кожух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60FB842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179E3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11E52B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357238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вход/выход соединения</w:t>
            </w:r>
          </w:p>
        </w:tc>
      </w:tr>
      <w:tr w:rsidR="00A70E86" w:rsidRPr="000E006E" w14:paraId="7D51689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C08D0C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93D9C7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3.403.0015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BA8299D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Контроллер </w:t>
            </w:r>
            <w:r>
              <w:rPr>
                <w:rFonts w:eastAsia="Calibri"/>
                <w:sz w:val="15"/>
              </w:rPr>
              <w:t>SET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KK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с платой </w:t>
            </w:r>
            <w:r>
              <w:rPr>
                <w:rFonts w:eastAsia="Calibri"/>
                <w:sz w:val="15"/>
              </w:rPr>
              <w:t>PCB</w:t>
            </w:r>
          </w:p>
        </w:tc>
      </w:tr>
      <w:tr w:rsidR="00A70E86" w14:paraId="409008B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725585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EBA0CF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5.613.0034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28F5A8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Рама для KPC-H6</w:t>
            </w:r>
          </w:p>
        </w:tc>
      </w:tr>
      <w:tr w:rsidR="00A70E86" w14:paraId="5D374CA4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AB260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0DDBFD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3.403.0017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148B7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LED-плата KPC-H5</w:t>
            </w:r>
          </w:p>
        </w:tc>
      </w:tr>
      <w:tr w:rsidR="00A70E86" w:rsidRPr="000E006E" w14:paraId="798167F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D84057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D1C66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6B504AE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вход/выход соединения</w:t>
            </w:r>
          </w:p>
        </w:tc>
      </w:tr>
      <w:tr w:rsidR="00A70E86" w14:paraId="7F7DDEE8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47D757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C11672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3.100.0095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2AFDB5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Защелка колеса Ø20</w:t>
            </w:r>
          </w:p>
        </w:tc>
      </w:tr>
      <w:tr w:rsidR="00A70E86" w14:paraId="4109881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ADD6FB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C141FB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4.606.0017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12887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Металлическое термостатическое соединение</w:t>
            </w:r>
          </w:p>
        </w:tc>
      </w:tr>
      <w:tr w:rsidR="00A70E86" w14:paraId="00A0868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5B7560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56C9C7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5.009.0137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2BC65F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Профессиональное колесо 237×70</w:t>
            </w:r>
          </w:p>
        </w:tc>
      </w:tr>
      <w:tr w:rsidR="00A70E86" w:rsidRPr="000E006E" w14:paraId="4484A9A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956B68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EA6053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5.009.0134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2229A42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Датчик </w:t>
            </w:r>
            <w:r w:rsidRPr="000E006E">
              <w:rPr>
                <w:rFonts w:eastAsia="Calibri"/>
                <w:sz w:val="15"/>
                <w:lang w:val="ru-RU"/>
              </w:rPr>
              <w:t xml:space="preserve">температуры </w:t>
            </w:r>
            <w:r>
              <w:rPr>
                <w:rFonts w:eastAsia="Calibri"/>
                <w:sz w:val="15"/>
              </w:rPr>
              <w:t>PT</w:t>
            </w:r>
            <w:r w:rsidRPr="000E006E">
              <w:rPr>
                <w:rFonts w:eastAsia="Calibri"/>
                <w:sz w:val="15"/>
                <w:lang w:val="ru-RU"/>
              </w:rPr>
              <w:t xml:space="preserve">100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4E7FF312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06E013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730F9F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3.100.0065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F1420D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proofErr w:type="spellStart"/>
            <w:r w:rsidRPr="000E006E">
              <w:rPr>
                <w:rFonts w:eastAsia="Calibri"/>
                <w:sz w:val="15"/>
                <w:lang w:val="ru-RU"/>
              </w:rPr>
              <w:t>Плавующий</w:t>
            </w:r>
            <w:proofErr w:type="spellEnd"/>
            <w:r w:rsidRPr="000E006E">
              <w:rPr>
                <w:rFonts w:eastAsia="Calibri"/>
                <w:sz w:val="15"/>
                <w:lang w:val="ru-RU"/>
              </w:rPr>
              <w:t xml:space="preserve"> держатель дизеля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5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=800</w:t>
            </w:r>
          </w:p>
        </w:tc>
      </w:tr>
      <w:tr w:rsidR="00A70E86" w:rsidRPr="000E006E" w14:paraId="1E0963A6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D9CC73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9456D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4.607.0013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FD51EBF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Кронштейн крепления электрического кожуха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669D05E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9409E1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EFE8AF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4.618.0011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625E3B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Шланг высокого давления L=620</w:t>
            </w:r>
          </w:p>
        </w:tc>
      </w:tr>
      <w:tr w:rsidR="00A70E86" w:rsidRPr="000E006E" w14:paraId="7F7C6557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0F8010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54D27E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4.612.0002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C010DD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Кабель </w:t>
            </w:r>
            <w:r w:rsidRPr="000E006E">
              <w:rPr>
                <w:rFonts w:eastAsia="Calibri"/>
                <w:sz w:val="15"/>
                <w:lang w:val="ru-RU"/>
              </w:rPr>
              <w:t xml:space="preserve">двигателя-переключателя </w:t>
            </w:r>
            <w:r>
              <w:rPr>
                <w:rFonts w:eastAsia="Calibri"/>
                <w:sz w:val="15"/>
              </w:rPr>
              <w:t>KP</w:t>
            </w:r>
            <w:r w:rsidRPr="000E006E">
              <w:rPr>
                <w:rFonts w:eastAsia="Calibri"/>
                <w:sz w:val="15"/>
                <w:lang w:val="ru-RU"/>
              </w:rPr>
              <w:t>-3.5</w:t>
            </w:r>
            <w:r>
              <w:rPr>
                <w:rFonts w:eastAsia="Calibri"/>
                <w:sz w:val="15"/>
              </w:rPr>
              <w:t>T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=550 4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×1.5 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05</w:t>
            </w:r>
            <w:r>
              <w:rPr>
                <w:rFonts w:eastAsia="Calibri"/>
                <w:sz w:val="15"/>
              </w:rPr>
              <w:t>VV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F</w:t>
            </w:r>
          </w:p>
        </w:tc>
      </w:tr>
      <w:tr w:rsidR="00A70E86" w14:paraId="47BB4E0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48A70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83C8B1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4.618.0012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5B0B92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Шланг высокого давления L=650</w:t>
            </w:r>
          </w:p>
        </w:tc>
      </w:tr>
      <w:tr w:rsidR="00A70E86" w:rsidRPr="000E006E" w14:paraId="7CFAADB5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7AC517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8BEC2B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4.612.0011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94090AA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Силовой кабель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=6200 4</w:t>
            </w:r>
            <w:r>
              <w:rPr>
                <w:rFonts w:eastAsia="Calibri"/>
                <w:sz w:val="15"/>
              </w:rPr>
              <w:t>G</w:t>
            </w:r>
            <w:r w:rsidRPr="000E006E">
              <w:rPr>
                <w:rFonts w:eastAsia="Calibri"/>
                <w:sz w:val="15"/>
                <w:lang w:val="ru-RU"/>
              </w:rPr>
              <w:t xml:space="preserve">×1.5 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05</w:t>
            </w:r>
            <w:r>
              <w:rPr>
                <w:rFonts w:eastAsia="Calibri"/>
                <w:sz w:val="15"/>
              </w:rPr>
              <w:t>VV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F</w:t>
            </w:r>
          </w:p>
        </w:tc>
      </w:tr>
      <w:tr w:rsidR="00A70E86" w:rsidRPr="000E006E" w14:paraId="057E6A5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7E704C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67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4AFCC51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4.608.0037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73E20D5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Топливный бак дизеля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6</w:t>
            </w:r>
          </w:p>
        </w:tc>
      </w:tr>
      <w:tr w:rsidR="00A70E86" w:rsidRPr="000E006E" w14:paraId="3CF7AE82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DC15E3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E487E6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4.608.0035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E26437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Пластиковый блок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 xml:space="preserve">6 </w:t>
            </w:r>
            <w:r>
              <w:rPr>
                <w:rFonts w:eastAsia="Calibri"/>
                <w:sz w:val="15"/>
              </w:rPr>
              <w:t>PA</w:t>
            </w:r>
            <w:r w:rsidRPr="000E006E">
              <w:rPr>
                <w:rFonts w:eastAsia="Calibri"/>
                <w:sz w:val="15"/>
                <w:lang w:val="ru-RU"/>
              </w:rPr>
              <w:t>6 30%</w:t>
            </w:r>
            <w:r>
              <w:rPr>
                <w:rFonts w:eastAsia="Calibri"/>
                <w:sz w:val="15"/>
              </w:rPr>
              <w:t>GF</w:t>
            </w:r>
          </w:p>
        </w:tc>
      </w:tr>
    </w:tbl>
    <w:p w14:paraId="04EE8F7E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4F037538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A</w:t>
      </w:r>
    </w:p>
    <w:p w14:paraId="52B4B1C5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Каталог деталей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2515 — позиции 53–67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6548"/>
      </w:tblGrid>
      <w:tr w:rsidR="00A70E86" w14:paraId="21BF75C3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914B6E4" w14:textId="77777777" w:rsidR="00A70E86" w:rsidRDefault="00A832A6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2200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B95159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6548" w:type="dxa"/>
            <w:shd w:val="clear" w:color="auto" w:fill="25282B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2729B6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70E86" w14:paraId="233580F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915830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29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951289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5.613.0036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98F22C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Спиральная трубка 2515 2.2 мм</w:t>
            </w:r>
          </w:p>
        </w:tc>
      </w:tr>
      <w:tr w:rsidR="00A70E86" w14:paraId="1EB007C1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6A21DD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45F6FD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C5331F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Внутренний стальной ремень H250</w:t>
            </w:r>
          </w:p>
        </w:tc>
      </w:tr>
      <w:tr w:rsidR="00A70E86" w:rsidRPr="000E006E" w14:paraId="51C4D18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2262DE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71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DBB2ED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3.100.0209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100AB9F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Входное медное соединение (</w:t>
            </w:r>
            <w:r>
              <w:rPr>
                <w:rFonts w:eastAsia="Calibri"/>
                <w:sz w:val="15"/>
              </w:rPr>
              <w:t>INLET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CU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CONNECTOR</w:t>
            </w:r>
            <w:r w:rsidRPr="000E006E">
              <w:rPr>
                <w:rFonts w:eastAsia="Calibri"/>
                <w:sz w:val="15"/>
                <w:lang w:val="ru-RU"/>
              </w:rPr>
              <w:t>)</w:t>
            </w:r>
          </w:p>
        </w:tc>
      </w:tr>
      <w:tr w:rsidR="00A70E86" w14:paraId="1608D4E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6A7B91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74309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4.607.0055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37837FD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Внутренний стальной ремень H70</w:t>
            </w:r>
          </w:p>
        </w:tc>
      </w:tr>
      <w:tr w:rsidR="00A70E86" w14:paraId="04332E8C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DD772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72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308143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3.103.0044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1DBB172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Набор форсунок 1.23</w:t>
            </w:r>
          </w:p>
        </w:tc>
      </w:tr>
      <w:tr w:rsidR="00A70E86" w:rsidRPr="000E006E" w14:paraId="2F0CB23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3A8D52F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AB426E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4.003.0001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C45DBC3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Изоляционная плита для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14:paraId="344B3C4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51EA54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73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3B85E5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3.701.0008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30790C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Металлическое копьё L=550</w:t>
            </w:r>
          </w:p>
        </w:tc>
      </w:tr>
      <w:tr w:rsidR="00A70E86" w:rsidRPr="000E006E" w14:paraId="7D17A43F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5552D6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FBC145F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4.607.0006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D666AB0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Внутренний корпус котла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3059834D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04FB9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74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D340574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4.618.0016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FC1FED1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Шланг высокого давления </w:t>
            </w:r>
            <w:r>
              <w:rPr>
                <w:rFonts w:eastAsia="Calibri"/>
                <w:sz w:val="15"/>
              </w:rPr>
              <w:t>M</w:t>
            </w:r>
            <w:r w:rsidRPr="000E006E">
              <w:rPr>
                <w:rFonts w:eastAsia="Calibri"/>
                <w:sz w:val="15"/>
                <w:lang w:val="ru-RU"/>
              </w:rPr>
              <w:t xml:space="preserve">22×1.4 </w:t>
            </w:r>
            <w:r>
              <w:rPr>
                <w:rFonts w:eastAsia="Calibri"/>
                <w:sz w:val="15"/>
              </w:rPr>
              <w:t>L</w:t>
            </w:r>
            <w:r w:rsidRPr="000E006E">
              <w:rPr>
                <w:rFonts w:eastAsia="Calibri"/>
                <w:sz w:val="15"/>
                <w:lang w:val="ru-RU"/>
              </w:rPr>
              <w:t>=10000</w:t>
            </w:r>
          </w:p>
        </w:tc>
      </w:tr>
      <w:tr w:rsidR="00A70E86" w:rsidRPr="000E006E" w14:paraId="1FA7C7EE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750EDF9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6A55E2E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4.607.0007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11AE3F4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Внешний корпус котла </w:t>
            </w:r>
            <w:r>
              <w:rPr>
                <w:rFonts w:eastAsia="Calibri"/>
                <w:sz w:val="15"/>
              </w:rPr>
              <w:t>KPC</w:t>
            </w:r>
            <w:r w:rsidRPr="000E006E">
              <w:rPr>
                <w:rFonts w:eastAsia="Calibri"/>
                <w:sz w:val="15"/>
                <w:lang w:val="ru-RU"/>
              </w:rPr>
              <w:t>-</w:t>
            </w:r>
            <w:r>
              <w:rPr>
                <w:rFonts w:eastAsia="Calibri"/>
                <w:sz w:val="15"/>
              </w:rPr>
              <w:t>H</w:t>
            </w:r>
            <w:r w:rsidRPr="000E006E">
              <w:rPr>
                <w:rFonts w:eastAsia="Calibri"/>
                <w:sz w:val="15"/>
                <w:lang w:val="ru-RU"/>
              </w:rPr>
              <w:t>5</w:t>
            </w:r>
          </w:p>
        </w:tc>
      </w:tr>
      <w:tr w:rsidR="00A70E86" w:rsidRPr="000E006E" w14:paraId="24BD174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2ADC97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75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01658B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3.700.0013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456E5DC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 xml:space="preserve">Стальной пистолет 280 </w:t>
            </w:r>
            <w:r>
              <w:rPr>
                <w:rFonts w:eastAsia="Calibri"/>
                <w:sz w:val="15"/>
              </w:rPr>
              <w:t>BAR</w:t>
            </w:r>
            <w:r w:rsidRPr="000E006E">
              <w:rPr>
                <w:rFonts w:eastAsia="Calibri"/>
                <w:sz w:val="15"/>
                <w:lang w:val="ru-RU"/>
              </w:rPr>
              <w:t xml:space="preserve"> </w:t>
            </w:r>
            <w:r>
              <w:rPr>
                <w:rFonts w:eastAsia="Calibri"/>
                <w:sz w:val="15"/>
              </w:rPr>
              <w:t>M</w:t>
            </w:r>
            <w:r w:rsidRPr="000E006E">
              <w:rPr>
                <w:rFonts w:eastAsia="Calibri"/>
                <w:sz w:val="15"/>
                <w:lang w:val="ru-RU"/>
              </w:rPr>
              <w:t xml:space="preserve">22-14 / </w:t>
            </w:r>
            <w:r>
              <w:rPr>
                <w:rFonts w:eastAsia="Calibri"/>
                <w:sz w:val="15"/>
              </w:rPr>
              <w:t>M</w:t>
            </w:r>
            <w:r w:rsidRPr="000E006E">
              <w:rPr>
                <w:rFonts w:eastAsia="Calibri"/>
                <w:sz w:val="15"/>
                <w:lang w:val="ru-RU"/>
              </w:rPr>
              <w:t>22-14, чёрный</w:t>
            </w:r>
          </w:p>
        </w:tc>
      </w:tr>
      <w:tr w:rsidR="00A70E86" w14:paraId="44C68800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5336115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36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1F20050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5.009.0073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6D78F8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Вентилятор двигателя 230/50, кабель 1 м</w:t>
            </w:r>
          </w:p>
        </w:tc>
      </w:tr>
      <w:tr w:rsidR="00A70E86" w:rsidRPr="000E006E" w14:paraId="2976FDAB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F5C53E6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38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40B679C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492A956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1914B78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4EE5027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39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5585C980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08900B78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  <w:tr w:rsidR="00A70E86" w:rsidRPr="000E006E" w14:paraId="2AA9A9E3" w14:textId="77777777">
        <w:trPr>
          <w:cantSplit/>
        </w:trPr>
        <w:tc>
          <w:tcPr>
            <w:tcW w:w="9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AD0E9EA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40</w:t>
            </w:r>
          </w:p>
        </w:tc>
        <w:tc>
          <w:tcPr>
            <w:tcW w:w="2200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BAAA13B" w14:textId="77777777" w:rsidR="00A70E86" w:rsidRDefault="00A832A6">
            <w:pPr>
              <w:spacing w:after="0" w:line="269" w:lineRule="auto"/>
            </w:pPr>
            <w:r>
              <w:rPr>
                <w:rFonts w:eastAsia="Calibri"/>
                <w:sz w:val="15"/>
              </w:rPr>
              <w:t>6.003.0057</w:t>
            </w:r>
          </w:p>
        </w:tc>
        <w:tc>
          <w:tcPr>
            <w:tcW w:w="6548" w:type="dxa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6BF82B7F" w14:textId="77777777" w:rsidR="00A70E86" w:rsidRPr="000E006E" w:rsidRDefault="00A832A6">
            <w:pPr>
              <w:spacing w:after="0" w:line="269" w:lineRule="auto"/>
              <w:rPr>
                <w:lang w:val="ru-RU"/>
              </w:rPr>
            </w:pPr>
            <w:r w:rsidRPr="000E006E">
              <w:rPr>
                <w:rFonts w:eastAsia="Calibri"/>
                <w:sz w:val="15"/>
                <w:lang w:val="ru-RU"/>
              </w:rPr>
              <w:t>Комплект запасных частей — соединение насадки 1.35</w:t>
            </w:r>
          </w:p>
        </w:tc>
      </w:tr>
    </w:tbl>
    <w:p w14:paraId="49E741F4" w14:textId="77777777" w:rsidR="00A70E86" w:rsidRPr="000E006E" w:rsidRDefault="00A832A6">
      <w:pPr>
        <w:rPr>
          <w:lang w:val="ru-RU"/>
        </w:rPr>
      </w:pPr>
      <w:r w:rsidRPr="000E006E">
        <w:rPr>
          <w:lang w:val="ru-RU"/>
        </w:rPr>
        <w:br w:type="page"/>
      </w:r>
    </w:p>
    <w:p w14:paraId="47DA1B56" w14:textId="77777777" w:rsidR="00A70E86" w:rsidRPr="000E006E" w:rsidRDefault="00A832A6">
      <w:pPr>
        <w:keepNext/>
        <w:spacing w:after="40"/>
        <w:rPr>
          <w:lang w:val="ru-RU"/>
        </w:rPr>
      </w:pPr>
      <w:r w:rsidRPr="000E006E">
        <w:rPr>
          <w:rFonts w:eastAsia="Calibri"/>
          <w:b/>
          <w:color w:val="E31E24"/>
          <w:sz w:val="18"/>
          <w:lang w:val="ru-RU"/>
        </w:rPr>
        <w:t xml:space="preserve">РАЗДЕЛ </w:t>
      </w:r>
      <w:r>
        <w:rPr>
          <w:rFonts w:eastAsia="Calibri"/>
          <w:b/>
          <w:color w:val="E31E24"/>
          <w:sz w:val="18"/>
        </w:rPr>
        <w:t>B</w:t>
      </w:r>
    </w:p>
    <w:p w14:paraId="15578916" w14:textId="77777777" w:rsidR="00A70E86" w:rsidRPr="000E006E" w:rsidRDefault="00A832A6">
      <w:pPr>
        <w:pStyle w:val="1"/>
        <w:rPr>
          <w:lang w:val="ru-RU"/>
        </w:rPr>
      </w:pPr>
      <w:r w:rsidRPr="000E006E">
        <w:rPr>
          <w:lang w:val="ru-RU"/>
        </w:rPr>
        <w:t xml:space="preserve">Примечание по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6 2815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70E86" w14:paraId="6BA77EBC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A32D879" w14:textId="77777777" w:rsidR="00A70E86" w:rsidRDefault="00A832A6">
            <w:pPr>
              <w:spacing w:after="0" w:line="276" w:lineRule="auto"/>
            </w:pPr>
            <w:r w:rsidRPr="000E006E">
              <w:rPr>
                <w:rFonts w:eastAsia="Calibri"/>
                <w:b/>
                <w:color w:val="C58A00"/>
                <w:sz w:val="20"/>
                <w:lang w:val="ru-RU"/>
              </w:rPr>
              <w:t xml:space="preserve">ИСХОДНЫЕ </w:t>
            </w:r>
            <w:proofErr w:type="gramStart"/>
            <w:r w:rsidRPr="000E006E">
              <w:rPr>
                <w:rFonts w:eastAsia="Calibri"/>
                <w:b/>
                <w:color w:val="C58A00"/>
                <w:sz w:val="20"/>
                <w:lang w:val="ru-RU"/>
              </w:rPr>
              <w:t xml:space="preserve">МАТЕРИАЛЫ  </w:t>
            </w:r>
            <w:r w:rsidRPr="000E006E">
              <w:rPr>
                <w:rFonts w:eastAsia="Calibri"/>
                <w:sz w:val="21"/>
                <w:lang w:val="ru-RU"/>
              </w:rPr>
              <w:t>Для</w:t>
            </w:r>
            <w:proofErr w:type="gramEnd"/>
            <w:r w:rsidRPr="000E006E">
              <w:rPr>
                <w:rFonts w:eastAsia="Calibri"/>
                <w:sz w:val="21"/>
                <w:lang w:val="ru-RU"/>
              </w:rPr>
              <w:t xml:space="preserve"> модели </w:t>
            </w:r>
            <w:r>
              <w:rPr>
                <w:rFonts w:eastAsia="Calibri"/>
                <w:sz w:val="21"/>
              </w:rPr>
              <w:t>KPC</w:t>
            </w:r>
            <w:r w:rsidRPr="000E006E">
              <w:rPr>
                <w:rFonts w:eastAsia="Calibri"/>
                <w:sz w:val="21"/>
                <w:lang w:val="ru-RU"/>
              </w:rPr>
              <w:t>-</w:t>
            </w:r>
            <w:r>
              <w:rPr>
                <w:rFonts w:eastAsia="Calibri"/>
                <w:sz w:val="21"/>
              </w:rPr>
              <w:t>H</w:t>
            </w:r>
            <w:r w:rsidRPr="000E006E">
              <w:rPr>
                <w:rFonts w:eastAsia="Calibri"/>
                <w:sz w:val="21"/>
                <w:lang w:val="ru-RU"/>
              </w:rPr>
              <w:t xml:space="preserve">6 2815 передана инструкция и фотографии, но </w:t>
            </w:r>
            <w:r w:rsidRPr="000E006E">
              <w:rPr>
                <w:rFonts w:eastAsia="Calibri"/>
                <w:sz w:val="21"/>
                <w:lang w:val="ru-RU"/>
              </w:rPr>
              <w:t xml:space="preserve">отдельный файл заводской деталировки отсутствует. </w:t>
            </w:r>
            <w:r>
              <w:rPr>
                <w:rFonts w:eastAsia="Calibri"/>
                <w:sz w:val="21"/>
              </w:rPr>
              <w:t>Детали 1809/2515 нельзя автоматически считать совместимыми с 2815.</w:t>
            </w:r>
          </w:p>
        </w:tc>
      </w:tr>
    </w:tbl>
    <w:p w14:paraId="13B5D7E7" w14:textId="77777777" w:rsidR="00A70E86" w:rsidRDefault="00A70E86">
      <w:pPr>
        <w:spacing w:after="40" w:line="240" w:lineRule="auto"/>
      </w:pPr>
    </w:p>
    <w:p w14:paraId="42287815" w14:textId="77777777" w:rsidR="00A70E86" w:rsidRDefault="00A832A6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1DD556D" wp14:editId="2322E73A">
            <wp:extent cx="4206240" cy="4775569"/>
            <wp:effectExtent l="0" t="0" r="0" b="0"/>
            <wp:docPr id="14" name="Внешнее исполнение серии KPC-H6" descr="Внешнее исполнение серии KPC-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77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39C31" w14:textId="77777777" w:rsidR="00A70E86" w:rsidRPr="000E006E" w:rsidRDefault="00A832A6">
      <w:pPr>
        <w:pStyle w:val="FigureCaption"/>
        <w:keepLines/>
        <w:rPr>
          <w:lang w:val="ru-RU"/>
        </w:rPr>
      </w:pPr>
      <w:r w:rsidRPr="000E006E">
        <w:rPr>
          <w:lang w:val="ru-RU"/>
        </w:rPr>
        <w:t xml:space="preserve">Внешнее исполнение серии </w:t>
      </w:r>
      <w:r>
        <w:t>KPC</w:t>
      </w:r>
      <w:r w:rsidRPr="000E006E">
        <w:rPr>
          <w:lang w:val="ru-RU"/>
        </w:rPr>
        <w:t>-</w:t>
      </w:r>
      <w:r>
        <w:t>H</w:t>
      </w:r>
      <w:r w:rsidRPr="000E006E">
        <w:rPr>
          <w:lang w:val="ru-RU"/>
        </w:rPr>
        <w:t>6</w:t>
      </w:r>
    </w:p>
    <w:p w14:paraId="2ADBC01F" w14:textId="77777777" w:rsidR="00A70E86" w:rsidRPr="000E006E" w:rsidRDefault="00A832A6">
      <w:pPr>
        <w:spacing w:after="0"/>
        <w:rPr>
          <w:lang w:val="ru-RU"/>
        </w:rPr>
      </w:pPr>
      <w:r w:rsidRPr="000E006E">
        <w:rPr>
          <w:rFonts w:eastAsia="Calibri"/>
          <w:lang w:val="ru-RU"/>
        </w:rPr>
        <w:t xml:space="preserve">При заказе запчастей для </w:t>
      </w:r>
      <w:r>
        <w:rPr>
          <w:rFonts w:eastAsia="Calibri"/>
        </w:rPr>
        <w:t>KPC</w:t>
      </w:r>
      <w:r w:rsidRPr="000E006E">
        <w:rPr>
          <w:rFonts w:eastAsia="Calibri"/>
          <w:lang w:val="ru-RU"/>
        </w:rPr>
        <w:t>-</w:t>
      </w:r>
      <w:r>
        <w:rPr>
          <w:rFonts w:eastAsia="Calibri"/>
        </w:rPr>
        <w:t>H</w:t>
      </w:r>
      <w:r w:rsidRPr="000E006E">
        <w:rPr>
          <w:rFonts w:eastAsia="Calibri"/>
          <w:lang w:val="ru-RU"/>
        </w:rPr>
        <w:t xml:space="preserve">6 2815 обязательно сообщайте артикул 8.604.0011 и серийный номер </w:t>
      </w:r>
      <w:r w:rsidRPr="000E006E">
        <w:rPr>
          <w:rFonts w:eastAsia="Calibri"/>
          <w:lang w:val="ru-RU"/>
        </w:rPr>
        <w:t>аппарата.</w:t>
      </w:r>
    </w:p>
    <w:sectPr w:rsidR="00A70E86" w:rsidRPr="000E006E" w:rsidSect="00034616">
      <w:headerReference w:type="default" r:id="rId16"/>
      <w:footerReference w:type="default" r:id="rId17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0E97E" w14:textId="77777777" w:rsidR="00A832A6" w:rsidRDefault="00A832A6">
      <w:pPr>
        <w:spacing w:after="0" w:line="240" w:lineRule="auto"/>
      </w:pPr>
      <w:r>
        <w:separator/>
      </w:r>
    </w:p>
  </w:endnote>
  <w:endnote w:type="continuationSeparator" w:id="0">
    <w:p w14:paraId="4C3BEEF8" w14:textId="77777777" w:rsidR="00A832A6" w:rsidRDefault="00A8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84FF" w14:textId="77777777" w:rsidR="00A70E86" w:rsidRDefault="00A832A6">
    <w:pPr>
      <w:pStyle w:val="a6"/>
      <w:jc w:val="center"/>
    </w:pPr>
    <w:r>
      <w:rPr>
        <w:rFonts w:eastAsia="Calibri"/>
        <w:color w:val="6F7277"/>
        <w:sz w:val="16"/>
      </w:rPr>
      <w:t xml:space="preserve">TORNADO  •  АВД С НАГРЕВОМ ВОДЫ  •  </w:t>
    </w:r>
    <w:r>
      <w:rPr>
        <w:rFonts w:eastAsia="Calibri"/>
        <w:color w:val="6F7277"/>
        <w:sz w:val="18"/>
      </w:rPr>
      <w:fldChar w:fldCharType="begin"/>
    </w:r>
    <w:r>
      <w:rPr>
        <w:rFonts w:eastAsia="Calibri"/>
        <w:color w:val="6F7277"/>
        <w:sz w:val="18"/>
      </w:rPr>
      <w:instrText>PAGE</w:instrText>
    </w:r>
    <w:r>
      <w:rPr>
        <w:rFonts w:eastAsia="Calibri"/>
        <w:color w:val="6F7277"/>
        <w:sz w:val="18"/>
      </w:rPr>
      <w:fldChar w:fldCharType="separate"/>
    </w:r>
    <w:r>
      <w:rPr>
        <w:rFonts w:eastAsia="Calibri"/>
        <w:color w:val="6F7277"/>
        <w:sz w:val="18"/>
      </w:rPr>
      <w:t>1</w:t>
    </w:r>
    <w:r>
      <w:rPr>
        <w:rFonts w:eastAsia="Calibri"/>
        <w:color w:val="6F727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0BC6B" w14:textId="77777777" w:rsidR="00A832A6" w:rsidRDefault="00A832A6">
      <w:pPr>
        <w:spacing w:after="0" w:line="240" w:lineRule="auto"/>
      </w:pPr>
      <w:r>
        <w:separator/>
      </w:r>
    </w:p>
  </w:footnote>
  <w:footnote w:type="continuationSeparator" w:id="0">
    <w:p w14:paraId="56DA8235" w14:textId="77777777" w:rsidR="00A832A6" w:rsidRDefault="00A83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2ED48" w14:textId="77777777" w:rsidR="00A70E86" w:rsidRDefault="00A832A6">
    <w:pPr>
      <w:pStyle w:val="a4"/>
      <w:tabs>
        <w:tab w:val="right" w:pos="9865"/>
      </w:tabs>
    </w:pPr>
    <w:r>
      <w:rPr>
        <w:noProof/>
      </w:rPr>
      <w:drawing>
        <wp:inline distT="0" distB="0" distL="0" distR="0" wp14:anchorId="7B91AD5A" wp14:editId="1EB45A05">
          <wp:extent cx="720000" cy="180000"/>
          <wp:effectExtent l="0" t="0" r="0" b="0"/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RNADO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1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/>
        <w:b/>
        <w:color w:val="6F7277"/>
        <w:sz w:val="17"/>
      </w:rPr>
      <w:t xml:space="preserve">   РУКОВОДСТВО ПО ЭКСПЛУАТАЦИИ  •  KPC-H6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336E63"/>
    <w:multiLevelType w:val="singleLevel"/>
    <w:tmpl w:val="590A4226"/>
    <w:lvl w:ilvl="0">
      <w:start w:val="1"/>
      <w:numFmt w:val="decimal"/>
      <w:pStyle w:val="a"/>
      <w:lvlText w:val="%1."/>
      <w:lvlJc w:val="left"/>
      <w:pPr>
        <w:tabs>
          <w:tab w:val="num" w:pos="500"/>
        </w:tabs>
        <w:ind w:left="500" w:hanging="280"/>
      </w:pPr>
      <w:rPr>
        <w:rFonts w:ascii="Calibri" w:hAnsi="Calibri"/>
        <w:color w:val="E31E24"/>
      </w:rPr>
    </w:lvl>
  </w:abstractNum>
  <w:abstractNum w:abstractNumId="10" w15:restartNumberingAfterBreak="0">
    <w:nsid w:val="5A2170F1"/>
    <w:multiLevelType w:val="singleLevel"/>
    <w:tmpl w:val="31AE3AEE"/>
    <w:lvl w:ilvl="0">
      <w:start w:val="1"/>
      <w:numFmt w:val="bullet"/>
      <w:lvlText w:val="•"/>
      <w:lvlJc w:val="left"/>
      <w:pPr>
        <w:tabs>
          <w:tab w:val="num" w:pos="470"/>
        </w:tabs>
        <w:ind w:left="470" w:hanging="250"/>
      </w:pPr>
      <w:rPr>
        <w:rFonts w:ascii="Calibri" w:hAnsi="Calibri"/>
        <w:color w:val="E31E24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06E"/>
    <w:rsid w:val="0015074B"/>
    <w:rsid w:val="0029639D"/>
    <w:rsid w:val="00326F90"/>
    <w:rsid w:val="00A70E86"/>
    <w:rsid w:val="00A832A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74C30"/>
  <w14:defaultImageDpi w14:val="300"/>
  <w15:docId w15:val="{7C284832-D111-4D3D-B557-EA1769B7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5282B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31E24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B71920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F7277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82B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F727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2347</Words>
  <Characters>13382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2026-09-02T08:36:00Z</dcterms:modified>
  <cp:category/>
</cp:coreProperties>
</file>