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DEF1D" w14:textId="77777777" w:rsidR="00EF7408" w:rsidRDefault="0094293E" w:rsidP="004B55AD">
      <w:pPr>
        <w:shd w:val="clear" w:color="auto" w:fill="000000" w:themeFill="text1"/>
        <w:spacing w:after="280"/>
      </w:pPr>
      <w:r>
        <w:t xml:space="preserve"> </w:t>
      </w:r>
    </w:p>
    <w:p w14:paraId="6B0AF2F1" w14:textId="77777777" w:rsidR="00EF7408" w:rsidRDefault="0094293E">
      <w:pPr>
        <w:jc w:val="center"/>
      </w:pPr>
      <w:r>
        <w:rPr>
          <w:noProof/>
        </w:rPr>
        <w:drawing>
          <wp:inline distT="0" distB="0" distL="0" distR="0" wp14:anchorId="0D4ED26E" wp14:editId="23EB9025">
            <wp:extent cx="1835999" cy="459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RNADO_logo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35999" cy="45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6E55D" w14:textId="77777777" w:rsidR="00EF7408" w:rsidRPr="004B55AD" w:rsidRDefault="0094293E">
      <w:pPr>
        <w:jc w:val="center"/>
        <w:rPr>
          <w:lang w:val="ru-RU"/>
        </w:rPr>
      </w:pPr>
      <w:r w:rsidRPr="004B55AD">
        <w:rPr>
          <w:rFonts w:eastAsia="Calibri"/>
          <w:b/>
          <w:color w:val="6F7277"/>
          <w:sz w:val="34"/>
          <w:lang w:val="ru-RU"/>
        </w:rPr>
        <w:t>МОБИЛЬНЫЕ АППАРАТЫ</w:t>
      </w:r>
      <w:r w:rsidRPr="004B55AD">
        <w:rPr>
          <w:rFonts w:eastAsia="Calibri"/>
          <w:b/>
          <w:color w:val="6F7277"/>
          <w:sz w:val="34"/>
          <w:lang w:val="ru-RU"/>
        </w:rPr>
        <w:br/>
        <w:t>ВЫСОКОГО ДАВЛЕНИЯ</w:t>
      </w:r>
    </w:p>
    <w:p w14:paraId="6F69E425" w14:textId="77777777" w:rsidR="00EF7408" w:rsidRPr="004B55AD" w:rsidRDefault="0094293E">
      <w:pPr>
        <w:jc w:val="center"/>
        <w:rPr>
          <w:lang w:val="ru-RU"/>
        </w:rPr>
      </w:pPr>
      <w:r>
        <w:rPr>
          <w:rFonts w:eastAsia="Calibri"/>
          <w:b/>
          <w:sz w:val="42"/>
        </w:rPr>
        <w:t>ZM</w:t>
      </w:r>
      <w:r w:rsidRPr="004B55AD">
        <w:rPr>
          <w:rFonts w:eastAsia="Calibri"/>
          <w:b/>
          <w:sz w:val="42"/>
          <w:lang w:val="ru-RU"/>
        </w:rPr>
        <w:t>-2115</w:t>
      </w:r>
      <w:proofErr w:type="gramStart"/>
      <w:r>
        <w:rPr>
          <w:rFonts w:eastAsia="Calibri"/>
          <w:b/>
          <w:sz w:val="42"/>
        </w:rPr>
        <w:t>M</w:t>
      </w:r>
      <w:r w:rsidRPr="004B55AD">
        <w:rPr>
          <w:rFonts w:eastAsia="Calibri"/>
          <w:b/>
          <w:sz w:val="42"/>
          <w:lang w:val="ru-RU"/>
        </w:rPr>
        <w:t xml:space="preserve">  •</w:t>
      </w:r>
      <w:proofErr w:type="gramEnd"/>
      <w:r w:rsidRPr="004B55AD">
        <w:rPr>
          <w:rFonts w:eastAsia="Calibri"/>
          <w:b/>
          <w:sz w:val="42"/>
          <w:lang w:val="ru-RU"/>
        </w:rPr>
        <w:t xml:space="preserve">  </w:t>
      </w:r>
      <w:r>
        <w:rPr>
          <w:rFonts w:eastAsia="Calibri"/>
          <w:b/>
          <w:sz w:val="42"/>
        </w:rPr>
        <w:t>ZM</w:t>
      </w:r>
      <w:r w:rsidRPr="004B55AD">
        <w:rPr>
          <w:rFonts w:eastAsia="Calibri"/>
          <w:b/>
          <w:sz w:val="42"/>
          <w:lang w:val="ru-RU"/>
        </w:rPr>
        <w:t>-2615</w:t>
      </w:r>
      <w:r>
        <w:rPr>
          <w:rFonts w:eastAsia="Calibri"/>
          <w:b/>
          <w:sz w:val="42"/>
        </w:rPr>
        <w:t>M</w:t>
      </w:r>
      <w:r w:rsidRPr="004B55AD">
        <w:rPr>
          <w:rFonts w:eastAsia="Calibri"/>
          <w:b/>
          <w:sz w:val="42"/>
          <w:lang w:val="ru-RU"/>
        </w:rPr>
        <w:br/>
      </w:r>
      <w:r>
        <w:rPr>
          <w:rFonts w:eastAsia="Calibri"/>
          <w:b/>
          <w:sz w:val="42"/>
        </w:rPr>
        <w:t>ZM</w:t>
      </w:r>
      <w:r w:rsidRPr="004B55AD">
        <w:rPr>
          <w:rFonts w:eastAsia="Calibri"/>
          <w:b/>
          <w:sz w:val="42"/>
          <w:lang w:val="ru-RU"/>
        </w:rPr>
        <w:t xml:space="preserve">-3020  •  </w:t>
      </w:r>
      <w:r>
        <w:rPr>
          <w:rFonts w:eastAsia="Calibri"/>
          <w:b/>
          <w:sz w:val="42"/>
        </w:rPr>
        <w:t>ZM</w:t>
      </w:r>
      <w:r w:rsidRPr="004B55AD">
        <w:rPr>
          <w:rFonts w:eastAsia="Calibri"/>
          <w:b/>
          <w:sz w:val="42"/>
          <w:lang w:val="ru-RU"/>
        </w:rPr>
        <w:t>-5022</w:t>
      </w:r>
    </w:p>
    <w:p w14:paraId="4C624498" w14:textId="77777777" w:rsidR="00EF7408" w:rsidRPr="004B55AD" w:rsidRDefault="0094293E">
      <w:pPr>
        <w:keepNext/>
        <w:spacing w:before="40" w:after="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1F059F2B" wp14:editId="35B80701">
            <wp:extent cx="2743200" cy="2843450"/>
            <wp:effectExtent l="0" t="0" r="0" b="0"/>
            <wp:docPr id="2" name="ZM-2115M" descr="ZM-2115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15_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8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55AD">
        <w:rPr>
          <w:rFonts w:eastAsia="Calibri"/>
          <w:sz w:val="16"/>
          <w:lang w:val="ru-RU"/>
        </w:rPr>
        <w:t xml:space="preserve">    </w:t>
      </w:r>
      <w:r>
        <w:rPr>
          <w:noProof/>
        </w:rPr>
        <w:drawing>
          <wp:inline distT="0" distB="0" distL="0" distR="0" wp14:anchorId="6FF19368" wp14:editId="21B0DD71">
            <wp:extent cx="2743200" cy="2614541"/>
            <wp:effectExtent l="0" t="0" r="0" b="0"/>
            <wp:docPr id="3" name="ZM-5022" descr="ZM-5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22_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614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E5D72" w14:textId="77777777" w:rsidR="00EF7408" w:rsidRPr="004B55AD" w:rsidRDefault="0094293E">
      <w:pPr>
        <w:pStyle w:val="FigureCaption"/>
        <w:rPr>
          <w:lang w:val="ru-RU"/>
        </w:rPr>
      </w:pPr>
      <w:r w:rsidRPr="004B55AD">
        <w:rPr>
          <w:lang w:val="ru-RU"/>
        </w:rPr>
        <w:t xml:space="preserve">Модельный ряд </w:t>
      </w:r>
      <w:r>
        <w:t>TORNADO</w:t>
      </w:r>
      <w:r w:rsidRPr="004B55AD">
        <w:rPr>
          <w:lang w:val="ru-RU"/>
        </w:rPr>
        <w:t xml:space="preserve"> </w:t>
      </w:r>
      <w:r>
        <w:t>ZM</w:t>
      </w:r>
    </w:p>
    <w:p w14:paraId="0383E3A4" w14:textId="77777777" w:rsidR="00EF7408" w:rsidRPr="004B55AD" w:rsidRDefault="0094293E">
      <w:pPr>
        <w:rPr>
          <w:lang w:val="ru-RU"/>
        </w:rPr>
      </w:pPr>
      <w:r w:rsidRPr="004B55AD">
        <w:rPr>
          <w:lang w:val="ru-RU"/>
        </w:rPr>
        <w:br w:type="page"/>
      </w:r>
    </w:p>
    <w:p w14:paraId="75C0BC8D" w14:textId="77777777" w:rsidR="00EF7408" w:rsidRPr="004B55AD" w:rsidRDefault="0094293E">
      <w:pPr>
        <w:keepNext/>
        <w:spacing w:after="40"/>
        <w:rPr>
          <w:lang w:val="ru-RU"/>
        </w:rPr>
      </w:pPr>
      <w:r w:rsidRPr="004B55AD">
        <w:rPr>
          <w:rFonts w:eastAsia="Calibri"/>
          <w:b/>
          <w:color w:val="E31E24"/>
          <w:sz w:val="18"/>
          <w:lang w:val="ru-RU"/>
        </w:rPr>
        <w:lastRenderedPageBreak/>
        <w:t>РАЗДЕЛ 1</w:t>
      </w:r>
    </w:p>
    <w:p w14:paraId="7E0E7357" w14:textId="77777777" w:rsidR="00EF7408" w:rsidRPr="004B55AD" w:rsidRDefault="0094293E">
      <w:pPr>
        <w:pStyle w:val="1"/>
        <w:rPr>
          <w:lang w:val="ru-RU"/>
        </w:rPr>
      </w:pPr>
      <w:r w:rsidRPr="004B55AD">
        <w:rPr>
          <w:lang w:val="ru-RU"/>
        </w:rPr>
        <w:t>Модельный ряд и назначение</w:t>
      </w:r>
    </w:p>
    <w:p w14:paraId="0B6BD635" w14:textId="77777777" w:rsidR="00EF7408" w:rsidRPr="004B55AD" w:rsidRDefault="0094293E">
      <w:pPr>
        <w:rPr>
          <w:lang w:val="ru-RU"/>
        </w:rPr>
      </w:pPr>
      <w:r w:rsidRPr="004B55AD">
        <w:rPr>
          <w:rFonts w:eastAsia="Calibri"/>
          <w:lang w:val="ru-RU"/>
        </w:rPr>
        <w:t xml:space="preserve">Руководство распространяется на профессиональные электрические аппараты высокого давления </w:t>
      </w:r>
      <w:r>
        <w:rPr>
          <w:rFonts w:eastAsia="Calibri"/>
        </w:rPr>
        <w:t>TORNADO</w:t>
      </w:r>
      <w:r w:rsidRPr="004B55AD">
        <w:rPr>
          <w:rFonts w:eastAsia="Calibri"/>
          <w:lang w:val="ru-RU"/>
        </w:rPr>
        <w:t xml:space="preserve"> </w:t>
      </w:r>
      <w:r>
        <w:rPr>
          <w:rFonts w:eastAsia="Calibri"/>
        </w:rPr>
        <w:t>ZM</w:t>
      </w:r>
      <w:r w:rsidRPr="004B55AD">
        <w:rPr>
          <w:rFonts w:eastAsia="Calibri"/>
          <w:lang w:val="ru-RU"/>
        </w:rPr>
        <w:t>-2115</w:t>
      </w:r>
      <w:r>
        <w:rPr>
          <w:rFonts w:eastAsia="Calibri"/>
        </w:rPr>
        <w:t>M</w:t>
      </w:r>
      <w:r w:rsidRPr="004B55AD">
        <w:rPr>
          <w:rFonts w:eastAsia="Calibri"/>
          <w:lang w:val="ru-RU"/>
        </w:rPr>
        <w:t xml:space="preserve">, </w:t>
      </w:r>
      <w:r>
        <w:rPr>
          <w:rFonts w:eastAsia="Calibri"/>
        </w:rPr>
        <w:t>ZM</w:t>
      </w:r>
      <w:r w:rsidRPr="004B55AD">
        <w:rPr>
          <w:rFonts w:eastAsia="Calibri"/>
          <w:lang w:val="ru-RU"/>
        </w:rPr>
        <w:t>-2615</w:t>
      </w:r>
      <w:r>
        <w:rPr>
          <w:rFonts w:eastAsia="Calibri"/>
        </w:rPr>
        <w:t>M</w:t>
      </w:r>
      <w:r w:rsidRPr="004B55AD">
        <w:rPr>
          <w:rFonts w:eastAsia="Calibri"/>
          <w:lang w:val="ru-RU"/>
        </w:rPr>
        <w:t xml:space="preserve">, </w:t>
      </w:r>
      <w:r>
        <w:rPr>
          <w:rFonts w:eastAsia="Calibri"/>
        </w:rPr>
        <w:t>ZM</w:t>
      </w:r>
      <w:r w:rsidRPr="004B55AD">
        <w:rPr>
          <w:rFonts w:eastAsia="Calibri"/>
          <w:lang w:val="ru-RU"/>
        </w:rPr>
        <w:t xml:space="preserve">-3020 и </w:t>
      </w:r>
      <w:r>
        <w:rPr>
          <w:rFonts w:eastAsia="Calibri"/>
        </w:rPr>
        <w:t>ZM</w:t>
      </w:r>
      <w:r w:rsidRPr="004B55AD">
        <w:rPr>
          <w:rFonts w:eastAsia="Calibri"/>
          <w:lang w:val="ru-RU"/>
        </w:rPr>
        <w:t>-5022. Аппараты предназначены для мойки холодной водой техники, оборудования и устойчивых поверхностей.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1846"/>
        <w:gridCol w:w="1447"/>
        <w:gridCol w:w="1547"/>
        <w:gridCol w:w="1547"/>
        <w:gridCol w:w="1297"/>
        <w:gridCol w:w="1944"/>
        <w:gridCol w:w="20"/>
      </w:tblGrid>
      <w:tr w:rsidR="00EF7408" w14:paraId="35359228" w14:textId="77777777">
        <w:trPr>
          <w:cantSplit/>
          <w:tblHeader/>
        </w:trPr>
        <w:tc>
          <w:tcPr>
            <w:tcW w:w="185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055DA2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Модель</w:t>
            </w:r>
            <w:proofErr w:type="spellEnd"/>
          </w:p>
        </w:tc>
        <w:tc>
          <w:tcPr>
            <w:tcW w:w="145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E5FA66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Давление</w:t>
            </w:r>
          </w:p>
        </w:tc>
        <w:tc>
          <w:tcPr>
            <w:tcW w:w="155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C40021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Подача</w:t>
            </w:r>
          </w:p>
        </w:tc>
        <w:tc>
          <w:tcPr>
            <w:tcW w:w="155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45F377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Мощность</w:t>
            </w:r>
          </w:p>
        </w:tc>
        <w:tc>
          <w:tcPr>
            <w:tcW w:w="13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99F145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Питание</w:t>
            </w:r>
          </w:p>
        </w:tc>
        <w:tc>
          <w:tcPr>
            <w:tcW w:w="1948" w:type="dxa"/>
            <w:gridSpan w:val="2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C9EA7D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Обороты</w:t>
            </w:r>
          </w:p>
        </w:tc>
      </w:tr>
      <w:tr w:rsidR="00EF7408" w14:paraId="30D866E3" w14:textId="77777777">
        <w:trPr>
          <w:cantSplit/>
        </w:trPr>
        <w:tc>
          <w:tcPr>
            <w:tcW w:w="1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34CCB7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ZM-2115M</w:t>
            </w:r>
          </w:p>
        </w:tc>
        <w:tc>
          <w:tcPr>
            <w:tcW w:w="1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9E6D8E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210 бар</w:t>
            </w:r>
          </w:p>
        </w:tc>
        <w:tc>
          <w:tcPr>
            <w:tcW w:w="1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DDE211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900 л/ч</w:t>
            </w:r>
          </w:p>
        </w:tc>
        <w:tc>
          <w:tcPr>
            <w:tcW w:w="1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3654DB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5,5 кВт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62359E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380 В</w:t>
            </w:r>
          </w:p>
        </w:tc>
        <w:tc>
          <w:tcPr>
            <w:tcW w:w="19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FC2FE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1450 об/мин</w:t>
            </w:r>
          </w:p>
        </w:tc>
      </w:tr>
      <w:tr w:rsidR="00EF7408" w14:paraId="3C9B03AE" w14:textId="77777777">
        <w:trPr>
          <w:cantSplit/>
        </w:trPr>
        <w:tc>
          <w:tcPr>
            <w:tcW w:w="1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EFD96B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ZM-2615M</w:t>
            </w:r>
          </w:p>
        </w:tc>
        <w:tc>
          <w:tcPr>
            <w:tcW w:w="1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74DE9A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260 бар</w:t>
            </w:r>
          </w:p>
        </w:tc>
        <w:tc>
          <w:tcPr>
            <w:tcW w:w="1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8C6FD2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900 л/ч</w:t>
            </w:r>
          </w:p>
        </w:tc>
        <w:tc>
          <w:tcPr>
            <w:tcW w:w="1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AA95C4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7,5 кВт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406F2C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380 В</w:t>
            </w:r>
          </w:p>
        </w:tc>
        <w:tc>
          <w:tcPr>
            <w:tcW w:w="19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F5C533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1450 об/мин</w:t>
            </w:r>
          </w:p>
        </w:tc>
      </w:tr>
      <w:tr w:rsidR="00EF7408" w14:paraId="60A87D1E" w14:textId="77777777">
        <w:trPr>
          <w:cantSplit/>
        </w:trPr>
        <w:tc>
          <w:tcPr>
            <w:tcW w:w="1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E8EEFF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ZM-3020</w:t>
            </w:r>
          </w:p>
        </w:tc>
        <w:tc>
          <w:tcPr>
            <w:tcW w:w="1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257CBD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300 бар</w:t>
            </w:r>
          </w:p>
        </w:tc>
        <w:tc>
          <w:tcPr>
            <w:tcW w:w="1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2F18CE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1200 л/ч</w:t>
            </w:r>
          </w:p>
        </w:tc>
        <w:tc>
          <w:tcPr>
            <w:tcW w:w="1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D76EE0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11 кВт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C58003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380 В</w:t>
            </w:r>
          </w:p>
        </w:tc>
        <w:tc>
          <w:tcPr>
            <w:tcW w:w="19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CCB77F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1450 об/мин</w:t>
            </w:r>
          </w:p>
        </w:tc>
      </w:tr>
      <w:tr w:rsidR="00EF7408" w14:paraId="0CB89BE0" w14:textId="77777777">
        <w:trPr>
          <w:cantSplit/>
        </w:trPr>
        <w:tc>
          <w:tcPr>
            <w:tcW w:w="1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D4DD03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ZM-5022</w:t>
            </w:r>
          </w:p>
        </w:tc>
        <w:tc>
          <w:tcPr>
            <w:tcW w:w="1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2F9243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500 бар</w:t>
            </w:r>
          </w:p>
        </w:tc>
        <w:tc>
          <w:tcPr>
            <w:tcW w:w="1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0AC379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1320 л/ч</w:t>
            </w:r>
          </w:p>
        </w:tc>
        <w:tc>
          <w:tcPr>
            <w:tcW w:w="1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F9B619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22 кВт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CBBF4F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380 В</w:t>
            </w:r>
          </w:p>
        </w:tc>
        <w:tc>
          <w:tcPr>
            <w:tcW w:w="19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73EFF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1450 об/мин</w:t>
            </w:r>
          </w:p>
        </w:tc>
      </w:tr>
      <w:tr w:rsidR="00EF7408" w:rsidRPr="004B55AD" w14:paraId="44AE8CCA" w14:textId="77777777">
        <w:tblPrEx>
          <w:tblBorders>
            <w:top w:val="single" w:sz="9" w:space="0" w:color="E31E24"/>
            <w:left w:val="single" w:sz="9" w:space="0" w:color="E31E24"/>
            <w:bottom w:val="single" w:sz="9" w:space="0" w:color="E31E24"/>
            <w:right w:val="single" w:sz="9" w:space="0" w:color="E31E24"/>
            <w:insideH w:val="none" w:sz="0" w:space="0" w:color="auto"/>
            <w:insideV w:val="none" w:sz="0" w:space="0" w:color="auto"/>
          </w:tblBorders>
        </w:tblPrEx>
        <w:trPr>
          <w:gridAfter w:val="1"/>
          <w:wAfter w:w="20" w:type="dxa"/>
          <w:cantSplit/>
        </w:trPr>
        <w:tc>
          <w:tcPr>
            <w:tcW w:w="9648" w:type="dxa"/>
            <w:gridSpan w:val="6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21408EAF" w14:textId="77777777" w:rsidR="00EF7408" w:rsidRPr="004B55AD" w:rsidRDefault="0094293E">
            <w:pPr>
              <w:spacing w:after="0" w:line="276" w:lineRule="auto"/>
              <w:rPr>
                <w:lang w:val="ru-RU"/>
              </w:rPr>
            </w:pPr>
            <w:proofErr w:type="gramStart"/>
            <w:r w:rsidRPr="004B55AD">
              <w:rPr>
                <w:rFonts w:eastAsia="Calibri"/>
                <w:b/>
                <w:color w:val="E31E24"/>
                <w:sz w:val="20"/>
                <w:lang w:val="ru-RU"/>
              </w:rPr>
              <w:t xml:space="preserve">ВАЖНО  </w:t>
            </w:r>
            <w:r w:rsidRPr="004B55AD">
              <w:rPr>
                <w:rFonts w:eastAsia="Calibri"/>
                <w:sz w:val="21"/>
                <w:lang w:val="ru-RU"/>
              </w:rPr>
              <w:t>Перед</w:t>
            </w:r>
            <w:proofErr w:type="gramEnd"/>
            <w:r w:rsidRPr="004B55AD">
              <w:rPr>
                <w:rFonts w:eastAsia="Calibri"/>
                <w:sz w:val="21"/>
                <w:lang w:val="ru-RU"/>
              </w:rPr>
              <w:t xml:space="preserve"> подключением всегда сверяйте напряжение, ток, давление и прочие параметры со </w:t>
            </w:r>
            <w:r w:rsidRPr="004B55AD">
              <w:rPr>
                <w:rFonts w:eastAsia="Calibri"/>
                <w:sz w:val="21"/>
                <w:lang w:val="ru-RU"/>
              </w:rPr>
              <w:t>шильдиком конкретного аппарата.</w:t>
            </w:r>
          </w:p>
        </w:tc>
      </w:tr>
    </w:tbl>
    <w:p w14:paraId="775C0A94" w14:textId="77777777" w:rsidR="00EF7408" w:rsidRPr="004B55AD" w:rsidRDefault="00EF7408">
      <w:pPr>
        <w:spacing w:after="40" w:line="240" w:lineRule="auto"/>
        <w:rPr>
          <w:lang w:val="ru-RU"/>
        </w:rPr>
      </w:pPr>
    </w:p>
    <w:p w14:paraId="210ED0DF" w14:textId="77777777" w:rsidR="00EF7408" w:rsidRDefault="0094293E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192BF7D1" wp14:editId="46CED681">
            <wp:extent cx="2971800" cy="3006524"/>
            <wp:effectExtent l="0" t="0" r="0" b="0"/>
            <wp:docPr id="4" name="Профессиональное мобильное исполнение серии ZM" descr="Профессиональное мобильное исполнение серии Z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20_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300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FAD4A" w14:textId="77777777" w:rsidR="00EF7408" w:rsidRPr="004B55AD" w:rsidRDefault="0094293E">
      <w:pPr>
        <w:pStyle w:val="FigureCaption"/>
        <w:keepLines/>
        <w:rPr>
          <w:lang w:val="ru-RU"/>
        </w:rPr>
      </w:pPr>
      <w:r w:rsidRPr="004B55AD">
        <w:rPr>
          <w:lang w:val="ru-RU"/>
        </w:rPr>
        <w:t xml:space="preserve">Профессиональное мобильное исполнение серии </w:t>
      </w:r>
      <w:r>
        <w:t>ZM</w:t>
      </w:r>
    </w:p>
    <w:p w14:paraId="6757C526" w14:textId="77777777" w:rsidR="00EF7408" w:rsidRPr="004B55AD" w:rsidRDefault="0094293E">
      <w:pPr>
        <w:rPr>
          <w:lang w:val="ru-RU"/>
        </w:rPr>
      </w:pPr>
      <w:r w:rsidRPr="004B55AD">
        <w:rPr>
          <w:lang w:val="ru-RU"/>
        </w:rPr>
        <w:br w:type="page"/>
      </w:r>
    </w:p>
    <w:p w14:paraId="2D3337C5" w14:textId="77777777" w:rsidR="00EF7408" w:rsidRPr="004B55AD" w:rsidRDefault="0094293E">
      <w:pPr>
        <w:keepNext/>
        <w:spacing w:after="40"/>
        <w:rPr>
          <w:lang w:val="ru-RU"/>
        </w:rPr>
      </w:pPr>
      <w:r w:rsidRPr="004B55AD">
        <w:rPr>
          <w:rFonts w:eastAsia="Calibri"/>
          <w:b/>
          <w:color w:val="E31E24"/>
          <w:sz w:val="18"/>
          <w:lang w:val="ru-RU"/>
        </w:rPr>
        <w:t>РАЗДЕЛ 2</w:t>
      </w:r>
    </w:p>
    <w:p w14:paraId="20EF48CD" w14:textId="77777777" w:rsidR="00EF7408" w:rsidRPr="004B55AD" w:rsidRDefault="0094293E">
      <w:pPr>
        <w:pStyle w:val="1"/>
        <w:rPr>
          <w:lang w:val="ru-RU"/>
        </w:rPr>
      </w:pPr>
      <w:r>
        <w:t>ZM</w:t>
      </w:r>
      <w:r w:rsidRPr="004B55AD">
        <w:rPr>
          <w:lang w:val="ru-RU"/>
        </w:rPr>
        <w:t>-2115</w:t>
      </w:r>
      <w:r>
        <w:t>M</w:t>
      </w:r>
    </w:p>
    <w:p w14:paraId="16C897D9" w14:textId="77777777" w:rsidR="00EF7408" w:rsidRPr="004B55AD" w:rsidRDefault="0094293E">
      <w:pPr>
        <w:keepNext/>
        <w:spacing w:before="40" w:after="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0807FAF1" wp14:editId="3532AE7E">
            <wp:extent cx="2788920" cy="2890841"/>
            <wp:effectExtent l="0" t="0" r="0" b="0"/>
            <wp:docPr id="5" name="Общий вид" descr="Общи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15_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890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55AD">
        <w:rPr>
          <w:rFonts w:eastAsia="Calibri"/>
          <w:sz w:val="16"/>
          <w:lang w:val="ru-RU"/>
        </w:rPr>
        <w:t xml:space="preserve">    </w:t>
      </w:r>
      <w:r>
        <w:rPr>
          <w:noProof/>
        </w:rPr>
        <w:drawing>
          <wp:inline distT="0" distB="0" distL="0" distR="0" wp14:anchorId="745CE16D" wp14:editId="2A4101A5">
            <wp:extent cx="2788920" cy="2604667"/>
            <wp:effectExtent l="0" t="0" r="0" b="0"/>
            <wp:docPr id="6" name="Боковой вид" descr="Боково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15_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60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61C3A" w14:textId="77777777" w:rsidR="00EF7408" w:rsidRPr="004B55AD" w:rsidRDefault="0094293E">
      <w:pPr>
        <w:pStyle w:val="FigureCaption"/>
        <w:rPr>
          <w:lang w:val="ru-RU"/>
        </w:rPr>
      </w:pPr>
      <w:r>
        <w:t>ZM</w:t>
      </w:r>
      <w:r w:rsidRPr="004B55AD">
        <w:rPr>
          <w:lang w:val="ru-RU"/>
        </w:rPr>
        <w:t>-2115</w:t>
      </w:r>
      <w:r>
        <w:t>M</w:t>
      </w:r>
      <w:r w:rsidRPr="004B55AD">
        <w:rPr>
          <w:lang w:val="ru-RU"/>
        </w:rPr>
        <w:t>: общий и боковой вид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4042"/>
        <w:gridCol w:w="5586"/>
        <w:gridCol w:w="20"/>
      </w:tblGrid>
      <w:tr w:rsidR="00EF7408" w14:paraId="06279C47" w14:textId="77777777">
        <w:trPr>
          <w:cantSplit/>
          <w:tblHeader/>
        </w:trPr>
        <w:tc>
          <w:tcPr>
            <w:tcW w:w="405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259FFB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Параметр</w:t>
            </w:r>
            <w:proofErr w:type="spellEnd"/>
          </w:p>
        </w:tc>
        <w:tc>
          <w:tcPr>
            <w:tcW w:w="5598" w:type="dxa"/>
            <w:gridSpan w:val="2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7741E3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Значение</w:t>
            </w:r>
          </w:p>
        </w:tc>
      </w:tr>
      <w:tr w:rsidR="00EF7408" w14:paraId="3001D73C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A2F82E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Рабочее давление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17D2E0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210 бар</w:t>
            </w:r>
          </w:p>
        </w:tc>
      </w:tr>
      <w:tr w:rsidR="00EF7408" w14:paraId="6573F9BA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AAD5F0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Производительность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DE3A6C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900 л/ч (15 л/мин)</w:t>
            </w:r>
          </w:p>
        </w:tc>
      </w:tr>
      <w:tr w:rsidR="00EF7408" w14:paraId="7F9A30BD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405320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Мощность двигателя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C1C473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5,5 кВт</w:t>
            </w:r>
          </w:p>
        </w:tc>
      </w:tr>
      <w:tr w:rsidR="00EF7408" w14:paraId="2BFBD81C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4CAF01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Питание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E2AC60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380 В, 3 фазы</w:t>
            </w:r>
          </w:p>
        </w:tc>
      </w:tr>
      <w:tr w:rsidR="00EF7408" w14:paraId="6FAFE810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9E801D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Частота вращения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A5BF7D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1450 об/мин</w:t>
            </w:r>
          </w:p>
        </w:tc>
      </w:tr>
      <w:tr w:rsidR="00EF7408" w:rsidRPr="004B55AD" w14:paraId="5D9C5EE4" w14:textId="77777777">
        <w:tblPrEx>
          <w:tblBorders>
            <w:top w:val="single" w:sz="9" w:space="0" w:color="C58A00"/>
            <w:left w:val="single" w:sz="9" w:space="0" w:color="C58A00"/>
            <w:bottom w:val="single" w:sz="9" w:space="0" w:color="C58A00"/>
            <w:right w:val="single" w:sz="9" w:space="0" w:color="C58A00"/>
            <w:insideH w:val="none" w:sz="0" w:space="0" w:color="auto"/>
            <w:insideV w:val="none" w:sz="0" w:space="0" w:color="auto"/>
          </w:tblBorders>
        </w:tblPrEx>
        <w:trPr>
          <w:gridAfter w:val="1"/>
          <w:wAfter w:w="20" w:type="dxa"/>
          <w:cantSplit/>
        </w:trPr>
        <w:tc>
          <w:tcPr>
            <w:tcW w:w="9648" w:type="dxa"/>
            <w:gridSpan w:val="2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A669CDB" w14:textId="77777777" w:rsidR="00EF7408" w:rsidRPr="004B55AD" w:rsidRDefault="0094293E">
            <w:pPr>
              <w:spacing w:after="0" w:line="276" w:lineRule="auto"/>
              <w:rPr>
                <w:lang w:val="ru-RU"/>
              </w:rPr>
            </w:pPr>
            <w:proofErr w:type="gramStart"/>
            <w:r w:rsidRPr="004B55AD">
              <w:rPr>
                <w:rFonts w:eastAsia="Calibri"/>
                <w:b/>
                <w:color w:val="C58A00"/>
                <w:sz w:val="20"/>
                <w:lang w:val="ru-RU"/>
              </w:rPr>
              <w:t xml:space="preserve">КОМПЛЕКТАЦИЯ  </w:t>
            </w:r>
            <w:r w:rsidRPr="004B55AD">
              <w:rPr>
                <w:rFonts w:eastAsia="Calibri"/>
                <w:sz w:val="21"/>
                <w:lang w:val="ru-RU"/>
              </w:rPr>
              <w:t>Используйте</w:t>
            </w:r>
            <w:proofErr w:type="gramEnd"/>
            <w:r w:rsidRPr="004B55AD">
              <w:rPr>
                <w:rFonts w:eastAsia="Calibri"/>
                <w:sz w:val="21"/>
                <w:lang w:val="ru-RU"/>
              </w:rPr>
              <w:t xml:space="preserve"> только штатные шланги, пистолет, копьё и соединения, рассчитанные на давление данной модели.</w:t>
            </w:r>
          </w:p>
        </w:tc>
      </w:tr>
    </w:tbl>
    <w:p w14:paraId="52F128CB" w14:textId="77777777" w:rsidR="00EF7408" w:rsidRPr="004B55AD" w:rsidRDefault="00EF7408">
      <w:pPr>
        <w:spacing w:after="40" w:line="240" w:lineRule="auto"/>
        <w:rPr>
          <w:lang w:val="ru-RU"/>
        </w:rPr>
      </w:pPr>
    </w:p>
    <w:p w14:paraId="08B6D708" w14:textId="77777777" w:rsidR="00EF7408" w:rsidRPr="004B55AD" w:rsidRDefault="0094293E">
      <w:pPr>
        <w:rPr>
          <w:lang w:val="ru-RU"/>
        </w:rPr>
      </w:pPr>
      <w:r w:rsidRPr="004B55AD">
        <w:rPr>
          <w:lang w:val="ru-RU"/>
        </w:rPr>
        <w:br w:type="page"/>
      </w:r>
    </w:p>
    <w:p w14:paraId="6963F4DE" w14:textId="77777777" w:rsidR="00EF7408" w:rsidRPr="004B55AD" w:rsidRDefault="0094293E">
      <w:pPr>
        <w:keepNext/>
        <w:spacing w:after="40"/>
        <w:rPr>
          <w:lang w:val="ru-RU"/>
        </w:rPr>
      </w:pPr>
      <w:r w:rsidRPr="004B55AD">
        <w:rPr>
          <w:rFonts w:eastAsia="Calibri"/>
          <w:b/>
          <w:color w:val="E31E24"/>
          <w:sz w:val="18"/>
          <w:lang w:val="ru-RU"/>
        </w:rPr>
        <w:t>РАЗДЕЛ 2.1</w:t>
      </w:r>
    </w:p>
    <w:p w14:paraId="3AB5D3DF" w14:textId="77777777" w:rsidR="00EF7408" w:rsidRPr="004B55AD" w:rsidRDefault="0094293E">
      <w:pPr>
        <w:pStyle w:val="1"/>
        <w:rPr>
          <w:lang w:val="ru-RU"/>
        </w:rPr>
      </w:pPr>
      <w:r>
        <w:t>ZM</w:t>
      </w:r>
      <w:r w:rsidRPr="004B55AD">
        <w:rPr>
          <w:lang w:val="ru-RU"/>
        </w:rPr>
        <w:t>-2115</w:t>
      </w:r>
      <w:r>
        <w:t>M</w:t>
      </w:r>
      <w:r w:rsidRPr="004B55AD">
        <w:rPr>
          <w:lang w:val="ru-RU"/>
        </w:rPr>
        <w:t>: узлы и аксессуары</w:t>
      </w:r>
    </w:p>
    <w:p w14:paraId="6C8DE913" w14:textId="77777777" w:rsidR="00EF7408" w:rsidRPr="004B55AD" w:rsidRDefault="0094293E">
      <w:pPr>
        <w:keepNext/>
        <w:spacing w:before="40" w:after="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1AE8D1EA" wp14:editId="70C9AF9C">
            <wp:extent cx="2788920" cy="2229394"/>
            <wp:effectExtent l="0" t="0" r="0" b="0"/>
            <wp:docPr id="7" name="Рабочий узел" descr="Рабочий уз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15_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229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55AD">
        <w:rPr>
          <w:rFonts w:eastAsia="Calibri"/>
          <w:sz w:val="16"/>
          <w:lang w:val="ru-RU"/>
        </w:rPr>
        <w:t xml:space="preserve">    </w:t>
      </w:r>
      <w:r>
        <w:rPr>
          <w:noProof/>
        </w:rPr>
        <w:drawing>
          <wp:inline distT="0" distB="0" distL="0" distR="0" wp14:anchorId="0462D6F5" wp14:editId="5EDD1C0A">
            <wp:extent cx="2788920" cy="1797179"/>
            <wp:effectExtent l="0" t="0" r="0" b="0"/>
            <wp:docPr id="8" name="Аксессуары" descr="Аксессуа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c_2115_2615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179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380A8" w14:textId="77777777" w:rsidR="00EF7408" w:rsidRPr="004B55AD" w:rsidRDefault="0094293E">
      <w:pPr>
        <w:pStyle w:val="FigureCaption"/>
        <w:rPr>
          <w:lang w:val="ru-RU"/>
        </w:rPr>
      </w:pPr>
      <w:r>
        <w:t>ZM</w:t>
      </w:r>
      <w:r w:rsidRPr="004B55AD">
        <w:rPr>
          <w:lang w:val="ru-RU"/>
        </w:rPr>
        <w:t>-2115</w:t>
      </w:r>
      <w:r>
        <w:t>M</w:t>
      </w:r>
      <w:r w:rsidRPr="004B55AD">
        <w:rPr>
          <w:lang w:val="ru-RU"/>
        </w:rPr>
        <w:t xml:space="preserve">: насосный узел и </w:t>
      </w:r>
      <w:r w:rsidRPr="004B55AD">
        <w:rPr>
          <w:lang w:val="ru-RU"/>
        </w:rPr>
        <w:t>комплект поставки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4000"/>
        <w:gridCol w:w="5648"/>
      </w:tblGrid>
      <w:tr w:rsidR="00EF7408" w14:paraId="2B5DDAEA" w14:textId="77777777">
        <w:trPr>
          <w:cantSplit/>
          <w:tblHeader/>
        </w:trPr>
        <w:tc>
          <w:tcPr>
            <w:tcW w:w="40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DB5F29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Аксессуар</w:t>
            </w:r>
            <w:proofErr w:type="spellEnd"/>
          </w:p>
        </w:tc>
        <w:tc>
          <w:tcPr>
            <w:tcW w:w="56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DE6F39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Назначение</w:t>
            </w:r>
          </w:p>
        </w:tc>
      </w:tr>
      <w:tr w:rsidR="00EF7408" w14:paraId="41C57AEE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A40A90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Пистолет и копьё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362210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Управление струёй</w:t>
            </w:r>
          </w:p>
        </w:tc>
      </w:tr>
      <w:tr w:rsidR="00EF7408" w14:paraId="2F8040BB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09E25D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Шланг высокого давления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3DE4D3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Соединение насоса и пистолета</w:t>
            </w:r>
          </w:p>
        </w:tc>
      </w:tr>
      <w:tr w:rsidR="00EF7408" w14:paraId="6D7DFA39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4003BF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Водозаборный рукав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DCB0F8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Подача чистой воды</w:t>
            </w:r>
          </w:p>
        </w:tc>
      </w:tr>
      <w:tr w:rsidR="00EF7408" w14:paraId="3742C80B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F55EA3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7"/>
                <w:lang w:val="ru-RU"/>
              </w:rPr>
              <w:t>Входной фильтр и сетчатый фильтр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3C457E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Защита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насоса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от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загрязнений</w:t>
            </w:r>
            <w:proofErr w:type="spellEnd"/>
          </w:p>
        </w:tc>
      </w:tr>
      <w:tr w:rsidR="00EF7408" w14:paraId="528DC64C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011C99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 xml:space="preserve">Цветные </w:t>
            </w:r>
            <w:r>
              <w:rPr>
                <w:rFonts w:eastAsia="Calibri"/>
                <w:sz w:val="17"/>
              </w:rPr>
              <w:t>форсунки на панели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B2E1CF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Выбор угла распыления</w:t>
            </w:r>
          </w:p>
        </w:tc>
      </w:tr>
      <w:tr w:rsidR="00EF7408" w14:paraId="5B7E340C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FD3471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Хомуты, штуцер и игла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D19CEE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Подключение и очистка форсунки</w:t>
            </w:r>
          </w:p>
        </w:tc>
      </w:tr>
    </w:tbl>
    <w:p w14:paraId="139F852E" w14:textId="77777777" w:rsidR="00EF7408" w:rsidRDefault="0094293E">
      <w:r>
        <w:br w:type="page"/>
      </w:r>
    </w:p>
    <w:p w14:paraId="69C500DD" w14:textId="77777777" w:rsidR="00EF7408" w:rsidRDefault="0094293E">
      <w:pPr>
        <w:keepNext/>
        <w:spacing w:after="40"/>
      </w:pPr>
      <w:r>
        <w:rPr>
          <w:rFonts w:eastAsia="Calibri"/>
          <w:b/>
          <w:color w:val="E31E24"/>
          <w:sz w:val="18"/>
        </w:rPr>
        <w:t>РАЗДЕЛ 3</w:t>
      </w:r>
    </w:p>
    <w:p w14:paraId="45BEFF3E" w14:textId="77777777" w:rsidR="00EF7408" w:rsidRDefault="0094293E">
      <w:pPr>
        <w:pStyle w:val="1"/>
      </w:pPr>
      <w:r>
        <w:t>ZM-2615M</w:t>
      </w:r>
    </w:p>
    <w:p w14:paraId="4B52C903" w14:textId="77777777" w:rsidR="00EF7408" w:rsidRDefault="0094293E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63899DD2" wp14:editId="31787A99">
            <wp:extent cx="2788920" cy="2820547"/>
            <wp:effectExtent l="0" t="0" r="0" b="0"/>
            <wp:docPr id="9" name="Общий вид" descr="Общи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15_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820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sz w:val="16"/>
        </w:rPr>
        <w:t xml:space="preserve">    </w:t>
      </w:r>
      <w:r>
        <w:rPr>
          <w:noProof/>
        </w:rPr>
        <w:drawing>
          <wp:inline distT="0" distB="0" distL="0" distR="0" wp14:anchorId="76041C57" wp14:editId="16C030DE">
            <wp:extent cx="2788920" cy="3057331"/>
            <wp:effectExtent l="0" t="0" r="0" b="0"/>
            <wp:docPr id="10" name="Боковой вид" descr="Боково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15_2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3057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6499D" w14:textId="77777777" w:rsidR="00EF7408" w:rsidRPr="004B55AD" w:rsidRDefault="0094293E">
      <w:pPr>
        <w:pStyle w:val="FigureCaption"/>
        <w:rPr>
          <w:lang w:val="ru-RU"/>
        </w:rPr>
      </w:pPr>
      <w:r>
        <w:t>ZM</w:t>
      </w:r>
      <w:r w:rsidRPr="004B55AD">
        <w:rPr>
          <w:lang w:val="ru-RU"/>
        </w:rPr>
        <w:t>-2615</w:t>
      </w:r>
      <w:r>
        <w:t>M</w:t>
      </w:r>
      <w:r w:rsidRPr="004B55AD">
        <w:rPr>
          <w:lang w:val="ru-RU"/>
        </w:rPr>
        <w:t>: общий и боковой вид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4042"/>
        <w:gridCol w:w="5586"/>
        <w:gridCol w:w="20"/>
      </w:tblGrid>
      <w:tr w:rsidR="00EF7408" w14:paraId="5111FEBE" w14:textId="77777777">
        <w:trPr>
          <w:cantSplit/>
          <w:tblHeader/>
        </w:trPr>
        <w:tc>
          <w:tcPr>
            <w:tcW w:w="405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72D77D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Параметр</w:t>
            </w:r>
            <w:proofErr w:type="spellEnd"/>
          </w:p>
        </w:tc>
        <w:tc>
          <w:tcPr>
            <w:tcW w:w="5598" w:type="dxa"/>
            <w:gridSpan w:val="2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C1ACE0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Значение</w:t>
            </w:r>
          </w:p>
        </w:tc>
      </w:tr>
      <w:tr w:rsidR="00EF7408" w14:paraId="085F813D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66921F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Рабочее давление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00739A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260 бар</w:t>
            </w:r>
          </w:p>
        </w:tc>
      </w:tr>
      <w:tr w:rsidR="00EF7408" w14:paraId="55DC4006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EDADAB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Производительность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2C4EEB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900 л/ч (15 л/мин)</w:t>
            </w:r>
          </w:p>
        </w:tc>
      </w:tr>
      <w:tr w:rsidR="00EF7408" w14:paraId="142A0DFC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90F7ED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 xml:space="preserve">Мощность </w:t>
            </w:r>
            <w:r>
              <w:rPr>
                <w:rFonts w:eastAsia="Calibri"/>
                <w:sz w:val="18"/>
              </w:rPr>
              <w:t>двигателя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843675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7,5 кВт</w:t>
            </w:r>
          </w:p>
        </w:tc>
      </w:tr>
      <w:tr w:rsidR="00EF7408" w14:paraId="4C0D0239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672A1B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Питание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71212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380 В, 3 фазы</w:t>
            </w:r>
          </w:p>
        </w:tc>
      </w:tr>
      <w:tr w:rsidR="00EF7408" w14:paraId="12AD2CF4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1B1BB3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Частота вращения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027771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1450 об/мин</w:t>
            </w:r>
          </w:p>
        </w:tc>
      </w:tr>
      <w:tr w:rsidR="00EF7408" w:rsidRPr="004B55AD" w14:paraId="25657AD8" w14:textId="77777777">
        <w:tblPrEx>
          <w:tblBorders>
            <w:top w:val="single" w:sz="9" w:space="0" w:color="C58A00"/>
            <w:left w:val="single" w:sz="9" w:space="0" w:color="C58A00"/>
            <w:bottom w:val="single" w:sz="9" w:space="0" w:color="C58A00"/>
            <w:right w:val="single" w:sz="9" w:space="0" w:color="C58A00"/>
            <w:insideH w:val="none" w:sz="0" w:space="0" w:color="auto"/>
            <w:insideV w:val="none" w:sz="0" w:space="0" w:color="auto"/>
          </w:tblBorders>
        </w:tblPrEx>
        <w:trPr>
          <w:gridAfter w:val="1"/>
          <w:wAfter w:w="20" w:type="dxa"/>
          <w:cantSplit/>
        </w:trPr>
        <w:tc>
          <w:tcPr>
            <w:tcW w:w="9648" w:type="dxa"/>
            <w:gridSpan w:val="2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8A24CB5" w14:textId="77777777" w:rsidR="00EF7408" w:rsidRPr="004B55AD" w:rsidRDefault="0094293E">
            <w:pPr>
              <w:spacing w:after="0" w:line="276" w:lineRule="auto"/>
              <w:rPr>
                <w:lang w:val="ru-RU"/>
              </w:rPr>
            </w:pPr>
            <w:proofErr w:type="gramStart"/>
            <w:r w:rsidRPr="004B55AD">
              <w:rPr>
                <w:rFonts w:eastAsia="Calibri"/>
                <w:b/>
                <w:color w:val="C58A00"/>
                <w:sz w:val="20"/>
                <w:lang w:val="ru-RU"/>
              </w:rPr>
              <w:t xml:space="preserve">КОМПЛЕКТАЦИЯ  </w:t>
            </w:r>
            <w:r w:rsidRPr="004B55AD">
              <w:rPr>
                <w:rFonts w:eastAsia="Calibri"/>
                <w:sz w:val="21"/>
                <w:lang w:val="ru-RU"/>
              </w:rPr>
              <w:t>Используйте</w:t>
            </w:r>
            <w:proofErr w:type="gramEnd"/>
            <w:r w:rsidRPr="004B55AD">
              <w:rPr>
                <w:rFonts w:eastAsia="Calibri"/>
                <w:sz w:val="21"/>
                <w:lang w:val="ru-RU"/>
              </w:rPr>
              <w:t xml:space="preserve"> только штатные шланги, пистолет, копьё и соединения, рассчитанные на давление данной модели.</w:t>
            </w:r>
          </w:p>
        </w:tc>
      </w:tr>
    </w:tbl>
    <w:p w14:paraId="4126880F" w14:textId="77777777" w:rsidR="00EF7408" w:rsidRPr="004B55AD" w:rsidRDefault="00EF7408">
      <w:pPr>
        <w:spacing w:after="40" w:line="240" w:lineRule="auto"/>
        <w:rPr>
          <w:lang w:val="ru-RU"/>
        </w:rPr>
      </w:pPr>
    </w:p>
    <w:p w14:paraId="7E3E8E3F" w14:textId="77777777" w:rsidR="00EF7408" w:rsidRPr="004B55AD" w:rsidRDefault="0094293E">
      <w:pPr>
        <w:rPr>
          <w:lang w:val="ru-RU"/>
        </w:rPr>
      </w:pPr>
      <w:r w:rsidRPr="004B55AD">
        <w:rPr>
          <w:lang w:val="ru-RU"/>
        </w:rPr>
        <w:br w:type="page"/>
      </w:r>
    </w:p>
    <w:p w14:paraId="40E40F2E" w14:textId="77777777" w:rsidR="00EF7408" w:rsidRPr="004B55AD" w:rsidRDefault="0094293E">
      <w:pPr>
        <w:keepNext/>
        <w:spacing w:after="40"/>
        <w:rPr>
          <w:lang w:val="ru-RU"/>
        </w:rPr>
      </w:pPr>
      <w:r w:rsidRPr="004B55AD">
        <w:rPr>
          <w:rFonts w:eastAsia="Calibri"/>
          <w:b/>
          <w:color w:val="E31E24"/>
          <w:sz w:val="18"/>
          <w:lang w:val="ru-RU"/>
        </w:rPr>
        <w:t>РАЗДЕЛ 3.1</w:t>
      </w:r>
    </w:p>
    <w:p w14:paraId="08274124" w14:textId="77777777" w:rsidR="00EF7408" w:rsidRPr="004B55AD" w:rsidRDefault="0094293E">
      <w:pPr>
        <w:pStyle w:val="1"/>
        <w:rPr>
          <w:lang w:val="ru-RU"/>
        </w:rPr>
      </w:pPr>
      <w:r>
        <w:t>ZM</w:t>
      </w:r>
      <w:r w:rsidRPr="004B55AD">
        <w:rPr>
          <w:lang w:val="ru-RU"/>
        </w:rPr>
        <w:t>-2615</w:t>
      </w:r>
      <w:r>
        <w:t>M</w:t>
      </w:r>
      <w:r w:rsidRPr="004B55AD">
        <w:rPr>
          <w:lang w:val="ru-RU"/>
        </w:rPr>
        <w:t>: узлы и аксессуары</w:t>
      </w:r>
    </w:p>
    <w:p w14:paraId="64FAA4FE" w14:textId="77777777" w:rsidR="00EF7408" w:rsidRPr="004B55AD" w:rsidRDefault="0094293E">
      <w:pPr>
        <w:keepNext/>
        <w:spacing w:before="40" w:after="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661F607B" wp14:editId="5CC5327D">
            <wp:extent cx="2788920" cy="2346406"/>
            <wp:effectExtent l="0" t="0" r="0" b="0"/>
            <wp:docPr id="11" name="Рабочий узел" descr="Рабочий уз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15_3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346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55AD">
        <w:rPr>
          <w:rFonts w:eastAsia="Calibri"/>
          <w:sz w:val="16"/>
          <w:lang w:val="ru-RU"/>
        </w:rPr>
        <w:t xml:space="preserve">    </w:t>
      </w:r>
      <w:r>
        <w:rPr>
          <w:noProof/>
        </w:rPr>
        <w:drawing>
          <wp:inline distT="0" distB="0" distL="0" distR="0" wp14:anchorId="142EBD27" wp14:editId="601B4F8B">
            <wp:extent cx="2788920" cy="1797179"/>
            <wp:effectExtent l="0" t="0" r="0" b="0"/>
            <wp:docPr id="12" name="Аксессуары" descr="Аксессуа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c_2115_2615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179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896D6" w14:textId="77777777" w:rsidR="00EF7408" w:rsidRPr="004B55AD" w:rsidRDefault="0094293E">
      <w:pPr>
        <w:pStyle w:val="FigureCaption"/>
        <w:rPr>
          <w:lang w:val="ru-RU"/>
        </w:rPr>
      </w:pPr>
      <w:r>
        <w:t>ZM</w:t>
      </w:r>
      <w:r w:rsidRPr="004B55AD">
        <w:rPr>
          <w:lang w:val="ru-RU"/>
        </w:rPr>
        <w:t>-2615</w:t>
      </w:r>
      <w:r>
        <w:t>M</w:t>
      </w:r>
      <w:r w:rsidRPr="004B55AD">
        <w:rPr>
          <w:lang w:val="ru-RU"/>
        </w:rPr>
        <w:t>: насосный узел и комплект поставки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4000"/>
        <w:gridCol w:w="5648"/>
      </w:tblGrid>
      <w:tr w:rsidR="00EF7408" w14:paraId="7FF4BD13" w14:textId="77777777">
        <w:trPr>
          <w:cantSplit/>
          <w:tblHeader/>
        </w:trPr>
        <w:tc>
          <w:tcPr>
            <w:tcW w:w="40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DF8588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Аксессуар</w:t>
            </w:r>
            <w:proofErr w:type="spellEnd"/>
          </w:p>
        </w:tc>
        <w:tc>
          <w:tcPr>
            <w:tcW w:w="56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127A91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Назначение</w:t>
            </w:r>
          </w:p>
        </w:tc>
      </w:tr>
      <w:tr w:rsidR="00EF7408" w14:paraId="39027BFF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068F24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Пистолет и копьё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AE410D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Управление струёй</w:t>
            </w:r>
          </w:p>
        </w:tc>
      </w:tr>
      <w:tr w:rsidR="00EF7408" w14:paraId="30FD472F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5BAB3F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Шланг высокого давления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C55FE8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Соединение насоса и пистолета</w:t>
            </w:r>
          </w:p>
        </w:tc>
      </w:tr>
      <w:tr w:rsidR="00EF7408" w14:paraId="4741AA40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A0B24F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Водозаборный рукав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E5718A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Подача чистой воды</w:t>
            </w:r>
          </w:p>
        </w:tc>
      </w:tr>
      <w:tr w:rsidR="00EF7408" w14:paraId="14BBA60D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2D4167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7"/>
                <w:lang w:val="ru-RU"/>
              </w:rPr>
              <w:t>Входной фильтр и сетчатый фильтр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32D254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Защита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насоса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от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загрязнений</w:t>
            </w:r>
            <w:proofErr w:type="spellEnd"/>
          </w:p>
        </w:tc>
      </w:tr>
      <w:tr w:rsidR="00EF7408" w14:paraId="46A71094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DE09C6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Цветные форсунки на панели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29F4F4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Выбор угла распыления</w:t>
            </w:r>
          </w:p>
        </w:tc>
      </w:tr>
      <w:tr w:rsidR="00EF7408" w14:paraId="4A7A61AE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33D2BD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Хомуты, штуцер и игла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284F62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Подключение и очистка форсунки</w:t>
            </w:r>
          </w:p>
        </w:tc>
      </w:tr>
    </w:tbl>
    <w:p w14:paraId="54022C72" w14:textId="77777777" w:rsidR="00EF7408" w:rsidRDefault="0094293E">
      <w:r>
        <w:br w:type="page"/>
      </w:r>
    </w:p>
    <w:p w14:paraId="72700241" w14:textId="77777777" w:rsidR="00EF7408" w:rsidRDefault="0094293E">
      <w:pPr>
        <w:keepNext/>
        <w:spacing w:after="40"/>
      </w:pPr>
      <w:r>
        <w:rPr>
          <w:rFonts w:eastAsia="Calibri"/>
          <w:b/>
          <w:color w:val="E31E24"/>
          <w:sz w:val="18"/>
        </w:rPr>
        <w:t>РАЗДЕЛ 4</w:t>
      </w:r>
    </w:p>
    <w:p w14:paraId="4E136695" w14:textId="77777777" w:rsidR="00EF7408" w:rsidRDefault="0094293E">
      <w:pPr>
        <w:pStyle w:val="1"/>
      </w:pPr>
      <w:r>
        <w:t>ZM-3020</w:t>
      </w:r>
    </w:p>
    <w:p w14:paraId="59533C6B" w14:textId="77777777" w:rsidR="00EF7408" w:rsidRDefault="0094293E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12C76130" wp14:editId="05E8322D">
            <wp:extent cx="2788920" cy="2821507"/>
            <wp:effectExtent l="0" t="0" r="0" b="0"/>
            <wp:docPr id="13" name="Общий вид" descr="Общи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20_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821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sz w:val="16"/>
        </w:rPr>
        <w:t xml:space="preserve">    </w:t>
      </w:r>
      <w:r>
        <w:rPr>
          <w:noProof/>
        </w:rPr>
        <w:drawing>
          <wp:inline distT="0" distB="0" distL="0" distR="0" wp14:anchorId="37D9A39E" wp14:editId="3366B1E0">
            <wp:extent cx="2788920" cy="2563608"/>
            <wp:effectExtent l="0" t="0" r="0" b="0"/>
            <wp:docPr id="14" name="Боковой вид" descr="Боково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20_2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563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1A9FD" w14:textId="77777777" w:rsidR="00EF7408" w:rsidRDefault="0094293E">
      <w:pPr>
        <w:pStyle w:val="FigureCaption"/>
      </w:pPr>
      <w:r>
        <w:t>ZM-3020: общий и боковой вид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4042"/>
        <w:gridCol w:w="5586"/>
        <w:gridCol w:w="20"/>
      </w:tblGrid>
      <w:tr w:rsidR="00EF7408" w14:paraId="6D2E1861" w14:textId="77777777">
        <w:trPr>
          <w:cantSplit/>
          <w:tblHeader/>
        </w:trPr>
        <w:tc>
          <w:tcPr>
            <w:tcW w:w="405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2335F0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Параметр</w:t>
            </w:r>
          </w:p>
        </w:tc>
        <w:tc>
          <w:tcPr>
            <w:tcW w:w="5598" w:type="dxa"/>
            <w:gridSpan w:val="2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D908A9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Значение</w:t>
            </w:r>
          </w:p>
        </w:tc>
      </w:tr>
      <w:tr w:rsidR="00EF7408" w14:paraId="53A3AE4A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6A2B0A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Рабочее давление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01E464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300 бар</w:t>
            </w:r>
          </w:p>
        </w:tc>
      </w:tr>
      <w:tr w:rsidR="00EF7408" w14:paraId="50276197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621E2E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Производительность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2CA79F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 xml:space="preserve">1200 л/ч (20 </w:t>
            </w:r>
            <w:r>
              <w:rPr>
                <w:rFonts w:eastAsia="Calibri"/>
                <w:sz w:val="18"/>
              </w:rPr>
              <w:t>л/мин)</w:t>
            </w:r>
          </w:p>
        </w:tc>
      </w:tr>
      <w:tr w:rsidR="00EF7408" w14:paraId="6EDDDEF0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D7CE1A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Мощность двигателя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0A72AB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11 кВт</w:t>
            </w:r>
          </w:p>
        </w:tc>
      </w:tr>
      <w:tr w:rsidR="00EF7408" w14:paraId="6966C1B0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BE8EB4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Питание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75706C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380 В, 3 фазы</w:t>
            </w:r>
          </w:p>
        </w:tc>
      </w:tr>
      <w:tr w:rsidR="00EF7408" w14:paraId="0FB6B84B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2170B4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Частота вращения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ED7537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1450 об/мин</w:t>
            </w:r>
          </w:p>
        </w:tc>
      </w:tr>
      <w:tr w:rsidR="00EF7408" w:rsidRPr="004B55AD" w14:paraId="053C2DB6" w14:textId="77777777">
        <w:tblPrEx>
          <w:tblBorders>
            <w:top w:val="single" w:sz="9" w:space="0" w:color="C58A00"/>
            <w:left w:val="single" w:sz="9" w:space="0" w:color="C58A00"/>
            <w:bottom w:val="single" w:sz="9" w:space="0" w:color="C58A00"/>
            <w:right w:val="single" w:sz="9" w:space="0" w:color="C58A00"/>
            <w:insideH w:val="none" w:sz="0" w:space="0" w:color="auto"/>
            <w:insideV w:val="none" w:sz="0" w:space="0" w:color="auto"/>
          </w:tblBorders>
        </w:tblPrEx>
        <w:trPr>
          <w:gridAfter w:val="1"/>
          <w:wAfter w:w="20" w:type="dxa"/>
          <w:cantSplit/>
        </w:trPr>
        <w:tc>
          <w:tcPr>
            <w:tcW w:w="9648" w:type="dxa"/>
            <w:gridSpan w:val="2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FC8CBB7" w14:textId="77777777" w:rsidR="00EF7408" w:rsidRPr="004B55AD" w:rsidRDefault="0094293E">
            <w:pPr>
              <w:spacing w:after="0" w:line="276" w:lineRule="auto"/>
              <w:rPr>
                <w:lang w:val="ru-RU"/>
              </w:rPr>
            </w:pPr>
            <w:proofErr w:type="gramStart"/>
            <w:r w:rsidRPr="004B55AD">
              <w:rPr>
                <w:rFonts w:eastAsia="Calibri"/>
                <w:b/>
                <w:color w:val="C58A00"/>
                <w:sz w:val="20"/>
                <w:lang w:val="ru-RU"/>
              </w:rPr>
              <w:t xml:space="preserve">КОМПЛЕКТАЦИЯ  </w:t>
            </w:r>
            <w:r w:rsidRPr="004B55AD">
              <w:rPr>
                <w:rFonts w:eastAsia="Calibri"/>
                <w:sz w:val="21"/>
                <w:lang w:val="ru-RU"/>
              </w:rPr>
              <w:t>Используйте</w:t>
            </w:r>
            <w:proofErr w:type="gramEnd"/>
            <w:r w:rsidRPr="004B55AD">
              <w:rPr>
                <w:rFonts w:eastAsia="Calibri"/>
                <w:sz w:val="21"/>
                <w:lang w:val="ru-RU"/>
              </w:rPr>
              <w:t xml:space="preserve"> только штатные шланги, пистолет, копьё и соединения, рассчитанные на давление данной модели.</w:t>
            </w:r>
          </w:p>
        </w:tc>
      </w:tr>
    </w:tbl>
    <w:p w14:paraId="70B246E7" w14:textId="77777777" w:rsidR="00EF7408" w:rsidRPr="004B55AD" w:rsidRDefault="00EF7408">
      <w:pPr>
        <w:spacing w:after="40" w:line="240" w:lineRule="auto"/>
        <w:rPr>
          <w:lang w:val="ru-RU"/>
        </w:rPr>
      </w:pPr>
    </w:p>
    <w:p w14:paraId="0256F712" w14:textId="77777777" w:rsidR="00EF7408" w:rsidRPr="004B55AD" w:rsidRDefault="0094293E">
      <w:pPr>
        <w:rPr>
          <w:lang w:val="ru-RU"/>
        </w:rPr>
      </w:pPr>
      <w:r w:rsidRPr="004B55AD">
        <w:rPr>
          <w:lang w:val="ru-RU"/>
        </w:rPr>
        <w:br w:type="page"/>
      </w:r>
    </w:p>
    <w:p w14:paraId="5D51176C" w14:textId="77777777" w:rsidR="00EF7408" w:rsidRPr="004B55AD" w:rsidRDefault="0094293E">
      <w:pPr>
        <w:keepNext/>
        <w:spacing w:after="40"/>
        <w:rPr>
          <w:lang w:val="ru-RU"/>
        </w:rPr>
      </w:pPr>
      <w:r w:rsidRPr="004B55AD">
        <w:rPr>
          <w:rFonts w:eastAsia="Calibri"/>
          <w:b/>
          <w:color w:val="E31E24"/>
          <w:sz w:val="18"/>
          <w:lang w:val="ru-RU"/>
        </w:rPr>
        <w:t>РАЗДЕЛ 4.1</w:t>
      </w:r>
    </w:p>
    <w:p w14:paraId="0AFC78AF" w14:textId="77777777" w:rsidR="00EF7408" w:rsidRPr="004B55AD" w:rsidRDefault="0094293E">
      <w:pPr>
        <w:pStyle w:val="1"/>
        <w:rPr>
          <w:lang w:val="ru-RU"/>
        </w:rPr>
      </w:pPr>
      <w:r>
        <w:t>ZM</w:t>
      </w:r>
      <w:r w:rsidRPr="004B55AD">
        <w:rPr>
          <w:lang w:val="ru-RU"/>
        </w:rPr>
        <w:t xml:space="preserve">-3020: узлы и </w:t>
      </w:r>
      <w:r w:rsidRPr="004B55AD">
        <w:rPr>
          <w:lang w:val="ru-RU"/>
        </w:rPr>
        <w:t>аксессуары</w:t>
      </w:r>
    </w:p>
    <w:p w14:paraId="12AE9204" w14:textId="77777777" w:rsidR="00EF7408" w:rsidRPr="004B55AD" w:rsidRDefault="0094293E">
      <w:pPr>
        <w:keepNext/>
        <w:spacing w:before="40" w:after="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05C2B12D" wp14:editId="1913B3D0">
            <wp:extent cx="2788920" cy="3374535"/>
            <wp:effectExtent l="0" t="0" r="0" b="0"/>
            <wp:docPr id="15" name="Рабочий узел" descr="Рабочий уз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20_5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337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55AD">
        <w:rPr>
          <w:rFonts w:eastAsia="Calibri"/>
          <w:sz w:val="16"/>
          <w:lang w:val="ru-RU"/>
        </w:rPr>
        <w:t xml:space="preserve">    </w:t>
      </w:r>
      <w:r>
        <w:rPr>
          <w:noProof/>
        </w:rPr>
        <w:drawing>
          <wp:inline distT="0" distB="0" distL="0" distR="0" wp14:anchorId="23E5E956" wp14:editId="4635599D">
            <wp:extent cx="2788920" cy="1804048"/>
            <wp:effectExtent l="0" t="0" r="0" b="0"/>
            <wp:docPr id="16" name="Аксессуары" descr="Аксессуа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c_3020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180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45F05" w14:textId="77777777" w:rsidR="00EF7408" w:rsidRPr="004B55AD" w:rsidRDefault="0094293E">
      <w:pPr>
        <w:pStyle w:val="FigureCaption"/>
        <w:rPr>
          <w:lang w:val="ru-RU"/>
        </w:rPr>
      </w:pPr>
      <w:r>
        <w:t>ZM</w:t>
      </w:r>
      <w:r w:rsidRPr="004B55AD">
        <w:rPr>
          <w:lang w:val="ru-RU"/>
        </w:rPr>
        <w:t>-3020: насосный узел и комплект поставки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4000"/>
        <w:gridCol w:w="5648"/>
      </w:tblGrid>
      <w:tr w:rsidR="00EF7408" w14:paraId="7328B425" w14:textId="77777777">
        <w:trPr>
          <w:cantSplit/>
          <w:tblHeader/>
        </w:trPr>
        <w:tc>
          <w:tcPr>
            <w:tcW w:w="40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5E2C2A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Аксессуар</w:t>
            </w:r>
            <w:proofErr w:type="spellEnd"/>
          </w:p>
        </w:tc>
        <w:tc>
          <w:tcPr>
            <w:tcW w:w="56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D12FF0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Назначение</w:t>
            </w:r>
          </w:p>
        </w:tc>
      </w:tr>
      <w:tr w:rsidR="00EF7408" w14:paraId="126AD61E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93E4DA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Пистолет с длинным копьём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BF714F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Управление струёй</w:t>
            </w:r>
          </w:p>
        </w:tc>
      </w:tr>
      <w:tr w:rsidR="00EF7408" w14:paraId="6F21EBB1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A4FE76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Шланг высокого давления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C2CC3B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Соединение насоса и пистолета</w:t>
            </w:r>
          </w:p>
        </w:tc>
      </w:tr>
      <w:tr w:rsidR="00EF7408" w14:paraId="0C376A0E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5BD3AD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Два водозаборных рукава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D43663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Подача чистой воды</w:t>
            </w:r>
          </w:p>
        </w:tc>
      </w:tr>
      <w:tr w:rsidR="00EF7408" w14:paraId="6C36CD10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EC58C0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 xml:space="preserve">Входной и сетчатый </w:t>
            </w:r>
            <w:r>
              <w:rPr>
                <w:rFonts w:eastAsia="Calibri"/>
                <w:sz w:val="17"/>
              </w:rPr>
              <w:t>фильтры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15AA66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Защита насоса от загрязнений</w:t>
            </w:r>
          </w:p>
        </w:tc>
      </w:tr>
      <w:tr w:rsidR="00EF7408" w14:paraId="2205FB98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65DFFE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Цветные форсунки на раме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4ECC72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Выбор угла распыления</w:t>
            </w:r>
          </w:p>
        </w:tc>
      </w:tr>
      <w:tr w:rsidR="00EF7408" w14:paraId="5A5BC17D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91C950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Соединительные элементы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E4ECC3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Подключение принадлежностей</w:t>
            </w:r>
          </w:p>
        </w:tc>
      </w:tr>
    </w:tbl>
    <w:p w14:paraId="0D1AD1A6" w14:textId="77777777" w:rsidR="00EF7408" w:rsidRDefault="0094293E">
      <w:r>
        <w:br w:type="page"/>
      </w:r>
    </w:p>
    <w:p w14:paraId="58E97CBC" w14:textId="77777777" w:rsidR="00EF7408" w:rsidRDefault="0094293E">
      <w:pPr>
        <w:keepNext/>
        <w:spacing w:after="40"/>
      </w:pPr>
      <w:r>
        <w:rPr>
          <w:rFonts w:eastAsia="Calibri"/>
          <w:b/>
          <w:color w:val="E31E24"/>
          <w:sz w:val="18"/>
        </w:rPr>
        <w:t>РАЗДЕЛ 5</w:t>
      </w:r>
    </w:p>
    <w:p w14:paraId="10631151" w14:textId="77777777" w:rsidR="00EF7408" w:rsidRDefault="0094293E">
      <w:pPr>
        <w:pStyle w:val="1"/>
      </w:pPr>
      <w:r>
        <w:t>ZM-5022</w:t>
      </w:r>
    </w:p>
    <w:p w14:paraId="439BFBCF" w14:textId="77777777" w:rsidR="00EF7408" w:rsidRDefault="0094293E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07BBBFEB" wp14:editId="48BE52B8">
            <wp:extent cx="2788920" cy="2658117"/>
            <wp:effectExtent l="0" t="0" r="0" b="0"/>
            <wp:docPr id="17" name="Общий вид" descr="Общи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22_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658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sz w:val="16"/>
        </w:rPr>
        <w:t xml:space="preserve">    </w:t>
      </w:r>
      <w:r>
        <w:rPr>
          <w:noProof/>
        </w:rPr>
        <w:drawing>
          <wp:inline distT="0" distB="0" distL="0" distR="0" wp14:anchorId="48782719" wp14:editId="4480C425">
            <wp:extent cx="2788920" cy="2106938"/>
            <wp:effectExtent l="0" t="0" r="0" b="0"/>
            <wp:docPr id="18" name="Боковой вид" descr="Боково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22_2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106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8148E" w14:textId="77777777" w:rsidR="00EF7408" w:rsidRDefault="0094293E">
      <w:pPr>
        <w:pStyle w:val="FigureCaption"/>
      </w:pPr>
      <w:r>
        <w:t>ZM-5022: общий и боковой вид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4042"/>
        <w:gridCol w:w="5586"/>
        <w:gridCol w:w="20"/>
      </w:tblGrid>
      <w:tr w:rsidR="00EF7408" w14:paraId="64CA936F" w14:textId="77777777">
        <w:trPr>
          <w:cantSplit/>
          <w:tblHeader/>
        </w:trPr>
        <w:tc>
          <w:tcPr>
            <w:tcW w:w="405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D97C0F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Параметр</w:t>
            </w:r>
          </w:p>
        </w:tc>
        <w:tc>
          <w:tcPr>
            <w:tcW w:w="5598" w:type="dxa"/>
            <w:gridSpan w:val="2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78F137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Значение</w:t>
            </w:r>
          </w:p>
        </w:tc>
      </w:tr>
      <w:tr w:rsidR="00EF7408" w14:paraId="720AE2F0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870777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Рабочее давление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36453C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500 бар</w:t>
            </w:r>
          </w:p>
        </w:tc>
      </w:tr>
      <w:tr w:rsidR="00EF7408" w14:paraId="7DDA0F1D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B110B8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Производительность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DB1C50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1320 л/ч (22 л/мин)</w:t>
            </w:r>
          </w:p>
        </w:tc>
      </w:tr>
      <w:tr w:rsidR="00EF7408" w14:paraId="4C3F86D0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82B4A9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Мощность двигателя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598B3C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22 кВт</w:t>
            </w:r>
          </w:p>
        </w:tc>
      </w:tr>
      <w:tr w:rsidR="00EF7408" w14:paraId="00AC8AF3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23C9E1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Питание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04A14B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380 В, 3 фазы</w:t>
            </w:r>
          </w:p>
        </w:tc>
      </w:tr>
      <w:tr w:rsidR="00EF7408" w14:paraId="310122E8" w14:textId="77777777">
        <w:trPr>
          <w:cantSplit/>
        </w:trPr>
        <w:tc>
          <w:tcPr>
            <w:tcW w:w="4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5B3170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Частота вращения</w:t>
            </w:r>
          </w:p>
        </w:tc>
        <w:tc>
          <w:tcPr>
            <w:tcW w:w="55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84997D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1450 об/мин</w:t>
            </w:r>
          </w:p>
        </w:tc>
      </w:tr>
      <w:tr w:rsidR="00EF7408" w:rsidRPr="004B55AD" w14:paraId="3ABB6FD7" w14:textId="77777777">
        <w:tblPrEx>
          <w:tblBorders>
            <w:top w:val="single" w:sz="9" w:space="0" w:color="E31E24"/>
            <w:left w:val="single" w:sz="9" w:space="0" w:color="E31E24"/>
            <w:bottom w:val="single" w:sz="9" w:space="0" w:color="E31E24"/>
            <w:right w:val="single" w:sz="9" w:space="0" w:color="E31E24"/>
            <w:insideH w:val="none" w:sz="0" w:space="0" w:color="auto"/>
            <w:insideV w:val="none" w:sz="0" w:space="0" w:color="auto"/>
          </w:tblBorders>
        </w:tblPrEx>
        <w:trPr>
          <w:gridAfter w:val="1"/>
          <w:wAfter w:w="20" w:type="dxa"/>
          <w:cantSplit/>
        </w:trPr>
        <w:tc>
          <w:tcPr>
            <w:tcW w:w="9648" w:type="dxa"/>
            <w:gridSpan w:val="2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3A4F799" w14:textId="77777777" w:rsidR="00EF7408" w:rsidRPr="004B55AD" w:rsidRDefault="0094293E">
            <w:pPr>
              <w:spacing w:after="0" w:line="276" w:lineRule="auto"/>
              <w:rPr>
                <w:lang w:val="ru-RU"/>
              </w:rPr>
            </w:pPr>
            <w:r w:rsidRPr="004B55AD">
              <w:rPr>
                <w:rFonts w:eastAsia="Calibri"/>
                <w:b/>
                <w:color w:val="E31E24"/>
                <w:sz w:val="20"/>
                <w:lang w:val="ru-RU"/>
              </w:rPr>
              <w:t xml:space="preserve">ОСОБОЕ </w:t>
            </w:r>
            <w:proofErr w:type="gramStart"/>
            <w:r w:rsidRPr="004B55AD">
              <w:rPr>
                <w:rFonts w:eastAsia="Calibri"/>
                <w:b/>
                <w:color w:val="E31E24"/>
                <w:sz w:val="20"/>
                <w:lang w:val="ru-RU"/>
              </w:rPr>
              <w:t xml:space="preserve">ПРЕДУПРЕЖДЕНИЕ  </w:t>
            </w:r>
            <w:r w:rsidRPr="004B55AD">
              <w:rPr>
                <w:rFonts w:eastAsia="Calibri"/>
                <w:sz w:val="21"/>
                <w:lang w:val="ru-RU"/>
              </w:rPr>
              <w:t>Давление</w:t>
            </w:r>
            <w:proofErr w:type="gramEnd"/>
            <w:r w:rsidRPr="004B55AD">
              <w:rPr>
                <w:rFonts w:eastAsia="Calibri"/>
                <w:sz w:val="21"/>
                <w:lang w:val="ru-RU"/>
              </w:rPr>
              <w:t xml:space="preserve"> 500 бар создаёт экстремальную опасность инъекционной травмы. Используйте только </w:t>
            </w:r>
            <w:r w:rsidRPr="004B55AD">
              <w:rPr>
                <w:rFonts w:eastAsia="Calibri"/>
                <w:sz w:val="21"/>
                <w:lang w:val="ru-RU"/>
              </w:rPr>
              <w:t>принадлежности с допустимым давлением не ниже паспортного и увеличивайте дистанцию до поверхности.</w:t>
            </w:r>
          </w:p>
        </w:tc>
      </w:tr>
    </w:tbl>
    <w:p w14:paraId="43BE5AFB" w14:textId="77777777" w:rsidR="00EF7408" w:rsidRPr="004B55AD" w:rsidRDefault="00EF7408">
      <w:pPr>
        <w:spacing w:after="40" w:line="240" w:lineRule="auto"/>
        <w:rPr>
          <w:lang w:val="ru-RU"/>
        </w:rPr>
      </w:pPr>
    </w:p>
    <w:p w14:paraId="78B51AC8" w14:textId="77777777" w:rsidR="00EF7408" w:rsidRPr="004B55AD" w:rsidRDefault="0094293E">
      <w:pPr>
        <w:rPr>
          <w:lang w:val="ru-RU"/>
        </w:rPr>
      </w:pPr>
      <w:r w:rsidRPr="004B55AD">
        <w:rPr>
          <w:lang w:val="ru-RU"/>
        </w:rPr>
        <w:br w:type="page"/>
      </w:r>
    </w:p>
    <w:p w14:paraId="56D1756C" w14:textId="77777777" w:rsidR="00EF7408" w:rsidRPr="004B55AD" w:rsidRDefault="0094293E">
      <w:pPr>
        <w:keepNext/>
        <w:spacing w:after="40"/>
        <w:rPr>
          <w:lang w:val="ru-RU"/>
        </w:rPr>
      </w:pPr>
      <w:r w:rsidRPr="004B55AD">
        <w:rPr>
          <w:rFonts w:eastAsia="Calibri"/>
          <w:b/>
          <w:color w:val="E31E24"/>
          <w:sz w:val="18"/>
          <w:lang w:val="ru-RU"/>
        </w:rPr>
        <w:t>РАЗДЕЛ 5.1</w:t>
      </w:r>
    </w:p>
    <w:p w14:paraId="3C92995C" w14:textId="77777777" w:rsidR="00EF7408" w:rsidRPr="004B55AD" w:rsidRDefault="0094293E">
      <w:pPr>
        <w:pStyle w:val="1"/>
        <w:rPr>
          <w:lang w:val="ru-RU"/>
        </w:rPr>
      </w:pPr>
      <w:r>
        <w:t>ZM</w:t>
      </w:r>
      <w:r w:rsidRPr="004B55AD">
        <w:rPr>
          <w:lang w:val="ru-RU"/>
        </w:rPr>
        <w:t>-5022: узлы и аксессуары</w:t>
      </w:r>
    </w:p>
    <w:p w14:paraId="5F123231" w14:textId="77777777" w:rsidR="00EF7408" w:rsidRPr="004B55AD" w:rsidRDefault="0094293E">
      <w:pPr>
        <w:keepNext/>
        <w:spacing w:before="40" w:after="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1AF1A605" wp14:editId="437ADAD8">
            <wp:extent cx="2788920" cy="2848576"/>
            <wp:effectExtent l="0" t="0" r="0" b="0"/>
            <wp:docPr id="19" name="Рабочий узел" descr="Рабочий уз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22_4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84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55AD">
        <w:rPr>
          <w:rFonts w:eastAsia="Calibri"/>
          <w:sz w:val="16"/>
          <w:lang w:val="ru-RU"/>
        </w:rPr>
        <w:t xml:space="preserve">    </w:t>
      </w:r>
      <w:r>
        <w:rPr>
          <w:noProof/>
        </w:rPr>
        <w:drawing>
          <wp:inline distT="0" distB="0" distL="0" distR="0" wp14:anchorId="5B2A5FD1" wp14:editId="03AABC7B">
            <wp:extent cx="2788920" cy="2423673"/>
            <wp:effectExtent l="0" t="0" r="0" b="0"/>
            <wp:docPr id="20" name="Аксессуары" descr="Аксессуа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c_5022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423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C5E7C" w14:textId="77777777" w:rsidR="00EF7408" w:rsidRPr="004B55AD" w:rsidRDefault="0094293E">
      <w:pPr>
        <w:pStyle w:val="FigureCaption"/>
        <w:rPr>
          <w:lang w:val="ru-RU"/>
        </w:rPr>
      </w:pPr>
      <w:r>
        <w:t>ZM</w:t>
      </w:r>
      <w:r w:rsidRPr="004B55AD">
        <w:rPr>
          <w:lang w:val="ru-RU"/>
        </w:rPr>
        <w:t>-5022: насосный узел и комплект поставки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4000"/>
        <w:gridCol w:w="5648"/>
      </w:tblGrid>
      <w:tr w:rsidR="00EF7408" w14:paraId="6BD30D82" w14:textId="77777777">
        <w:trPr>
          <w:cantSplit/>
          <w:tblHeader/>
        </w:trPr>
        <w:tc>
          <w:tcPr>
            <w:tcW w:w="40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61AF56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Аксессуар</w:t>
            </w:r>
            <w:proofErr w:type="spellEnd"/>
          </w:p>
        </w:tc>
        <w:tc>
          <w:tcPr>
            <w:tcW w:w="56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904C7C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Назначение</w:t>
            </w:r>
          </w:p>
        </w:tc>
      </w:tr>
      <w:tr w:rsidR="00EF7408" w:rsidRPr="004B55AD" w14:paraId="6258A100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BA139D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Усиленный пистолет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8F2A5A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7"/>
                <w:lang w:val="ru-RU"/>
              </w:rPr>
              <w:t xml:space="preserve">Управление струёй при </w:t>
            </w:r>
            <w:r w:rsidRPr="004B55AD">
              <w:rPr>
                <w:rFonts w:eastAsia="Calibri"/>
                <w:sz w:val="17"/>
                <w:lang w:val="ru-RU"/>
              </w:rPr>
              <w:t>высоком давлении</w:t>
            </w:r>
          </w:p>
        </w:tc>
      </w:tr>
      <w:tr w:rsidR="00EF7408" w14:paraId="12ADA557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2562D3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Длинное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металлическое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копьё</w:t>
            </w:r>
            <w:proofErr w:type="spellEnd"/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4D3316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Безопасная дистанция до поверхности</w:t>
            </w:r>
          </w:p>
        </w:tc>
      </w:tr>
      <w:tr w:rsidR="00EF7408" w14:paraId="0857AF7D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ACC5FC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Шланг высокого давления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34240C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Соединение насоса и пистолета</w:t>
            </w:r>
          </w:p>
        </w:tc>
      </w:tr>
      <w:tr w:rsidR="00EF7408" w14:paraId="0DC3E99B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F3FAB2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Фильтрующий узел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E53F8C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Защита насоса от загрязнений</w:t>
            </w:r>
          </w:p>
        </w:tc>
      </w:tr>
      <w:tr w:rsidR="00EF7408" w14:paraId="51DBBB07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E589A5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Комплект уплотнений / крепежа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DE4A79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Обслуживание соединений</w:t>
            </w:r>
          </w:p>
        </w:tc>
      </w:tr>
    </w:tbl>
    <w:p w14:paraId="75A2E8C9" w14:textId="77777777" w:rsidR="00EF7408" w:rsidRDefault="0094293E">
      <w:r>
        <w:br w:type="page"/>
      </w:r>
    </w:p>
    <w:p w14:paraId="05C960C8" w14:textId="77777777" w:rsidR="00EF7408" w:rsidRDefault="0094293E">
      <w:pPr>
        <w:keepNext/>
        <w:spacing w:after="40"/>
      </w:pPr>
      <w:r>
        <w:rPr>
          <w:rFonts w:eastAsia="Calibri"/>
          <w:b/>
          <w:color w:val="E31E24"/>
          <w:sz w:val="18"/>
        </w:rPr>
        <w:t>РАЗДЕЛ 6</w:t>
      </w:r>
    </w:p>
    <w:p w14:paraId="19929294" w14:textId="77777777" w:rsidR="00EF7408" w:rsidRDefault="0094293E">
      <w:pPr>
        <w:pStyle w:val="1"/>
      </w:pPr>
      <w:r>
        <w:t>Общие требования безопасности</w:t>
      </w:r>
    </w:p>
    <w:tbl>
      <w:tblPr>
        <w:tblW w:w="9648" w:type="dxa"/>
        <w:tblInd w:w="180" w:type="dxa"/>
        <w:tblBorders>
          <w:top w:val="single" w:sz="9" w:space="0" w:color="E31E24"/>
          <w:left w:val="single" w:sz="9" w:space="0" w:color="E31E24"/>
          <w:bottom w:val="single" w:sz="9" w:space="0" w:color="E31E24"/>
          <w:right w:val="single" w:sz="9" w:space="0" w:color="E31E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F7408" w14:paraId="5E5F402A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270DFAE7" w14:textId="77777777" w:rsidR="00EF7408" w:rsidRDefault="0094293E">
            <w:pPr>
              <w:spacing w:after="0" w:line="276" w:lineRule="auto"/>
            </w:pPr>
            <w:r w:rsidRPr="004B55AD">
              <w:rPr>
                <w:rFonts w:eastAsia="Calibri"/>
                <w:b/>
                <w:color w:val="E31E24"/>
                <w:sz w:val="20"/>
                <w:lang w:val="ru-RU"/>
              </w:rPr>
              <w:t xml:space="preserve">ОПАСНО: СТРУЯ ВЫСОКОГО </w:t>
            </w:r>
            <w:proofErr w:type="gramStart"/>
            <w:r w:rsidRPr="004B55AD">
              <w:rPr>
                <w:rFonts w:eastAsia="Calibri"/>
                <w:b/>
                <w:color w:val="E31E24"/>
                <w:sz w:val="20"/>
                <w:lang w:val="ru-RU"/>
              </w:rPr>
              <w:t xml:space="preserve">ДАВЛЕНИЯ  </w:t>
            </w:r>
            <w:r w:rsidRPr="004B55AD">
              <w:rPr>
                <w:rFonts w:eastAsia="Calibri"/>
                <w:sz w:val="21"/>
                <w:lang w:val="ru-RU"/>
              </w:rPr>
              <w:t>Не</w:t>
            </w:r>
            <w:proofErr w:type="gramEnd"/>
            <w:r w:rsidRPr="004B55AD">
              <w:rPr>
                <w:rFonts w:eastAsia="Calibri"/>
                <w:sz w:val="21"/>
                <w:lang w:val="ru-RU"/>
              </w:rPr>
              <w:t xml:space="preserve"> направляйте струю на людей, животных, электрооборудование или сам аппарат. </w:t>
            </w:r>
            <w:proofErr w:type="spellStart"/>
            <w:r>
              <w:rPr>
                <w:rFonts w:eastAsia="Calibri"/>
                <w:sz w:val="21"/>
              </w:rPr>
              <w:t>Травма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от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струи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требует</w:t>
            </w:r>
            <w:proofErr w:type="spellEnd"/>
            <w:r>
              <w:rPr>
                <w:rFonts w:eastAsia="Calibri"/>
                <w:sz w:val="21"/>
              </w:rPr>
              <w:t xml:space="preserve"> немедленной медицинской помощи.</w:t>
            </w:r>
          </w:p>
        </w:tc>
      </w:tr>
    </w:tbl>
    <w:p w14:paraId="072D79B5" w14:textId="77777777" w:rsidR="00EF7408" w:rsidRDefault="00EF7408">
      <w:pPr>
        <w:spacing w:after="40" w:line="240" w:lineRule="auto"/>
      </w:pPr>
    </w:p>
    <w:p w14:paraId="76A2BE30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 xml:space="preserve">Используйте защитные очки, наушники, перчатки и </w:t>
      </w:r>
      <w:r w:rsidRPr="004B55AD">
        <w:rPr>
          <w:rFonts w:eastAsia="Calibri"/>
          <w:lang w:val="ru-RU"/>
        </w:rPr>
        <w:t>нескользящую обувь.</w:t>
      </w:r>
    </w:p>
    <w:p w14:paraId="5C67226F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Держите пистолет двумя руками и сохраняйте устойчивое положение.</w:t>
      </w:r>
    </w:p>
    <w:p w14:paraId="7BA0E4D9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Не допускайте детей, необученных лиц и посторонних в рабочую зону.</w:t>
      </w:r>
    </w:p>
    <w:p w14:paraId="66784194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Не используйте повреждённый шланг, кабель, пистолет или соединение.</w:t>
      </w:r>
    </w:p>
    <w:p w14:paraId="2E78C892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Не мойте одежду или обувь на человек</w:t>
      </w:r>
      <w:r w:rsidRPr="004B55AD">
        <w:rPr>
          <w:rFonts w:eastAsia="Calibri"/>
          <w:lang w:val="ru-RU"/>
        </w:rPr>
        <w:t>е.</w:t>
      </w:r>
    </w:p>
    <w:p w14:paraId="6AB361E7" w14:textId="77777777" w:rsidR="00EF7408" w:rsidRDefault="0094293E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480D6F35" wp14:editId="46702AC1">
            <wp:extent cx="3383280" cy="2980294"/>
            <wp:effectExtent l="0" t="0" r="0" b="0"/>
            <wp:docPr id="21" name="Устойчивая трубчатая рама защищает основные узлы" descr="Устойчивая трубчатая рама защищает основные узл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20_3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298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FC516" w14:textId="77777777" w:rsidR="00EF7408" w:rsidRPr="004B55AD" w:rsidRDefault="0094293E">
      <w:pPr>
        <w:pStyle w:val="FigureCaption"/>
        <w:keepLines/>
        <w:rPr>
          <w:lang w:val="ru-RU"/>
        </w:rPr>
      </w:pPr>
      <w:r w:rsidRPr="004B55AD">
        <w:rPr>
          <w:lang w:val="ru-RU"/>
        </w:rPr>
        <w:t>Устойчивая трубчатая рама защищает основные узлы</w:t>
      </w:r>
    </w:p>
    <w:p w14:paraId="1DF8EBF5" w14:textId="77777777" w:rsidR="00EF7408" w:rsidRPr="004B55AD" w:rsidRDefault="0094293E">
      <w:pPr>
        <w:rPr>
          <w:lang w:val="ru-RU"/>
        </w:rPr>
      </w:pPr>
      <w:r w:rsidRPr="004B55AD">
        <w:rPr>
          <w:lang w:val="ru-RU"/>
        </w:rPr>
        <w:br w:type="page"/>
      </w:r>
    </w:p>
    <w:p w14:paraId="7180DF5B" w14:textId="77777777" w:rsidR="00EF7408" w:rsidRDefault="0094293E">
      <w:pPr>
        <w:keepNext/>
        <w:spacing w:after="40"/>
      </w:pPr>
      <w:r>
        <w:rPr>
          <w:rFonts w:eastAsia="Calibri"/>
          <w:b/>
          <w:color w:val="E31E24"/>
          <w:sz w:val="18"/>
        </w:rPr>
        <w:t>РАЗДЕЛ 7</w:t>
      </w:r>
    </w:p>
    <w:p w14:paraId="78059F97" w14:textId="77777777" w:rsidR="00EF7408" w:rsidRDefault="0094293E">
      <w:pPr>
        <w:pStyle w:val="1"/>
      </w:pPr>
      <w:r>
        <w:t>Электробезопасность</w:t>
      </w:r>
    </w:p>
    <w:tbl>
      <w:tblPr>
        <w:tblW w:w="9648" w:type="dxa"/>
        <w:tblInd w:w="180" w:type="dxa"/>
        <w:tblBorders>
          <w:top w:val="single" w:sz="9" w:space="0" w:color="E31E24"/>
          <w:left w:val="single" w:sz="9" w:space="0" w:color="E31E24"/>
          <w:bottom w:val="single" w:sz="9" w:space="0" w:color="E31E24"/>
          <w:right w:val="single" w:sz="9" w:space="0" w:color="E31E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F7408" w:rsidRPr="004B55AD" w14:paraId="428B7E07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AC855AD" w14:textId="77777777" w:rsidR="00EF7408" w:rsidRPr="004B55AD" w:rsidRDefault="0094293E">
            <w:pPr>
              <w:spacing w:after="0" w:line="276" w:lineRule="auto"/>
              <w:rPr>
                <w:lang w:val="ru-RU"/>
              </w:rPr>
            </w:pPr>
            <w:r w:rsidRPr="004B55AD">
              <w:rPr>
                <w:rFonts w:eastAsia="Calibri"/>
                <w:b/>
                <w:color w:val="E31E24"/>
                <w:sz w:val="20"/>
                <w:lang w:val="ru-RU"/>
              </w:rPr>
              <w:t xml:space="preserve">ОПАСНО: 380 </w:t>
            </w:r>
            <w:proofErr w:type="gramStart"/>
            <w:r w:rsidRPr="004B55AD">
              <w:rPr>
                <w:rFonts w:eastAsia="Calibri"/>
                <w:b/>
                <w:color w:val="E31E24"/>
                <w:sz w:val="20"/>
                <w:lang w:val="ru-RU"/>
              </w:rPr>
              <w:t xml:space="preserve">В  </w:t>
            </w:r>
            <w:r w:rsidRPr="004B55AD">
              <w:rPr>
                <w:rFonts w:eastAsia="Calibri"/>
                <w:sz w:val="21"/>
                <w:lang w:val="ru-RU"/>
              </w:rPr>
              <w:t>Подключение</w:t>
            </w:r>
            <w:proofErr w:type="gramEnd"/>
            <w:r w:rsidRPr="004B55AD">
              <w:rPr>
                <w:rFonts w:eastAsia="Calibri"/>
                <w:sz w:val="21"/>
                <w:lang w:val="ru-RU"/>
              </w:rPr>
              <w:t xml:space="preserve"> выполняет квалифицированный электрик. Требуются защитное заземление, автоматический выключатель и УЗО, соответствующие мощности модели.</w:t>
            </w:r>
          </w:p>
        </w:tc>
      </w:tr>
    </w:tbl>
    <w:p w14:paraId="7C6EA483" w14:textId="77777777" w:rsidR="00EF7408" w:rsidRPr="004B55AD" w:rsidRDefault="00EF7408">
      <w:pPr>
        <w:spacing w:after="40" w:line="240" w:lineRule="auto"/>
        <w:rPr>
          <w:lang w:val="ru-RU"/>
        </w:rPr>
      </w:pPr>
    </w:p>
    <w:p w14:paraId="3BAA2ADA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Проверьте соответствие сети шильдику и правильность чередования фаз.</w:t>
      </w:r>
    </w:p>
    <w:p w14:paraId="0A3AD161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Не работайте под дождём, в воде или мокрыми руками.</w:t>
      </w:r>
    </w:p>
    <w:p w14:paraId="0D7F2419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Не тяните аппарат за кабель и не размещайте кабель на мокрой поверхности.</w:t>
      </w:r>
    </w:p>
    <w:p w14:paraId="61988CDA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Перед обслуживанием отключите питание и исключите случайный п</w:t>
      </w:r>
      <w:r w:rsidRPr="004B55AD">
        <w:rPr>
          <w:rFonts w:eastAsia="Calibri"/>
          <w:lang w:val="ru-RU"/>
        </w:rPr>
        <w:t>уск.</w:t>
      </w:r>
    </w:p>
    <w:p w14:paraId="346062C2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При повреждении кабеля немедленно прекратите эксплуатацию.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200"/>
        <w:gridCol w:w="6448"/>
      </w:tblGrid>
      <w:tr w:rsidR="00EF7408" w14:paraId="5A245D70" w14:textId="77777777">
        <w:trPr>
          <w:cantSplit/>
          <w:tblHeader/>
        </w:trPr>
        <w:tc>
          <w:tcPr>
            <w:tcW w:w="32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B984F7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Модель</w:t>
            </w:r>
            <w:proofErr w:type="spellEnd"/>
          </w:p>
        </w:tc>
        <w:tc>
          <w:tcPr>
            <w:tcW w:w="64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2EE56E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Минимальная мощность сети</w:t>
            </w:r>
          </w:p>
        </w:tc>
      </w:tr>
      <w:tr w:rsidR="00EF7408" w:rsidRPr="004B55AD" w14:paraId="3C9E15AD" w14:textId="77777777">
        <w:trPr>
          <w:cantSplit/>
        </w:trPr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217F88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ZM-2115M</w:t>
            </w:r>
          </w:p>
        </w:tc>
        <w:tc>
          <w:tcPr>
            <w:tcW w:w="64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26692F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8"/>
                <w:lang w:val="ru-RU"/>
              </w:rPr>
              <w:t>Не менее 5,5 кВт + пусковой запас</w:t>
            </w:r>
          </w:p>
        </w:tc>
      </w:tr>
      <w:tr w:rsidR="00EF7408" w:rsidRPr="004B55AD" w14:paraId="26AD6D02" w14:textId="77777777">
        <w:trPr>
          <w:cantSplit/>
        </w:trPr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B27361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ZM-2615M</w:t>
            </w:r>
          </w:p>
        </w:tc>
        <w:tc>
          <w:tcPr>
            <w:tcW w:w="64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010870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8"/>
                <w:lang w:val="ru-RU"/>
              </w:rPr>
              <w:t>Не менее 7,5 кВт + пусковой запас</w:t>
            </w:r>
          </w:p>
        </w:tc>
      </w:tr>
      <w:tr w:rsidR="00EF7408" w:rsidRPr="004B55AD" w14:paraId="199BF859" w14:textId="77777777">
        <w:trPr>
          <w:cantSplit/>
        </w:trPr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3BA1AB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ZM-3020</w:t>
            </w:r>
          </w:p>
        </w:tc>
        <w:tc>
          <w:tcPr>
            <w:tcW w:w="64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B602F4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8"/>
                <w:lang w:val="ru-RU"/>
              </w:rPr>
              <w:t>Не менее 11 кВт + пусковой запас</w:t>
            </w:r>
          </w:p>
        </w:tc>
      </w:tr>
      <w:tr w:rsidR="00EF7408" w:rsidRPr="004B55AD" w14:paraId="11868294" w14:textId="77777777">
        <w:trPr>
          <w:cantSplit/>
        </w:trPr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934088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ZM-5022</w:t>
            </w:r>
          </w:p>
        </w:tc>
        <w:tc>
          <w:tcPr>
            <w:tcW w:w="64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1F5EDA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8"/>
                <w:lang w:val="ru-RU"/>
              </w:rPr>
              <w:t xml:space="preserve">Не менее 22 кВт + </w:t>
            </w:r>
            <w:r w:rsidRPr="004B55AD">
              <w:rPr>
                <w:rFonts w:eastAsia="Calibri"/>
                <w:sz w:val="18"/>
                <w:lang w:val="ru-RU"/>
              </w:rPr>
              <w:t>пусковой запас</w:t>
            </w:r>
          </w:p>
        </w:tc>
      </w:tr>
    </w:tbl>
    <w:p w14:paraId="31061EFC" w14:textId="4FE20661" w:rsidR="00EF7408" w:rsidRPr="004B55AD" w:rsidRDefault="0094293E" w:rsidP="004B55AD">
      <w:pPr>
        <w:rPr>
          <w:lang w:val="ru-RU"/>
        </w:rPr>
      </w:pPr>
      <w:r w:rsidRPr="004B55AD">
        <w:rPr>
          <w:rFonts w:eastAsia="Calibri"/>
          <w:b/>
          <w:color w:val="E31E24"/>
          <w:sz w:val="18"/>
          <w:lang w:val="ru-RU"/>
        </w:rPr>
        <w:t>РАЗДЕЛ 8</w:t>
      </w:r>
    </w:p>
    <w:p w14:paraId="52DF6D5B" w14:textId="77777777" w:rsidR="00EF7408" w:rsidRPr="004B55AD" w:rsidRDefault="0094293E">
      <w:pPr>
        <w:pStyle w:val="1"/>
        <w:rPr>
          <w:lang w:val="ru-RU"/>
        </w:rPr>
      </w:pPr>
      <w:r w:rsidRPr="004B55AD">
        <w:rPr>
          <w:lang w:val="ru-RU"/>
        </w:rPr>
        <w:t>Сборка и проверка комплекта</w:t>
      </w:r>
    </w:p>
    <w:p w14:paraId="607324A8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Сверьте аппарат и аксессуары с моделью.</w:t>
      </w:r>
    </w:p>
    <w:p w14:paraId="3C5230C0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Установите рукоятку, держатели и колёса; затяните крепёж.</w:t>
      </w:r>
    </w:p>
    <w:p w14:paraId="382508EC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Проверьте масло насоса: уровень около половины смотрового окна.</w:t>
      </w:r>
    </w:p>
    <w:p w14:paraId="7FD41109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 xml:space="preserve">Замените </w:t>
      </w:r>
      <w:r w:rsidRPr="004B55AD">
        <w:rPr>
          <w:rFonts w:eastAsia="Calibri"/>
          <w:lang w:val="ru-RU"/>
        </w:rPr>
        <w:t>транспортировочную красную пробку насоса рабочим щупом-сапуном.</w:t>
      </w:r>
    </w:p>
    <w:p w14:paraId="059E752B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Соедините шланг высокого давления с насосом и пистолетом.</w:t>
      </w:r>
    </w:p>
    <w:p w14:paraId="2B019F81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Установите копьё и выбранную форсунку.</w:t>
      </w:r>
    </w:p>
    <w:tbl>
      <w:tblPr>
        <w:tblW w:w="9648" w:type="dxa"/>
        <w:tblInd w:w="180" w:type="dxa"/>
        <w:tblBorders>
          <w:top w:val="single" w:sz="9" w:space="0" w:color="E31E24"/>
          <w:left w:val="single" w:sz="9" w:space="0" w:color="E31E24"/>
          <w:bottom w:val="single" w:sz="9" w:space="0" w:color="E31E24"/>
          <w:right w:val="single" w:sz="9" w:space="0" w:color="E31E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F7408" w:rsidRPr="004B55AD" w14:paraId="53330520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850EA22" w14:textId="77777777" w:rsidR="00EF7408" w:rsidRPr="004B55AD" w:rsidRDefault="0094293E">
            <w:pPr>
              <w:spacing w:after="0" w:line="276" w:lineRule="auto"/>
              <w:rPr>
                <w:lang w:val="ru-RU"/>
              </w:rPr>
            </w:pPr>
            <w:r w:rsidRPr="004B55AD">
              <w:rPr>
                <w:rFonts w:eastAsia="Calibri"/>
                <w:b/>
                <w:color w:val="E31E24"/>
                <w:sz w:val="20"/>
                <w:lang w:val="ru-RU"/>
              </w:rPr>
              <w:t xml:space="preserve">ТРАНСПОРТИРОВОЧНАЯ </w:t>
            </w:r>
            <w:proofErr w:type="gramStart"/>
            <w:r w:rsidRPr="004B55AD">
              <w:rPr>
                <w:rFonts w:eastAsia="Calibri"/>
                <w:b/>
                <w:color w:val="E31E24"/>
                <w:sz w:val="20"/>
                <w:lang w:val="ru-RU"/>
              </w:rPr>
              <w:t xml:space="preserve">ПРОБКА  </w:t>
            </w:r>
            <w:r w:rsidRPr="004B55AD">
              <w:rPr>
                <w:rFonts w:eastAsia="Calibri"/>
                <w:sz w:val="21"/>
                <w:lang w:val="ru-RU"/>
              </w:rPr>
              <w:t>Запуск</w:t>
            </w:r>
            <w:proofErr w:type="gramEnd"/>
            <w:r w:rsidRPr="004B55AD">
              <w:rPr>
                <w:rFonts w:eastAsia="Calibri"/>
                <w:sz w:val="21"/>
                <w:lang w:val="ru-RU"/>
              </w:rPr>
              <w:t xml:space="preserve"> с герметичной транспортировочной пробкой вызывает рост давлен</w:t>
            </w:r>
            <w:r w:rsidRPr="004B55AD">
              <w:rPr>
                <w:rFonts w:eastAsia="Calibri"/>
                <w:sz w:val="21"/>
                <w:lang w:val="ru-RU"/>
              </w:rPr>
              <w:t>ия в картере, перегрев и выброс горячего масла.</w:t>
            </w:r>
          </w:p>
        </w:tc>
      </w:tr>
    </w:tbl>
    <w:p w14:paraId="67587051" w14:textId="77777777" w:rsidR="00EF7408" w:rsidRPr="004B55AD" w:rsidRDefault="00EF7408">
      <w:pPr>
        <w:spacing w:after="40" w:line="240" w:lineRule="auto"/>
        <w:rPr>
          <w:lang w:val="ru-RU"/>
        </w:rPr>
      </w:pPr>
    </w:p>
    <w:p w14:paraId="2CFA8046" w14:textId="0CC1F22B" w:rsidR="00EF7408" w:rsidRDefault="0094293E" w:rsidP="004B55AD">
      <w:r>
        <w:rPr>
          <w:rFonts w:eastAsia="Calibri"/>
          <w:b/>
          <w:color w:val="E31E24"/>
          <w:sz w:val="18"/>
        </w:rPr>
        <w:t>РАЗДЕЛ 9</w:t>
      </w:r>
    </w:p>
    <w:p w14:paraId="2117D34D" w14:textId="77777777" w:rsidR="00EF7408" w:rsidRDefault="0094293E">
      <w:pPr>
        <w:pStyle w:val="1"/>
      </w:pPr>
      <w:r>
        <w:t>Подключение воды</w:t>
      </w:r>
    </w:p>
    <w:p w14:paraId="2A11EA98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Используйте чистую воду температурой от 0 до 50 °</w:t>
      </w:r>
      <w:r>
        <w:rPr>
          <w:rFonts w:eastAsia="Calibri"/>
        </w:rPr>
        <w:t>C</w:t>
      </w:r>
      <w:r w:rsidRPr="004B55AD">
        <w:rPr>
          <w:rFonts w:eastAsia="Calibri"/>
          <w:lang w:val="ru-RU"/>
        </w:rPr>
        <w:t>.</w:t>
      </w:r>
    </w:p>
    <w:p w14:paraId="0C6196D9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Давление воды на входе не должно превышать 2 бар.</w:t>
      </w:r>
    </w:p>
    <w:p w14:paraId="16E4BD34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Внутренний диаметр подающего рукава — не менее 1/2 дюйма.</w:t>
      </w:r>
    </w:p>
    <w:p w14:paraId="603B3A79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Подача воды должна</w:t>
      </w:r>
      <w:r w:rsidRPr="004B55AD">
        <w:rPr>
          <w:rFonts w:eastAsia="Calibri"/>
          <w:lang w:val="ru-RU"/>
        </w:rPr>
        <w:t xml:space="preserve"> быть не ниже производительности выбранной модели.</w:t>
      </w:r>
    </w:p>
    <w:p w14:paraId="5B3F11D7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Очистите входной фильтр и обеспечьте герметичность всасывающего тракта.</w:t>
      </w:r>
    </w:p>
    <w:p w14:paraId="1D9C55CD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До запуска нажмите курок и удалите весь воздух.</w:t>
      </w:r>
    </w:p>
    <w:tbl>
      <w:tblPr>
        <w:tblW w:w="9648" w:type="dxa"/>
        <w:tblInd w:w="180" w:type="dxa"/>
        <w:tblBorders>
          <w:top w:val="single" w:sz="9" w:space="0" w:color="E31E24"/>
          <w:left w:val="single" w:sz="9" w:space="0" w:color="E31E24"/>
          <w:bottom w:val="single" w:sz="9" w:space="0" w:color="E31E24"/>
          <w:right w:val="single" w:sz="9" w:space="0" w:color="E31E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F7408" w:rsidRPr="004B55AD" w14:paraId="026CCB8A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1945425" w14:textId="77777777" w:rsidR="00EF7408" w:rsidRPr="004B55AD" w:rsidRDefault="0094293E">
            <w:pPr>
              <w:spacing w:after="0" w:line="276" w:lineRule="auto"/>
              <w:rPr>
                <w:lang w:val="ru-RU"/>
              </w:rPr>
            </w:pPr>
            <w:proofErr w:type="gramStart"/>
            <w:r w:rsidRPr="004B55AD">
              <w:rPr>
                <w:rFonts w:eastAsia="Calibri"/>
                <w:b/>
                <w:color w:val="E31E24"/>
                <w:sz w:val="20"/>
                <w:lang w:val="ru-RU"/>
              </w:rPr>
              <w:t xml:space="preserve">ЗАПРЕЩЕНО  </w:t>
            </w:r>
            <w:r w:rsidRPr="004B55AD">
              <w:rPr>
                <w:rFonts w:eastAsia="Calibri"/>
                <w:sz w:val="21"/>
                <w:lang w:val="ru-RU"/>
              </w:rPr>
              <w:t>Не</w:t>
            </w:r>
            <w:proofErr w:type="gramEnd"/>
            <w:r w:rsidRPr="004B55AD">
              <w:rPr>
                <w:rFonts w:eastAsia="Calibri"/>
                <w:sz w:val="21"/>
                <w:lang w:val="ru-RU"/>
              </w:rPr>
              <w:t xml:space="preserve"> запускайте насос без воды. Сухой ход быстро повреждает плунжеры и </w:t>
            </w:r>
            <w:r w:rsidRPr="004B55AD">
              <w:rPr>
                <w:rFonts w:eastAsia="Calibri"/>
                <w:sz w:val="21"/>
                <w:lang w:val="ru-RU"/>
              </w:rPr>
              <w:t>уплотнения.</w:t>
            </w:r>
          </w:p>
        </w:tc>
      </w:tr>
    </w:tbl>
    <w:p w14:paraId="22C9142C" w14:textId="77777777" w:rsidR="00EF7408" w:rsidRPr="004B55AD" w:rsidRDefault="00EF7408">
      <w:pPr>
        <w:spacing w:after="40" w:line="240" w:lineRule="auto"/>
        <w:rPr>
          <w:lang w:val="ru-RU"/>
        </w:rPr>
      </w:pPr>
    </w:p>
    <w:p w14:paraId="018DC084" w14:textId="1645F62E" w:rsidR="00EF7408" w:rsidRPr="004B55AD" w:rsidRDefault="0094293E" w:rsidP="004B55AD">
      <w:pPr>
        <w:rPr>
          <w:lang w:val="ru-RU"/>
        </w:rPr>
      </w:pPr>
      <w:r w:rsidRPr="004B55AD">
        <w:rPr>
          <w:rFonts w:eastAsia="Calibri"/>
          <w:b/>
          <w:color w:val="E31E24"/>
          <w:sz w:val="18"/>
          <w:lang w:val="ru-RU"/>
        </w:rPr>
        <w:t>РАЗДЕЛ 10</w:t>
      </w:r>
    </w:p>
    <w:p w14:paraId="361F3549" w14:textId="77777777" w:rsidR="00EF7408" w:rsidRPr="004B55AD" w:rsidRDefault="0094293E">
      <w:pPr>
        <w:pStyle w:val="1"/>
        <w:rPr>
          <w:lang w:val="ru-RU"/>
        </w:rPr>
      </w:pPr>
      <w:r w:rsidRPr="004B55AD">
        <w:rPr>
          <w:lang w:val="ru-RU"/>
        </w:rPr>
        <w:t>Органы управления и запуск</w:t>
      </w:r>
    </w:p>
    <w:p w14:paraId="664C073D" w14:textId="77777777" w:rsidR="00EF7408" w:rsidRDefault="0094293E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58251A89" wp14:editId="2277CD3E">
            <wp:extent cx="3474720" cy="3574712"/>
            <wp:effectExtent l="0" t="0" r="0" b="0"/>
            <wp:docPr id="22" name="Панель управления и электродвигатель ZM-3020" descr="Панель управления и электродвигатель ZM-3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20_4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3574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E8CAD" w14:textId="77777777" w:rsidR="00EF7408" w:rsidRPr="004B55AD" w:rsidRDefault="0094293E">
      <w:pPr>
        <w:pStyle w:val="FigureCaption"/>
        <w:keepLines/>
        <w:rPr>
          <w:lang w:val="ru-RU"/>
        </w:rPr>
      </w:pPr>
      <w:r w:rsidRPr="004B55AD">
        <w:rPr>
          <w:lang w:val="ru-RU"/>
        </w:rPr>
        <w:t xml:space="preserve">Панель управления и электродвигатель </w:t>
      </w:r>
      <w:r>
        <w:t>ZM</w:t>
      </w:r>
      <w:r w:rsidRPr="004B55AD">
        <w:rPr>
          <w:lang w:val="ru-RU"/>
        </w:rPr>
        <w:t>-3020</w:t>
      </w:r>
    </w:p>
    <w:p w14:paraId="62277055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Поставьте аппарат на ровное сухое основание.</w:t>
      </w:r>
    </w:p>
    <w:p w14:paraId="1E0D6285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Откройте подачу воды и удалите воздух через пистолет.</w:t>
      </w:r>
    </w:p>
    <w:p w14:paraId="0289428A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Убедитесь, что регулятор давления находится в исходном по</w:t>
      </w:r>
      <w:r w:rsidRPr="004B55AD">
        <w:rPr>
          <w:rFonts w:eastAsia="Calibri"/>
          <w:lang w:val="ru-RU"/>
        </w:rPr>
        <w:t>ложении.</w:t>
      </w:r>
    </w:p>
    <w:p w14:paraId="66CA60C7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Подключите питание и включите аппарат кнопкой ПУСК.</w:t>
      </w:r>
    </w:p>
    <w:p w14:paraId="7CEF986B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Проверьте направление вращения, отсутствие утечек и постороннего шума.</w:t>
      </w:r>
    </w:p>
    <w:p w14:paraId="0EB747D2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Нажмите курок и плавно выйдите на рабочий режим.</w:t>
      </w:r>
    </w:p>
    <w:p w14:paraId="284AFC03" w14:textId="77777777" w:rsidR="00EF7408" w:rsidRPr="004B55AD" w:rsidRDefault="0094293E">
      <w:pPr>
        <w:rPr>
          <w:lang w:val="ru-RU"/>
        </w:rPr>
      </w:pPr>
      <w:r w:rsidRPr="004B55AD">
        <w:rPr>
          <w:lang w:val="ru-RU"/>
        </w:rPr>
        <w:br w:type="page"/>
      </w:r>
    </w:p>
    <w:p w14:paraId="5FB2C5D2" w14:textId="77777777" w:rsidR="00EF7408" w:rsidRDefault="0094293E">
      <w:pPr>
        <w:keepNext/>
        <w:spacing w:after="40"/>
      </w:pPr>
      <w:r>
        <w:rPr>
          <w:rFonts w:eastAsia="Calibri"/>
          <w:b/>
          <w:color w:val="E31E24"/>
          <w:sz w:val="18"/>
        </w:rPr>
        <w:t>РАЗДЕЛ 11</w:t>
      </w:r>
    </w:p>
    <w:p w14:paraId="685BF51C" w14:textId="77777777" w:rsidR="00EF7408" w:rsidRDefault="0094293E">
      <w:pPr>
        <w:pStyle w:val="1"/>
      </w:pPr>
      <w:r>
        <w:t>Работа и регулировка давления</w:t>
      </w:r>
    </w:p>
    <w:p w14:paraId="2AD71BA0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 xml:space="preserve">Начинайте с </w:t>
      </w:r>
      <w:r w:rsidRPr="004B55AD">
        <w:rPr>
          <w:rFonts w:eastAsia="Calibri"/>
          <w:lang w:val="ru-RU"/>
        </w:rPr>
        <w:t>безопасного расстояния и минимального давления.</w:t>
      </w:r>
    </w:p>
    <w:p w14:paraId="194B848C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Направляйте струю под углом и постоянно перемещайте её.</w:t>
      </w:r>
    </w:p>
    <w:p w14:paraId="0128A3EA" w14:textId="77777777" w:rsidR="00EF7408" w:rsidRDefault="0094293E">
      <w:pPr>
        <w:numPr>
          <w:ilvl w:val="0"/>
          <w:numId w:val="1"/>
        </w:numPr>
        <w:spacing w:after="80"/>
      </w:pPr>
      <w:proofErr w:type="spellStart"/>
      <w:r>
        <w:rPr>
          <w:rFonts w:eastAsia="Calibri"/>
        </w:rPr>
        <w:t>Контролируйте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давление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по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манометру</w:t>
      </w:r>
      <w:proofErr w:type="spellEnd"/>
      <w:r>
        <w:rPr>
          <w:rFonts w:eastAsia="Calibri"/>
        </w:rPr>
        <w:t>.</w:t>
      </w:r>
    </w:p>
    <w:p w14:paraId="0F24EC34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Не превышайте заводскую настройку регулятора.</w:t>
      </w:r>
    </w:p>
    <w:p w14:paraId="1686301B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 xml:space="preserve">При шуме, вибрации, дыме или нестабильной струе немедленно </w:t>
      </w:r>
      <w:r w:rsidRPr="004B55AD">
        <w:rPr>
          <w:rFonts w:eastAsia="Calibri"/>
          <w:lang w:val="ru-RU"/>
        </w:rPr>
        <w:t>остановите аппарат.</w:t>
      </w:r>
    </w:p>
    <w:tbl>
      <w:tblPr>
        <w:tblW w:w="9648" w:type="dxa"/>
        <w:tblInd w:w="180" w:type="dxa"/>
        <w:tblBorders>
          <w:top w:val="single" w:sz="9" w:space="0" w:color="C58A00"/>
          <w:left w:val="single" w:sz="9" w:space="0" w:color="C58A00"/>
          <w:bottom w:val="single" w:sz="9" w:space="0" w:color="C58A00"/>
          <w:right w:val="single" w:sz="9" w:space="0" w:color="C58A0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F7408" w:rsidRPr="004B55AD" w14:paraId="7E7C57CD" w14:textId="77777777">
        <w:trPr>
          <w:cantSplit/>
        </w:trPr>
        <w:tc>
          <w:tcPr>
            <w:tcW w:w="9648" w:type="dxa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4F0370A" w14:textId="77777777" w:rsidR="00EF7408" w:rsidRPr="004B55AD" w:rsidRDefault="0094293E">
            <w:pPr>
              <w:spacing w:after="0" w:line="276" w:lineRule="auto"/>
              <w:rPr>
                <w:lang w:val="ru-RU"/>
              </w:rPr>
            </w:pPr>
            <w:r w:rsidRPr="004B55AD">
              <w:rPr>
                <w:rFonts w:eastAsia="Calibri"/>
                <w:b/>
                <w:color w:val="C58A00"/>
                <w:sz w:val="20"/>
                <w:lang w:val="ru-RU"/>
              </w:rPr>
              <w:t xml:space="preserve">РАБОТА В </w:t>
            </w:r>
            <w:proofErr w:type="gramStart"/>
            <w:r w:rsidRPr="004B55AD">
              <w:rPr>
                <w:rFonts w:eastAsia="Calibri"/>
                <w:b/>
                <w:color w:val="C58A00"/>
                <w:sz w:val="20"/>
                <w:lang w:val="ru-RU"/>
              </w:rPr>
              <w:t xml:space="preserve">БАЙПАСЕ  </w:t>
            </w:r>
            <w:r w:rsidRPr="004B55AD">
              <w:rPr>
                <w:rFonts w:eastAsia="Calibri"/>
                <w:sz w:val="21"/>
                <w:lang w:val="ru-RU"/>
              </w:rPr>
              <w:t>Не</w:t>
            </w:r>
            <w:proofErr w:type="gramEnd"/>
            <w:r w:rsidRPr="004B55AD">
              <w:rPr>
                <w:rFonts w:eastAsia="Calibri"/>
                <w:sz w:val="21"/>
                <w:lang w:val="ru-RU"/>
              </w:rPr>
              <w:t xml:space="preserve"> оставляйте работающий насос с закрытым пистолетом более 3 минут: циркулирующая вода перегревается и повреждает уплотнения.</w:t>
            </w:r>
          </w:p>
        </w:tc>
      </w:tr>
    </w:tbl>
    <w:p w14:paraId="034161E1" w14:textId="77777777" w:rsidR="00EF7408" w:rsidRPr="004B55AD" w:rsidRDefault="00EF7408">
      <w:pPr>
        <w:spacing w:after="40" w:line="240" w:lineRule="auto"/>
        <w:rPr>
          <w:lang w:val="ru-RU"/>
        </w:rPr>
      </w:pPr>
    </w:p>
    <w:tbl>
      <w:tblPr>
        <w:tblW w:w="9648" w:type="dxa"/>
        <w:tblInd w:w="180" w:type="dxa"/>
        <w:tblBorders>
          <w:top w:val="single" w:sz="9" w:space="0" w:color="E31E24"/>
          <w:left w:val="single" w:sz="9" w:space="0" w:color="E31E24"/>
          <w:bottom w:val="single" w:sz="9" w:space="0" w:color="E31E24"/>
          <w:right w:val="single" w:sz="9" w:space="0" w:color="E31E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F7408" w:rsidRPr="004B55AD" w14:paraId="0F1CAACC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E549D1F" w14:textId="77777777" w:rsidR="00EF7408" w:rsidRPr="004B55AD" w:rsidRDefault="0094293E">
            <w:pPr>
              <w:spacing w:after="0" w:line="276" w:lineRule="auto"/>
              <w:rPr>
                <w:lang w:val="ru-RU"/>
              </w:rPr>
            </w:pPr>
            <w:proofErr w:type="gramStart"/>
            <w:r w:rsidRPr="004B55AD">
              <w:rPr>
                <w:rFonts w:eastAsia="Calibri"/>
                <w:b/>
                <w:color w:val="E31E24"/>
                <w:sz w:val="20"/>
                <w:lang w:val="ru-RU"/>
              </w:rPr>
              <w:t xml:space="preserve">ДИСТАНЦИЯ  </w:t>
            </w:r>
            <w:r w:rsidRPr="004B55AD">
              <w:rPr>
                <w:rFonts w:eastAsia="Calibri"/>
                <w:sz w:val="21"/>
                <w:lang w:val="ru-RU"/>
              </w:rPr>
              <w:t>Сначала</w:t>
            </w:r>
            <w:proofErr w:type="gramEnd"/>
            <w:r w:rsidRPr="004B55AD">
              <w:rPr>
                <w:rFonts w:eastAsia="Calibri"/>
                <w:sz w:val="21"/>
                <w:lang w:val="ru-RU"/>
              </w:rPr>
              <w:t xml:space="preserve"> проверьте струю на малозаметном участке. Для </w:t>
            </w:r>
            <w:r>
              <w:rPr>
                <w:rFonts w:eastAsia="Calibri"/>
                <w:sz w:val="21"/>
              </w:rPr>
              <w:t>ZM</w:t>
            </w:r>
            <w:r w:rsidRPr="004B55AD">
              <w:rPr>
                <w:rFonts w:eastAsia="Calibri"/>
                <w:sz w:val="21"/>
                <w:lang w:val="ru-RU"/>
              </w:rPr>
              <w:t>-5022 начинайте с особен</w:t>
            </w:r>
            <w:r w:rsidRPr="004B55AD">
              <w:rPr>
                <w:rFonts w:eastAsia="Calibri"/>
                <w:sz w:val="21"/>
                <w:lang w:val="ru-RU"/>
              </w:rPr>
              <w:t>но большого расстояния.</w:t>
            </w:r>
          </w:p>
        </w:tc>
      </w:tr>
    </w:tbl>
    <w:p w14:paraId="59D11A51" w14:textId="77777777" w:rsidR="00EF7408" w:rsidRPr="004B55AD" w:rsidRDefault="00EF7408">
      <w:pPr>
        <w:spacing w:after="40" w:line="240" w:lineRule="auto"/>
        <w:rPr>
          <w:lang w:val="ru-RU"/>
        </w:rPr>
      </w:pPr>
    </w:p>
    <w:p w14:paraId="753AA84F" w14:textId="0A51854F" w:rsidR="00EF7408" w:rsidRPr="004B55AD" w:rsidRDefault="0094293E" w:rsidP="004B55AD">
      <w:pPr>
        <w:rPr>
          <w:lang w:val="ru-RU"/>
        </w:rPr>
      </w:pPr>
      <w:r>
        <w:rPr>
          <w:rFonts w:eastAsia="Calibri"/>
          <w:b/>
          <w:color w:val="E31E24"/>
          <w:sz w:val="18"/>
        </w:rPr>
        <w:t>РАЗДЕЛ 12</w:t>
      </w:r>
    </w:p>
    <w:p w14:paraId="6657E438" w14:textId="77777777" w:rsidR="00EF7408" w:rsidRDefault="0094293E">
      <w:pPr>
        <w:pStyle w:val="1"/>
      </w:pPr>
      <w:r>
        <w:t>Форсунки и моющее средство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200"/>
        <w:gridCol w:w="5648"/>
      </w:tblGrid>
      <w:tr w:rsidR="00EF7408" w14:paraId="5E5495F7" w14:textId="77777777">
        <w:trPr>
          <w:cantSplit/>
          <w:tblHeader/>
        </w:trPr>
        <w:tc>
          <w:tcPr>
            <w:tcW w:w="18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DB2C8E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Цвет</w:t>
            </w:r>
          </w:p>
        </w:tc>
        <w:tc>
          <w:tcPr>
            <w:tcW w:w="22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493938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Режим</w:t>
            </w:r>
          </w:p>
        </w:tc>
        <w:tc>
          <w:tcPr>
            <w:tcW w:w="56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25204A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Применение</w:t>
            </w:r>
          </w:p>
        </w:tc>
      </w:tr>
      <w:tr w:rsidR="00EF7408" w:rsidRPr="004B55AD" w14:paraId="4536A86F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0A11D3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Красный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5AB77A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0°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3D857C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7"/>
                <w:lang w:val="ru-RU"/>
              </w:rPr>
              <w:t>Точечная струя; только особо стойкие поверхности</w:t>
            </w:r>
          </w:p>
        </w:tc>
      </w:tr>
      <w:tr w:rsidR="00EF7408" w14:paraId="4473F987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E8819D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Жёлтый</w:t>
            </w:r>
            <w:proofErr w:type="spellEnd"/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C15553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15°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F34392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Интенсивная очистка</w:t>
            </w:r>
          </w:p>
        </w:tc>
      </w:tr>
      <w:tr w:rsidR="00EF7408" w:rsidRPr="004B55AD" w14:paraId="10B70379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388071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Зелёный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A44513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25°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FA8B18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7"/>
                <w:lang w:val="ru-RU"/>
              </w:rPr>
              <w:t>Основная мойка, если входит в комплект</w:t>
            </w:r>
          </w:p>
        </w:tc>
      </w:tr>
      <w:tr w:rsidR="00EF7408" w14:paraId="6A399D16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0CE4CA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Белый</w:t>
            </w:r>
            <w:proofErr w:type="spellEnd"/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B1FD31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40°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4AF22E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 xml:space="preserve">Мягкое </w:t>
            </w:r>
            <w:r>
              <w:rPr>
                <w:rFonts w:eastAsia="Calibri"/>
                <w:sz w:val="17"/>
              </w:rPr>
              <w:t>ополаскивание</w:t>
            </w:r>
          </w:p>
        </w:tc>
      </w:tr>
      <w:tr w:rsidR="00EF7408" w14:paraId="1ABB1BC2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4C45AF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Чёрный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1A2B9B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Низкое давление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07BBC4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Подача моющего средства</w:t>
            </w:r>
          </w:p>
        </w:tc>
      </w:tr>
    </w:tbl>
    <w:p w14:paraId="172494E1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Перед заменой остановите аппарат и сбросьте давление.</w:t>
      </w:r>
    </w:p>
    <w:p w14:paraId="71704670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Проверьте фиксацию форсунки в быстросъёмном соединении.</w:t>
      </w:r>
    </w:p>
    <w:p w14:paraId="7B4B3A8F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Используйте только совместимые моющие средства.</w:t>
      </w:r>
    </w:p>
    <w:p w14:paraId="1012742B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 xml:space="preserve">После химии промойте шланг и </w:t>
      </w:r>
      <w:r w:rsidRPr="004B55AD">
        <w:rPr>
          <w:rFonts w:eastAsia="Calibri"/>
          <w:lang w:val="ru-RU"/>
        </w:rPr>
        <w:t>насос чистой водой.</w:t>
      </w:r>
    </w:p>
    <w:p w14:paraId="2EFF3E9C" w14:textId="77777777" w:rsidR="00EF7408" w:rsidRPr="004B55AD" w:rsidRDefault="0094293E">
      <w:pPr>
        <w:rPr>
          <w:lang w:val="ru-RU"/>
        </w:rPr>
      </w:pPr>
      <w:r w:rsidRPr="004B55AD">
        <w:rPr>
          <w:lang w:val="ru-RU"/>
        </w:rPr>
        <w:br w:type="page"/>
      </w:r>
    </w:p>
    <w:p w14:paraId="1111A7DD" w14:textId="77777777" w:rsidR="00EF7408" w:rsidRDefault="0094293E">
      <w:pPr>
        <w:keepNext/>
        <w:spacing w:after="40"/>
      </w:pPr>
      <w:r>
        <w:rPr>
          <w:rFonts w:eastAsia="Calibri"/>
          <w:b/>
          <w:color w:val="E31E24"/>
          <w:sz w:val="18"/>
        </w:rPr>
        <w:t>РАЗДЕЛ 13</w:t>
      </w:r>
    </w:p>
    <w:p w14:paraId="6D617DCF" w14:textId="77777777" w:rsidR="00EF7408" w:rsidRDefault="0094293E">
      <w:pPr>
        <w:pStyle w:val="1"/>
      </w:pPr>
      <w:r>
        <w:t>Остановка аппарата</w:t>
      </w:r>
    </w:p>
    <w:p w14:paraId="502454B3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Отпустите курок и нажмите кнопку СТОП.</w:t>
      </w:r>
    </w:p>
    <w:p w14:paraId="1CD24373" w14:textId="77777777" w:rsidR="00EF7408" w:rsidRDefault="0094293E">
      <w:pPr>
        <w:numPr>
          <w:ilvl w:val="0"/>
          <w:numId w:val="1"/>
        </w:numPr>
        <w:spacing w:after="100"/>
      </w:pPr>
      <w:proofErr w:type="spellStart"/>
      <w:r>
        <w:rPr>
          <w:rFonts w:eastAsia="Calibri"/>
        </w:rPr>
        <w:t>Отключите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аппарат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от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электросети</w:t>
      </w:r>
      <w:proofErr w:type="spellEnd"/>
      <w:r>
        <w:rPr>
          <w:rFonts w:eastAsia="Calibri"/>
        </w:rPr>
        <w:t>.</w:t>
      </w:r>
    </w:p>
    <w:p w14:paraId="4972663F" w14:textId="77777777" w:rsidR="00EF7408" w:rsidRDefault="0094293E">
      <w:pPr>
        <w:numPr>
          <w:ilvl w:val="0"/>
          <w:numId w:val="1"/>
        </w:numPr>
        <w:spacing w:after="100"/>
      </w:pPr>
      <w:r>
        <w:rPr>
          <w:rFonts w:eastAsia="Calibri"/>
        </w:rPr>
        <w:t>Перекройте подачу воды.</w:t>
      </w:r>
    </w:p>
    <w:p w14:paraId="44C96610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Направьте пистолет в безопасную сторону и нажмите курок до полного сброса давления.</w:t>
      </w:r>
    </w:p>
    <w:p w14:paraId="7D5D5238" w14:textId="77777777" w:rsidR="00EF7408" w:rsidRDefault="0094293E">
      <w:pPr>
        <w:numPr>
          <w:ilvl w:val="0"/>
          <w:numId w:val="1"/>
        </w:numPr>
        <w:spacing w:after="100"/>
      </w:pPr>
      <w:proofErr w:type="spellStart"/>
      <w:r>
        <w:rPr>
          <w:rFonts w:eastAsia="Calibri"/>
        </w:rPr>
        <w:t>Заблокируйте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курок</w:t>
      </w:r>
      <w:proofErr w:type="spellEnd"/>
      <w:r>
        <w:rPr>
          <w:rFonts w:eastAsia="Calibri"/>
        </w:rPr>
        <w:t>.</w:t>
      </w:r>
    </w:p>
    <w:p w14:paraId="00282975" w14:textId="77777777" w:rsidR="00EF7408" w:rsidRPr="004B55AD" w:rsidRDefault="0094293E">
      <w:pPr>
        <w:numPr>
          <w:ilvl w:val="0"/>
          <w:numId w:val="1"/>
        </w:numPr>
        <w:spacing w:after="100"/>
        <w:rPr>
          <w:lang w:val="ru-RU"/>
        </w:rPr>
      </w:pPr>
      <w:r w:rsidRPr="004B55AD">
        <w:rPr>
          <w:rFonts w:eastAsia="Calibri"/>
          <w:lang w:val="ru-RU"/>
        </w:rPr>
        <w:t>Отсо</w:t>
      </w:r>
      <w:r w:rsidRPr="004B55AD">
        <w:rPr>
          <w:rFonts w:eastAsia="Calibri"/>
          <w:lang w:val="ru-RU"/>
        </w:rPr>
        <w:t>единяйте шланги только после сброса давления.</w:t>
      </w:r>
    </w:p>
    <w:tbl>
      <w:tblPr>
        <w:tblW w:w="9648" w:type="dxa"/>
        <w:tblInd w:w="180" w:type="dxa"/>
        <w:tblBorders>
          <w:top w:val="single" w:sz="9" w:space="0" w:color="E31E24"/>
          <w:left w:val="single" w:sz="9" w:space="0" w:color="E31E24"/>
          <w:bottom w:val="single" w:sz="9" w:space="0" w:color="E31E24"/>
          <w:right w:val="single" w:sz="9" w:space="0" w:color="E31E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F7408" w:rsidRPr="004B55AD" w14:paraId="4B81341A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FCB0B67" w14:textId="77777777" w:rsidR="00EF7408" w:rsidRPr="004B55AD" w:rsidRDefault="0094293E">
            <w:pPr>
              <w:spacing w:after="0" w:line="276" w:lineRule="auto"/>
              <w:rPr>
                <w:lang w:val="ru-RU"/>
              </w:rPr>
            </w:pPr>
            <w:r w:rsidRPr="004B55AD">
              <w:rPr>
                <w:rFonts w:eastAsia="Calibri"/>
                <w:b/>
                <w:color w:val="E31E24"/>
                <w:sz w:val="20"/>
                <w:lang w:val="ru-RU"/>
              </w:rPr>
              <w:t xml:space="preserve">ОСТАТОЧНОЕ </w:t>
            </w:r>
            <w:proofErr w:type="gramStart"/>
            <w:r w:rsidRPr="004B55AD">
              <w:rPr>
                <w:rFonts w:eastAsia="Calibri"/>
                <w:b/>
                <w:color w:val="E31E24"/>
                <w:sz w:val="20"/>
                <w:lang w:val="ru-RU"/>
              </w:rPr>
              <w:t xml:space="preserve">ДАВЛЕНИЕ  </w:t>
            </w:r>
            <w:r w:rsidRPr="004B55AD">
              <w:rPr>
                <w:rFonts w:eastAsia="Calibri"/>
                <w:sz w:val="21"/>
                <w:lang w:val="ru-RU"/>
              </w:rPr>
              <w:t>В</w:t>
            </w:r>
            <w:proofErr w:type="gramEnd"/>
            <w:r w:rsidRPr="004B55AD">
              <w:rPr>
                <w:rFonts w:eastAsia="Calibri"/>
                <w:sz w:val="21"/>
                <w:lang w:val="ru-RU"/>
              </w:rPr>
              <w:t xml:space="preserve"> шланге и пистолете давление сохраняется после выключения. Никогда не ослабляйте соединения до его полного сброса.</w:t>
            </w:r>
          </w:p>
        </w:tc>
      </w:tr>
    </w:tbl>
    <w:p w14:paraId="36B8AED3" w14:textId="77777777" w:rsidR="00EF7408" w:rsidRPr="004B55AD" w:rsidRDefault="00EF7408">
      <w:pPr>
        <w:spacing w:after="40" w:line="240" w:lineRule="auto"/>
        <w:rPr>
          <w:lang w:val="ru-RU"/>
        </w:rPr>
      </w:pPr>
    </w:p>
    <w:p w14:paraId="342C595A" w14:textId="1D444CA8" w:rsidR="00EF7408" w:rsidRPr="004B55AD" w:rsidRDefault="0094293E" w:rsidP="004B55AD">
      <w:pPr>
        <w:rPr>
          <w:lang w:val="ru-RU"/>
        </w:rPr>
      </w:pPr>
      <w:r>
        <w:rPr>
          <w:rFonts w:eastAsia="Calibri"/>
          <w:b/>
          <w:color w:val="E31E24"/>
          <w:sz w:val="18"/>
        </w:rPr>
        <w:t>РАЗДЕЛ 14</w:t>
      </w:r>
    </w:p>
    <w:p w14:paraId="246CB341" w14:textId="77777777" w:rsidR="00EF7408" w:rsidRDefault="0094293E">
      <w:pPr>
        <w:pStyle w:val="1"/>
      </w:pPr>
      <w:r>
        <w:t>Техническое обслуживание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443"/>
        <w:gridCol w:w="6185"/>
        <w:gridCol w:w="20"/>
      </w:tblGrid>
      <w:tr w:rsidR="00EF7408" w14:paraId="13EEE22A" w14:textId="77777777">
        <w:trPr>
          <w:cantSplit/>
          <w:tblHeader/>
        </w:trPr>
        <w:tc>
          <w:tcPr>
            <w:tcW w:w="345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258B1E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Периодичность</w:t>
            </w:r>
          </w:p>
        </w:tc>
        <w:tc>
          <w:tcPr>
            <w:tcW w:w="6198" w:type="dxa"/>
            <w:gridSpan w:val="2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56FB2E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Работа</w:t>
            </w:r>
          </w:p>
        </w:tc>
      </w:tr>
      <w:tr w:rsidR="00EF7408" w:rsidRPr="004B55AD" w14:paraId="55556888" w14:textId="77777777">
        <w:trPr>
          <w:cantSplit/>
        </w:trPr>
        <w:tc>
          <w:tcPr>
            <w:tcW w:w="3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671F8D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 xml:space="preserve">Перед </w:t>
            </w:r>
            <w:r>
              <w:rPr>
                <w:rFonts w:eastAsia="Calibri"/>
                <w:sz w:val="17"/>
              </w:rPr>
              <w:t>каждым запуском</w:t>
            </w:r>
          </w:p>
        </w:tc>
        <w:tc>
          <w:tcPr>
            <w:tcW w:w="61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24A33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7"/>
                <w:lang w:val="ru-RU"/>
              </w:rPr>
              <w:t>Проверить масло, кабель, шланги, пистолет, фильтр и соединения</w:t>
            </w:r>
          </w:p>
        </w:tc>
      </w:tr>
      <w:tr w:rsidR="00EF7408" w:rsidRPr="004B55AD" w14:paraId="7119B389" w14:textId="77777777">
        <w:trPr>
          <w:cantSplit/>
        </w:trPr>
        <w:tc>
          <w:tcPr>
            <w:tcW w:w="3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9819B9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После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каждой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работы</w:t>
            </w:r>
            <w:proofErr w:type="spellEnd"/>
          </w:p>
        </w:tc>
        <w:tc>
          <w:tcPr>
            <w:tcW w:w="61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1FB2C4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7"/>
                <w:lang w:val="ru-RU"/>
              </w:rPr>
              <w:t>Промыть систему, очистить входной фильтр, сбросить давление</w:t>
            </w:r>
          </w:p>
        </w:tc>
      </w:tr>
      <w:tr w:rsidR="00EF7408" w:rsidRPr="004B55AD" w14:paraId="4021A244" w14:textId="77777777">
        <w:trPr>
          <w:cantSplit/>
        </w:trPr>
        <w:tc>
          <w:tcPr>
            <w:tcW w:w="3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0980AA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После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первых</w:t>
            </w:r>
            <w:proofErr w:type="spellEnd"/>
            <w:r>
              <w:rPr>
                <w:rFonts w:eastAsia="Calibri"/>
                <w:sz w:val="17"/>
              </w:rPr>
              <w:t xml:space="preserve"> 50 </w:t>
            </w:r>
            <w:proofErr w:type="spellStart"/>
            <w:r>
              <w:rPr>
                <w:rFonts w:eastAsia="Calibri"/>
                <w:sz w:val="17"/>
              </w:rPr>
              <w:t>часов</w:t>
            </w:r>
            <w:proofErr w:type="spellEnd"/>
          </w:p>
        </w:tc>
        <w:tc>
          <w:tcPr>
            <w:tcW w:w="61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99B0D5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7"/>
                <w:lang w:val="ru-RU"/>
              </w:rPr>
              <w:t>Заменить масло насоса и промыть картер</w:t>
            </w:r>
          </w:p>
        </w:tc>
      </w:tr>
      <w:tr w:rsidR="00EF7408" w:rsidRPr="004B55AD" w14:paraId="65973ED3" w14:textId="77777777">
        <w:trPr>
          <w:cantSplit/>
        </w:trPr>
        <w:tc>
          <w:tcPr>
            <w:tcW w:w="3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5ACEBC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Каждые</w:t>
            </w:r>
            <w:proofErr w:type="spellEnd"/>
            <w:r>
              <w:rPr>
                <w:rFonts w:eastAsia="Calibri"/>
                <w:sz w:val="17"/>
              </w:rPr>
              <w:t xml:space="preserve"> 100 </w:t>
            </w:r>
            <w:proofErr w:type="spellStart"/>
            <w:r>
              <w:rPr>
                <w:rFonts w:eastAsia="Calibri"/>
                <w:sz w:val="17"/>
              </w:rPr>
              <w:t>часов</w:t>
            </w:r>
            <w:proofErr w:type="spellEnd"/>
          </w:p>
        </w:tc>
        <w:tc>
          <w:tcPr>
            <w:tcW w:w="61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B9FFCD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7"/>
                <w:lang w:val="ru-RU"/>
              </w:rPr>
              <w:t xml:space="preserve">Заменить </w:t>
            </w:r>
            <w:r w:rsidRPr="004B55AD">
              <w:rPr>
                <w:rFonts w:eastAsia="Calibri"/>
                <w:sz w:val="17"/>
                <w:lang w:val="ru-RU"/>
              </w:rPr>
              <w:t xml:space="preserve">масло насоса </w:t>
            </w:r>
            <w:r>
              <w:rPr>
                <w:rFonts w:eastAsia="Calibri"/>
                <w:sz w:val="17"/>
              </w:rPr>
              <w:t>SAE</w:t>
            </w:r>
            <w:r w:rsidRPr="004B55AD">
              <w:rPr>
                <w:rFonts w:eastAsia="Calibri"/>
                <w:sz w:val="17"/>
                <w:lang w:val="ru-RU"/>
              </w:rPr>
              <w:t xml:space="preserve"> 15</w:t>
            </w:r>
            <w:r>
              <w:rPr>
                <w:rFonts w:eastAsia="Calibri"/>
                <w:sz w:val="17"/>
              </w:rPr>
              <w:t>W</w:t>
            </w:r>
            <w:r w:rsidRPr="004B55AD">
              <w:rPr>
                <w:rFonts w:eastAsia="Calibri"/>
                <w:sz w:val="17"/>
                <w:lang w:val="ru-RU"/>
              </w:rPr>
              <w:t>-40</w:t>
            </w:r>
          </w:p>
        </w:tc>
      </w:tr>
      <w:tr w:rsidR="00EF7408" w14:paraId="47938FEA" w14:textId="77777777">
        <w:trPr>
          <w:cantSplit/>
        </w:trPr>
        <w:tc>
          <w:tcPr>
            <w:tcW w:w="3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521F4F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По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необходимости</w:t>
            </w:r>
            <w:proofErr w:type="spellEnd"/>
          </w:p>
        </w:tc>
        <w:tc>
          <w:tcPr>
            <w:tcW w:w="61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8800CD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Очистить форсунку штатной иглой</w:t>
            </w:r>
          </w:p>
        </w:tc>
      </w:tr>
      <w:tr w:rsidR="00EF7408" w:rsidRPr="004B55AD" w14:paraId="74C390AC" w14:textId="77777777">
        <w:trPr>
          <w:cantSplit/>
        </w:trPr>
        <w:tc>
          <w:tcPr>
            <w:tcW w:w="3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04DCE0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Ежегодно</w:t>
            </w:r>
          </w:p>
        </w:tc>
        <w:tc>
          <w:tcPr>
            <w:tcW w:w="619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9A412F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7"/>
                <w:lang w:val="ru-RU"/>
              </w:rPr>
              <w:t>Проверка двигателя, насоса и электроаппаратуры в сервисе</w:t>
            </w:r>
          </w:p>
        </w:tc>
      </w:tr>
      <w:tr w:rsidR="00EF7408" w14:paraId="397A244E" w14:textId="77777777">
        <w:tblPrEx>
          <w:tblBorders>
            <w:top w:val="single" w:sz="9" w:space="0" w:color="C58A00"/>
            <w:left w:val="single" w:sz="9" w:space="0" w:color="C58A00"/>
            <w:bottom w:val="single" w:sz="9" w:space="0" w:color="C58A00"/>
            <w:right w:val="single" w:sz="9" w:space="0" w:color="C58A00"/>
            <w:insideH w:val="none" w:sz="0" w:space="0" w:color="auto"/>
            <w:insideV w:val="none" w:sz="0" w:space="0" w:color="auto"/>
          </w:tblBorders>
        </w:tblPrEx>
        <w:trPr>
          <w:gridAfter w:val="1"/>
          <w:wAfter w:w="20" w:type="dxa"/>
          <w:cantSplit/>
        </w:trPr>
        <w:tc>
          <w:tcPr>
            <w:tcW w:w="9648" w:type="dxa"/>
            <w:gridSpan w:val="2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D921D49" w14:textId="77777777" w:rsidR="00EF7408" w:rsidRDefault="0094293E">
            <w:pPr>
              <w:spacing w:after="0" w:line="276" w:lineRule="auto"/>
            </w:pPr>
            <w:r w:rsidRPr="004B55AD">
              <w:rPr>
                <w:rFonts w:eastAsia="Calibri"/>
                <w:b/>
                <w:color w:val="C58A00"/>
                <w:sz w:val="20"/>
                <w:lang w:val="ru-RU"/>
              </w:rPr>
              <w:t xml:space="preserve">УРОВЕНЬ </w:t>
            </w:r>
            <w:proofErr w:type="gramStart"/>
            <w:r w:rsidRPr="004B55AD">
              <w:rPr>
                <w:rFonts w:eastAsia="Calibri"/>
                <w:b/>
                <w:color w:val="C58A00"/>
                <w:sz w:val="20"/>
                <w:lang w:val="ru-RU"/>
              </w:rPr>
              <w:t xml:space="preserve">МАСЛА  </w:t>
            </w:r>
            <w:r w:rsidRPr="004B55AD">
              <w:rPr>
                <w:rFonts w:eastAsia="Calibri"/>
                <w:sz w:val="21"/>
                <w:lang w:val="ru-RU"/>
              </w:rPr>
              <w:t>Поддерживайте</w:t>
            </w:r>
            <w:proofErr w:type="gramEnd"/>
            <w:r w:rsidRPr="004B55AD">
              <w:rPr>
                <w:rFonts w:eastAsia="Calibri"/>
                <w:sz w:val="21"/>
                <w:lang w:val="ru-RU"/>
              </w:rPr>
              <w:t xml:space="preserve"> уровень примерно на половине смотрового окна. </w:t>
            </w:r>
            <w:proofErr w:type="spellStart"/>
            <w:r>
              <w:rPr>
                <w:rFonts w:eastAsia="Calibri"/>
                <w:sz w:val="21"/>
              </w:rPr>
              <w:t>Избыток</w:t>
            </w:r>
            <w:proofErr w:type="spellEnd"/>
            <w:r>
              <w:rPr>
                <w:rFonts w:eastAsia="Calibri"/>
                <w:sz w:val="21"/>
              </w:rPr>
              <w:t xml:space="preserve"> и </w:t>
            </w:r>
            <w:proofErr w:type="spellStart"/>
            <w:r>
              <w:rPr>
                <w:rFonts w:eastAsia="Calibri"/>
                <w:sz w:val="21"/>
              </w:rPr>
              <w:t>недостаток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масла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r>
              <w:rPr>
                <w:rFonts w:eastAsia="Calibri"/>
                <w:sz w:val="21"/>
              </w:rPr>
              <w:t>вызывают перегрев и повреждение насоса.</w:t>
            </w:r>
          </w:p>
        </w:tc>
      </w:tr>
    </w:tbl>
    <w:p w14:paraId="1DCF9350" w14:textId="77777777" w:rsidR="00EF7408" w:rsidRDefault="00EF7408">
      <w:pPr>
        <w:spacing w:after="40" w:line="240" w:lineRule="auto"/>
      </w:pPr>
    </w:p>
    <w:p w14:paraId="3F5328C6" w14:textId="77777777" w:rsidR="00EF7408" w:rsidRDefault="0094293E">
      <w:r>
        <w:br w:type="page"/>
      </w:r>
    </w:p>
    <w:p w14:paraId="744FFD0F" w14:textId="77777777" w:rsidR="00EF7408" w:rsidRDefault="0094293E">
      <w:pPr>
        <w:keepNext/>
        <w:spacing w:after="40"/>
      </w:pPr>
      <w:r>
        <w:rPr>
          <w:rFonts w:eastAsia="Calibri"/>
          <w:b/>
          <w:color w:val="E31E24"/>
          <w:sz w:val="18"/>
        </w:rPr>
        <w:t>РАЗДЕЛ 15</w:t>
      </w:r>
    </w:p>
    <w:p w14:paraId="3BAC0D14" w14:textId="77777777" w:rsidR="00EF7408" w:rsidRDefault="0094293E">
      <w:pPr>
        <w:pStyle w:val="1"/>
      </w:pPr>
      <w:r>
        <w:t>Неисправности и устранение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3400"/>
        <w:gridCol w:w="3848"/>
      </w:tblGrid>
      <w:tr w:rsidR="00EF7408" w14:paraId="28B36874" w14:textId="77777777">
        <w:trPr>
          <w:cantSplit/>
          <w:tblHeader/>
        </w:trPr>
        <w:tc>
          <w:tcPr>
            <w:tcW w:w="24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7E9001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Неисправность</w:t>
            </w:r>
          </w:p>
        </w:tc>
        <w:tc>
          <w:tcPr>
            <w:tcW w:w="34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676B1A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Причина</w:t>
            </w:r>
          </w:p>
        </w:tc>
        <w:tc>
          <w:tcPr>
            <w:tcW w:w="38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849E23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Действие</w:t>
            </w:r>
          </w:p>
        </w:tc>
      </w:tr>
      <w:tr w:rsidR="00EF7408" w:rsidRPr="004B55AD" w14:paraId="583194D9" w14:textId="77777777">
        <w:trPr>
          <w:cantSplit/>
        </w:trPr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BAE56A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Двигатель не запускается</w:t>
            </w:r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FFBA9E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6"/>
                <w:lang w:val="ru-RU"/>
              </w:rPr>
              <w:t>Нет питания; плохой контакт; низкое напряжение</w:t>
            </w:r>
          </w:p>
        </w:tc>
        <w:tc>
          <w:tcPr>
            <w:tcW w:w="38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A73890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6"/>
                <w:lang w:val="ru-RU"/>
              </w:rPr>
              <w:t>Проверить сеть и защиту; обратиться к электрику</w:t>
            </w:r>
          </w:p>
        </w:tc>
      </w:tr>
      <w:tr w:rsidR="00EF7408" w:rsidRPr="004B55AD" w14:paraId="1EA74048" w14:textId="77777777">
        <w:trPr>
          <w:cantSplit/>
        </w:trPr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282CF1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Нет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или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мало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воды</w:t>
            </w:r>
            <w:proofErr w:type="spellEnd"/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50C06F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6"/>
                <w:lang w:val="ru-RU"/>
              </w:rPr>
              <w:t>Засорена форсунка/фильтр; воздух; повреждён рукав</w:t>
            </w:r>
          </w:p>
        </w:tc>
        <w:tc>
          <w:tcPr>
            <w:tcW w:w="38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F36CF2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6"/>
                <w:lang w:val="ru-RU"/>
              </w:rPr>
              <w:t>Очистить, удалить воздух, проверить подачу</w:t>
            </w:r>
          </w:p>
        </w:tc>
      </w:tr>
      <w:tr w:rsidR="00EF7408" w:rsidRPr="004B55AD" w14:paraId="5F1332CE" w14:textId="77777777">
        <w:trPr>
          <w:cantSplit/>
        </w:trPr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59BEC2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Давление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нестабильно</w:t>
            </w:r>
            <w:proofErr w:type="spellEnd"/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F7DF96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Недостаток воды; подсос воздуха</w:t>
            </w:r>
          </w:p>
        </w:tc>
        <w:tc>
          <w:tcPr>
            <w:tcW w:w="38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493F6E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6"/>
                <w:lang w:val="ru-RU"/>
              </w:rPr>
              <w:t>Проверить расход и герметичность входа</w:t>
            </w:r>
          </w:p>
        </w:tc>
      </w:tr>
      <w:tr w:rsidR="00EF7408" w:rsidRPr="004B55AD" w14:paraId="20BFBB6A" w14:textId="77777777">
        <w:trPr>
          <w:cantSplit/>
        </w:trPr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90EC7D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Утечка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из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соединения</w:t>
            </w:r>
            <w:proofErr w:type="spellEnd"/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CD6795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Ослабление; повреждение уплотнения</w:t>
            </w:r>
          </w:p>
        </w:tc>
        <w:tc>
          <w:tcPr>
            <w:tcW w:w="38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0B6F76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6"/>
                <w:lang w:val="ru-RU"/>
              </w:rPr>
              <w:t>Остановить, с</w:t>
            </w:r>
            <w:r w:rsidRPr="004B55AD">
              <w:rPr>
                <w:rFonts w:eastAsia="Calibri"/>
                <w:sz w:val="16"/>
                <w:lang w:val="ru-RU"/>
              </w:rPr>
              <w:t>бросить давление, подтянуть или заменить</w:t>
            </w:r>
          </w:p>
        </w:tc>
      </w:tr>
      <w:tr w:rsidR="00EF7408" w:rsidRPr="004B55AD" w14:paraId="2EB7A83F" w14:textId="77777777">
        <w:trPr>
          <w:cantSplit/>
        </w:trPr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85982A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Насос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нагревается</w:t>
            </w:r>
            <w:proofErr w:type="spellEnd"/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2B681C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6"/>
                <w:lang w:val="ru-RU"/>
              </w:rPr>
              <w:t>Неверный уровень/грязное масло; долгий байпас</w:t>
            </w:r>
          </w:p>
        </w:tc>
        <w:tc>
          <w:tcPr>
            <w:tcW w:w="38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45E6E4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6"/>
                <w:lang w:val="ru-RU"/>
              </w:rPr>
              <w:t>Исправить уровень, заменить масло; сократить байпас</w:t>
            </w:r>
          </w:p>
        </w:tc>
      </w:tr>
      <w:tr w:rsidR="00EF7408" w:rsidRPr="004B55AD" w14:paraId="48082393" w14:textId="77777777">
        <w:trPr>
          <w:cantSplit/>
        </w:trPr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BE568C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Ненормальный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шум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или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дым</w:t>
            </w:r>
            <w:proofErr w:type="spellEnd"/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0B14A5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Перегрузка или повышенное давление</w:t>
            </w:r>
          </w:p>
        </w:tc>
        <w:tc>
          <w:tcPr>
            <w:tcW w:w="38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23EB56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6"/>
                <w:lang w:val="ru-RU"/>
              </w:rPr>
              <w:t xml:space="preserve">Немедленно остановить и </w:t>
            </w:r>
            <w:r w:rsidRPr="004B55AD">
              <w:rPr>
                <w:rFonts w:eastAsia="Calibri"/>
                <w:sz w:val="16"/>
                <w:lang w:val="ru-RU"/>
              </w:rPr>
              <w:t>обратиться в сервис</w:t>
            </w:r>
          </w:p>
        </w:tc>
      </w:tr>
    </w:tbl>
    <w:p w14:paraId="511A776D" w14:textId="36172846" w:rsidR="00EF7408" w:rsidRPr="004B55AD" w:rsidRDefault="0094293E" w:rsidP="004B55AD">
      <w:pPr>
        <w:rPr>
          <w:lang w:val="ru-RU"/>
        </w:rPr>
      </w:pPr>
      <w:r>
        <w:rPr>
          <w:rFonts w:eastAsia="Calibri"/>
          <w:b/>
          <w:color w:val="E31E24"/>
          <w:sz w:val="18"/>
        </w:rPr>
        <w:t>РАЗДЕЛ 16</w:t>
      </w:r>
    </w:p>
    <w:p w14:paraId="7F64845C" w14:textId="77777777" w:rsidR="00EF7408" w:rsidRDefault="0094293E">
      <w:pPr>
        <w:pStyle w:val="1"/>
      </w:pPr>
      <w:r>
        <w:t>Хранение и транспортировка</w:t>
      </w:r>
    </w:p>
    <w:p w14:paraId="4E36AF9D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Отключите питание, сбросьте давление и полностью слейте воду.</w:t>
      </w:r>
    </w:p>
    <w:p w14:paraId="22FBECFC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Очистите аппарат и аксессуары; сверните шланг без перегибов.</w:t>
      </w:r>
    </w:p>
    <w:p w14:paraId="35BF35F2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Не опрокидывайте аппарат при перевозке.</w:t>
      </w:r>
    </w:p>
    <w:p w14:paraId="038559D0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Храните в сухом проветриваемом по</w:t>
      </w:r>
      <w:r w:rsidRPr="004B55AD">
        <w:rPr>
          <w:rFonts w:eastAsia="Calibri"/>
          <w:lang w:val="ru-RU"/>
        </w:rPr>
        <w:t>мещении.</w:t>
      </w:r>
    </w:p>
    <w:p w14:paraId="2DD32C52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При отрицательной температуре удалите воду и используйте разрешённый антифриз для насоса.</w:t>
      </w:r>
    </w:p>
    <w:p w14:paraId="195822A1" w14:textId="77777777" w:rsidR="00EF7408" w:rsidRPr="004B55AD" w:rsidRDefault="0094293E">
      <w:pPr>
        <w:numPr>
          <w:ilvl w:val="0"/>
          <w:numId w:val="1"/>
        </w:numPr>
        <w:spacing w:after="80"/>
        <w:rPr>
          <w:lang w:val="ru-RU"/>
        </w:rPr>
      </w:pPr>
      <w:r w:rsidRPr="004B55AD">
        <w:rPr>
          <w:rFonts w:eastAsia="Calibri"/>
          <w:lang w:val="ru-RU"/>
        </w:rPr>
        <w:t>Перед запуском после длительного хранения вручную проверните крыльчатку двигателя при отключённом питании.</w:t>
      </w:r>
    </w:p>
    <w:tbl>
      <w:tblPr>
        <w:tblW w:w="9648" w:type="dxa"/>
        <w:tblInd w:w="180" w:type="dxa"/>
        <w:tblBorders>
          <w:top w:val="single" w:sz="9" w:space="0" w:color="E31E24"/>
          <w:left w:val="single" w:sz="9" w:space="0" w:color="E31E24"/>
          <w:bottom w:val="single" w:sz="9" w:space="0" w:color="E31E24"/>
          <w:right w:val="single" w:sz="9" w:space="0" w:color="E31E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F7408" w:rsidRPr="004B55AD" w14:paraId="447ECAE9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5352FFC" w14:textId="77777777" w:rsidR="00EF7408" w:rsidRPr="004B55AD" w:rsidRDefault="0094293E">
            <w:pPr>
              <w:spacing w:after="0" w:line="276" w:lineRule="auto"/>
              <w:rPr>
                <w:lang w:val="ru-RU"/>
              </w:rPr>
            </w:pPr>
            <w:r w:rsidRPr="004B55AD">
              <w:rPr>
                <w:rFonts w:eastAsia="Calibri"/>
                <w:b/>
                <w:color w:val="E31E24"/>
                <w:sz w:val="20"/>
                <w:lang w:val="ru-RU"/>
              </w:rPr>
              <w:t xml:space="preserve">ЗАЩИТА ОТ </w:t>
            </w:r>
            <w:proofErr w:type="gramStart"/>
            <w:r w:rsidRPr="004B55AD">
              <w:rPr>
                <w:rFonts w:eastAsia="Calibri"/>
                <w:b/>
                <w:color w:val="E31E24"/>
                <w:sz w:val="20"/>
                <w:lang w:val="ru-RU"/>
              </w:rPr>
              <w:t xml:space="preserve">МОРОЗА  </w:t>
            </w:r>
            <w:r w:rsidRPr="004B55AD">
              <w:rPr>
                <w:rFonts w:eastAsia="Calibri"/>
                <w:sz w:val="21"/>
                <w:lang w:val="ru-RU"/>
              </w:rPr>
              <w:t>Замерзание</w:t>
            </w:r>
            <w:proofErr w:type="gramEnd"/>
            <w:r w:rsidRPr="004B55AD">
              <w:rPr>
                <w:rFonts w:eastAsia="Calibri"/>
                <w:sz w:val="21"/>
                <w:lang w:val="ru-RU"/>
              </w:rPr>
              <w:t xml:space="preserve"> воды может </w:t>
            </w:r>
            <w:r w:rsidRPr="004B55AD">
              <w:rPr>
                <w:rFonts w:eastAsia="Calibri"/>
                <w:sz w:val="21"/>
                <w:lang w:val="ru-RU"/>
              </w:rPr>
              <w:t>расколоть головку насоса, клапаны и соединения.</w:t>
            </w:r>
          </w:p>
        </w:tc>
      </w:tr>
    </w:tbl>
    <w:p w14:paraId="4F3B29DB" w14:textId="77777777" w:rsidR="00EF7408" w:rsidRPr="004B55AD" w:rsidRDefault="00EF7408">
      <w:pPr>
        <w:spacing w:after="40" w:line="240" w:lineRule="auto"/>
        <w:rPr>
          <w:lang w:val="ru-RU"/>
        </w:rPr>
      </w:pPr>
    </w:p>
    <w:p w14:paraId="2BC18EE7" w14:textId="77777777" w:rsidR="00EF7408" w:rsidRPr="004B55AD" w:rsidRDefault="0094293E">
      <w:pPr>
        <w:rPr>
          <w:lang w:val="ru-RU"/>
        </w:rPr>
      </w:pPr>
      <w:r w:rsidRPr="004B55AD">
        <w:rPr>
          <w:lang w:val="ru-RU"/>
        </w:rPr>
        <w:br w:type="page"/>
      </w:r>
    </w:p>
    <w:p w14:paraId="3B93ED50" w14:textId="77777777" w:rsidR="00EF7408" w:rsidRDefault="0094293E">
      <w:pPr>
        <w:keepNext/>
        <w:spacing w:after="40"/>
      </w:pPr>
      <w:r>
        <w:rPr>
          <w:rFonts w:eastAsia="Calibri"/>
          <w:b/>
          <w:color w:val="E31E24"/>
          <w:sz w:val="18"/>
        </w:rPr>
        <w:t>РАЗДЕЛ 17</w:t>
      </w:r>
    </w:p>
    <w:p w14:paraId="3503F526" w14:textId="77777777" w:rsidR="00EF7408" w:rsidRDefault="0094293E">
      <w:pPr>
        <w:pStyle w:val="1"/>
      </w:pPr>
      <w:r>
        <w:t>Памятка оператора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EF7408" w14:paraId="68F05161" w14:textId="77777777">
        <w:trPr>
          <w:cantSplit/>
          <w:tblHeader/>
        </w:trPr>
        <w:tc>
          <w:tcPr>
            <w:tcW w:w="4824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E07989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Перед работой</w:t>
            </w:r>
          </w:p>
        </w:tc>
        <w:tc>
          <w:tcPr>
            <w:tcW w:w="4824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A36898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После работы</w:t>
            </w:r>
          </w:p>
        </w:tc>
      </w:tr>
      <w:tr w:rsidR="00EF7408" w:rsidRPr="004B55AD" w14:paraId="6E1D00D1" w14:textId="77777777">
        <w:trPr>
          <w:cantSplit/>
        </w:trPr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6EDEFC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8"/>
                <w:lang w:val="ru-RU"/>
              </w:rPr>
              <w:t>Выбрать аксессуары именно своей модели</w:t>
            </w:r>
          </w:p>
        </w:tc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6D6734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8"/>
                <w:lang w:val="ru-RU"/>
              </w:rPr>
              <w:t>Нажать СТОП и отключить питание</w:t>
            </w:r>
          </w:p>
        </w:tc>
      </w:tr>
      <w:tr w:rsidR="00EF7408" w14:paraId="5BDA29C5" w14:textId="77777777">
        <w:trPr>
          <w:cantSplit/>
        </w:trPr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B54457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8"/>
                <w:lang w:val="ru-RU"/>
              </w:rPr>
              <w:t>Проверить масло и заменить транспортировочную пробку</w:t>
            </w:r>
          </w:p>
        </w:tc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0BA587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Перекрыть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воду</w:t>
            </w:r>
            <w:proofErr w:type="spellEnd"/>
          </w:p>
        </w:tc>
      </w:tr>
      <w:tr w:rsidR="00EF7408" w14:paraId="1317FA24" w14:textId="77777777">
        <w:trPr>
          <w:cantSplit/>
        </w:trPr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8162D3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8"/>
                <w:lang w:val="ru-RU"/>
              </w:rPr>
              <w:t>Проверить сеть 380 В и заземление</w:t>
            </w:r>
          </w:p>
        </w:tc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B926F3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Полностью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сбросить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давление</w:t>
            </w:r>
            <w:proofErr w:type="spellEnd"/>
          </w:p>
        </w:tc>
      </w:tr>
      <w:tr w:rsidR="00EF7408" w14:paraId="3B22C54D" w14:textId="77777777">
        <w:trPr>
          <w:cantSplit/>
        </w:trPr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E403F5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8"/>
                <w:lang w:val="ru-RU"/>
              </w:rPr>
              <w:t>Подключить воду и удалить воздух</w:t>
            </w:r>
          </w:p>
        </w:tc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788F6A" w14:textId="77777777" w:rsidR="00EF7408" w:rsidRDefault="0094293E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Промыть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химический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тракт</w:t>
            </w:r>
            <w:proofErr w:type="spellEnd"/>
          </w:p>
        </w:tc>
      </w:tr>
      <w:tr w:rsidR="00EF7408" w:rsidRPr="004B55AD" w14:paraId="0F8AFBC1" w14:textId="77777777">
        <w:trPr>
          <w:cantSplit/>
        </w:trPr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F7F51D" w14:textId="77777777" w:rsidR="00EF7408" w:rsidRDefault="0094293E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Надеть средства защиты</w:t>
            </w:r>
          </w:p>
        </w:tc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8320B8" w14:textId="77777777" w:rsidR="00EF7408" w:rsidRPr="004B55AD" w:rsidRDefault="0094293E">
            <w:pPr>
              <w:spacing w:after="0" w:line="269" w:lineRule="auto"/>
              <w:rPr>
                <w:lang w:val="ru-RU"/>
              </w:rPr>
            </w:pPr>
            <w:r w:rsidRPr="004B55AD">
              <w:rPr>
                <w:rFonts w:eastAsia="Calibri"/>
                <w:sz w:val="18"/>
                <w:lang w:val="ru-RU"/>
              </w:rPr>
              <w:t>Очистить фильтр и убрать аксессуары</w:t>
            </w:r>
          </w:p>
        </w:tc>
      </w:tr>
    </w:tbl>
    <w:p w14:paraId="61E8C479" w14:textId="77777777" w:rsidR="00EF7408" w:rsidRDefault="0094293E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69098456" wp14:editId="2D26B5A7">
            <wp:extent cx="2743200" cy="2843450"/>
            <wp:effectExtent l="0" t="0" r="0" b="0"/>
            <wp:docPr id="23" name="ZM-2115M" descr="ZM-2115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15_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8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sz w:val="16"/>
        </w:rPr>
        <w:t xml:space="preserve">    </w:t>
      </w:r>
      <w:r>
        <w:rPr>
          <w:noProof/>
        </w:rPr>
        <w:drawing>
          <wp:inline distT="0" distB="0" distL="0" distR="0" wp14:anchorId="41139C6A" wp14:editId="286452B2">
            <wp:extent cx="2743200" cy="1959687"/>
            <wp:effectExtent l="0" t="0" r="0" b="0"/>
            <wp:docPr id="24" name="ZM-5022" descr="ZM-5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22_1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959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639FD" w14:textId="77777777" w:rsidR="00EF7408" w:rsidRDefault="0094293E">
      <w:pPr>
        <w:pStyle w:val="FigureCaption"/>
      </w:pPr>
      <w:r>
        <w:t>Диапазон аппаратов TORNADO серии ZM</w:t>
      </w:r>
    </w:p>
    <w:tbl>
      <w:tblPr>
        <w:tblW w:w="9648" w:type="dxa"/>
        <w:tblInd w:w="180" w:type="dxa"/>
        <w:tblBorders>
          <w:top w:val="single" w:sz="9" w:space="0" w:color="E31E24"/>
          <w:left w:val="single" w:sz="9" w:space="0" w:color="E31E24"/>
          <w:bottom w:val="single" w:sz="9" w:space="0" w:color="E31E24"/>
          <w:right w:val="single" w:sz="9" w:space="0" w:color="E31E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F7408" w:rsidRPr="004B55AD" w14:paraId="3E55F12D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4AB6532" w14:textId="77777777" w:rsidR="00EF7408" w:rsidRPr="004B55AD" w:rsidRDefault="0094293E">
            <w:pPr>
              <w:spacing w:after="0" w:line="276" w:lineRule="auto"/>
              <w:rPr>
                <w:lang w:val="ru-RU"/>
              </w:rPr>
            </w:pPr>
            <w:r w:rsidRPr="004B55AD">
              <w:rPr>
                <w:rFonts w:eastAsia="Calibri"/>
                <w:b/>
                <w:color w:val="E31E24"/>
                <w:sz w:val="20"/>
                <w:lang w:val="ru-RU"/>
              </w:rPr>
              <w:t xml:space="preserve">ГЛАВНОЕ </w:t>
            </w:r>
            <w:proofErr w:type="gramStart"/>
            <w:r w:rsidRPr="004B55AD">
              <w:rPr>
                <w:rFonts w:eastAsia="Calibri"/>
                <w:b/>
                <w:color w:val="E31E24"/>
                <w:sz w:val="20"/>
                <w:lang w:val="ru-RU"/>
              </w:rPr>
              <w:t xml:space="preserve">ПРАВИЛО  </w:t>
            </w:r>
            <w:r w:rsidRPr="004B55AD">
              <w:rPr>
                <w:rFonts w:eastAsia="Calibri"/>
                <w:sz w:val="21"/>
                <w:lang w:val="ru-RU"/>
              </w:rPr>
              <w:t>Сначала</w:t>
            </w:r>
            <w:proofErr w:type="gramEnd"/>
            <w:r w:rsidRPr="004B55AD">
              <w:rPr>
                <w:rFonts w:eastAsia="Calibri"/>
                <w:sz w:val="21"/>
                <w:lang w:val="ru-RU"/>
              </w:rPr>
              <w:t xml:space="preserve"> подключите воду и удалите воздух — затем включайте питание. При остановке сначала выключите аппарат, затем воду и обязательно сбросьте давление.</w:t>
            </w:r>
          </w:p>
        </w:tc>
      </w:tr>
    </w:tbl>
    <w:p w14:paraId="0212262A" w14:textId="77777777" w:rsidR="00EF7408" w:rsidRPr="004B55AD" w:rsidRDefault="00EF7408">
      <w:pPr>
        <w:spacing w:after="0" w:line="240" w:lineRule="auto"/>
        <w:rPr>
          <w:lang w:val="ru-RU"/>
        </w:rPr>
      </w:pPr>
    </w:p>
    <w:sectPr w:rsidR="00EF7408" w:rsidRPr="004B55AD" w:rsidSect="00034616">
      <w:headerReference w:type="default" r:id="rId27"/>
      <w:footerReference w:type="default" r:id="rId28"/>
      <w:pgSz w:w="11906" w:h="16838"/>
      <w:pgMar w:top="1020" w:right="1020" w:bottom="1020" w:left="1020" w:header="454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1302B" w14:textId="77777777" w:rsidR="0094293E" w:rsidRDefault="0094293E">
      <w:pPr>
        <w:spacing w:after="0" w:line="240" w:lineRule="auto"/>
      </w:pPr>
      <w:r>
        <w:separator/>
      </w:r>
    </w:p>
  </w:endnote>
  <w:endnote w:type="continuationSeparator" w:id="0">
    <w:p w14:paraId="2D741FA6" w14:textId="77777777" w:rsidR="0094293E" w:rsidRDefault="00942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7E686" w14:textId="77777777" w:rsidR="00EF7408" w:rsidRDefault="0094293E">
    <w:pPr>
      <w:pStyle w:val="a6"/>
      <w:jc w:val="center"/>
    </w:pPr>
    <w:r>
      <w:rPr>
        <w:rFonts w:eastAsia="Calibri"/>
        <w:color w:val="6F7277"/>
        <w:sz w:val="16"/>
      </w:rPr>
      <w:t xml:space="preserve">TORNADO  •  АППАРАТЫ ВЫСОКОГО ДАВЛЕНИЯ  •  </w:t>
    </w:r>
    <w:r>
      <w:rPr>
        <w:rFonts w:eastAsia="Calibri"/>
        <w:color w:val="6F7277"/>
        <w:sz w:val="18"/>
      </w:rPr>
      <w:fldChar w:fldCharType="begin"/>
    </w:r>
    <w:r>
      <w:rPr>
        <w:rFonts w:eastAsia="Calibri"/>
        <w:color w:val="6F7277"/>
        <w:sz w:val="18"/>
      </w:rPr>
      <w:instrText>PAGE</w:instrText>
    </w:r>
    <w:r>
      <w:rPr>
        <w:rFonts w:eastAsia="Calibri"/>
        <w:color w:val="6F7277"/>
        <w:sz w:val="18"/>
      </w:rPr>
      <w:fldChar w:fldCharType="separate"/>
    </w:r>
    <w:r>
      <w:rPr>
        <w:rFonts w:eastAsia="Calibri"/>
        <w:color w:val="6F7277"/>
        <w:sz w:val="18"/>
      </w:rPr>
      <w:t>1</w:t>
    </w:r>
    <w:r>
      <w:rPr>
        <w:rFonts w:eastAsia="Calibri"/>
        <w:color w:val="6F7277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769D0" w14:textId="77777777" w:rsidR="0094293E" w:rsidRDefault="0094293E">
      <w:pPr>
        <w:spacing w:after="0" w:line="240" w:lineRule="auto"/>
      </w:pPr>
      <w:r>
        <w:separator/>
      </w:r>
    </w:p>
  </w:footnote>
  <w:footnote w:type="continuationSeparator" w:id="0">
    <w:p w14:paraId="5DDD6939" w14:textId="77777777" w:rsidR="0094293E" w:rsidRDefault="00942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B4ABE" w14:textId="77777777" w:rsidR="00EF7408" w:rsidRDefault="0094293E">
    <w:pPr>
      <w:pStyle w:val="a4"/>
      <w:tabs>
        <w:tab w:val="right" w:pos="9865"/>
      </w:tabs>
    </w:pPr>
    <w:r>
      <w:rPr>
        <w:noProof/>
      </w:rPr>
      <w:drawing>
        <wp:inline distT="0" distB="0" distL="0" distR="0" wp14:anchorId="0C2A70DA" wp14:editId="5338012F">
          <wp:extent cx="720000" cy="180000"/>
          <wp:effectExtent l="0" t="0" r="0" b="0"/>
          <wp:docPr id="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RNADO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1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Calibri"/>
        <w:b/>
        <w:color w:val="6F7277"/>
        <w:sz w:val="16"/>
      </w:rPr>
      <w:t xml:space="preserve">   РУКОВОДСТВО ПО ЭКСПЛУАТАЦИИ  •  СЕРИЯ ZM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453EB7"/>
    <w:multiLevelType w:val="singleLevel"/>
    <w:tmpl w:val="8592967C"/>
    <w:lvl w:ilvl="0">
      <w:start w:val="1"/>
      <w:numFmt w:val="bullet"/>
      <w:lvlText w:val="•"/>
      <w:lvlJc w:val="left"/>
      <w:pPr>
        <w:tabs>
          <w:tab w:val="num" w:pos="470"/>
        </w:tabs>
        <w:ind w:left="470" w:hanging="250"/>
      </w:pPr>
      <w:rPr>
        <w:rFonts w:ascii="Calibri" w:hAnsi="Calibri"/>
        <w:color w:val="E31E24"/>
      </w:rPr>
    </w:lvl>
  </w:abstractNum>
  <w:abstractNum w:abstractNumId="10" w15:restartNumberingAfterBreak="0">
    <w:nsid w:val="57703BED"/>
    <w:multiLevelType w:val="singleLevel"/>
    <w:tmpl w:val="50124BB0"/>
    <w:lvl w:ilvl="0">
      <w:start w:val="1"/>
      <w:numFmt w:val="decimal"/>
      <w:pStyle w:val="a"/>
      <w:lvlText w:val="%1."/>
      <w:lvlJc w:val="left"/>
      <w:pPr>
        <w:tabs>
          <w:tab w:val="num" w:pos="500"/>
        </w:tabs>
        <w:ind w:left="500" w:hanging="280"/>
      </w:pPr>
      <w:rPr>
        <w:rFonts w:ascii="Calibri" w:hAnsi="Calibri"/>
        <w:color w:val="E31E24"/>
      </w:rPr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55AD"/>
    <w:rsid w:val="0094293E"/>
    <w:rsid w:val="00AA1D8D"/>
    <w:rsid w:val="00B47730"/>
    <w:rsid w:val="00CB0664"/>
    <w:rsid w:val="00EF74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7E999A"/>
  <w14:defaultImageDpi w14:val="300"/>
  <w15:docId w15:val="{1F664DB5-8B3E-4FCA-A970-154B408C9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20" w:line="300" w:lineRule="auto"/>
    </w:pPr>
    <w:rPr>
      <w:rFonts w:ascii="Calibri" w:hAnsi="Calibri"/>
      <w:color w:val="25282B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E31E24"/>
      <w:sz w:val="32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B71920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before="40" w:after="160"/>
      <w:jc w:val="center"/>
    </w:pPr>
    <w:rPr>
      <w:rFonts w:ascii="Calibri" w:hAnsi="Calibri"/>
      <w:i/>
      <w:color w:val="6F7277"/>
      <w:sz w:val="18"/>
    </w:rPr>
  </w:style>
  <w:style w:type="paragraph" w:customStyle="1" w:styleId="StepTitle">
    <w:name w:val="Step Title"/>
    <w:pPr>
      <w:keepNext/>
      <w:spacing w:before="140" w:after="80"/>
    </w:pPr>
    <w:rPr>
      <w:rFonts w:ascii="Calibri" w:hAnsi="Calibri"/>
      <w:b/>
      <w:color w:val="25282B"/>
      <w:sz w:val="24"/>
    </w:rPr>
  </w:style>
  <w:style w:type="paragraph" w:customStyle="1" w:styleId="SmallText">
    <w:name w:val="Small Text"/>
    <w:pPr>
      <w:spacing w:after="80"/>
    </w:pPr>
    <w:rPr>
      <w:rFonts w:ascii="Calibri" w:hAnsi="Calibri"/>
      <w:color w:val="6F7277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footer" Target="footer1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17</Pages>
  <Words>1574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Александр Анненков</cp:lastModifiedBy>
  <cp:revision>2</cp:revision>
  <dcterms:created xsi:type="dcterms:W3CDTF">2013-12-23T23:15:00Z</dcterms:created>
  <dcterms:modified xsi:type="dcterms:W3CDTF">2026-09-02T07:29:00Z</dcterms:modified>
  <cp:category/>
</cp:coreProperties>
</file>